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</w:t>
      </w:r>
      <w:r>
        <w:rPr>
          <w:b/>
          <w:i w:val="0"/>
          <w:smallCaps w:val="0"/>
          <w:strike w:val="0"/>
          <w:sz w:val="26"/>
          <w:u w:val="none"/>
        </w:rPr>
        <w:t xml:space="preserve">s </w:t>
      </w:r>
      <w:r>
        <w:rPr>
          <w:b/>
          <w:i w:val="0"/>
          <w:smallCaps w:val="0"/>
          <w:strike w:val="0"/>
          <w:sz w:val="26"/>
          <w:u w:val="none"/>
        </w:rPr>
        <w:t xml:space="preserve">are uniquely key for both candidates </w:t>
      </w:r>
      <w:r>
        <w:rPr>
          <w:b/>
          <w:i w:val="0"/>
          <w:smallCaps w:val="0"/>
          <w:strike w:val="0"/>
          <w:sz w:val="26"/>
          <w:u w:val="none"/>
        </w:rPr>
        <w:t>– even if numbers are overstated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Borquez 6/11</w:t>
      </w:r>
      <w:r>
        <w:rPr>
          <w:b w:val="0"/>
          <w:i w:val="0"/>
          <w:smallCaps w:val="0"/>
          <w:strike w:val="0"/>
          <w:u w:val="none"/>
        </w:rPr>
        <w:t>/24 [Associate Professor of Political Science, University of Michigan-Dearborn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“Independent voters are few in number, influential in close elections – and hard for campaigns to reach”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The Conversation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https://theconversation.com/independent-voters-are-few-in-number-influential-in-close-elections-and-hard-for-campaigns-to-reach-231567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/sb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ear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egan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ith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J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anuary </w:t>
      </w:r>
      <w:r>
        <w:rPr>
          <w:b w:val="0"/>
          <w:i w:val="0"/>
          <w:smallCaps w:val="0"/>
          <w:strike w:val="0"/>
          <w:sz w:val="16"/>
          <w:u w:val="none"/>
        </w:rPr>
        <w:t>2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024 </w:t>
      </w:r>
      <w:r>
        <w:rPr>
          <w:b w:val="0"/>
          <w:i w:val="0"/>
          <w:smallCaps w:val="0"/>
          <w:strike w:val="0"/>
          <w:sz w:val="16"/>
          <w:u w:val="none"/>
        </w:rPr>
        <w:t>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allup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eport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hat </w:t>
      </w:r>
      <w:r>
        <w:rPr>
          <w:b/>
          <w:i w:val="0"/>
          <w:smallCaps w:val="0"/>
          <w:strike w:val="0"/>
          <w:sz w:val="22"/>
          <w:u w:val="single"/>
        </w:rPr>
        <w:t xml:space="preserve">43% of Americans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identify as political </w:t>
      </w:r>
      <w:r>
        <w:rPr>
          <w:b/>
          <w:i w:val="0"/>
          <w:smallCaps w:val="0"/>
          <w:strike w:val="0"/>
          <w:sz w:val="22"/>
          <w:u w:val="single"/>
        </w:rPr>
        <w:t>independents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–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egardless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hether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hey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re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egistered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ote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ember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ne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arty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arious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edia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utlets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esponded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ith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roclamations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hat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ndependent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oters </w:t>
      </w:r>
      <w:r>
        <w:rPr>
          <w:b w:val="0"/>
          <w:i w:val="0"/>
          <w:smallCaps w:val="0"/>
          <w:strike w:val="0"/>
          <w:sz w:val="16"/>
          <w:u w:val="none"/>
        </w:rPr>
        <w:t>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ominate </w:t>
      </w:r>
      <w:r>
        <w:rPr>
          <w:b w:val="0"/>
          <w:i w:val="0"/>
          <w:smallCaps w:val="0"/>
          <w:strike w:val="0"/>
          <w:sz w:val="16"/>
          <w:u w:val="none"/>
        </w:rPr>
        <w:t>U.S.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 </w:t>
      </w:r>
      <w:r>
        <w:rPr>
          <w:b w:val="0"/>
          <w:i w:val="0"/>
          <w:smallCaps w:val="0"/>
          <w:strike w:val="0"/>
          <w:sz w:val="16"/>
          <w:u w:val="none"/>
        </w:rPr>
        <w:t>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escriptions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ow </w:t>
      </w:r>
      <w:r>
        <w:rPr>
          <w:b w:val="0"/>
          <w:i w:val="0"/>
          <w:smallCaps w:val="0"/>
          <w:strike w:val="0"/>
          <w:sz w:val="16"/>
          <w:u w:val="none"/>
        </w:rPr>
        <w:t>J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oe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iden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 </w:t>
      </w:r>
      <w:r>
        <w:rPr>
          <w:b w:val="0"/>
          <w:i w:val="0"/>
          <w:smallCaps w:val="0"/>
          <w:strike w:val="0"/>
          <w:sz w:val="16"/>
          <w:u w:val="none"/>
        </w:rPr>
        <w:t>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onald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rump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re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unt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or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upport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rom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ndependents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ther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ublications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peculated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ore </w:t>
      </w:r>
      <w:r>
        <w:rPr>
          <w:b w:val="0"/>
          <w:i w:val="0"/>
          <w:smallCaps w:val="0"/>
          <w:strike w:val="0"/>
          <w:sz w:val="16"/>
          <w:u w:val="none"/>
        </w:rPr>
        <w:t>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enerally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bout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ow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pparently </w:t>
      </w:r>
      <w:r>
        <w:rPr>
          <w:b w:val="0"/>
          <w:i w:val="0"/>
          <w:smallCaps w:val="0"/>
          <w:strike w:val="0"/>
          <w:sz w:val="16"/>
          <w:u w:val="none"/>
        </w:rPr>
        <w:t>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arge </w:t>
      </w:r>
      <w:r>
        <w:rPr>
          <w:b w:val="0"/>
          <w:i w:val="0"/>
          <w:smallCaps w:val="0"/>
          <w:strike w:val="0"/>
          <w:sz w:val="16"/>
          <w:u w:val="none"/>
        </w:rPr>
        <w:t>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umber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ndependents </w:t>
      </w:r>
      <w:r>
        <w:rPr>
          <w:b w:val="0"/>
          <w:i w:val="0"/>
          <w:smallCaps w:val="0"/>
          <w:strike w:val="0"/>
          <w:sz w:val="16"/>
          <w:u w:val="none"/>
        </w:rPr>
        <w:t>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ould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hape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2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024 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lectoral </w:t>
      </w:r>
      <w:r>
        <w:rPr>
          <w:b w:val="0"/>
          <w:i w:val="0"/>
          <w:smallCaps w:val="0"/>
          <w:strike w:val="0"/>
          <w:sz w:val="16"/>
          <w:u w:val="none"/>
        </w:rPr>
        <w:t>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andscape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ecause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ay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ard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redict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ow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hey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ill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ote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That landscape points to a very close presidential election, one that will likely be decided by very small margins in a handful of </w:t>
      </w:r>
      <w:r>
        <w:rPr>
          <w:b w:val="0"/>
          <w:i w:val="0"/>
          <w:smallCaps w:val="0"/>
          <w:strike w:val="0"/>
          <w:sz w:val="22"/>
          <w:u w:val="single"/>
        </w:rPr>
        <w:t>swing states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rimary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ask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or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oth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iden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rump </w:t>
      </w:r>
      <w:r>
        <w:rPr>
          <w:b w:val="0"/>
          <w:i w:val="0"/>
          <w:smallCaps w:val="0"/>
          <w:strike w:val="0"/>
          <w:sz w:val="16"/>
          <w:u w:val="none"/>
        </w:rPr>
        <w:t>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ampaigns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ill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obilize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heir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ases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aximize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urnout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mong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heir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ost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rdent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upporters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ut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hose </w:t>
      </w:r>
      <w:r>
        <w:rPr>
          <w:b w:val="0"/>
          <w:i w:val="0"/>
          <w:smallCaps w:val="0"/>
          <w:strike w:val="0"/>
          <w:sz w:val="22"/>
          <w:u w:val="single"/>
        </w:rPr>
        <w:t>bases will probably not be enough to ensure victory for either candidate. Both candidates will seek to convince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oters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ho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re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till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lay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–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amely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independent voters.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Every new development on the campaign trail may spark questions about independents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ome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arly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edia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unditry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bout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rump’s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elony </w:t>
      </w:r>
      <w:r>
        <w:rPr>
          <w:b w:val="0"/>
          <w:i w:val="0"/>
          <w:smallCaps w:val="0"/>
          <w:strike w:val="0"/>
          <w:sz w:val="16"/>
          <w:u w:val="none"/>
        </w:rPr>
        <w:t>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onvictions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 </w:t>
      </w:r>
      <w:r>
        <w:rPr>
          <w:b w:val="0"/>
          <w:i w:val="0"/>
          <w:smallCaps w:val="0"/>
          <w:strike w:val="0"/>
          <w:sz w:val="16"/>
          <w:u w:val="none"/>
        </w:rPr>
        <w:t>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ew </w:t>
      </w:r>
      <w:r>
        <w:rPr>
          <w:b w:val="0"/>
          <w:i w:val="0"/>
          <w:smallCaps w:val="0"/>
          <w:strike w:val="0"/>
          <w:sz w:val="16"/>
          <w:u w:val="none"/>
        </w:rPr>
        <w:t>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ork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ave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ncluded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ndications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ow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erdict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ight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hift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ndependent </w:t>
      </w:r>
      <w:r>
        <w:rPr>
          <w:b w:val="0"/>
          <w:i w:val="0"/>
          <w:smallCaps w:val="0"/>
          <w:strike w:val="0"/>
          <w:sz w:val="16"/>
          <w:u w:val="none"/>
        </w:rPr>
        <w:t>v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oters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way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rom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rump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It appears that independents are important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–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ncluding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olitical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cience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cholars </w:t>
      </w:r>
      <w:r>
        <w:rPr>
          <w:b w:val="0"/>
          <w:i w:val="0"/>
          <w:smallCaps w:val="0"/>
          <w:strike w:val="0"/>
          <w:sz w:val="16"/>
          <w:u w:val="none"/>
        </w:rPr>
        <w:t>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ike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ut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hy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mall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 </w:t>
      </w:r>
      <w:r>
        <w:rPr>
          <w:b w:val="0"/>
          <w:i w:val="0"/>
          <w:smallCaps w:val="0"/>
          <w:strike w:val="0"/>
          <w:sz w:val="16"/>
          <w:u w:val="non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>umbers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otentially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ig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>nfluence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or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ne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hing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ndependents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re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mportant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ecause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here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ometimes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eems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ot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hem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ut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hat’s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oint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ontention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mong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cademics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 </w:t>
      </w:r>
      <w:r>
        <w:rPr>
          <w:b w:val="0"/>
          <w:i w:val="0"/>
          <w:smallCaps w:val="0"/>
          <w:strike w:val="0"/>
          <w:sz w:val="16"/>
          <w:u w:val="none"/>
        </w:rPr>
        <w:t>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ampaign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rofessionals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allup’s </w:t>
      </w:r>
      <w:r>
        <w:rPr>
          <w:b w:val="0"/>
          <w:i w:val="0"/>
          <w:smallCaps w:val="0"/>
          <w:strike w:val="0"/>
          <w:sz w:val="16"/>
          <w:u w:val="none"/>
        </w:rPr>
        <w:t>J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anuary </w:t>
      </w:r>
      <w:r>
        <w:rPr>
          <w:b w:val="0"/>
          <w:i w:val="0"/>
          <w:smallCaps w:val="0"/>
          <w:strike w:val="0"/>
          <w:sz w:val="16"/>
          <w:u w:val="none"/>
        </w:rPr>
        <w:t>2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024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igure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4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3</w:t>
      </w:r>
      <w:r>
        <w:rPr>
          <w:b w:val="0"/>
          <w:i w:val="0"/>
          <w:smallCaps w:val="0"/>
          <w:strike w:val="0"/>
          <w:sz w:val="16"/>
          <w:u w:val="none"/>
        </w:rPr>
        <w:t>%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lectorate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dentifying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ndependent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as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ased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esponses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ingle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urvey </w:t>
      </w:r>
      <w:r>
        <w:rPr>
          <w:b w:val="0"/>
          <w:i w:val="0"/>
          <w:smallCaps w:val="0"/>
          <w:strike w:val="0"/>
          <w:sz w:val="16"/>
          <w:u w:val="none"/>
        </w:rPr>
        <w:t>q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uestion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any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urvey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perations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ncluding </w:t>
      </w:r>
      <w:r>
        <w:rPr>
          <w:b w:val="0"/>
          <w:i w:val="0"/>
          <w:smallCaps w:val="0"/>
          <w:strike w:val="0"/>
          <w:sz w:val="16"/>
          <w:u w:val="none"/>
        </w:rPr>
        <w:t>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allup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ose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ollow</w:t>
      </w:r>
      <w:r>
        <w:rPr>
          <w:b w:val="0"/>
          <w:i w:val="0"/>
          <w:smallCaps w:val="0"/>
          <w:strike w:val="0"/>
          <w:sz w:val="16"/>
          <w:u w:val="none"/>
        </w:rPr>
        <w:t>-u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 </w:t>
      </w:r>
      <w:r>
        <w:rPr>
          <w:b w:val="0"/>
          <w:i w:val="0"/>
          <w:smallCaps w:val="0"/>
          <w:strike w:val="0"/>
          <w:sz w:val="16"/>
          <w:u w:val="none"/>
        </w:rPr>
        <w:t>q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uestion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elf</w:t>
      </w:r>
      <w:r>
        <w:rPr>
          <w:b w:val="0"/>
          <w:i w:val="0"/>
          <w:smallCaps w:val="0"/>
          <w:strike w:val="0"/>
          <w:sz w:val="16"/>
          <w:u w:val="none"/>
        </w:rPr>
        <w:t>-d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escribed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ndependents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sking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hether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hey 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ver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eel </w:t>
      </w:r>
      <w:r>
        <w:rPr>
          <w:b w:val="0"/>
          <w:i w:val="0"/>
          <w:smallCaps w:val="0"/>
          <w:strike w:val="0"/>
          <w:sz w:val="16"/>
          <w:u w:val="none"/>
        </w:rPr>
        <w:t>c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loser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 </w:t>
      </w:r>
      <w:r>
        <w:rPr>
          <w:b w:val="0"/>
          <w:i w:val="0"/>
          <w:smallCaps w:val="0"/>
          <w:strike w:val="0"/>
          <w:sz w:val="16"/>
          <w:u w:val="none"/>
        </w:rPr>
        <w:t>“l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ean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oward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emocratic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 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epublican </w:t>
      </w:r>
      <w:r>
        <w:rPr>
          <w:b w:val="0"/>
          <w:i w:val="0"/>
          <w:smallCaps w:val="0"/>
          <w:strike w:val="0"/>
          <w:sz w:val="16"/>
          <w:u w:val="none"/>
        </w:rPr>
        <w:t>p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arties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Many independents will admit to leaning toward a party, leaving a much smaller number of “pure” independents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y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his </w:t>
      </w:r>
      <w:r>
        <w:rPr>
          <w:b w:val="0"/>
          <w:i w:val="0"/>
          <w:smallCaps w:val="0"/>
          <w:strike w:val="0"/>
          <w:sz w:val="16"/>
          <w:u w:val="none"/>
        </w:rPr>
        <w:t>m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easure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allup’s 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stimate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i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ndependents </w:t>
      </w:r>
      <w:r>
        <w:rPr>
          <w:b w:val="0"/>
          <w:i w:val="0"/>
          <w:smallCaps w:val="0"/>
          <w:strike w:val="0"/>
          <w:sz w:val="16"/>
          <w:u w:val="none"/>
        </w:rPr>
        <w:t>w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ent </w:t>
      </w:r>
      <w:r>
        <w:rPr>
          <w:b w:val="0"/>
          <w:i w:val="0"/>
          <w:smallCaps w:val="0"/>
          <w:strike w:val="0"/>
          <w:sz w:val="16"/>
          <w:u w:val="none"/>
        </w:rPr>
        <w:t>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rom </w:t>
      </w:r>
      <w:r>
        <w:rPr>
          <w:b w:val="0"/>
          <w:i w:val="0"/>
          <w:smallCaps w:val="0"/>
          <w:strike w:val="0"/>
          <w:sz w:val="16"/>
          <w:u w:val="none"/>
        </w:rPr>
        <w:t>4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3</w:t>
      </w:r>
      <w:r>
        <w:rPr>
          <w:b w:val="0"/>
          <w:i w:val="0"/>
          <w:smallCaps w:val="0"/>
          <w:strike w:val="0"/>
          <w:sz w:val="16"/>
          <w:u w:val="none"/>
        </w:rPr>
        <w:t>%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own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o </w:t>
      </w:r>
      <w:r>
        <w:rPr>
          <w:b w:val="0"/>
          <w:i w:val="0"/>
          <w:smallCaps w:val="0"/>
          <w:strike w:val="0"/>
          <w:sz w:val="16"/>
          <w:u w:val="none"/>
        </w:rPr>
        <w:t>1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2</w:t>
      </w:r>
      <w:r>
        <w:rPr>
          <w:b w:val="0"/>
          <w:i w:val="0"/>
          <w:smallCaps w:val="0"/>
          <w:strike w:val="0"/>
          <w:sz w:val="16"/>
          <w:u w:val="none"/>
        </w:rPr>
        <w:t>%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16"/>
          <w:u w:val="none"/>
        </w:rPr>
        <w:t>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he </w:t>
      </w:r>
      <w:r>
        <w:rPr>
          <w:b w:val="0"/>
          <w:i w:val="0"/>
          <w:smallCaps w:val="0"/>
          <w:strike w:val="0"/>
          <w:sz w:val="16"/>
          <w:u w:val="none"/>
        </w:rPr>
        <w:t>U.S.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lectorate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ut </w:t>
      </w:r>
      <w:r>
        <w:rPr>
          <w:b w:val="0"/>
          <w:i w:val="0"/>
          <w:smallCaps w:val="0"/>
          <w:strike w:val="0"/>
          <w:sz w:val="22"/>
          <w:u w:val="single"/>
        </w:rPr>
        <w:t>even</w:t>
      </w:r>
      <w:r>
        <w:rPr>
          <w:b/>
          <w:i w:val="0"/>
          <w:smallCaps w:val="0"/>
          <w:strike w:val="0"/>
          <w:sz w:val="22"/>
          <w:u w:val="single"/>
        </w:rPr>
        <w:t xml:space="preserve"> that small proportion can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outsize </w:t>
      </w:r>
      <w:r>
        <w:rPr>
          <w:b/>
          <w:i w:val="0"/>
          <w:smallCaps w:val="0"/>
          <w:strike w:val="0"/>
          <w:sz w:val="22"/>
          <w:u w:val="single"/>
        </w:rPr>
        <w:t>difference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country that selects a president through the Electoral College: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2020, swing-state margins were </w:t>
      </w:r>
      <w:r>
        <w:rPr>
          <w:b w:val="0"/>
          <w:i w:val="0"/>
          <w:smallCaps w:val="0"/>
          <w:strike w:val="0"/>
          <w:sz w:val="16"/>
          <w:u w:val="none"/>
        </w:rPr>
        <w:t>much less than 12 percentage points</w:t>
      </w:r>
      <w:r>
        <w:rPr>
          <w:b w:val="0"/>
          <w:i w:val="0"/>
          <w:smallCaps w:val="0"/>
          <w:strike w:val="0"/>
          <w:sz w:val="16"/>
          <w:u w:val="none"/>
        </w:rPr>
        <w:t>. And polls indicate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Biden and Trump are now </w:t>
      </w:r>
      <w:r>
        <w:rPr>
          <w:b w:val="0"/>
          <w:i w:val="0"/>
          <w:smallCaps w:val="0"/>
          <w:strike w:val="0"/>
          <w:sz w:val="16"/>
          <w:u w:val="none"/>
        </w:rPr>
        <w:t>essentially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tied in most 2024 swing states. So </w:t>
      </w:r>
      <w:r>
        <w:rPr>
          <w:b/>
          <w:i w:val="0"/>
          <w:smallCaps w:val="0"/>
          <w:strike w:val="0"/>
          <w:sz w:val="22"/>
          <w:u w:val="single"/>
        </w:rPr>
        <w:t>changes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preference </w:t>
      </w:r>
      <w:r>
        <w:rPr>
          <w:b/>
          <w:i w:val="0"/>
          <w:smallCaps w:val="0"/>
          <w:strike w:val="0"/>
          <w:sz w:val="22"/>
          <w:u w:val="single"/>
        </w:rPr>
        <w:t>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 </w:t>
      </w:r>
      <w:r>
        <w:rPr>
          <w:b/>
          <w:i w:val="0"/>
          <w:smallCaps w:val="0"/>
          <w:strike w:val="0"/>
          <w:sz w:val="22"/>
          <w:u w:val="single"/>
        </w:rPr>
        <w:t>very small blocs of independents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be </w:t>
      </w:r>
      <w:r>
        <w:rPr>
          <w:b/>
          <w:i w:val="0"/>
          <w:smallCaps w:val="0"/>
          <w:strike w:val="0"/>
          <w:sz w:val="22"/>
          <w:u w:val="single"/>
        </w:rPr>
        <w:t>critical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election’s </w:t>
      </w:r>
      <w:r>
        <w:rPr>
          <w:b/>
          <w:i w:val="0"/>
          <w:smallCaps w:val="0"/>
          <w:strike w:val="0"/>
          <w:sz w:val="22"/>
          <w:u w:val="single"/>
        </w:rPr>
        <w:t>outcome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