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Latin</w:t>
      </w:r>
      <w:r>
        <w:rPr>
          <w:b/>
          <w:i w:val="0"/>
          <w:smallCaps w:val="0"/>
          <w:strike w:val="0"/>
          <w:sz w:val="26"/>
          <w:u w:val="none"/>
        </w:rPr>
        <w:t xml:space="preserve">x </w:t>
      </w:r>
      <w:r>
        <w:rPr>
          <w:b/>
          <w:i w:val="0"/>
          <w:smallCaps w:val="0"/>
          <w:strike w:val="0"/>
          <w:sz w:val="26"/>
          <w:u w:val="none"/>
        </w:rPr>
        <w:t>voters will decide whether Biden wins the election or not</w:t>
      </w:r>
    </w:p>
    <w:p>
      <w:pPr>
        <w:spacing w:after="80"/>
      </w:pPr>
      <w:r>
        <w:rPr>
          <w:b/>
          <w:i w:val="0"/>
          <w:smallCaps w:val="0"/>
          <w:strike w:val="0"/>
          <w:sz w:val="28"/>
          <w:u w:val="none"/>
        </w:rPr>
        <w:t xml:space="preserve">Contreras 5/11 </w:t>
      </w:r>
      <w:r>
        <w:rPr>
          <w:b w:val="0"/>
          <w:i w:val="0"/>
          <w:smallCaps w:val="0"/>
          <w:strike w:val="0"/>
          <w:sz w:val="16"/>
          <w:u w:val="none"/>
        </w:rPr>
        <w:t>(Russell Contreras is the Justice and Race reporter at Axios covering the policies and agencies at the heart of the administration of justice and how it impacts people of color. 5/11/24, How working-class Latino voters could upend Democrats in 2024, Axios, https://www.axios.com/2024/05/11/working-class-latino-black-voters-biden-trump, L.B.)</w:t>
      </w:r>
    </w:p>
    <w:p>
      <w:pPr>
        <w:spacing w:after="60"/>
      </w:pPr>
      <w:r>
        <w:rPr>
          <w:b w:val="0"/>
          <w:i w:val="0"/>
          <w:smallCaps w:val="0"/>
          <w:strike w:val="0"/>
          <w:sz w:val="22"/>
          <w:u w:val="single"/>
        </w:rPr>
        <w:t xml:space="preserve">The decades-long </w:t>
      </w:r>
      <w:r>
        <w:rPr>
          <w:b w:val="0"/>
          <w:i w:val="0"/>
          <w:smallCaps w:val="0"/>
          <w:strike w:val="0"/>
          <w:sz w:val="22"/>
          <w:highlight w:val="cyan"/>
          <w:u w:val="single"/>
        </w:rPr>
        <w:t>exodus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white working-class </w:t>
      </w:r>
      <w:r>
        <w:rPr>
          <w:b w:val="0"/>
          <w:i w:val="0"/>
          <w:smallCaps w:val="0"/>
          <w:strike w:val="0"/>
          <w:sz w:val="22"/>
          <w:highlight w:val="cyan"/>
          <w:u w:val="single"/>
        </w:rPr>
        <w:t>voters</w:t>
      </w:r>
      <w:r>
        <w:rPr>
          <w:b w:val="0"/>
          <w:i w:val="0"/>
          <w:smallCaps w:val="0"/>
          <w:strike w:val="0"/>
          <w:sz w:val="22"/>
          <w:u w:val="single"/>
        </w:rPr>
        <w:t xml:space="preserve"> </w:t>
      </w:r>
      <w:r>
        <w:rPr>
          <w:b w:val="0"/>
          <w:i w:val="0"/>
          <w:smallCaps w:val="0"/>
          <w:strike w:val="0"/>
          <w:sz w:val="22"/>
          <w:highlight w:val="cyan"/>
          <w:u w:val="single"/>
        </w:rPr>
        <w:t>from the Dem</w:t>
      </w:r>
      <w:r>
        <w:rPr>
          <w:b w:val="0"/>
          <w:i w:val="0"/>
          <w:smallCaps w:val="0"/>
          <w:strike w:val="0"/>
          <w:sz w:val="22"/>
          <w:u w:val="single"/>
        </w:rPr>
        <w:t xml:space="preserve">ocratic </w:t>
      </w:r>
      <w:r>
        <w:rPr>
          <w:b w:val="0"/>
          <w:i w:val="0"/>
          <w:smallCaps w:val="0"/>
          <w:strike w:val="0"/>
          <w:sz w:val="22"/>
          <w:highlight w:val="cyan"/>
          <w:u w:val="single"/>
        </w:rPr>
        <w:t>Party to the</w:t>
      </w:r>
      <w:r>
        <w:rPr>
          <w:b w:val="0"/>
          <w:i w:val="0"/>
          <w:smallCaps w:val="0"/>
          <w:strike w:val="0"/>
          <w:sz w:val="22"/>
          <w:u w:val="single"/>
        </w:rPr>
        <w:t xml:space="preserve"> </w:t>
      </w:r>
      <w:r>
        <w:rPr>
          <w:b w:val="0"/>
          <w:i w:val="0"/>
          <w:smallCaps w:val="0"/>
          <w:strike w:val="0"/>
          <w:sz w:val="22"/>
          <w:highlight w:val="cyan"/>
          <w:u w:val="single"/>
        </w:rPr>
        <w:t>Republican</w:t>
      </w:r>
      <w:r>
        <w:rPr>
          <w:b w:val="0"/>
          <w:i w:val="0"/>
          <w:smallCaps w:val="0"/>
          <w:strike w:val="0"/>
          <w:sz w:val="22"/>
          <w:u w:val="single"/>
        </w:rPr>
        <w:t xml:space="preserve"> Party </w:t>
      </w:r>
      <w:r>
        <w:rPr>
          <w:b w:val="0"/>
          <w:i w:val="0"/>
          <w:smallCaps w:val="0"/>
          <w:strike w:val="0"/>
          <w:sz w:val="22"/>
          <w:highlight w:val="cyan"/>
          <w:u w:val="single"/>
        </w:rPr>
        <w:t>has a new jolt</w:t>
      </w:r>
      <w:r>
        <w:rPr>
          <w:b w:val="0"/>
          <w:i w:val="0"/>
          <w:smallCaps w:val="0"/>
          <w:strike w:val="0"/>
          <w:sz w:val="22"/>
          <w:u w:val="single"/>
        </w:rPr>
        <w:t xml:space="preserve">: </w:t>
      </w:r>
      <w:r>
        <w:rPr>
          <w:b w:val="0"/>
          <w:i w:val="0"/>
          <w:smallCaps w:val="0"/>
          <w:strike w:val="0"/>
          <w:sz w:val="22"/>
          <w:highlight w:val="cyan"/>
          <w:u w:val="single"/>
        </w:rPr>
        <w:t>Latino</w:t>
      </w:r>
      <w:r>
        <w:rPr>
          <w:b w:val="0"/>
          <w:i w:val="0"/>
          <w:smallCaps w:val="0"/>
          <w:strike w:val="0"/>
          <w:sz w:val="22"/>
          <w:u w:val="single"/>
        </w:rPr>
        <w:t xml:space="preserve"> working-class </w:t>
      </w:r>
      <w:r>
        <w:rPr>
          <w:b w:val="0"/>
          <w:i w:val="0"/>
          <w:smallCaps w:val="0"/>
          <w:strike w:val="0"/>
          <w:sz w:val="22"/>
          <w:highlight w:val="cyan"/>
          <w:u w:val="single"/>
        </w:rPr>
        <w:t>voters are joining the shift.</w:t>
      </w:r>
      <w:r>
        <w:rPr>
          <w:b w:val="0"/>
          <w:i w:val="0"/>
          <w:smallCaps w:val="0"/>
          <w:strike w:val="0"/>
          <w:sz w:val="14"/>
          <w:u w:val="none"/>
        </w:rPr>
        <w:t xml:space="preserve"> Why it matters: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win</w:t>
      </w:r>
      <w:r>
        <w:rPr>
          <w:b w:val="0"/>
          <w:i w:val="0"/>
          <w:smallCaps w:val="0"/>
          <w:strike w:val="0"/>
          <w:sz w:val="22"/>
          <w:u w:val="single"/>
        </w:rPr>
        <w:t xml:space="preserve"> key swing states, President </w:t>
      </w:r>
      <w:r>
        <w:rPr>
          <w:b w:val="0"/>
          <w:i w:val="0"/>
          <w:smallCaps w:val="0"/>
          <w:strike w:val="0"/>
          <w:sz w:val="22"/>
          <w:highlight w:val="cyan"/>
          <w:u w:val="single"/>
        </w:rPr>
        <w:t>Biden needs the support</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some dissatisfied </w:t>
      </w:r>
      <w:r>
        <w:rPr>
          <w:b w:val="0"/>
          <w:i w:val="0"/>
          <w:smallCaps w:val="0"/>
          <w:strike w:val="0"/>
          <w:sz w:val="14"/>
          <w:u w:val="none"/>
        </w:rPr>
        <w:t xml:space="preserve">white, </w:t>
      </w:r>
      <w:r>
        <w:rPr>
          <w:b w:val="0"/>
          <w:i w:val="0"/>
          <w:smallCaps w:val="0"/>
          <w:strike w:val="0"/>
          <w:sz w:val="22"/>
          <w:highlight w:val="cyan"/>
          <w:u w:val="single"/>
        </w:rPr>
        <w:t>Latino</w:t>
      </w:r>
      <w:r>
        <w:rPr>
          <w:b w:val="0"/>
          <w:i w:val="0"/>
          <w:smallCaps w:val="0"/>
          <w:strike w:val="0"/>
          <w:sz w:val="14"/>
          <w:u w:val="none"/>
        </w:rPr>
        <w:t xml:space="preserve"> and Black working-class </w:t>
      </w:r>
      <w:r>
        <w:rPr>
          <w:b w:val="0"/>
          <w:i w:val="0"/>
          <w:smallCaps w:val="0"/>
          <w:strike w:val="0"/>
          <w:sz w:val="22"/>
          <w:highlight w:val="cyan"/>
          <w:u w:val="single"/>
        </w:rPr>
        <w:t>voters</w:t>
      </w:r>
      <w:r>
        <w:rPr>
          <w:b w:val="0"/>
          <w:i w:val="0"/>
          <w:smallCaps w:val="0"/>
          <w:strike w:val="0"/>
          <w:sz w:val="22"/>
          <w:u w:val="single"/>
        </w:rPr>
        <w:t xml:space="preserve"> </w:t>
      </w:r>
      <w:r>
        <w:rPr>
          <w:b w:val="0"/>
          <w:i w:val="0"/>
          <w:smallCaps w:val="0"/>
          <w:strike w:val="0"/>
          <w:sz w:val="22"/>
          <w:highlight w:val="cyan"/>
          <w:u w:val="single"/>
        </w:rPr>
        <w:t>who</w:t>
      </w:r>
      <w:r>
        <w:rPr>
          <w:b w:val="0"/>
          <w:i w:val="0"/>
          <w:smallCaps w:val="0"/>
          <w:strike w:val="0"/>
          <w:sz w:val="22"/>
          <w:u w:val="single"/>
        </w:rPr>
        <w:t xml:space="preserve"> polls suggest </w:t>
      </w:r>
      <w:r>
        <w:rPr>
          <w:b w:val="0"/>
          <w:i w:val="0"/>
          <w:smallCaps w:val="0"/>
          <w:strike w:val="0"/>
          <w:sz w:val="22"/>
          <w:highlight w:val="cyan"/>
          <w:u w:val="single"/>
        </w:rPr>
        <w:t>are upset</w:t>
      </w:r>
      <w:r>
        <w:rPr>
          <w:b w:val="0"/>
          <w:i w:val="0"/>
          <w:smallCaps w:val="0"/>
          <w:strike w:val="0"/>
          <w:sz w:val="22"/>
          <w:u w:val="single"/>
        </w:rPr>
        <w:t xml:space="preserve"> about inflation and some Democratic policies.</w:t>
      </w:r>
      <w:r>
        <w:rPr>
          <w:b w:val="0"/>
          <w:i w:val="0"/>
          <w:smallCaps w:val="0"/>
          <w:strike w:val="0"/>
          <w:sz w:val="14"/>
          <w:u w:val="none"/>
        </w:rPr>
        <w:t xml:space="preserve"> The big picture: Six swing states — Arizona, Georgia, Michigan, Nevada, Pennsylvania and Wisconsin — are widely expected to decide the Biden-Trump rematch. Voters without a college education will be key players in each state. Working-class voters also could tip tight Senate and House races in Pennsylvania, Arizona, Montana, Texas and Maryland at a time when both chambers have narrow majorities. State of play: Biden's poll numbers have been rising lately, but several surveys have indicated he is underperforming with non-white voters without college degrees — a constituency that has long been overwhelmingly Democratic. A YouGov poll commissioned by the Progressive Policy Institute at the end of 2023 found that working-class voters overwhelmingly believe they're worse off today than similar voters did 40 years ago. Voters said they trusted the GOP more than Democrats on the economy, immigration, and education — a dramatic shift from past elections. Zoom in: Among Latinos, </w:t>
      </w:r>
      <w:r>
        <w:rPr>
          <w:b w:val="0"/>
          <w:i w:val="0"/>
          <w:smallCaps w:val="0"/>
          <w:strike w:val="0"/>
          <w:sz w:val="22"/>
          <w:highlight w:val="cyan"/>
          <w:u w:val="single"/>
        </w:rPr>
        <w:t>Republicans</w:t>
      </w:r>
      <w:r>
        <w:rPr>
          <w:b w:val="0"/>
          <w:i w:val="0"/>
          <w:smallCaps w:val="0"/>
          <w:strike w:val="0"/>
          <w:sz w:val="22"/>
          <w:u w:val="single"/>
        </w:rPr>
        <w:t xml:space="preserve"> also now </w:t>
      </w:r>
      <w:r>
        <w:rPr>
          <w:b w:val="0"/>
          <w:i w:val="0"/>
          <w:smallCaps w:val="0"/>
          <w:strike w:val="0"/>
          <w:sz w:val="22"/>
          <w:highlight w:val="cyan"/>
          <w:u w:val="single"/>
        </w:rPr>
        <w:t>have an edge over Democrats</w:t>
      </w:r>
      <w:r>
        <w:rPr>
          <w:b w:val="0"/>
          <w:i w:val="0"/>
          <w:smallCaps w:val="0"/>
          <w:strike w:val="0"/>
          <w:sz w:val="22"/>
          <w:u w:val="single"/>
        </w:rPr>
        <w:t xml:space="preserve"> when it comes to dealing with the economy, </w:t>
      </w:r>
      <w:r>
        <w:rPr>
          <w:b w:val="0"/>
          <w:i w:val="0"/>
          <w:smallCaps w:val="0"/>
          <w:strike w:val="0"/>
          <w:sz w:val="22"/>
          <w:highlight w:val="cyan"/>
          <w:u w:val="single"/>
        </w:rPr>
        <w:t>according</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an April Axios-Ipsos </w:t>
      </w:r>
      <w:r>
        <w:rPr>
          <w:b w:val="0"/>
          <w:i w:val="0"/>
          <w:smallCaps w:val="0"/>
          <w:strike w:val="0"/>
          <w:sz w:val="22"/>
          <w:highlight w:val="cyan"/>
          <w:u w:val="single"/>
        </w:rPr>
        <w:t>Latino Poll</w:t>
      </w:r>
      <w:r>
        <w:rPr>
          <w:b w:val="0"/>
          <w:i w:val="0"/>
          <w:smallCaps w:val="0"/>
          <w:strike w:val="0"/>
          <w:sz w:val="22"/>
          <w:u w:val="single"/>
        </w:rPr>
        <w:t xml:space="preserve"> in partnership with Noticias Telemundo.</w:t>
      </w:r>
      <w:r>
        <w:rPr>
          <w:b w:val="0"/>
          <w:i w:val="0"/>
          <w:smallCaps w:val="0"/>
          <w:strike w:val="0"/>
          <w:sz w:val="14"/>
          <w:u w:val="none"/>
        </w:rPr>
        <w:t xml:space="preserve"> Between the lines: GOP consultant Mike Madrid tells Axios </w:t>
      </w:r>
      <w:r>
        <w:rPr>
          <w:b w:val="0"/>
          <w:i w:val="0"/>
          <w:smallCaps w:val="0"/>
          <w:strike w:val="0"/>
          <w:sz w:val="22"/>
          <w:u w:val="single"/>
        </w:rPr>
        <w:t xml:space="preserve">the political shift among working-class Latino and Black voters has accelerated in recent elections because they see Democrats as out of touch with their way of life. </w:t>
      </w:r>
      <w:r>
        <w:rPr>
          <w:b w:val="0"/>
          <w:i w:val="0"/>
          <w:smallCaps w:val="0"/>
          <w:strike w:val="0"/>
          <w:sz w:val="14"/>
          <w:u w:val="none"/>
        </w:rPr>
        <w:t xml:space="preserve">These voter blocs are upset with Democrats' focusing on EVs while moving to phase out fossil fuels, which many see as endangering high-paying oil worker jobs, he said. Democrats' push to forgive college students' loans also is unpopular with some working-class voters who want more focus on making food and housing more affordable, Madrid said. "These are the new Reagan Democrats. They're at the country music festivals, not the country clubs," he said. Flashback: The shift among white working-class voters began in the 1960s, when anti-Vietnam War protests pushed some to support Republican Richard Nixon, said William A. Galston, a senior fellow at the Brookings Institution. Galston said Republicans since have made gains with white working-class voters, once the bedrock of the New Deal coalition, in almost every election. </w:t>
      </w:r>
      <w:r>
        <w:rPr>
          <w:b/>
          <w:i w:val="0"/>
          <w:smallCaps w:val="0"/>
          <w:strike w:val="0"/>
          <w:sz w:val="24"/>
          <w:highlight w:val="cyan"/>
          <w:u w:val="single"/>
        </w:rPr>
        <w:t xml:space="preserve">Any significant defection by </w:t>
      </w:r>
      <w:r>
        <w:rPr>
          <w:b/>
          <w:i w:val="0"/>
          <w:smallCaps w:val="0"/>
          <w:strike w:val="0"/>
          <w:sz w:val="24"/>
          <w:u w:val="single"/>
        </w:rPr>
        <w:t xml:space="preserve">working-class </w:t>
      </w:r>
      <w:r>
        <w:rPr>
          <w:b/>
          <w:i w:val="0"/>
          <w:smallCaps w:val="0"/>
          <w:strike w:val="0"/>
          <w:sz w:val="24"/>
          <w:highlight w:val="cyan"/>
          <w:u w:val="single"/>
        </w:rPr>
        <w:t>Latinos could be devastating for Democrats,</w:t>
      </w:r>
      <w:r>
        <w:rPr>
          <w:b w:val="0"/>
          <w:i w:val="0"/>
          <w:smallCaps w:val="0"/>
          <w:strike w:val="0"/>
          <w:sz w:val="14"/>
          <w:u w:val="none"/>
        </w:rPr>
        <w:t xml:space="preserve"> he said. "I would call this the political story of my lifetime," Galston said.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