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Tech Industry relies on IPR.</w:t>
      </w:r>
    </w:p>
    <w:p>
      <w:pPr>
        <w:spacing w:after="80"/>
      </w:pPr>
      <w:r>
        <w:rPr>
          <w:b/>
          <w:i w:val="0"/>
          <w:smallCaps w:val="0"/>
          <w:strike w:val="0"/>
          <w:sz w:val="26"/>
          <w:u w:val="none"/>
        </w:rPr>
        <w:t>Kvamme’1</w:t>
      </w:r>
      <w:r>
        <w:rPr>
          <w:b w:val="0"/>
          <w:i w:val="0"/>
          <w:smallCaps w:val="0"/>
          <w:strike w:val="0"/>
          <w:u w:val="none"/>
        </w:rPr>
        <w:t xml:space="preserve">[Floyd Kvamme; March 29; </w:t>
      </w:r>
      <w:r>
        <w:rPr>
          <w:b w:val="0"/>
          <w:i w:val="0"/>
          <w:smallCaps w:val="0"/>
          <w:strike w:val="0"/>
          <w:u w:val="none"/>
        </w:rPr>
        <w:t>Co-Chairman of President Bush’s President’s Council of Advisors on Science and Technology</w:t>
      </w:r>
      <w:r>
        <w:rPr>
          <w:b w:val="0"/>
          <w:i w:val="0"/>
          <w:smallCaps w:val="0"/>
          <w:strike w:val="0"/>
          <w:u w:val="none"/>
        </w:rPr>
        <w:t>; House Financial Services, “</w:t>
      </w:r>
      <w:r>
        <w:rPr>
          <w:b w:val="0"/>
          <w:i w:val="0"/>
          <w:smallCaps w:val="0"/>
          <w:strike w:val="0"/>
          <w:u w:val="none"/>
        </w:rPr>
        <w:t>ESTIMONY ECONOMIC BENEFITS OF TAX CUT</w:t>
      </w:r>
      <w:r>
        <w:rPr>
          <w:b w:val="0"/>
          <w:i w:val="0"/>
          <w:smallCaps w:val="0"/>
          <w:strike w:val="0"/>
          <w:u w:val="none"/>
        </w:rPr>
        <w:t>.”]</w:t>
      </w:r>
    </w:p>
    <w:p>
      <w:pPr>
        <w:spacing w:after="60"/>
      </w:pPr>
      <w:r>
        <w:rPr>
          <w:b w:val="0"/>
          <w:i w:val="0"/>
          <w:smallCaps w:val="0"/>
          <w:strike w:val="0"/>
          <w:u w:val="single"/>
        </w:rPr>
        <w:t xml:space="preserve">It is </w:t>
      </w:r>
      <w:r>
        <w:rPr>
          <w:b/>
          <w:i w:val="0"/>
          <w:smallCaps w:val="0"/>
          <w:strike w:val="0"/>
          <w:sz w:val="24"/>
          <w:highlight w:val="cyan"/>
          <w:u w:val="single"/>
        </w:rPr>
        <w:t>important</w:t>
      </w:r>
      <w:r>
        <w:rPr>
          <w:b w:val="0"/>
          <w:i w:val="0"/>
          <w:smallCaps w:val="0"/>
          <w:strike w:val="0"/>
          <w:highlight w:val="cyan"/>
          <w:u w:val="single"/>
        </w:rPr>
        <w:t xml:space="preserve"> to remember</w:t>
      </w:r>
      <w:r>
        <w:rPr>
          <w:b w:val="0"/>
          <w:i w:val="0"/>
          <w:smallCaps w:val="0"/>
          <w:strike w:val="0"/>
          <w:u w:val="single"/>
        </w:rPr>
        <w:t xml:space="preserve"> that the </w:t>
      </w:r>
      <w:r>
        <w:rPr>
          <w:b w:val="0"/>
          <w:i w:val="0"/>
          <w:smallCaps w:val="0"/>
          <w:strike w:val="0"/>
          <w:highlight w:val="cyan"/>
          <w:u w:val="single"/>
        </w:rPr>
        <w:t xml:space="preserve">American </w:t>
      </w:r>
      <w:r>
        <w:rPr>
          <w:b/>
          <w:i w:val="0"/>
          <w:smallCaps w:val="0"/>
          <w:strike w:val="0"/>
          <w:sz w:val="24"/>
          <w:highlight w:val="cyan"/>
          <w:u w:val="single"/>
        </w:rPr>
        <w:t>high tech</w:t>
      </w:r>
      <w:r>
        <w:rPr>
          <w:b w:val="0"/>
          <w:i w:val="0"/>
          <w:smallCaps w:val="0"/>
          <w:strike w:val="0"/>
          <w:highlight w:val="cyan"/>
          <w:u w:val="single"/>
        </w:rPr>
        <w:t xml:space="preserve"> industry leads</w:t>
      </w:r>
      <w:r>
        <w:rPr>
          <w:b w:val="0"/>
          <w:i w:val="0"/>
          <w:smallCaps w:val="0"/>
          <w:strike w:val="0"/>
          <w:u w:val="single"/>
        </w:rPr>
        <w:t xml:space="preserve"> the </w:t>
      </w:r>
      <w:r>
        <w:rPr>
          <w:b w:val="0"/>
          <w:i w:val="0"/>
          <w:smallCaps w:val="0"/>
          <w:strike w:val="0"/>
          <w:highlight w:val="cyan"/>
          <w:u w:val="single"/>
        </w:rPr>
        <w:t>world in</w:t>
      </w:r>
      <w:r>
        <w:rPr>
          <w:b w:val="0"/>
          <w:i w:val="0"/>
          <w:smallCaps w:val="0"/>
          <w:strike w:val="0"/>
          <w:u w:val="single"/>
        </w:rPr>
        <w:t xml:space="preserve"> virtually </w:t>
      </w:r>
      <w:r>
        <w:rPr>
          <w:b/>
          <w:i w:val="0"/>
          <w:smallCaps w:val="0"/>
          <w:strike w:val="0"/>
          <w:sz w:val="24"/>
          <w:highlight w:val="cyan"/>
          <w:u w:val="single"/>
        </w:rPr>
        <w:t>every</w:t>
      </w:r>
      <w:r>
        <w:rPr>
          <w:b w:val="0"/>
          <w:i w:val="0"/>
          <w:smallCaps w:val="0"/>
          <w:strike w:val="0"/>
          <w:highlight w:val="cyan"/>
          <w:u w:val="single"/>
        </w:rPr>
        <w:t xml:space="preserve"> area</w:t>
      </w:r>
      <w:r>
        <w:rPr>
          <w:b w:val="0"/>
          <w:i w:val="0"/>
          <w:smallCaps w:val="0"/>
          <w:strike w:val="0"/>
          <w:u w:val="none"/>
        </w:rPr>
        <w:t xml:space="preserve"> of competence and produces nearly half of its revenue from export sales to the further benefit of the American economy. To my knowledge, there is no such thing as a high- growth regulated industry. Continued leadership for American companies could be threatened if regulations restrict the freedom of action that the industry has enjoyed to date. Other Issues of Importance: </w:t>
      </w:r>
      <w:r>
        <w:rPr>
          <w:b/>
          <w:i w:val="0"/>
          <w:smallCaps w:val="0"/>
          <w:strike w:val="0"/>
          <w:sz w:val="24"/>
          <w:highlight w:val="cyan"/>
          <w:u w:val="single"/>
        </w:rPr>
        <w:t>Congress</w:t>
      </w:r>
      <w:r>
        <w:rPr>
          <w:b w:val="0"/>
          <w:i w:val="0"/>
          <w:smallCaps w:val="0"/>
          <w:strike w:val="0"/>
          <w:u w:val="single"/>
        </w:rPr>
        <w:t xml:space="preserve"> will </w:t>
      </w:r>
      <w:r>
        <w:rPr>
          <w:b w:val="0"/>
          <w:i w:val="0"/>
          <w:smallCaps w:val="0"/>
          <w:strike w:val="0"/>
          <w:highlight w:val="cyan"/>
          <w:u w:val="single"/>
        </w:rPr>
        <w:t xml:space="preserve">play a </w:t>
      </w:r>
      <w:r>
        <w:rPr>
          <w:b/>
          <w:i w:val="0"/>
          <w:smallCaps w:val="0"/>
          <w:strike w:val="0"/>
          <w:sz w:val="24"/>
          <w:highlight w:val="cyan"/>
          <w:u w:val="single"/>
        </w:rPr>
        <w:t>key</w:t>
      </w:r>
      <w:r>
        <w:rPr>
          <w:b w:val="0"/>
          <w:i w:val="0"/>
          <w:smallCaps w:val="0"/>
          <w:strike w:val="0"/>
          <w:highlight w:val="cyan"/>
          <w:u w:val="single"/>
        </w:rPr>
        <w:t xml:space="preserve"> role on many</w:t>
      </w:r>
      <w:r>
        <w:rPr>
          <w:b w:val="0"/>
          <w:i w:val="0"/>
          <w:smallCaps w:val="0"/>
          <w:strike w:val="0"/>
          <w:u w:val="single"/>
        </w:rPr>
        <w:t xml:space="preserve"> other </w:t>
      </w:r>
      <w:r>
        <w:rPr>
          <w:b/>
          <w:i w:val="0"/>
          <w:smallCaps w:val="0"/>
          <w:strike w:val="0"/>
          <w:sz w:val="24"/>
          <w:highlight w:val="cyan"/>
          <w:u w:val="single"/>
        </w:rPr>
        <w:t>issues</w:t>
      </w:r>
      <w:r>
        <w:rPr>
          <w:b w:val="0"/>
          <w:i w:val="0"/>
          <w:smallCaps w:val="0"/>
          <w:strike w:val="0"/>
          <w:highlight w:val="cyan"/>
          <w:u w:val="single"/>
        </w:rPr>
        <w:t xml:space="preserve"> that</w:t>
      </w:r>
      <w:r>
        <w:rPr>
          <w:b w:val="0"/>
          <w:i w:val="0"/>
          <w:smallCaps w:val="0"/>
          <w:strike w:val="0"/>
          <w:u w:val="single"/>
        </w:rPr>
        <w:t xml:space="preserve"> will </w:t>
      </w:r>
      <w:r>
        <w:rPr>
          <w:b w:val="0"/>
          <w:i w:val="0"/>
          <w:smallCaps w:val="0"/>
          <w:strike w:val="0"/>
          <w:highlight w:val="cyan"/>
          <w:u w:val="single"/>
        </w:rPr>
        <w:t>affect</w:t>
      </w:r>
      <w:r>
        <w:rPr>
          <w:b w:val="0"/>
          <w:i w:val="0"/>
          <w:smallCaps w:val="0"/>
          <w:strike w:val="0"/>
          <w:u w:val="single"/>
        </w:rPr>
        <w:t xml:space="preserve"> the </w:t>
      </w:r>
      <w:r>
        <w:rPr>
          <w:b/>
          <w:i w:val="0"/>
          <w:smallCaps w:val="0"/>
          <w:strike w:val="0"/>
          <w:sz w:val="24"/>
          <w:highlight w:val="cyan"/>
          <w:u w:val="single"/>
        </w:rPr>
        <w:t>growth</w:t>
      </w:r>
      <w:r>
        <w:rPr>
          <w:b w:val="0"/>
          <w:i w:val="0"/>
          <w:smallCaps w:val="0"/>
          <w:strike w:val="0"/>
          <w:highlight w:val="cyan"/>
          <w:u w:val="single"/>
        </w:rPr>
        <w:t xml:space="preserve"> of</w:t>
      </w:r>
      <w:r>
        <w:rPr>
          <w:b w:val="0"/>
          <w:i w:val="0"/>
          <w:smallCaps w:val="0"/>
          <w:strike w:val="0"/>
          <w:u w:val="single"/>
        </w:rPr>
        <w:t xml:space="preserve"> the </w:t>
      </w:r>
      <w:r>
        <w:rPr>
          <w:b/>
          <w:i w:val="0"/>
          <w:smallCaps w:val="0"/>
          <w:strike w:val="0"/>
          <w:sz w:val="24"/>
          <w:highlight w:val="cyan"/>
          <w:u w:val="single"/>
        </w:rPr>
        <w:t>high tech</w:t>
      </w:r>
      <w:r>
        <w:rPr>
          <w:b w:val="0"/>
          <w:i w:val="0"/>
          <w:smallCaps w:val="0"/>
          <w:strike w:val="0"/>
          <w:u w:val="single"/>
        </w:rPr>
        <w:t xml:space="preserve"> and biotech </w:t>
      </w:r>
      <w:r>
        <w:rPr>
          <w:b w:val="0"/>
          <w:i w:val="0"/>
          <w:smallCaps w:val="0"/>
          <w:strike w:val="0"/>
          <w:highlight w:val="cyan"/>
          <w:u w:val="single"/>
        </w:rPr>
        <w:t>sectors</w:t>
      </w:r>
      <w:r>
        <w:rPr>
          <w:b w:val="0"/>
          <w:i w:val="0"/>
          <w:smallCaps w:val="0"/>
          <w:strike w:val="0"/>
          <w:u w:val="none"/>
        </w:rPr>
        <w:t xml:space="preserve"> and the expansion of our economy. In order to assure that these sectors are financially healthy and have adequate access to capital, I would urge Congress to pursue pro- growth policies in the following areas: -Free trade: open and fair access to foreign markets is critical to the success and growth of these sectors. As just mentioned, the average annual export sales as a percentage of ,revenue for a typical venture-backed company grows from zero to 43 percent in the early years of the company's life. In order to expand these overseas opportunities for growth, our industry strongly supports extending Trade Promotion Authority to President Bush. -Efficient stock markets: secure, flexible and efficient stock markets are essential for high growth, venture-backed companies to grow to the next level after the venture capitalist exits his or her investment in the company. -</w:t>
      </w:r>
      <w:r>
        <w:rPr>
          <w:b/>
          <w:i w:val="0"/>
          <w:smallCaps w:val="0"/>
          <w:strike w:val="0"/>
          <w:sz w:val="24"/>
          <w:highlight w:val="cyan"/>
          <w:u w:val="single"/>
        </w:rPr>
        <w:t>Effective</w:t>
      </w:r>
      <w:r>
        <w:rPr>
          <w:b w:val="0"/>
          <w:i w:val="0"/>
          <w:smallCaps w:val="0"/>
          <w:strike w:val="0"/>
          <w:highlight w:val="cyan"/>
          <w:u w:val="single"/>
        </w:rPr>
        <w:t xml:space="preserve"> patent and copyright protection</w:t>
      </w:r>
      <w:r>
        <w:rPr>
          <w:b w:val="0"/>
          <w:i w:val="0"/>
          <w:smallCaps w:val="0"/>
          <w:strike w:val="0"/>
          <w:u w:val="single"/>
        </w:rPr>
        <w:t xml:space="preserve">: </w:t>
      </w:r>
      <w:r>
        <w:rPr>
          <w:b/>
          <w:i w:val="0"/>
          <w:smallCaps w:val="0"/>
          <w:strike w:val="0"/>
          <w:sz w:val="24"/>
          <w:highlight w:val="cyan"/>
          <w:u w:val="single"/>
        </w:rPr>
        <w:t>i</w:t>
      </w:r>
      <w:r>
        <w:rPr>
          <w:b w:val="0"/>
          <w:i w:val="0"/>
          <w:smallCaps w:val="0"/>
          <w:strike w:val="0"/>
          <w:u w:val="single"/>
        </w:rPr>
        <w:t xml:space="preserve">ntellectual </w:t>
      </w:r>
      <w:r>
        <w:rPr>
          <w:b/>
          <w:i w:val="0"/>
          <w:smallCaps w:val="0"/>
          <w:strike w:val="0"/>
          <w:sz w:val="24"/>
          <w:highlight w:val="cyan"/>
          <w:u w:val="single"/>
        </w:rPr>
        <w:t>p</w:t>
      </w:r>
      <w:r>
        <w:rPr>
          <w:b w:val="0"/>
          <w:i w:val="0"/>
          <w:smallCaps w:val="0"/>
          <w:strike w:val="0"/>
          <w:u w:val="single"/>
        </w:rPr>
        <w:t xml:space="preserve">roperty </w:t>
      </w:r>
      <w:r>
        <w:rPr>
          <w:b w:val="0"/>
          <w:i w:val="0"/>
          <w:smallCaps w:val="0"/>
          <w:strike w:val="0"/>
          <w:highlight w:val="cyan"/>
          <w:u w:val="single"/>
        </w:rPr>
        <w:t>is</w:t>
      </w:r>
      <w:r>
        <w:rPr>
          <w:b w:val="0"/>
          <w:i w:val="0"/>
          <w:smallCaps w:val="0"/>
          <w:strike w:val="0"/>
          <w:u w:val="single"/>
        </w:rPr>
        <w:t xml:space="preserve"> the </w:t>
      </w:r>
      <w:r>
        <w:rPr>
          <w:b/>
          <w:i w:val="0"/>
          <w:smallCaps w:val="0"/>
          <w:strike w:val="0"/>
          <w:sz w:val="24"/>
          <w:highlight w:val="cyan"/>
          <w:u w:val="single"/>
        </w:rPr>
        <w:t>lifeblood</w:t>
      </w:r>
      <w:r>
        <w:rPr>
          <w:b w:val="0"/>
          <w:i w:val="0"/>
          <w:smallCaps w:val="0"/>
          <w:strike w:val="0"/>
          <w:highlight w:val="cyan"/>
          <w:u w:val="single"/>
        </w:rPr>
        <w:t xml:space="preserve"> of </w:t>
      </w:r>
      <w:r>
        <w:rPr>
          <w:b w:val="0"/>
          <w:i w:val="0"/>
          <w:smallCaps w:val="0"/>
          <w:strike w:val="0"/>
          <w:u w:val="single"/>
        </w:rPr>
        <w:t xml:space="preserve">venture- backed </w:t>
      </w:r>
      <w:r>
        <w:rPr>
          <w:b w:val="0"/>
          <w:i w:val="0"/>
          <w:smallCaps w:val="0"/>
          <w:strike w:val="0"/>
          <w:highlight w:val="cyan"/>
          <w:u w:val="single"/>
        </w:rPr>
        <w:t>high tech</w:t>
      </w:r>
      <w:r>
        <w:rPr>
          <w:b w:val="0"/>
          <w:i w:val="0"/>
          <w:smallCaps w:val="0"/>
          <w:strike w:val="0"/>
          <w:u w:val="single"/>
        </w:rPr>
        <w:t xml:space="preserve"> and biotech </w:t>
      </w:r>
      <w:r>
        <w:rPr>
          <w:b w:val="0"/>
          <w:i w:val="0"/>
          <w:smallCaps w:val="0"/>
          <w:strike w:val="0"/>
          <w:highlight w:val="cyan"/>
          <w:u w:val="single"/>
        </w:rPr>
        <w:t>firms</w:t>
      </w:r>
      <w:r>
        <w:rPr>
          <w:b w:val="0"/>
          <w:i w:val="0"/>
          <w:smallCaps w:val="0"/>
          <w:strike w:val="0"/>
          <w:u w:val="single"/>
        </w:rPr>
        <w:t>.</w:t>
      </w:r>
      <w:r>
        <w:rPr>
          <w:b w:val="0"/>
          <w:i w:val="0"/>
          <w:smallCaps w:val="0"/>
          <w:strike w:val="0"/>
          <w:u w:val="none"/>
        </w:rPr>
        <w:t xml:space="preserve"> </w:t>
      </w:r>
      <w:r>
        <w:rPr>
          <w:b/>
          <w:i w:val="0"/>
          <w:smallCaps w:val="0"/>
          <w:strike w:val="0"/>
          <w:sz w:val="24"/>
          <w:highlight w:val="cyan"/>
          <w:u w:val="single"/>
        </w:rPr>
        <w:t>Secure</w:t>
      </w:r>
      <w:r>
        <w:rPr>
          <w:b w:val="0"/>
          <w:i w:val="0"/>
          <w:smallCaps w:val="0"/>
          <w:strike w:val="0"/>
          <w:highlight w:val="cyan"/>
          <w:u w:val="single"/>
        </w:rPr>
        <w:t xml:space="preserve"> protection of </w:t>
      </w:r>
      <w:r>
        <w:rPr>
          <w:b/>
          <w:i w:val="0"/>
          <w:smallCaps w:val="0"/>
          <w:strike w:val="0"/>
          <w:sz w:val="24"/>
          <w:highlight w:val="cyan"/>
          <w:u w:val="single"/>
        </w:rPr>
        <w:t>IP</w:t>
      </w:r>
      <w:r>
        <w:rPr>
          <w:b w:val="0"/>
          <w:i w:val="0"/>
          <w:smallCaps w:val="0"/>
          <w:strike w:val="0"/>
          <w:highlight w:val="cyan"/>
          <w:u w:val="single"/>
        </w:rPr>
        <w:t xml:space="preserve"> rights is </w:t>
      </w:r>
      <w:r>
        <w:rPr>
          <w:b/>
          <w:i w:val="0"/>
          <w:smallCaps w:val="0"/>
          <w:strike w:val="0"/>
          <w:sz w:val="24"/>
          <w:highlight w:val="cyan"/>
          <w:u w:val="single"/>
        </w:rPr>
        <w:t>prerequisite</w:t>
      </w:r>
      <w:r>
        <w:rPr>
          <w:b w:val="0"/>
          <w:i w:val="0"/>
          <w:smallCaps w:val="0"/>
          <w:strike w:val="0"/>
          <w:highlight w:val="cyan"/>
          <w:u w:val="single"/>
        </w:rPr>
        <w:t xml:space="preserve"> for investment</w:t>
      </w:r>
      <w:r>
        <w:rPr>
          <w:b w:val="0"/>
          <w:i w:val="0"/>
          <w:smallCaps w:val="0"/>
          <w:strike w:val="0"/>
          <w:u w:val="single"/>
        </w:rPr>
        <w:t xml:space="preserve"> in a start-up. </w:t>
      </w:r>
      <w:r>
        <w:rPr>
          <w:b w:val="0"/>
          <w:i w:val="0"/>
          <w:smallCaps w:val="0"/>
          <w:strike w:val="0"/>
          <w:highlight w:val="cyan"/>
          <w:u w:val="single"/>
        </w:rPr>
        <w:t>Assuring</w:t>
      </w:r>
      <w:r>
        <w:rPr>
          <w:b w:val="0"/>
          <w:i w:val="0"/>
          <w:smallCaps w:val="0"/>
          <w:strike w:val="0"/>
          <w:u w:val="single"/>
        </w:rPr>
        <w:t xml:space="preserve"> an </w:t>
      </w:r>
      <w:r>
        <w:rPr>
          <w:b/>
          <w:i w:val="0"/>
          <w:smallCaps w:val="0"/>
          <w:strike w:val="0"/>
          <w:sz w:val="24"/>
          <w:highlight w:val="cyan"/>
          <w:u w:val="single"/>
        </w:rPr>
        <w:t>efficient</w:t>
      </w:r>
      <w:r>
        <w:rPr>
          <w:b w:val="0"/>
          <w:i w:val="0"/>
          <w:smallCaps w:val="0"/>
          <w:strike w:val="0"/>
          <w:u w:val="single"/>
        </w:rPr>
        <w:t xml:space="preserve"> and equitable </w:t>
      </w:r>
      <w:r>
        <w:rPr>
          <w:b/>
          <w:i w:val="0"/>
          <w:smallCaps w:val="0"/>
          <w:strike w:val="0"/>
          <w:sz w:val="24"/>
          <w:highlight w:val="cyan"/>
          <w:u w:val="single"/>
        </w:rPr>
        <w:t>patent</w:t>
      </w:r>
      <w:r>
        <w:rPr>
          <w:b w:val="0"/>
          <w:i w:val="0"/>
          <w:smallCaps w:val="0"/>
          <w:strike w:val="0"/>
          <w:u w:val="single"/>
        </w:rPr>
        <w:t xml:space="preserve"> and copyright processing </w:t>
      </w:r>
      <w:r>
        <w:rPr>
          <w:b/>
          <w:i w:val="0"/>
          <w:smallCaps w:val="0"/>
          <w:strike w:val="0"/>
          <w:sz w:val="24"/>
          <w:highlight w:val="cyan"/>
          <w:u w:val="single"/>
        </w:rPr>
        <w:t>system</w:t>
      </w:r>
      <w:r>
        <w:rPr>
          <w:b w:val="0"/>
          <w:i w:val="0"/>
          <w:smallCaps w:val="0"/>
          <w:strike w:val="0"/>
          <w:highlight w:val="cyan"/>
          <w:u w:val="single"/>
        </w:rPr>
        <w:t xml:space="preserve"> is a </w:t>
      </w:r>
      <w:r>
        <w:rPr>
          <w:b/>
          <w:i w:val="0"/>
          <w:smallCaps w:val="0"/>
          <w:strike w:val="0"/>
          <w:sz w:val="24"/>
          <w:highlight w:val="cyan"/>
          <w:u w:val="single"/>
        </w:rPr>
        <w:t>priority</w:t>
      </w:r>
      <w:r>
        <w:rPr>
          <w:b w:val="0"/>
          <w:i w:val="0"/>
          <w:smallCaps w:val="0"/>
          <w:strike w:val="0"/>
          <w:highlight w:val="cyan"/>
          <w:u w:val="single"/>
        </w:rPr>
        <w: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