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Tech could back Trump</w:t>
      </w:r>
    </w:p>
    <w:p>
      <w:pPr>
        <w:spacing w:after="80"/>
      </w:pPr>
      <w:r>
        <w:rPr>
          <w:b/>
          <w:i w:val="0"/>
          <w:smallCaps w:val="0"/>
          <w:strike w:val="0"/>
          <w:sz w:val="26"/>
          <w:u w:val="none"/>
        </w:rPr>
        <w:t>Gray’20</w:t>
      </w:r>
      <w:r>
        <w:rPr>
          <w:b w:val="0"/>
          <w:i w:val="0"/>
          <w:smallCaps w:val="0"/>
          <w:strike w:val="0"/>
          <w:u w:val="none"/>
        </w:rPr>
        <w:t xml:space="preserve">[Lucy Anne Gray; November 2; </w:t>
      </w:r>
      <w:r>
        <w:rPr>
          <w:b w:val="0"/>
          <w:i w:val="0"/>
          <w:smallCaps w:val="0"/>
          <w:strike w:val="0"/>
          <w:u w:val="none"/>
        </w:rPr>
        <w:t>Head of Audience and Voices Editor</w:t>
      </w:r>
      <w:r>
        <w:rPr>
          <w:b w:val="0"/>
          <w:i w:val="0"/>
          <w:smallCaps w:val="0"/>
          <w:strike w:val="0"/>
          <w:u w:val="none"/>
        </w:rPr>
        <w:t>; The Independent, “</w:t>
      </w:r>
      <w:r>
        <w:rPr>
          <w:b w:val="0"/>
          <w:i w:val="0"/>
          <w:smallCaps w:val="0"/>
          <w:strike w:val="0"/>
          <w:u w:val="none"/>
        </w:rPr>
        <w:t>In an unclear election Trump's Big Tech foes could hand him a second term</w:t>
      </w:r>
      <w:r>
        <w:rPr>
          <w:b w:val="0"/>
          <w:i w:val="0"/>
          <w:smallCaps w:val="0"/>
          <w:strike w:val="0"/>
          <w:u w:val="none"/>
        </w:rPr>
        <w:t>,” Lexis Nexis]</w:t>
      </w:r>
    </w:p>
    <w:p>
      <w:pPr>
        <w:spacing w:after="60"/>
      </w:pPr>
      <w:r>
        <w:rPr>
          <w:b w:val="0"/>
          <w:i w:val="0"/>
          <w:smallCaps w:val="0"/>
          <w:strike w:val="0"/>
          <w:u w:val="none"/>
        </w:rPr>
        <w:t xml:space="preserve">Professor Srinivasan says there is </w:t>
      </w:r>
      <w:r>
        <w:rPr>
          <w:b/>
          <w:i w:val="0"/>
          <w:smallCaps w:val="0"/>
          <w:strike w:val="0"/>
          <w:sz w:val="24"/>
          <w:highlight w:val="cyan"/>
          <w:u w:val="single"/>
        </w:rPr>
        <w:t>no</w:t>
      </w:r>
      <w:r>
        <w:rPr>
          <w:b w:val="0"/>
          <w:i w:val="0"/>
          <w:smallCaps w:val="0"/>
          <w:strike w:val="0"/>
          <w:sz w:val="22"/>
          <w:highlight w:val="cyan"/>
          <w:u w:val="single"/>
        </w:rPr>
        <w:t xml:space="preserve"> evidence</w:t>
      </w:r>
      <w:r>
        <w:rPr>
          <w:b w:val="0"/>
          <w:i w:val="0"/>
          <w:smallCaps w:val="0"/>
          <w:strike w:val="0"/>
          <w:u w:val="none"/>
        </w:rPr>
        <w:t xml:space="preserve"> for this claim, and goes so far as to say he thinks a decision was made some time ago "</w:t>
      </w:r>
      <w:r>
        <w:rPr>
          <w:b w:val="0"/>
          <w:i w:val="0"/>
          <w:smallCaps w:val="0"/>
          <w:strike w:val="0"/>
          <w:sz w:val="22"/>
          <w:highlight w:val="cyan"/>
          <w:u w:val="single"/>
        </w:rPr>
        <w:t>where</w:t>
      </w:r>
      <w:r>
        <w:rPr>
          <w:b w:val="0"/>
          <w:i w:val="0"/>
          <w:smallCaps w:val="0"/>
          <w:strike w:val="0"/>
          <w:sz w:val="22"/>
          <w:u w:val="single"/>
        </w:rPr>
        <w:t xml:space="preserve"> there was a recognition by </w:t>
      </w:r>
      <w:r>
        <w:rPr>
          <w:b/>
          <w:i w:val="0"/>
          <w:smallCaps w:val="0"/>
          <w:strike w:val="0"/>
          <w:sz w:val="24"/>
          <w:highlight w:val="cyan"/>
          <w:u w:val="single"/>
        </w:rPr>
        <w:t>Trump</w:t>
      </w:r>
      <w:r>
        <w:rPr>
          <w:b w:val="0"/>
          <w:i w:val="0"/>
          <w:smallCaps w:val="0"/>
          <w:strike w:val="0"/>
          <w:sz w:val="22"/>
          <w:u w:val="single"/>
        </w:rPr>
        <w:t xml:space="preserve"> and his supporters or his maybe his advisors that </w:t>
      </w:r>
      <w:r>
        <w:rPr>
          <w:b w:val="0"/>
          <w:i w:val="0"/>
          <w:smallCaps w:val="0"/>
          <w:strike w:val="0"/>
          <w:sz w:val="22"/>
          <w:highlight w:val="cyan"/>
          <w:u w:val="single"/>
        </w:rPr>
        <w:t>set</w:t>
      </w:r>
      <w:r>
        <w:rPr>
          <w:b w:val="0"/>
          <w:i w:val="0"/>
          <w:smallCaps w:val="0"/>
          <w:strike w:val="0"/>
          <w:sz w:val="22"/>
          <w:u w:val="single"/>
        </w:rPr>
        <w:t xml:space="preserve">ting </w:t>
      </w:r>
      <w:r>
        <w:rPr>
          <w:b w:val="0"/>
          <w:i w:val="0"/>
          <w:smallCaps w:val="0"/>
          <w:strike w:val="0"/>
          <w:sz w:val="22"/>
          <w:highlight w:val="cyan"/>
          <w:u w:val="single"/>
        </w:rPr>
        <w:t>up</w:t>
      </w:r>
      <w:r>
        <w:rPr>
          <w:b w:val="0"/>
          <w:i w:val="0"/>
          <w:smallCaps w:val="0"/>
          <w:strike w:val="0"/>
          <w:sz w:val="22"/>
          <w:u w:val="single"/>
        </w:rPr>
        <w:t xml:space="preserve"> some sort of rhetorical war or </w:t>
      </w:r>
      <w:r>
        <w:rPr>
          <w:b/>
          <w:i w:val="0"/>
          <w:smallCaps w:val="0"/>
          <w:strike w:val="0"/>
          <w:sz w:val="24"/>
          <w:highlight w:val="cyan"/>
          <w:u w:val="single"/>
        </w:rPr>
        <w:t>conflict</w:t>
      </w:r>
      <w:r>
        <w:rPr>
          <w:b w:val="0"/>
          <w:i w:val="0"/>
          <w:smallCaps w:val="0"/>
          <w:strike w:val="0"/>
          <w:sz w:val="22"/>
          <w:highlight w:val="cyan"/>
          <w:u w:val="single"/>
        </w:rPr>
        <w:t xml:space="preserve"> with </w:t>
      </w:r>
      <w:r>
        <w:rPr>
          <w:b/>
          <w:i w:val="0"/>
          <w:smallCaps w:val="0"/>
          <w:strike w:val="0"/>
          <w:sz w:val="24"/>
          <w:highlight w:val="cyan"/>
          <w:u w:val="single"/>
        </w:rPr>
        <w:t>Big Tech</w:t>
      </w:r>
      <w:r>
        <w:rPr>
          <w:b w:val="0"/>
          <w:i w:val="0"/>
          <w:smallCaps w:val="0"/>
          <w:strike w:val="0"/>
          <w:sz w:val="22"/>
          <w:u w:val="single"/>
        </w:rPr>
        <w:t xml:space="preserve"> companies, especially </w:t>
      </w:r>
      <w:r>
        <w:rPr>
          <w:b/>
          <w:i w:val="0"/>
          <w:smallCaps w:val="0"/>
          <w:strike w:val="0"/>
          <w:sz w:val="24"/>
          <w:highlight w:val="cyan"/>
          <w:u w:val="single"/>
        </w:rPr>
        <w:t>Google</w:t>
      </w:r>
      <w:r>
        <w:rPr>
          <w:b w:val="0"/>
          <w:i w:val="0"/>
          <w:smallCaps w:val="0"/>
          <w:strike w:val="0"/>
          <w:sz w:val="22"/>
          <w:u w:val="single"/>
        </w:rPr>
        <w:t xml:space="preserve">, </w:t>
      </w:r>
      <w:r>
        <w:rPr>
          <w:b w:val="0"/>
          <w:i w:val="0"/>
          <w:smallCaps w:val="0"/>
          <w:strike w:val="0"/>
          <w:sz w:val="22"/>
          <w:highlight w:val="cyan"/>
          <w:u w:val="single"/>
        </w:rPr>
        <w:t xml:space="preserve">might work to support </w:t>
      </w:r>
      <w:r>
        <w:rPr>
          <w:b/>
          <w:i w:val="0"/>
          <w:smallCaps w:val="0"/>
          <w:strike w:val="0"/>
          <w:sz w:val="24"/>
          <w:highlight w:val="cyan"/>
          <w:u w:val="single"/>
        </w:rPr>
        <w:t>Trump</w:t>
      </w:r>
      <w:r>
        <w:rPr>
          <w:b/>
          <w:i w:val="0"/>
          <w:smallCaps w:val="0"/>
          <w:strike w:val="0"/>
          <w:sz w:val="24"/>
          <w:u w:val="single"/>
        </w:rPr>
        <w:t>'s</w:t>
      </w:r>
      <w:r>
        <w:rPr>
          <w:b w:val="0"/>
          <w:i w:val="0"/>
          <w:smallCaps w:val="0"/>
          <w:strike w:val="0"/>
          <w:u w:val="none"/>
        </w:rPr>
        <w:t xml:space="preserve"> political interests, as a so called populist outsider, out of the elites' world, which we know in many in many senses is not true -but it's working. It might work as a political strategy."</w:t>
      </w:r>
    </w:p>
    <w:p>
      <w:pPr>
        <w:spacing w:after="60"/>
      </w:pPr>
      <w:r>
        <w:rPr>
          <w:b w:val="0"/>
          <w:i w:val="0"/>
          <w:smallCaps w:val="0"/>
          <w:strike w:val="0"/>
          <w:u w:val="none"/>
        </w:rPr>
        <w:t>By doing this, Trump and his administration set up a safety net for someone to blame -"a mechanism by which the public will be even further disoriented."</w:t>
      </w:r>
    </w:p>
    <w:p>
      <w:pPr>
        <w:spacing w:after="60"/>
      </w:pPr>
      <w:r>
        <w:rPr>
          <w:b w:val="0"/>
          <w:i w:val="0"/>
          <w:smallCaps w:val="0"/>
          <w:strike w:val="0"/>
          <w:u w:val="none"/>
        </w:rPr>
        <w:t xml:space="preserve">This is not to say that Google has no threat to democracy -but does </w:t>
      </w:r>
      <w:r>
        <w:rPr>
          <w:b w:val="0"/>
          <w:i w:val="0"/>
          <w:smallCaps w:val="0"/>
          <w:strike w:val="0"/>
          <w:sz w:val="22"/>
          <w:highlight w:val="cyan"/>
          <w:u w:val="single"/>
        </w:rPr>
        <w:t xml:space="preserve">show how politicians can </w:t>
      </w:r>
      <w:r>
        <w:rPr>
          <w:b/>
          <w:i w:val="0"/>
          <w:smallCaps w:val="0"/>
          <w:strike w:val="0"/>
          <w:sz w:val="24"/>
          <w:highlight w:val="cyan"/>
          <w:u w:val="single"/>
        </w:rPr>
        <w:t>manipulate</w:t>
      </w:r>
      <w:r>
        <w:rPr>
          <w:b w:val="0"/>
          <w:i w:val="0"/>
          <w:smallCaps w:val="0"/>
          <w:strike w:val="0"/>
          <w:sz w:val="22"/>
          <w:u w:val="single"/>
        </w:rPr>
        <w:t xml:space="preserve"> </w:t>
      </w:r>
      <w:r>
        <w:rPr>
          <w:b w:val="0"/>
          <w:i w:val="0"/>
          <w:smallCaps w:val="0"/>
          <w:strike w:val="0"/>
          <w:sz w:val="22"/>
          <w:highlight w:val="cyan"/>
          <w:u w:val="single"/>
        </w:rPr>
        <w:t xml:space="preserve">our lack of </w:t>
      </w:r>
      <w:r>
        <w:rPr>
          <w:b/>
          <w:i w:val="0"/>
          <w:smallCaps w:val="0"/>
          <w:strike w:val="0"/>
          <w:sz w:val="24"/>
          <w:highlight w:val="cyan"/>
          <w:u w:val="single"/>
        </w:rPr>
        <w:t>knowledge</w:t>
      </w:r>
      <w:r>
        <w:rPr>
          <w:b w:val="0"/>
          <w:i w:val="0"/>
          <w:smallCaps w:val="0"/>
          <w:strike w:val="0"/>
          <w:sz w:val="22"/>
          <w:u w:val="single"/>
        </w:rPr>
        <w:t xml:space="preserve"> of how it works, and wariness of Big Tech, </w:t>
      </w:r>
      <w:r>
        <w:rPr>
          <w:b w:val="0"/>
          <w:i w:val="0"/>
          <w:smallCaps w:val="0"/>
          <w:strike w:val="0"/>
          <w:sz w:val="22"/>
          <w:highlight w:val="cyan"/>
          <w:u w:val="single"/>
        </w:rPr>
        <w:t>to form</w:t>
      </w:r>
      <w:r>
        <w:rPr>
          <w:b w:val="0"/>
          <w:i w:val="0"/>
          <w:smallCaps w:val="0"/>
          <w:strike w:val="0"/>
          <w:sz w:val="22"/>
          <w:u w:val="single"/>
        </w:rPr>
        <w:t xml:space="preserve"> their own </w:t>
      </w:r>
      <w:r>
        <w:rPr>
          <w:b/>
          <w:i w:val="0"/>
          <w:smallCaps w:val="0"/>
          <w:strike w:val="0"/>
          <w:sz w:val="24"/>
          <w:highlight w:val="cyan"/>
          <w:u w:val="single"/>
        </w:rPr>
        <w:t>narratives</w:t>
      </w:r>
      <w:r>
        <w:rPr>
          <w:b w:val="0"/>
          <w:i w:val="0"/>
          <w:smallCaps w:val="0"/>
          <w:strike w:val="0"/>
          <w:sz w:val="22"/>
          <w:u w:val="single"/>
        </w:rPr>
        <w:t>.</w:t>
      </w:r>
    </w:p>
    <w:p>
      <w:pPr>
        <w:spacing w:after="60"/>
      </w:pPr>
      <w:r>
        <w:rPr>
          <w:b w:val="0"/>
          <w:i w:val="0"/>
          <w:smallCaps w:val="0"/>
          <w:strike w:val="0"/>
          <w:u w:val="none"/>
        </w:rPr>
        <w:t>What will happen in the event of an unclear result?</w:t>
      </w:r>
    </w:p>
    <w:p>
      <w:pPr>
        <w:spacing w:after="60"/>
      </w:pPr>
      <w:r>
        <w:rPr>
          <w:b w:val="0"/>
          <w:i w:val="0"/>
          <w:smallCaps w:val="0"/>
          <w:strike w:val="0"/>
          <w:u w:val="none"/>
        </w:rPr>
        <w:t xml:space="preserve">The 2020 election is seeing huge numbers of mail-in votes due to Covid-19, meaning the </w:t>
      </w:r>
      <w:r>
        <w:rPr>
          <w:b w:val="0"/>
          <w:i w:val="0"/>
          <w:smallCaps w:val="0"/>
          <w:strike w:val="0"/>
          <w:sz w:val="22"/>
          <w:highlight w:val="cyan"/>
          <w:u w:val="single"/>
        </w:rPr>
        <w:t>results of some</w:t>
      </w:r>
      <w:r>
        <w:rPr>
          <w:b w:val="0"/>
          <w:i w:val="0"/>
          <w:smallCaps w:val="0"/>
          <w:strike w:val="0"/>
          <w:sz w:val="22"/>
          <w:u w:val="single"/>
        </w:rPr>
        <w:t xml:space="preserve"> </w:t>
      </w:r>
      <w:r>
        <w:rPr>
          <w:b/>
          <w:i w:val="0"/>
          <w:smallCaps w:val="0"/>
          <w:strike w:val="0"/>
          <w:sz w:val="24"/>
          <w:highlight w:val="cyan"/>
          <w:u w:val="single"/>
        </w:rPr>
        <w:t>races</w:t>
      </w:r>
      <w:r>
        <w:rPr>
          <w:b w:val="0"/>
          <w:i w:val="0"/>
          <w:smallCaps w:val="0"/>
          <w:strike w:val="0"/>
          <w:sz w:val="22"/>
          <w:highlight w:val="cyan"/>
          <w:u w:val="single"/>
        </w:rPr>
        <w:t xml:space="preserve"> will</w:t>
      </w:r>
      <w:r>
        <w:rPr>
          <w:b w:val="0"/>
          <w:i w:val="0"/>
          <w:smallCaps w:val="0"/>
          <w:strike w:val="0"/>
          <w:sz w:val="22"/>
          <w:u w:val="single"/>
        </w:rPr>
        <w:t xml:space="preserve"> almost certainly </w:t>
      </w:r>
      <w:r>
        <w:rPr>
          <w:b/>
          <w:i w:val="0"/>
          <w:smallCaps w:val="0"/>
          <w:strike w:val="0"/>
          <w:sz w:val="24"/>
          <w:highlight w:val="cyan"/>
          <w:u w:val="single"/>
        </w:rPr>
        <w:t>not be clear</w:t>
      </w:r>
      <w:r>
        <w:rPr>
          <w:b w:val="0"/>
          <w:i w:val="0"/>
          <w:smallCaps w:val="0"/>
          <w:strike w:val="0"/>
          <w:sz w:val="22"/>
          <w:highlight w:val="cyan"/>
          <w:u w:val="single"/>
        </w:rPr>
        <w:t xml:space="preserve"> on election night</w:t>
      </w:r>
      <w:r>
        <w:rPr>
          <w:b w:val="0"/>
          <w:i w:val="0"/>
          <w:smallCaps w:val="0"/>
          <w:strike w:val="0"/>
          <w:sz w:val="22"/>
          <w:u w:val="single"/>
        </w:rPr>
        <w:t>,</w:t>
      </w:r>
      <w:r>
        <w:rPr>
          <w:b w:val="0"/>
          <w:i w:val="0"/>
          <w:smallCaps w:val="0"/>
          <w:strike w:val="0"/>
          <w:u w:val="none"/>
        </w:rPr>
        <w:t xml:space="preserve"> or even for the days following it.</w:t>
      </w:r>
    </w:p>
    <w:p>
      <w:pPr>
        <w:spacing w:after="60"/>
      </w:pPr>
      <w:r>
        <w:rPr>
          <w:b w:val="0"/>
          <w:i w:val="0"/>
          <w:smallCaps w:val="0"/>
          <w:strike w:val="0"/>
          <w:u w:val="none"/>
        </w:rPr>
        <w:t xml:space="preserve">"During that period of uncertainty, </w:t>
      </w:r>
      <w:r>
        <w:rPr>
          <w:b w:val="0"/>
          <w:i w:val="0"/>
          <w:smallCaps w:val="0"/>
          <w:strike w:val="0"/>
          <w:sz w:val="22"/>
          <w:highlight w:val="cyan"/>
          <w:u w:val="single"/>
        </w:rPr>
        <w:t xml:space="preserve">people will be </w:t>
      </w:r>
      <w:r>
        <w:rPr>
          <w:b/>
          <w:i w:val="0"/>
          <w:smallCaps w:val="0"/>
          <w:strike w:val="0"/>
          <w:sz w:val="24"/>
          <w:highlight w:val="cyan"/>
          <w:u w:val="single"/>
        </w:rPr>
        <w:t>vulnerable</w:t>
      </w:r>
      <w:r>
        <w:rPr>
          <w:b w:val="0"/>
          <w:i w:val="0"/>
          <w:smallCaps w:val="0"/>
          <w:strike w:val="0"/>
          <w:sz w:val="22"/>
          <w:highlight w:val="cyan"/>
          <w:u w:val="single"/>
        </w:rPr>
        <w:t xml:space="preserve"> to</w:t>
      </w:r>
      <w:r>
        <w:rPr>
          <w:b w:val="0"/>
          <w:i w:val="0"/>
          <w:smallCaps w:val="0"/>
          <w:strike w:val="0"/>
          <w:sz w:val="22"/>
          <w:u w:val="single"/>
        </w:rPr>
        <w:t xml:space="preserve"> the spread of rumors, misinformation, and </w:t>
      </w:r>
      <w:r>
        <w:rPr>
          <w:b w:val="0"/>
          <w:i w:val="0"/>
          <w:smallCaps w:val="0"/>
          <w:strike w:val="0"/>
          <w:sz w:val="22"/>
          <w:highlight w:val="cyan"/>
          <w:u w:val="single"/>
        </w:rPr>
        <w:t xml:space="preserve">politically-motivated </w:t>
      </w:r>
      <w:r>
        <w:rPr>
          <w:b/>
          <w:i w:val="0"/>
          <w:smallCaps w:val="0"/>
          <w:strike w:val="0"/>
          <w:sz w:val="24"/>
          <w:highlight w:val="cyan"/>
          <w:u w:val="single"/>
        </w:rPr>
        <w:t>disinformation</w:t>
      </w:r>
      <w:r>
        <w:rPr>
          <w:b w:val="0"/>
          <w:i w:val="0"/>
          <w:smallCaps w:val="0"/>
          <w:strike w:val="0"/>
          <w:sz w:val="22"/>
          <w:u w:val="single"/>
        </w:rPr>
        <w:t xml:space="preserve">," Professor Starbird warns. "Disinformation </w:t>
      </w:r>
      <w:r>
        <w:rPr>
          <w:b w:val="0"/>
          <w:i w:val="0"/>
          <w:smallCaps w:val="0"/>
          <w:strike w:val="0"/>
          <w:sz w:val="22"/>
          <w:highlight w:val="cyan"/>
          <w:u w:val="single"/>
        </w:rPr>
        <w:t>could come from</w:t>
      </w:r>
      <w:r>
        <w:rPr>
          <w:b w:val="0"/>
          <w:i w:val="0"/>
          <w:smallCaps w:val="0"/>
          <w:strike w:val="0"/>
          <w:sz w:val="22"/>
          <w:u w:val="single"/>
        </w:rPr>
        <w:t xml:space="preserve"> </w:t>
      </w:r>
      <w:r>
        <w:rPr>
          <w:b/>
          <w:i w:val="0"/>
          <w:smallCaps w:val="0"/>
          <w:strike w:val="0"/>
          <w:sz w:val="24"/>
          <w:highlight w:val="cyan"/>
          <w:u w:val="single"/>
        </w:rPr>
        <w:t>domestic actors</w:t>
      </w:r>
      <w:r>
        <w:rPr>
          <w:b w:val="0"/>
          <w:i w:val="0"/>
          <w:smallCaps w:val="0"/>
          <w:strike w:val="0"/>
          <w:u w:val="none"/>
        </w:rPr>
        <w:t xml:space="preserve"> (trying </w:t>
      </w:r>
      <w:r>
        <w:rPr>
          <w:b w:val="0"/>
          <w:i w:val="0"/>
          <w:smallCaps w:val="0"/>
          <w:strike w:val="0"/>
          <w:sz w:val="22"/>
          <w:highlight w:val="cyan"/>
          <w:u w:val="single"/>
        </w:rPr>
        <w:t xml:space="preserve">to gain </w:t>
      </w:r>
      <w:r>
        <w:rPr>
          <w:b/>
          <w:i w:val="0"/>
          <w:smallCaps w:val="0"/>
          <w:strike w:val="0"/>
          <w:sz w:val="24"/>
          <w:highlight w:val="cyan"/>
          <w:u w:val="single"/>
        </w:rPr>
        <w:t>advantage</w:t>
      </w:r>
      <w:r>
        <w:rPr>
          <w:b w:val="0"/>
          <w:i w:val="0"/>
          <w:smallCaps w:val="0"/>
          <w:strike w:val="0"/>
          <w:sz w:val="22"/>
          <w:highlight w:val="cyan"/>
          <w:u w:val="single"/>
        </w:rPr>
        <w:t xml:space="preserve"> for</w:t>
      </w:r>
      <w:r>
        <w:rPr>
          <w:b w:val="0"/>
          <w:i w:val="0"/>
          <w:smallCaps w:val="0"/>
          <w:strike w:val="0"/>
          <w:sz w:val="22"/>
          <w:u w:val="single"/>
        </w:rPr>
        <w:t xml:space="preserve"> their </w:t>
      </w:r>
      <w:r>
        <w:rPr>
          <w:b/>
          <w:i w:val="0"/>
          <w:smallCaps w:val="0"/>
          <w:strike w:val="0"/>
          <w:sz w:val="24"/>
          <w:highlight w:val="cyan"/>
          <w:u w:val="single"/>
        </w:rPr>
        <w:t>preferred</w:t>
      </w:r>
      <w:r>
        <w:rPr>
          <w:b w:val="0"/>
          <w:i w:val="0"/>
          <w:smallCaps w:val="0"/>
          <w:strike w:val="0"/>
          <w:sz w:val="22"/>
          <w:highlight w:val="cyan"/>
          <w:u w:val="single"/>
        </w:rPr>
        <w:t xml:space="preserve"> candidate</w:t>
      </w:r>
      <w:r>
        <w:rPr>
          <w:b w:val="0"/>
          <w:i w:val="0"/>
          <w:smallCaps w:val="0"/>
          <w:strike w:val="0"/>
          <w:u w:val="none"/>
        </w:rPr>
        <w:t>) or foreign actors (trying to inflict damage to democracy by reducing our trust in the election process)." She also warns that an unclear result could lead to widespread misleading narratives about voter fraud</w:t>
      </w:r>
      <w:r>
        <w:rPr>
          <w:b w:val="0"/>
          <w:i w:val="0"/>
          <w:smallCaps w:val="0"/>
          <w:strike w:val="0"/>
          <w:sz w:val="22"/>
          <w:u w:val="single"/>
        </w:rPr>
        <w:t xml:space="preserve">, </w:t>
      </w:r>
      <w:r>
        <w:rPr>
          <w:b w:val="0"/>
          <w:i w:val="0"/>
          <w:smallCaps w:val="0"/>
          <w:strike w:val="0"/>
          <w:sz w:val="22"/>
          <w:highlight w:val="cyan"/>
          <w:u w:val="single"/>
        </w:rPr>
        <w:t>particularly on social media</w:t>
      </w:r>
      <w:r>
        <w:rPr>
          <w:b w:val="0"/>
          <w:i w:val="0"/>
          <w:smallCaps w:val="0"/>
          <w:strike w:val="0"/>
          <w:sz w:val="22"/>
          <w:u w:val="single"/>
        </w:rPr>
        <w:t>.</w:t>
      </w:r>
    </w:p>
    <w:p>
      <w:pPr>
        <w:spacing w:after="60"/>
      </w:pPr>
      <w:r>
        <w:rPr>
          <w:b w:val="0"/>
          <w:i w:val="0"/>
          <w:smallCaps w:val="0"/>
          <w:strike w:val="0"/>
          <w:u w:val="none"/>
        </w:rPr>
        <w:t>Combine this with Donald Trump's continued attacks on polls, reliable media outlets, and virtually anyone that stands in his way, we have a potential democratic danger ahead of us. "There is no question in my mind that if you combine the ambiguity and distress of the pandemic, in the mailing process, and the ambiguity and distrust that I would say has been pushed forward by the President's statements and lack of assurances that he will support a democratic outcome, or a lack of clarity even around what that looks like, we're setting ourselves up for a huge mess along the lines that we have not seen before -even including 2016," Professor Srinivasan warns.</w:t>
      </w:r>
    </w:p>
    <w:p>
      <w:pPr>
        <w:spacing w:after="60"/>
      </w:pPr>
      <w:r>
        <w:rPr>
          <w:b w:val="0"/>
          <w:i w:val="0"/>
          <w:smallCaps w:val="0"/>
          <w:strike w:val="0"/>
          <w:sz w:val="22"/>
          <w:highlight w:val="cyan"/>
          <w:u w:val="single"/>
        </w:rPr>
        <w:t>Although Big Tech</w:t>
      </w:r>
      <w:r>
        <w:rPr>
          <w:b w:val="0"/>
          <w:i w:val="0"/>
          <w:smallCaps w:val="0"/>
          <w:strike w:val="0"/>
          <w:sz w:val="22"/>
          <w:u w:val="single"/>
        </w:rPr>
        <w:t xml:space="preserve"> companies </w:t>
      </w:r>
      <w:r>
        <w:rPr>
          <w:b w:val="0"/>
          <w:i w:val="0"/>
          <w:smallCaps w:val="0"/>
          <w:strike w:val="0"/>
          <w:sz w:val="22"/>
          <w:highlight w:val="cyan"/>
          <w:u w:val="single"/>
        </w:rPr>
        <w:t>have taken</w:t>
      </w:r>
      <w:r>
        <w:rPr>
          <w:b w:val="0"/>
          <w:i w:val="0"/>
          <w:smallCaps w:val="0"/>
          <w:strike w:val="0"/>
          <w:sz w:val="22"/>
          <w:u w:val="single"/>
        </w:rPr>
        <w:t xml:space="preserve"> some </w:t>
      </w:r>
      <w:r>
        <w:rPr>
          <w:b/>
          <w:i w:val="0"/>
          <w:smallCaps w:val="0"/>
          <w:strike w:val="0"/>
          <w:sz w:val="24"/>
          <w:highlight w:val="cyan"/>
          <w:u w:val="single"/>
        </w:rPr>
        <w:t>steps</w:t>
      </w:r>
      <w:r>
        <w:rPr>
          <w:b w:val="0"/>
          <w:i w:val="0"/>
          <w:smallCaps w:val="0"/>
          <w:strike w:val="0"/>
          <w:sz w:val="22"/>
          <w:highlight w:val="cyan"/>
          <w:u w:val="single"/>
        </w:rPr>
        <w:t xml:space="preserve"> to control </w:t>
      </w:r>
      <w:r>
        <w:rPr>
          <w:b/>
          <w:i w:val="0"/>
          <w:smallCaps w:val="0"/>
          <w:strike w:val="0"/>
          <w:sz w:val="24"/>
          <w:highlight w:val="cyan"/>
          <w:u w:val="single"/>
        </w:rPr>
        <w:t>misinfo</w:t>
      </w:r>
      <w:r>
        <w:rPr>
          <w:b w:val="0"/>
          <w:i w:val="0"/>
          <w:smallCaps w:val="0"/>
          <w:strike w:val="0"/>
          <w:sz w:val="22"/>
          <w:u w:val="single"/>
        </w:rPr>
        <w:t>rmation</w:t>
      </w:r>
      <w:r>
        <w:rPr>
          <w:b w:val="0"/>
          <w:i w:val="0"/>
          <w:smallCaps w:val="0"/>
          <w:strike w:val="0"/>
          <w:u w:val="none"/>
        </w:rPr>
        <w:t xml:space="preserve"> -for example Twitter highlighting misleading tweets, Facebook clamping down on political ads, congressional hearings for Big Tech -</w:t>
      </w:r>
      <w:r>
        <w:rPr>
          <w:b w:val="0"/>
          <w:i w:val="0"/>
          <w:smallCaps w:val="0"/>
          <w:strike w:val="0"/>
          <w:sz w:val="22"/>
          <w:u w:val="single"/>
        </w:rPr>
        <w:t xml:space="preserve">there </w:t>
      </w:r>
      <w:r>
        <w:rPr>
          <w:b w:val="0"/>
          <w:i w:val="0"/>
          <w:smallCaps w:val="0"/>
          <w:strike w:val="0"/>
          <w:sz w:val="22"/>
          <w:highlight w:val="cyan"/>
          <w:u w:val="single"/>
        </w:rPr>
        <w:t>has bene little</w:t>
      </w:r>
      <w:r>
        <w:rPr>
          <w:b w:val="0"/>
          <w:i w:val="0"/>
          <w:smallCaps w:val="0"/>
          <w:strike w:val="0"/>
          <w:sz w:val="22"/>
          <w:u w:val="single"/>
        </w:rPr>
        <w:t xml:space="preserve"> fundamental </w:t>
      </w:r>
      <w:r>
        <w:rPr>
          <w:b/>
          <w:i w:val="0"/>
          <w:smallCaps w:val="0"/>
          <w:strike w:val="0"/>
          <w:sz w:val="24"/>
          <w:highlight w:val="cyan"/>
          <w:u w:val="single"/>
        </w:rPr>
        <w:t>change</w:t>
      </w:r>
      <w:r>
        <w:rPr>
          <w:b w:val="0"/>
          <w:i w:val="0"/>
          <w:smallCaps w:val="0"/>
          <w:strike w:val="0"/>
          <w:sz w:val="22"/>
          <w:highlight w:val="cyan"/>
          <w:u w:val="single"/>
        </w:rPr>
        <w:t xml:space="preserve"> in</w:t>
      </w:r>
      <w:r>
        <w:rPr>
          <w:b w:val="0"/>
          <w:i w:val="0"/>
          <w:smallCaps w:val="0"/>
          <w:strike w:val="0"/>
          <w:sz w:val="22"/>
          <w:u w:val="single"/>
        </w:rPr>
        <w:t xml:space="preserve"> how they work in terms of </w:t>
      </w:r>
      <w:r>
        <w:rPr>
          <w:b/>
          <w:i w:val="0"/>
          <w:smallCaps w:val="0"/>
          <w:strike w:val="0"/>
          <w:sz w:val="24"/>
          <w:highlight w:val="cyan"/>
          <w:u w:val="single"/>
        </w:rPr>
        <w:t>political transparency</w:t>
      </w:r>
      <w:r>
        <w:rPr>
          <w:b w:val="0"/>
          <w:i w:val="0"/>
          <w:smallCaps w:val="0"/>
          <w:strike w:val="0"/>
          <w:sz w:val="22"/>
          <w:u w:val="single"/>
        </w:rPr>
        <w:t xml:space="preserve"> and accountability.</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