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Biden’s Policies are making Big Tech rethink backing him.</w:t>
      </w:r>
    </w:p>
    <w:p>
      <w:pPr>
        <w:spacing w:after="80"/>
      </w:pPr>
      <w:r>
        <w:rPr>
          <w:b/>
          <w:i w:val="0"/>
          <w:smallCaps w:val="0"/>
          <w:strike w:val="0"/>
          <w:sz w:val="26"/>
          <w:u w:val="none"/>
        </w:rPr>
        <w:t>Chafkin ‘5-31</w:t>
      </w:r>
      <w:r>
        <w:rPr>
          <w:b w:val="0"/>
          <w:i w:val="0"/>
          <w:smallCaps w:val="0"/>
          <w:strike w:val="0"/>
          <w:u w:val="none"/>
        </w:rPr>
        <w:t>[Max Chafkin; May 31; Bloomberg, “</w:t>
      </w:r>
      <w:r>
        <w:rPr>
          <w:b w:val="0"/>
          <w:i w:val="0"/>
          <w:smallCaps w:val="0"/>
          <w:strike w:val="0"/>
          <w:u w:val="none"/>
        </w:rPr>
        <w:t>Trump’s Silicon Valley Supporters Are All In This Time</w:t>
      </w:r>
      <w:r>
        <w:rPr>
          <w:b w:val="0"/>
          <w:i w:val="0"/>
          <w:smallCaps w:val="0"/>
          <w:strike w:val="0"/>
          <w:u w:val="none"/>
        </w:rPr>
        <w:t xml:space="preserve">,” </w:t>
      </w:r>
      <w:r>
        <w:rPr>
          <w:b w:val="0"/>
          <w:i w:val="0"/>
          <w:smallCaps w:val="0"/>
          <w:strike w:val="0"/>
          <w:u w:val="none"/>
        </w:rPr>
        <w:t>https://www.bloomberg.com/news/newsletters/2024-05-31/trump-conviction-doesn-t-matter-to-elon-musk-david-sacks-tech-backers</w:t>
      </w:r>
      <w:r>
        <w:rPr>
          <w:b w:val="0"/>
          <w:i w:val="0"/>
          <w:smallCaps w:val="0"/>
          <w:strike w:val="0"/>
          <w:u w:val="none"/>
        </w:rPr>
        <w:t>]</w:t>
      </w:r>
    </w:p>
    <w:p>
      <w:pPr>
        <w:spacing w:after="60"/>
      </w:pPr>
      <w:r>
        <w:rPr>
          <w:b w:val="0"/>
          <w:i w:val="0"/>
          <w:smallCaps w:val="0"/>
          <w:strike w:val="0"/>
          <w:sz w:val="16"/>
          <w:u w:val="none"/>
        </w:rPr>
        <w:t xml:space="preserve">As the world knows, former president and current candidate Donald </w:t>
      </w:r>
      <w:r>
        <w:rPr>
          <w:b/>
          <w:i w:val="0"/>
          <w:smallCaps w:val="0"/>
          <w:strike w:val="0"/>
          <w:sz w:val="24"/>
          <w:highlight w:val="cyan"/>
          <w:u w:val="single"/>
        </w:rPr>
        <w:t>Trump</w:t>
      </w:r>
      <w:r>
        <w:rPr>
          <w:b w:val="0"/>
          <w:i w:val="0"/>
          <w:smallCaps w:val="0"/>
          <w:strike w:val="0"/>
          <w:sz w:val="22"/>
          <w:highlight w:val="cyan"/>
          <w:u w:val="single"/>
        </w:rPr>
        <w:t xml:space="preserve"> is</w:t>
      </w:r>
      <w:r>
        <w:rPr>
          <w:b w:val="0"/>
          <w:i w:val="0"/>
          <w:smallCaps w:val="0"/>
          <w:strike w:val="0"/>
          <w:sz w:val="22"/>
          <w:u w:val="single"/>
        </w:rPr>
        <w:t xml:space="preserve"> now a </w:t>
      </w:r>
      <w:r>
        <w:rPr>
          <w:b/>
          <w:i w:val="0"/>
          <w:smallCaps w:val="0"/>
          <w:strike w:val="0"/>
          <w:sz w:val="24"/>
          <w:highlight w:val="cyan"/>
          <w:u w:val="single"/>
        </w:rPr>
        <w:t>convicted</w:t>
      </w:r>
      <w:r>
        <w:rPr>
          <w:b w:val="0"/>
          <w:i w:val="0"/>
          <w:smallCaps w:val="0"/>
          <w:strike w:val="0"/>
          <w:sz w:val="22"/>
          <w:highlight w:val="cyan"/>
          <w:u w:val="single"/>
        </w:rPr>
        <w:t xml:space="preserve"> felon. But,</w:t>
      </w:r>
      <w:r>
        <w:rPr>
          <w:b w:val="0"/>
          <w:i w:val="0"/>
          <w:smallCaps w:val="0"/>
          <w:strike w:val="0"/>
          <w:sz w:val="22"/>
          <w:u w:val="single"/>
        </w:rPr>
        <w:t xml:space="preserve"> as Max Chafkin writes, that </w:t>
      </w:r>
      <w:r>
        <w:rPr>
          <w:b w:val="0"/>
          <w:i w:val="0"/>
          <w:smallCaps w:val="0"/>
          <w:strike w:val="0"/>
          <w:sz w:val="22"/>
          <w:highlight w:val="cyan"/>
          <w:u w:val="single"/>
        </w:rPr>
        <w:t xml:space="preserve">hasn’t </w:t>
      </w:r>
      <w:r>
        <w:rPr>
          <w:b/>
          <w:i w:val="0"/>
          <w:smallCaps w:val="0"/>
          <w:strike w:val="0"/>
          <w:sz w:val="24"/>
          <w:highlight w:val="cyan"/>
          <w:u w:val="single"/>
        </w:rPr>
        <w:t>slowed</w:t>
      </w:r>
      <w:r>
        <w:rPr>
          <w:b w:val="0"/>
          <w:i w:val="0"/>
          <w:smallCaps w:val="0"/>
          <w:strike w:val="0"/>
          <w:sz w:val="22"/>
          <w:u w:val="single"/>
        </w:rPr>
        <w:t xml:space="preserve"> the stream of </w:t>
      </w:r>
      <w:r>
        <w:rPr>
          <w:b w:val="0"/>
          <w:i w:val="0"/>
          <w:smallCaps w:val="0"/>
          <w:strike w:val="0"/>
          <w:sz w:val="22"/>
          <w:highlight w:val="cyan"/>
          <w:u w:val="single"/>
        </w:rPr>
        <w:t xml:space="preserve">Trump support from </w:t>
      </w:r>
      <w:r>
        <w:rPr>
          <w:b w:val="0"/>
          <w:i w:val="0"/>
          <w:smallCaps w:val="0"/>
          <w:strike w:val="0"/>
          <w:sz w:val="22"/>
          <w:u w:val="single"/>
        </w:rPr>
        <w:t xml:space="preserve">the </w:t>
      </w:r>
      <w:r>
        <w:rPr>
          <w:b/>
          <w:i w:val="0"/>
          <w:smallCaps w:val="0"/>
          <w:strike w:val="0"/>
          <w:sz w:val="24"/>
          <w:highlight w:val="cyan"/>
          <w:u w:val="single"/>
        </w:rPr>
        <w:t>tech</w:t>
      </w:r>
      <w:r>
        <w:rPr>
          <w:b w:val="0"/>
          <w:i w:val="0"/>
          <w:smallCaps w:val="0"/>
          <w:strike w:val="0"/>
          <w:sz w:val="22"/>
          <w:u w:val="single"/>
        </w:rPr>
        <w:t xml:space="preserve"> world. Plus: </w:t>
      </w:r>
      <w:r>
        <w:rPr>
          <w:b w:val="0"/>
          <w:i w:val="0"/>
          <w:smallCaps w:val="0"/>
          <w:strike w:val="0"/>
          <w:sz w:val="22"/>
          <w:highlight w:val="cyan"/>
          <w:u w:val="single"/>
        </w:rPr>
        <w:t xml:space="preserve">Biden has </w:t>
      </w:r>
      <w:r>
        <w:rPr>
          <w:b w:val="0"/>
          <w:i w:val="0"/>
          <w:smallCaps w:val="0"/>
          <w:strike w:val="0"/>
          <w:sz w:val="22"/>
          <w:u w:val="single"/>
        </w:rPr>
        <w:t xml:space="preserve">a </w:t>
      </w:r>
      <w:r>
        <w:rPr>
          <w:b/>
          <w:i w:val="0"/>
          <w:smallCaps w:val="0"/>
          <w:strike w:val="0"/>
          <w:sz w:val="24"/>
          <w:highlight w:val="cyan"/>
          <w:u w:val="single"/>
        </w:rPr>
        <w:t>prices</w:t>
      </w:r>
      <w:r>
        <w:rPr>
          <w:b w:val="0"/>
          <w:i w:val="0"/>
          <w:smallCaps w:val="0"/>
          <w:strike w:val="0"/>
          <w:sz w:val="22"/>
          <w:highlight w:val="cyan"/>
          <w:u w:val="single"/>
        </w:rPr>
        <w:t xml:space="preserve"> problem</w:t>
      </w:r>
    </w:p>
    <w:p>
      <w:pPr>
        <w:spacing w:after="60"/>
      </w:pPr>
      <w:r>
        <w:rPr>
          <w:b w:val="0"/>
          <w:i w:val="0"/>
          <w:smallCaps w:val="0"/>
          <w:strike w:val="0"/>
          <w:sz w:val="16"/>
          <w:u w:val="none"/>
        </w:rPr>
        <w:t xml:space="preserve">In 2016, </w:t>
      </w:r>
      <w:r>
        <w:rPr>
          <w:b w:val="0"/>
          <w:i w:val="0"/>
          <w:smallCaps w:val="0"/>
          <w:strike w:val="0"/>
          <w:sz w:val="22"/>
          <w:highlight w:val="cyan"/>
          <w:u w:val="single"/>
        </w:rPr>
        <w:t>when Peter Thiel appeared</w:t>
      </w:r>
      <w:r>
        <w:rPr>
          <w:b w:val="0"/>
          <w:i w:val="0"/>
          <w:smallCaps w:val="0"/>
          <w:strike w:val="0"/>
          <w:sz w:val="22"/>
          <w:u w:val="single"/>
        </w:rPr>
        <w:t xml:space="preserve"> at the Republican National Convention in Cleveland </w:t>
      </w:r>
      <w:r>
        <w:rPr>
          <w:b w:val="0"/>
          <w:i w:val="0"/>
          <w:smallCaps w:val="0"/>
          <w:strike w:val="0"/>
          <w:sz w:val="22"/>
          <w:highlight w:val="cyan"/>
          <w:u w:val="single"/>
        </w:rPr>
        <w:t>to</w:t>
      </w:r>
      <w:r>
        <w:rPr>
          <w:b w:val="0"/>
          <w:i w:val="0"/>
          <w:smallCaps w:val="0"/>
          <w:strike w:val="0"/>
          <w:sz w:val="22"/>
          <w:u w:val="single"/>
        </w:rPr>
        <w:t xml:space="preserve"> deliver a speech </w:t>
      </w:r>
      <w:r>
        <w:rPr>
          <w:b w:val="0"/>
          <w:i w:val="0"/>
          <w:smallCaps w:val="0"/>
          <w:strike w:val="0"/>
          <w:sz w:val="22"/>
          <w:highlight w:val="cyan"/>
          <w:u w:val="single"/>
        </w:rPr>
        <w:t>praisi</w:t>
      </w:r>
      <w:r>
        <w:rPr>
          <w:b w:val="0"/>
          <w:i w:val="0"/>
          <w:smallCaps w:val="0"/>
          <w:strike w:val="0"/>
          <w:sz w:val="22"/>
          <w:u w:val="single"/>
        </w:rPr>
        <w:t xml:space="preserve">ng </w:t>
      </w:r>
      <w:r>
        <w:rPr>
          <w:b w:val="0"/>
          <w:i w:val="0"/>
          <w:smallCaps w:val="0"/>
          <w:strike w:val="0"/>
          <w:sz w:val="22"/>
          <w:highlight w:val="cyan"/>
          <w:u w:val="single"/>
        </w:rPr>
        <w:t>Trump</w:t>
      </w:r>
      <w:r>
        <w:rPr>
          <w:b w:val="0"/>
          <w:i w:val="0"/>
          <w:smallCaps w:val="0"/>
          <w:strike w:val="0"/>
          <w:sz w:val="22"/>
          <w:u w:val="single"/>
        </w:rPr>
        <w:t xml:space="preserve">, his </w:t>
      </w:r>
      <w:r>
        <w:rPr>
          <w:b w:val="0"/>
          <w:i w:val="0"/>
          <w:smallCaps w:val="0"/>
          <w:strike w:val="0"/>
          <w:sz w:val="22"/>
          <w:highlight w:val="cyan"/>
          <w:u w:val="single"/>
        </w:rPr>
        <w:t>peers in Silicon Valley were</w:t>
      </w:r>
      <w:r>
        <w:rPr>
          <w:b w:val="0"/>
          <w:i w:val="0"/>
          <w:smallCaps w:val="0"/>
          <w:strike w:val="0"/>
          <w:sz w:val="22"/>
          <w:u w:val="single"/>
        </w:rPr>
        <w:t xml:space="preserve"> briefly </w:t>
      </w:r>
      <w:r>
        <w:rPr>
          <w:b/>
          <w:i w:val="0"/>
          <w:smallCaps w:val="0"/>
          <w:strike w:val="0"/>
          <w:sz w:val="24"/>
          <w:highlight w:val="cyan"/>
          <w:u w:val="single"/>
        </w:rPr>
        <w:t>flummoxed</w:t>
      </w:r>
      <w:r>
        <w:rPr>
          <w:b w:val="0"/>
          <w:i w:val="0"/>
          <w:smallCaps w:val="0"/>
          <w:strike w:val="0"/>
          <w:sz w:val="16"/>
          <w:u w:val="none"/>
        </w:rPr>
        <w:t>. Trump’s preening, braggadocious brand of nationalistic populism—with a bit of neo-Luddism swirled in, as this was a guy who famously never sent emails—was antithetical to everything conservatives in the tech industry stood for.</w:t>
      </w:r>
    </w:p>
    <w:p>
      <w:pPr>
        <w:spacing w:after="60"/>
      </w:pPr>
      <w:r>
        <w:rPr>
          <w:b w:val="0"/>
          <w:i w:val="0"/>
          <w:smallCaps w:val="0"/>
          <w:strike w:val="0"/>
          <w:sz w:val="16"/>
          <w:u w:val="none"/>
        </w:rPr>
        <w:t xml:space="preserve">Ultimately, of course, and with Thiel’s encouragement, </w:t>
      </w:r>
      <w:r>
        <w:rPr>
          <w:b w:val="0"/>
          <w:i w:val="0"/>
          <w:smallCaps w:val="0"/>
          <w:strike w:val="0"/>
          <w:sz w:val="22"/>
          <w:highlight w:val="cyan"/>
          <w:u w:val="single"/>
        </w:rPr>
        <w:t xml:space="preserve">tech came </w:t>
      </w:r>
      <w:r>
        <w:rPr>
          <w:b/>
          <w:i w:val="0"/>
          <w:smallCaps w:val="0"/>
          <w:strike w:val="0"/>
          <w:sz w:val="24"/>
          <w:highlight w:val="cyan"/>
          <w:u w:val="single"/>
        </w:rPr>
        <w:t>around</w:t>
      </w:r>
      <w:r>
        <w:rPr>
          <w:b w:val="0"/>
          <w:i w:val="0"/>
          <w:smallCaps w:val="0"/>
          <w:strike w:val="0"/>
          <w:sz w:val="22"/>
          <w:highlight w:val="cyan"/>
          <w:u w:val="single"/>
        </w:rPr>
        <w:t xml:space="preserve"> to </w:t>
      </w:r>
      <w:r>
        <w:rPr>
          <w:b/>
          <w:i w:val="0"/>
          <w:smallCaps w:val="0"/>
          <w:strike w:val="0"/>
          <w:sz w:val="24"/>
          <w:highlight w:val="cyan"/>
          <w:u w:val="single"/>
        </w:rPr>
        <w:t>Trump</w:t>
      </w:r>
      <w:r>
        <w:rPr>
          <w:b w:val="0"/>
          <w:i w:val="0"/>
          <w:smallCaps w:val="0"/>
          <w:strike w:val="0"/>
          <w:sz w:val="16"/>
          <w:u w:val="none"/>
        </w:rPr>
        <w:t>, tacitly embracing his politics even as they sometimes posed as members of the #Resistance. Trump responded by more or less leaving them alone. His boasts about cracking down on social media went nowhere; the White House created exceptions to protect big tech companies from tariffs on their Chinese goods; and Thiel’s Palantir won numerous government contracts. The left found all of this distasteful, but the tech industry’s embrace of Trump turned out to be a very profitable trade for all involved.</w:t>
      </w:r>
    </w:p>
    <w:p>
      <w:pPr>
        <w:spacing w:after="60"/>
      </w:pPr>
      <w:r>
        <w:rPr>
          <w:b w:val="0"/>
          <w:i w:val="0"/>
          <w:smallCaps w:val="0"/>
          <w:strike w:val="0"/>
          <w:sz w:val="16"/>
          <w:u w:val="none"/>
        </w:rPr>
        <w:t xml:space="preserve">Eight </w:t>
      </w:r>
      <w:r>
        <w:rPr>
          <w:b w:val="0"/>
          <w:i w:val="0"/>
          <w:smallCaps w:val="0"/>
          <w:strike w:val="0"/>
          <w:sz w:val="22"/>
          <w:highlight w:val="cyan"/>
          <w:u w:val="single"/>
        </w:rPr>
        <w:t>years later</w:t>
      </w:r>
      <w:r>
        <w:rPr>
          <w:b w:val="0"/>
          <w:i w:val="0"/>
          <w:smallCaps w:val="0"/>
          <w:strike w:val="0"/>
          <w:sz w:val="22"/>
          <w:u w:val="single"/>
        </w:rPr>
        <w:t xml:space="preserve">, the dynamic between Trump and tech feels similar, with an important exception: There’s </w:t>
      </w:r>
      <w:r>
        <w:rPr>
          <w:b w:val="0"/>
          <w:i w:val="0"/>
          <w:smallCaps w:val="0"/>
          <w:strike w:val="0"/>
          <w:sz w:val="22"/>
          <w:highlight w:val="cyan"/>
          <w:u w:val="single"/>
        </w:rPr>
        <w:t xml:space="preserve">nothing </w:t>
      </w:r>
      <w:r>
        <w:rPr>
          <w:b/>
          <w:i w:val="0"/>
          <w:smallCaps w:val="0"/>
          <w:strike w:val="0"/>
          <w:sz w:val="24"/>
          <w:highlight w:val="cyan"/>
          <w:u w:val="single"/>
        </w:rPr>
        <w:t>tacit</w:t>
      </w:r>
      <w:r>
        <w:rPr>
          <w:b w:val="0"/>
          <w:i w:val="0"/>
          <w:smallCaps w:val="0"/>
          <w:strike w:val="0"/>
          <w:sz w:val="22"/>
          <w:highlight w:val="cyan"/>
          <w:u w:val="single"/>
        </w:rPr>
        <w:t xml:space="preserve"> about</w:t>
      </w:r>
      <w:r>
        <w:rPr>
          <w:b w:val="0"/>
          <w:i w:val="0"/>
          <w:smallCaps w:val="0"/>
          <w:strike w:val="0"/>
          <w:sz w:val="22"/>
          <w:u w:val="single"/>
        </w:rPr>
        <w:t xml:space="preserve"> Trump’s </w:t>
      </w:r>
      <w:r>
        <w:rPr>
          <w:b/>
          <w:i w:val="0"/>
          <w:smallCaps w:val="0"/>
          <w:strike w:val="0"/>
          <w:sz w:val="24"/>
          <w:highlight w:val="cyan"/>
          <w:u w:val="single"/>
        </w:rPr>
        <w:t>Silicon Valley</w:t>
      </w:r>
      <w:r>
        <w:rPr>
          <w:b w:val="0"/>
          <w:i w:val="0"/>
          <w:smallCaps w:val="0"/>
          <w:strike w:val="0"/>
          <w:sz w:val="22"/>
          <w:highlight w:val="cyan"/>
          <w:u w:val="single"/>
        </w:rPr>
        <w:t xml:space="preserve"> support</w:t>
      </w:r>
      <w:r>
        <w:rPr>
          <w:b w:val="0"/>
          <w:i w:val="0"/>
          <w:smallCaps w:val="0"/>
          <w:strike w:val="0"/>
          <w:sz w:val="16"/>
          <w:u w:val="none"/>
        </w:rPr>
        <w:t xml:space="preserve"> this time. Minutes after Trump was convicted of falsifying business records, Shaun Maguire, a Sequoia Capital partner, posted a 3,600-word tweet titled “I just donated $300k to Trump,” in which he crowed about Trump’s immigration policies, complained about Democratic efforts to rein in tech and suggested there had been “extreme election interference” in 2020. David Sacks, a venture capitalist and co-host of the All-In podcast, chimed in, calling Maguire’s donation an “act of courage” and noting that “after Biden’s disastrous presidency, Trump has a lot of supporters in Silicon Valley.”</w:t>
      </w:r>
    </w:p>
    <w:p>
      <w:pPr>
        <w:spacing w:after="60"/>
      </w:pPr>
      <w:r>
        <w:rPr>
          <w:b w:val="0"/>
          <w:i w:val="0"/>
          <w:smallCaps w:val="0"/>
          <w:strike w:val="0"/>
          <w:sz w:val="16"/>
          <w:u w:val="none"/>
        </w:rPr>
        <w:t>U.S. President Donald Trump participates in a signing ceremony for The Supporting Veterans in STEM Careers Act in Washington</w:t>
      </w:r>
    </w:p>
    <w:p>
      <w:pPr>
        <w:spacing w:after="60"/>
      </w:pPr>
      <w:r>
        <w:rPr>
          <w:b w:val="0"/>
          <w:i w:val="0"/>
          <w:smallCaps w:val="0"/>
          <w:strike w:val="0"/>
          <w:sz w:val="16"/>
          <w:u w:val="none"/>
        </w:rPr>
        <w:t>Trump was familiar with the tech industry’s riches while he was in the Oval Office.Photographer: Tom Brenner/Reuters</w:t>
      </w:r>
    </w:p>
    <w:p>
      <w:pPr>
        <w:spacing w:after="60"/>
      </w:pPr>
      <w:r>
        <w:rPr>
          <w:b w:val="0"/>
          <w:i w:val="0"/>
          <w:smallCaps w:val="0"/>
          <w:strike w:val="0"/>
          <w:sz w:val="16"/>
          <w:u w:val="none"/>
        </w:rPr>
        <w:t>Thiel has stayed on the sidelines so far this cycle, but Trump’s most enthusiastic supporter has been Thiel’s old co-founder at PayPal. Elon Musk, the industry’s wealthiest and most famous figure, has spent a large part of the past two years promoting various pro-Trump causes, while posting a steady stream of anti-immigration memes and conspiracy theories on his X social network. Naturally, Musk was ready with his own pro-Trump reaction to the verdict: “Great damage was done today to the public’s faith in the American legal system,” the chief executive officer of Tesla wrote. “If a former President can be criminally convicted over such a trivial matter—motivated by politics, rather than justice—then anyone is at risk of a similar fate.”</w:t>
      </w:r>
    </w:p>
    <w:p>
      <w:pPr>
        <w:spacing w:after="60"/>
      </w:pPr>
      <w:r>
        <w:rPr>
          <w:b w:val="0"/>
          <w:i w:val="0"/>
          <w:smallCaps w:val="0"/>
          <w:strike w:val="0"/>
          <w:sz w:val="16"/>
          <w:u w:val="none"/>
        </w:rPr>
        <w:t>Expect more of this in the days to come. As Puck reported, Sacks and his podcast co-host Chamath Palihapitiya will host a fundraiser for Trump in San Francisco next week, with donors being asked to contribute as much as $300,000 per person. Back in 2016 similar fundraisers were conducted in private—and in some cases canceled if they became public—but Sacks and his peers aren’t being shy about this one. They’re bragging about the fundraiser on X, while dunking on pro-Biden technology figures who’ve had the gall to suggest that maybe Trump’s making a hush money payment to a porn star is a bad thing. Expect to hear all about this on the next episode of All-In. It would be unsurprising if Musk showed up at the fundraiser, too, after flirting privately with Trump, according to reports published by the Wall Street Journal and Bloomberg News.</w:t>
      </w:r>
    </w:p>
    <w:p>
      <w:pPr>
        <w:spacing w:after="60"/>
      </w:pPr>
      <w:r>
        <w:rPr>
          <w:b w:val="0"/>
          <w:i w:val="0"/>
          <w:smallCaps w:val="0"/>
          <w:strike w:val="0"/>
          <w:sz w:val="16"/>
          <w:u w:val="none"/>
        </w:rPr>
        <w:t>Why are Trump’s tech supporters so much more vocal this time around? Part of it is undoubtedly a sort of influence play–a way to court a large and extremely engaged audience on social media. Trump, famously, has proved himself a savant at understanding how to use controversy to his advantage, and figures like Musk and Sacks seem to be aping those tactics as a matter of personal enrichment and vanity. (Trump’s website crashed after the verdict as donations streamed in, in case you were wondering if he was seeing this moment as a fundraising opportunity.)</w:t>
      </w:r>
    </w:p>
    <w:p>
      <w:pPr>
        <w:spacing w:after="60"/>
      </w:pPr>
      <w:r>
        <w:rPr>
          <w:b w:val="0"/>
          <w:i w:val="0"/>
          <w:smallCaps w:val="0"/>
          <w:strike w:val="0"/>
          <w:sz w:val="16"/>
          <w:u w:val="none"/>
        </w:rPr>
        <w:t>But this isn’t just an attention grab or a troll. The main thing pushing Trump’s tech supporters toward him is that the Republican, for all his perceived shortcomings, is much friendlier to their interests than Biden. Over the past four years, the White House has favored a host of policies that are popular among working-class voters but that are anathema to the typical venture capitalist. Biden supports muscular antitrust prosecutions, has expressed strong pro-union sentiments (inviting Shawn Fain, the head of the United Auto Workers who regularly talks about unionizing Tesla, to the State of the Union address) and has seemed much more serious than Trump about limiting technology transfer between the US and China.</w:t>
      </w:r>
    </w:p>
    <w:p>
      <w:pPr>
        <w:spacing w:after="60"/>
      </w:pPr>
      <w:r>
        <w:rPr>
          <w:b w:val="0"/>
          <w:i w:val="0"/>
          <w:smallCaps w:val="0"/>
          <w:strike w:val="0"/>
          <w:sz w:val="16"/>
          <w:u w:val="none"/>
        </w:rPr>
        <w:t xml:space="preserve">Yes, </w:t>
      </w:r>
      <w:r>
        <w:rPr>
          <w:b w:val="0"/>
          <w:i w:val="0"/>
          <w:smallCaps w:val="0"/>
          <w:strike w:val="0"/>
          <w:sz w:val="22"/>
          <w:highlight w:val="cyan"/>
          <w:u w:val="single"/>
        </w:rPr>
        <w:t xml:space="preserve">Trump has also </w:t>
      </w:r>
      <w:r>
        <w:rPr>
          <w:b w:val="0"/>
          <w:i w:val="0"/>
          <w:smallCaps w:val="0"/>
          <w:strike w:val="0"/>
          <w:sz w:val="22"/>
          <w:u w:val="single"/>
        </w:rPr>
        <w:t xml:space="preserve">sometimes </w:t>
      </w:r>
      <w:r>
        <w:rPr>
          <w:b w:val="0"/>
          <w:i w:val="0"/>
          <w:smallCaps w:val="0"/>
          <w:strike w:val="0"/>
          <w:sz w:val="22"/>
          <w:highlight w:val="cyan"/>
          <w:u w:val="single"/>
        </w:rPr>
        <w:t xml:space="preserve">sounded </w:t>
      </w:r>
      <w:r>
        <w:rPr>
          <w:b/>
          <w:i w:val="0"/>
          <w:smallCaps w:val="0"/>
          <w:strike w:val="0"/>
          <w:sz w:val="24"/>
          <w:highlight w:val="cyan"/>
          <w:u w:val="single"/>
        </w:rPr>
        <w:t>hostile</w:t>
      </w:r>
      <w:r>
        <w:rPr>
          <w:b w:val="0"/>
          <w:i w:val="0"/>
          <w:smallCaps w:val="0"/>
          <w:strike w:val="0"/>
          <w:sz w:val="22"/>
          <w:highlight w:val="cyan"/>
          <w:u w:val="single"/>
        </w:rPr>
        <w:t xml:space="preserve"> to</w:t>
      </w:r>
      <w:r>
        <w:rPr>
          <w:b w:val="0"/>
          <w:i w:val="0"/>
          <w:smallCaps w:val="0"/>
          <w:strike w:val="0"/>
          <w:sz w:val="22"/>
          <w:u w:val="single"/>
        </w:rPr>
        <w:t xml:space="preserve"> the </w:t>
      </w:r>
      <w:r>
        <w:rPr>
          <w:b/>
          <w:i w:val="0"/>
          <w:smallCaps w:val="0"/>
          <w:strike w:val="0"/>
          <w:sz w:val="24"/>
          <w:highlight w:val="cyan"/>
          <w:u w:val="single"/>
        </w:rPr>
        <w:t>tech</w:t>
      </w:r>
      <w:r>
        <w:rPr>
          <w:b w:val="0"/>
          <w:i w:val="0"/>
          <w:smallCaps w:val="0"/>
          <w:strike w:val="0"/>
          <w:sz w:val="22"/>
          <w:highlight w:val="cyan"/>
          <w:u w:val="single"/>
        </w:rPr>
        <w:t xml:space="preserve"> industry</w:t>
      </w:r>
      <w:r>
        <w:rPr>
          <w:b w:val="0"/>
          <w:i w:val="0"/>
          <w:smallCaps w:val="0"/>
          <w:strike w:val="0"/>
          <w:sz w:val="16"/>
          <w:u w:val="none"/>
        </w:rPr>
        <w:t>, though it’s hard to take his hostility seriously given his actions while in office and his tendency to be ideological-flexible when money is at stake. After years of expressing skepticism about digital currencies, Trump recently did a full 180 on the industry—undoubtedly with an eye on the tens of billions of dollars in a pro-crypto super PAC.</w:t>
      </w:r>
    </w:p>
    <w:p>
      <w:pPr>
        <w:spacing w:after="60"/>
      </w:pPr>
      <w:r>
        <w:rPr>
          <w:b w:val="0"/>
          <w:i w:val="0"/>
          <w:smallCaps w:val="0"/>
          <w:strike w:val="0"/>
          <w:sz w:val="16"/>
          <w:u w:val="none"/>
        </w:rPr>
        <w:t xml:space="preserve">On the other hand, one thing </w:t>
      </w:r>
      <w:r>
        <w:rPr>
          <w:b w:val="0"/>
          <w:i w:val="0"/>
          <w:smallCaps w:val="0"/>
          <w:strike w:val="0"/>
          <w:sz w:val="22"/>
          <w:highlight w:val="cyan"/>
          <w:u w:val="single"/>
        </w:rPr>
        <w:t xml:space="preserve">working </w:t>
      </w:r>
      <w:r>
        <w:rPr>
          <w:b/>
          <w:i w:val="0"/>
          <w:smallCaps w:val="0"/>
          <w:strike w:val="0"/>
          <w:sz w:val="24"/>
          <w:highlight w:val="cyan"/>
          <w:u w:val="single"/>
        </w:rPr>
        <w:t>against</w:t>
      </w:r>
      <w:r>
        <w:rPr>
          <w:b w:val="0"/>
          <w:i w:val="0"/>
          <w:smallCaps w:val="0"/>
          <w:strike w:val="0"/>
          <w:sz w:val="22"/>
          <w:highlight w:val="cyan"/>
          <w:u w:val="single"/>
        </w:rPr>
        <w:t xml:space="preserve"> </w:t>
      </w:r>
      <w:r>
        <w:rPr>
          <w:b/>
          <w:i w:val="0"/>
          <w:smallCaps w:val="0"/>
          <w:strike w:val="0"/>
          <w:sz w:val="24"/>
          <w:highlight w:val="cyan"/>
          <w:u w:val="single"/>
        </w:rPr>
        <w:t>Trump</w:t>
      </w:r>
      <w:r>
        <w:rPr>
          <w:b w:val="0"/>
          <w:i w:val="0"/>
          <w:smallCaps w:val="0"/>
          <w:strike w:val="0"/>
          <w:sz w:val="22"/>
          <w:u w:val="single"/>
        </w:rPr>
        <w:t xml:space="preserve"> in his efforts to court wealthy technologists </w:t>
      </w:r>
      <w:r>
        <w:rPr>
          <w:b w:val="0"/>
          <w:i w:val="0"/>
          <w:smallCaps w:val="0"/>
          <w:strike w:val="0"/>
          <w:sz w:val="22"/>
          <w:highlight w:val="cyan"/>
          <w:u w:val="single"/>
        </w:rPr>
        <w:t>is</w:t>
      </w:r>
      <w:r>
        <w:rPr>
          <w:b w:val="0"/>
          <w:i w:val="0"/>
          <w:smallCaps w:val="0"/>
          <w:strike w:val="0"/>
          <w:sz w:val="22"/>
          <w:u w:val="single"/>
        </w:rPr>
        <w:t xml:space="preserve"> that </w:t>
      </w:r>
      <w:r>
        <w:rPr>
          <w:b w:val="0"/>
          <w:i w:val="0"/>
          <w:smallCaps w:val="0"/>
          <w:strike w:val="0"/>
          <w:sz w:val="22"/>
          <w:highlight w:val="cyan"/>
          <w:u w:val="single"/>
        </w:rPr>
        <w:t xml:space="preserve">many </w:t>
      </w:r>
      <w:r>
        <w:rPr>
          <w:b/>
          <w:i w:val="0"/>
          <w:smallCaps w:val="0"/>
          <w:strike w:val="0"/>
          <w:sz w:val="24"/>
          <w:highlight w:val="cyan"/>
          <w:u w:val="single"/>
        </w:rPr>
        <w:t>VCs</w:t>
      </w:r>
      <w:r>
        <w:rPr>
          <w:b w:val="0"/>
          <w:i w:val="0"/>
          <w:smallCaps w:val="0"/>
          <w:strike w:val="0"/>
          <w:sz w:val="22"/>
          <w:highlight w:val="cyan"/>
          <w:u w:val="single"/>
        </w:rPr>
        <w:t xml:space="preserve"> are just as fickle as he</w:t>
      </w:r>
      <w:r>
        <w:rPr>
          <w:b w:val="0"/>
          <w:i w:val="0"/>
          <w:smallCaps w:val="0"/>
          <w:strike w:val="0"/>
          <w:sz w:val="22"/>
          <w:u w:val="single"/>
        </w:rPr>
        <w:t xml:space="preserve"> is. A big </w:t>
      </w:r>
      <w:r>
        <w:rPr>
          <w:b w:val="0"/>
          <w:i w:val="0"/>
          <w:smallCaps w:val="0"/>
          <w:strike w:val="0"/>
          <w:sz w:val="22"/>
          <w:highlight w:val="cyan"/>
          <w:u w:val="single"/>
        </w:rPr>
        <w:t>part of</w:t>
      </w:r>
      <w:r>
        <w:rPr>
          <w:b w:val="0"/>
          <w:i w:val="0"/>
          <w:smallCaps w:val="0"/>
          <w:strike w:val="0"/>
          <w:sz w:val="22"/>
          <w:u w:val="single"/>
        </w:rPr>
        <w:t xml:space="preserve"> their </w:t>
      </w:r>
      <w:r>
        <w:rPr>
          <w:b/>
          <w:i w:val="0"/>
          <w:smallCaps w:val="0"/>
          <w:strike w:val="0"/>
          <w:sz w:val="24"/>
          <w:highlight w:val="cyan"/>
          <w:u w:val="single"/>
        </w:rPr>
        <w:t>support</w:t>
      </w:r>
      <w:r>
        <w:rPr>
          <w:b w:val="0"/>
          <w:i w:val="0"/>
          <w:smallCaps w:val="0"/>
          <w:strike w:val="0"/>
          <w:sz w:val="22"/>
          <w:u w:val="single"/>
        </w:rPr>
        <w:t xml:space="preserve"> now </w:t>
      </w:r>
      <w:r>
        <w:rPr>
          <w:b w:val="0"/>
          <w:i w:val="0"/>
          <w:smallCaps w:val="0"/>
          <w:strike w:val="0"/>
          <w:sz w:val="22"/>
          <w:highlight w:val="cyan"/>
          <w:u w:val="single"/>
        </w:rPr>
        <w:t>is</w:t>
      </w:r>
      <w:r>
        <w:rPr>
          <w:b w:val="0"/>
          <w:i w:val="0"/>
          <w:smallCaps w:val="0"/>
          <w:strike w:val="0"/>
          <w:sz w:val="22"/>
          <w:u w:val="single"/>
        </w:rPr>
        <w:t xml:space="preserve"> a </w:t>
      </w:r>
      <w:r>
        <w:rPr>
          <w:b/>
          <w:i w:val="0"/>
          <w:smallCaps w:val="0"/>
          <w:strike w:val="0"/>
          <w:sz w:val="24"/>
          <w:highlight w:val="cyan"/>
          <w:u w:val="single"/>
        </w:rPr>
        <w:t>sense</w:t>
      </w:r>
      <w:r>
        <w:rPr>
          <w:b w:val="0"/>
          <w:i w:val="0"/>
          <w:smallCaps w:val="0"/>
          <w:strike w:val="0"/>
          <w:sz w:val="22"/>
          <w:highlight w:val="cyan"/>
          <w:u w:val="single"/>
        </w:rPr>
        <w:t xml:space="preserve"> that they’</w:t>
      </w:r>
      <w:r>
        <w:rPr>
          <w:b w:val="0"/>
          <w:i w:val="0"/>
          <w:smallCaps w:val="0"/>
          <w:strike w:val="0"/>
          <w:sz w:val="22"/>
          <w:u w:val="single"/>
        </w:rPr>
        <w:t xml:space="preserve">re </w:t>
      </w:r>
      <w:r>
        <w:rPr>
          <w:b/>
          <w:i w:val="0"/>
          <w:smallCaps w:val="0"/>
          <w:strike w:val="0"/>
          <w:sz w:val="24"/>
          <w:highlight w:val="cyan"/>
          <w:u w:val="single"/>
        </w:rPr>
        <w:t>back</w:t>
      </w:r>
      <w:r>
        <w:rPr>
          <w:b w:val="0"/>
          <w:i w:val="0"/>
          <w:smallCaps w:val="0"/>
          <w:strike w:val="0"/>
          <w:sz w:val="22"/>
          <w:u w:val="single"/>
        </w:rPr>
        <w:t xml:space="preserve">ing </w:t>
      </w:r>
      <w:r>
        <w:rPr>
          <w:b w:val="0"/>
          <w:i w:val="0"/>
          <w:smallCaps w:val="0"/>
          <w:strike w:val="0"/>
          <w:sz w:val="22"/>
          <w:highlight w:val="cyan"/>
          <w:u w:val="single"/>
        </w:rPr>
        <w:t>a</w:t>
      </w:r>
      <w:r>
        <w:rPr>
          <w:b w:val="0"/>
          <w:i w:val="0"/>
          <w:smallCaps w:val="0"/>
          <w:strike w:val="0"/>
          <w:sz w:val="22"/>
          <w:u w:val="single"/>
        </w:rPr>
        <w:t xml:space="preserve"> </w:t>
      </w:r>
      <w:r>
        <w:rPr>
          <w:b/>
          <w:i w:val="0"/>
          <w:smallCaps w:val="0"/>
          <w:strike w:val="0"/>
          <w:sz w:val="24"/>
          <w:highlight w:val="cyan"/>
          <w:u w:val="single"/>
        </w:rPr>
        <w:t>winner</w:t>
      </w:r>
      <w:r>
        <w:rPr>
          <w:b w:val="0"/>
          <w:i w:val="0"/>
          <w:smallCaps w:val="0"/>
          <w:strike w:val="0"/>
          <w:sz w:val="16"/>
          <w:u w:val="none"/>
        </w:rPr>
        <w:t xml:space="preserve">. But the polls are close, and </w:t>
      </w:r>
      <w:r>
        <w:rPr>
          <w:b/>
          <w:i w:val="0"/>
          <w:smallCaps w:val="0"/>
          <w:strike w:val="0"/>
          <w:sz w:val="24"/>
          <w:highlight w:val="cyan"/>
          <w:u w:val="single"/>
        </w:rPr>
        <w:t>voters</w:t>
      </w:r>
      <w:r>
        <w:rPr>
          <w:b w:val="0"/>
          <w:i w:val="0"/>
          <w:smallCaps w:val="0"/>
          <w:strike w:val="0"/>
          <w:sz w:val="22"/>
          <w:u w:val="single"/>
        </w:rPr>
        <w:t xml:space="preserve"> may prove more resistant to supporting a convicted felon than your typical contrarian podcaster is. </w:t>
      </w:r>
      <w:r>
        <w:rPr>
          <w:b w:val="0"/>
          <w:i w:val="0"/>
          <w:smallCaps w:val="0"/>
          <w:strike w:val="0"/>
          <w:sz w:val="22"/>
          <w:highlight w:val="cyan"/>
          <w:u w:val="single"/>
        </w:rPr>
        <w:t xml:space="preserve">If </w:t>
      </w:r>
      <w:r>
        <w:rPr>
          <w:b/>
          <w:i w:val="0"/>
          <w:smallCaps w:val="0"/>
          <w:strike w:val="0"/>
          <w:sz w:val="24"/>
          <w:highlight w:val="cyan"/>
          <w:u w:val="single"/>
        </w:rPr>
        <w:t>voters</w:t>
      </w:r>
      <w:r>
        <w:rPr>
          <w:b w:val="0"/>
          <w:i w:val="0"/>
          <w:smallCaps w:val="0"/>
          <w:strike w:val="0"/>
          <w:sz w:val="22"/>
          <w:u w:val="single"/>
        </w:rPr>
        <w:t xml:space="preserve"> do </w:t>
      </w:r>
      <w:r>
        <w:rPr>
          <w:b w:val="0"/>
          <w:i w:val="0"/>
          <w:smallCaps w:val="0"/>
          <w:strike w:val="0"/>
          <w:sz w:val="22"/>
          <w:highlight w:val="cyan"/>
          <w:u w:val="single"/>
        </w:rPr>
        <w:t xml:space="preserve">move to </w:t>
      </w:r>
      <w:r>
        <w:rPr>
          <w:b/>
          <w:i w:val="0"/>
          <w:smallCaps w:val="0"/>
          <w:strike w:val="0"/>
          <w:sz w:val="24"/>
          <w:highlight w:val="cyan"/>
          <w:u w:val="single"/>
        </w:rPr>
        <w:t>Biden</w:t>
      </w:r>
      <w:r>
        <w:rPr>
          <w:b w:val="0"/>
          <w:i w:val="0"/>
          <w:smallCaps w:val="0"/>
          <w:strike w:val="0"/>
          <w:sz w:val="22"/>
          <w:u w:val="single"/>
        </w:rPr>
        <w:t xml:space="preserve">, it </w:t>
      </w:r>
      <w:r>
        <w:rPr>
          <w:b w:val="0"/>
          <w:i w:val="0"/>
          <w:smallCaps w:val="0"/>
          <w:strike w:val="0"/>
          <w:sz w:val="22"/>
          <w:highlight w:val="cyan"/>
          <w:u w:val="single"/>
        </w:rPr>
        <w:t>seems</w:t>
      </w:r>
      <w:r>
        <w:rPr>
          <w:b w:val="0"/>
          <w:i w:val="0"/>
          <w:smallCaps w:val="0"/>
          <w:strike w:val="0"/>
          <w:sz w:val="22"/>
          <w:u w:val="single"/>
        </w:rPr>
        <w:t xml:space="preserve"> almost </w:t>
      </w:r>
      <w:r>
        <w:rPr>
          <w:b w:val="0"/>
          <w:i w:val="0"/>
          <w:smallCaps w:val="0"/>
          <w:strike w:val="0"/>
          <w:sz w:val="22"/>
          <w:highlight w:val="cyan"/>
          <w:u w:val="single"/>
        </w:rPr>
        <w:t>certain</w:t>
      </w:r>
      <w:r>
        <w:rPr>
          <w:b w:val="0"/>
          <w:i w:val="0"/>
          <w:smallCaps w:val="0"/>
          <w:strike w:val="0"/>
          <w:sz w:val="22"/>
          <w:u w:val="single"/>
        </w:rPr>
        <w:t xml:space="preserve"> the </w:t>
      </w:r>
      <w:r>
        <w:rPr>
          <w:b w:val="0"/>
          <w:i w:val="0"/>
          <w:smallCaps w:val="0"/>
          <w:strike w:val="0"/>
          <w:sz w:val="22"/>
          <w:highlight w:val="cyan"/>
          <w:u w:val="single"/>
        </w:rPr>
        <w:t xml:space="preserve">tech </w:t>
      </w:r>
      <w:r>
        <w:rPr>
          <w:b/>
          <w:i w:val="0"/>
          <w:smallCaps w:val="0"/>
          <w:strike w:val="0"/>
          <w:sz w:val="24"/>
          <w:highlight w:val="cyan"/>
          <w:u w:val="single"/>
        </w:rPr>
        <w:t>industry</w:t>
      </w:r>
      <w:r>
        <w:rPr>
          <w:b w:val="0"/>
          <w:i w:val="0"/>
          <w:smallCaps w:val="0"/>
          <w:strike w:val="0"/>
          <w:sz w:val="16"/>
          <w:u w:val="none"/>
        </w:rPr>
        <w:t xml:space="preserve"> will do what it has always done–adapt to the political moment.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