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Big Tech’s experiencing growing conservative support that could change the tide.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Morris ‘6-6</w:t>
      </w:r>
      <w:r>
        <w:rPr>
          <w:b w:val="0"/>
          <w:i w:val="0"/>
          <w:smallCaps w:val="0"/>
          <w:strike w:val="0"/>
          <w:u w:val="none"/>
        </w:rPr>
        <w:t xml:space="preserve">[Regan Morris and Emma Vardy; June 6; US West Coast Producer for the BBC, </w:t>
      </w:r>
      <w:r>
        <w:rPr>
          <w:b w:val="0"/>
          <w:i w:val="0"/>
          <w:smallCaps w:val="0"/>
          <w:strike w:val="0"/>
          <w:u w:val="none"/>
        </w:rPr>
        <w:t>BBC Correspondent and Presenter</w:t>
      </w:r>
      <w:r>
        <w:rPr>
          <w:b w:val="0"/>
          <w:i w:val="0"/>
          <w:smallCaps w:val="0"/>
          <w:strike w:val="0"/>
          <w:u w:val="none"/>
        </w:rPr>
        <w:t>; BBC, “</w:t>
      </w:r>
      <w:r>
        <w:rPr>
          <w:b w:val="0"/>
          <w:i w:val="0"/>
          <w:smallCaps w:val="0"/>
          <w:strike w:val="0"/>
          <w:u w:val="none"/>
        </w:rPr>
        <w:t>Trump heads to Silicon Valley with eye on fundraising haul</w:t>
      </w:r>
      <w:r>
        <w:rPr>
          <w:b w:val="0"/>
          <w:i w:val="0"/>
          <w:smallCaps w:val="0"/>
          <w:strike w:val="0"/>
          <w:u w:val="none"/>
        </w:rPr>
        <w:t xml:space="preserve">.” </w:t>
      </w:r>
      <w:r>
        <w:rPr>
          <w:b w:val="0"/>
          <w:i w:val="0"/>
          <w:smallCaps w:val="0"/>
          <w:strike w:val="0"/>
          <w:u w:val="none"/>
        </w:rPr>
        <w:t>https://www.bbc.com/news/articles/ckvv3zpeywko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Public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support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Donald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Trump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used to be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scarce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Silicon Valley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the land of tech billionaires,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something of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systems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reboot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is taking place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“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Nobody’s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excited about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Biden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right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,” claimed David Sacks, an influential investor, on his popular All In podcast. “There’s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lot of people who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 do think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support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Trump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>”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billionaire venture capitalist is holding a fundraiser for Trump at his mansion on “billionaire’s row” in San Francisco on Thursday evening.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He acknowledged the fundraiser in a post on X, formerly Twitter, that also included an endorsement of the former president.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Mr Sacks wrote that he believed that "the Biden administration has veered badly off course" and that "President Trump can lead us back".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Tickets for the event at his home are reportedly selling for up to $300,000 (£234,000). It is Trump's first fundraiser since being convicted on all 34 criminal charges in the New York hush-money trial.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event has drawn controversy in the famously left-wing American city.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A 10-metre (33 foot) inflatable chicken that bears a passing resemblance to the former president and sports a striped prisoner’s uniform was there to greet him mockingly when he arrived to drum up dollars for his current presidential run.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Tech entrepreneur Jason Calacanis, who co-hosts All In and does not support Trump, said he's getting "crucified" by friends asking why he associates with Mr Sacks.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California was once a red state, home to Republican presidents Ronald Reagan and Richard Nixon, but a Republican presidential candidate has not won here since the 1980s.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highlight w:val="cyan"/>
          <w:u w:val="single"/>
        </w:rPr>
        <w:t>Loyalty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the Democratic Party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still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most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common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currency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among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titans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tech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But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tide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- or at least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ripple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- may be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coming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fuelled by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local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frustrations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emboldened by pro</w:t>
      </w:r>
      <w:r>
        <w:rPr>
          <w:b w:val="0"/>
          <w:i w:val="0"/>
          <w:smallCaps w:val="0"/>
          <w:strike w:val="0"/>
          <w:sz w:val="22"/>
          <w:u w:val="single"/>
        </w:rPr>
        <w:t>-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Trump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billionaires</w:t>
      </w:r>
      <w:r>
        <w:rPr>
          <w:b w:val="0"/>
          <w:i w:val="0"/>
          <w:smallCaps w:val="0"/>
          <w:strike w:val="0"/>
          <w:u w:val="none"/>
        </w:rPr>
        <w:t xml:space="preserve"> like Elon Musk.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tech entrepreneur and richest man in the world, according to Forbes, helped usher Trump back onto X after he purchased the platform formerly known as Twitter.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CBS An inflatable chicken mocks Donald TrumpCBS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An anti-Trump inflatable chicken will "greet" the former president when he arrives in San Francisco to attend a fundraiser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reason for the support of the tech executives is varied. Some see him as the ultimate “disrupter,” a term often used in Silicon Valley to describe out-of-the-box leaders. Others fear President Biden’s proposal to raise taxes for the uber-rich.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There is also the issue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regulation</w:t>
      </w:r>
      <w:r>
        <w:rPr>
          <w:b w:val="0"/>
          <w:i w:val="0"/>
          <w:smallCaps w:val="0"/>
          <w:strike w:val="0"/>
          <w:u w:val="none"/>
        </w:rPr>
        <w:t xml:space="preserve">. Although Big Tech has enemies in both parties, the clamour to introduce stricter rules on competition and privacy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has</w:t>
      </w:r>
      <w:r>
        <w:rPr>
          <w:b w:val="0"/>
          <w:i w:val="0"/>
          <w:smallCaps w:val="0"/>
          <w:strike w:val="0"/>
          <w:u w:val="none"/>
        </w:rPr>
        <w:t xml:space="preserve"> in recent years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been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louder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among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Democrats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