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Presidential is making Big Tech question their allegiance to Biden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Chowdury ‘6-28</w:t>
      </w:r>
      <w:r>
        <w:rPr>
          <w:b w:val="0"/>
          <w:i w:val="0"/>
          <w:smallCaps w:val="0"/>
          <w:strike w:val="0"/>
          <w:u w:val="none"/>
        </w:rPr>
        <w:t xml:space="preserve">[Hasan Chowdury; June 28; </w:t>
      </w:r>
      <w:r>
        <w:rPr>
          <w:b w:val="0"/>
          <w:i w:val="0"/>
          <w:smallCaps w:val="0"/>
          <w:strike w:val="0"/>
          <w:u w:val="none"/>
        </w:rPr>
        <w:t>Senior Technology Reporter at Insider</w:t>
      </w:r>
      <w:r>
        <w:rPr>
          <w:b w:val="0"/>
          <w:i w:val="0"/>
          <w:smallCaps w:val="0"/>
          <w:strike w:val="0"/>
          <w:u w:val="none"/>
        </w:rPr>
        <w:t>; Business Insider, “</w:t>
      </w:r>
      <w:r>
        <w:rPr>
          <w:b w:val="0"/>
          <w:i w:val="0"/>
          <w:smallCaps w:val="0"/>
          <w:strike w:val="0"/>
          <w:u w:val="none"/>
        </w:rPr>
        <w:t>Silicon Valley figures are not holding back after Biden's disastrous debate</w:t>
      </w:r>
      <w:r>
        <w:rPr>
          <w:b w:val="0"/>
          <w:i w:val="0"/>
          <w:smallCaps w:val="0"/>
          <w:strike w:val="0"/>
          <w:u w:val="none"/>
        </w:rPr>
        <w:t xml:space="preserve">.” </w:t>
      </w:r>
      <w:r>
        <w:rPr>
          <w:b w:val="0"/>
          <w:i w:val="0"/>
          <w:smallCaps w:val="0"/>
          <w:strike w:val="0"/>
          <w:u w:val="none"/>
        </w:rPr>
        <w:t>https://www.businessinsider.com/silicon-valley-leaders-biden-trump-debate-disaster-2024-6</w:t>
      </w:r>
      <w:r>
        <w:rPr>
          <w:b w:val="0"/>
          <w:i w:val="0"/>
          <w:smallCaps w:val="0"/>
          <w:strike w:val="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Many </w:t>
      </w:r>
      <w:r>
        <w:rPr>
          <w:b w:val="0"/>
          <w:i w:val="0"/>
          <w:smallCaps w:val="0"/>
          <w:strike w:val="0"/>
          <w:sz w:val="22"/>
          <w:u w:val="single"/>
        </w:rPr>
        <w:t>tech figures were less than impressed with Joe Biden after his debate with Trump.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Venture capitalists queried Biden's fitness for office, while joking the country was in danger.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Other responses ranged from sharp criticism to mockery and despair.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Several Silicon Valley figures have offered their thoughts on President Joe Biden's performance in Thursday's presidential debate — and it's not a pretty picture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Many believe that the night simply could not have gone worse for the president.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The event triggered no shortage of hot takes from tech personalities and influencers, who took to social media to mock Biden's performance against Donald Trump.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Over the course of roughly 90 minutes, Biden's fitness for office was questioned as he fumbled several lines, appeared to forget what he was saying, and was dragged into a battle of vindictive personal attacks with his Republican nemesis.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"We have a 1,000 trillionaires in America — I mean billionaires in America," the sitting president said at one point while commenting on the country's tax system.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Some </w:t>
      </w:r>
      <w:r>
        <w:rPr>
          <w:b w:val="0"/>
          <w:i w:val="0"/>
          <w:smallCaps w:val="0"/>
          <w:strike w:val="0"/>
          <w:sz w:val="22"/>
          <w:u w:val="single"/>
        </w:rPr>
        <w:t>Silicon Valley figures have warmed up to Trump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Heading into Thursday's debate, the election was clearly splitting opinion among Silicon Valley figures.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Biden had earned public support in tech circles from the likes of LinkedIn cofounder Reid Hoffman and Vinod Khosla, a billionaire venture capitalist who hosted the president at his home for a fundraiser last month.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reid hoffman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Reid Hoffman publicly backed Joe Biden before the first election debate. Kimberly White/Getty Images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But he had also drawn sharp criticism from powerful tech figures like Elon Musk, who wrote on X in April that Biden "is just a tragic front for a far-left political machine" who "obviously barely knows what's going on."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After the debate, Musk chose to focus on the blizzard of memes that had been circulating rather than the candidates' performances.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Plenty of other tech figures did not hold back when discussing Biden's performance, however.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While there's been a deafening silence from Biden supporters like Hoffman and Khosla have shared a deafening silence following last night's broadcast, ardent Trump supporters were vocal.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Related stories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Nearly 48 million people watched the Trump-Biden debate on TV, but that's nothing compared to previous election years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Elon Musk starts new beef with Lucasfilm's Kathleen Kennedy, says the 'Star Wars' chief is 'more deadly than the Death Star'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David Sacks, an influential entrepreneur and investor who officially endorsed Trump this month, took to social media to lay into the president's blunders on live television.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"</w:t>
      </w:r>
      <w:r>
        <w:rPr>
          <w:b w:val="0"/>
          <w:i w:val="0"/>
          <w:smallCaps w:val="0"/>
          <w:strike w:val="0"/>
          <w:sz w:val="22"/>
          <w:u w:val="single"/>
        </w:rPr>
        <w:t>If Biden can't handle a debate, how can he handle the most dangerous foreign policy situation since the Cuban Missile Crisis? It's</w:t>
      </w:r>
      <w:r>
        <w:rPr>
          <w:b w:val="0"/>
          <w:i w:val="0"/>
          <w:smallCaps w:val="0"/>
          <w:strike w:val="0"/>
          <w:u w:val="none"/>
        </w:rPr>
        <w:t xml:space="preserve"> time to pull back from the brink," Sacks wrote on X in the aftermath of the debate.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Jason Calacanis, an angel investor who cohosts the "All In" podcast with Sacks, also took to X to comment that wrote on X that a "hot swap" is coming, suggesting that the Democrats were getting ready to replace the incumbent president as their candidate.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"</w:t>
      </w:r>
      <w:r>
        <w:rPr>
          <w:b w:val="0"/>
          <w:i w:val="0"/>
          <w:smallCaps w:val="0"/>
          <w:strike w:val="0"/>
          <w:sz w:val="22"/>
          <w:u w:val="single"/>
        </w:rPr>
        <w:t>This is unfair to Biden — let him retire and enjoy his twilight years,"</w:t>
      </w:r>
      <w:r>
        <w:rPr>
          <w:b w:val="0"/>
          <w:i w:val="0"/>
          <w:smallCaps w:val="0"/>
          <w:strike w:val="0"/>
          <w:u w:val="none"/>
        </w:rPr>
        <w:t xml:space="preserve"> he said while adding during a live blog that "he objectively seems out of it."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It's notable, though, that </w:t>
      </w:r>
      <w:r>
        <w:rPr>
          <w:b w:val="0"/>
          <w:i w:val="0"/>
          <w:smallCaps w:val="0"/>
          <w:strike w:val="0"/>
          <w:sz w:val="22"/>
          <w:u w:val="single"/>
        </w:rPr>
        <w:t>he was not positive about Trump's performance either.</w:t>
      </w:r>
      <w:r>
        <w:rPr>
          <w:b w:val="0"/>
          <w:i w:val="0"/>
          <w:smallCaps w:val="0"/>
          <w:strike w:val="0"/>
          <w:u w:val="none"/>
        </w:rPr>
        <w:t xml:space="preserve"> He accused the former president of rambling and said the fact-checkers would likely "savage" his claims.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Some tech figures leaned into mockery</w:t>
      </w:r>
      <w:r>
        <w:rPr>
          <w:b w:val="0"/>
          <w:i w:val="0"/>
          <w:smallCaps w:val="0"/>
          <w:strike w:val="0"/>
          <w:u w:val="none"/>
        </w:rPr>
        <w:t>. Nikita Bier, a Los Angeles-based founder, seemed to excoriate the president's performance, writing that "it's crazy that the entire future of the country was changed by a single intern forgetting to bring the Adderall to Atlanta."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Meanwhile, Shaun Maguire, general partner at venture capital firm Sequoia, said: "</w:t>
      </w:r>
      <w:r>
        <w:rPr>
          <w:b w:val="0"/>
          <w:i w:val="0"/>
          <w:smallCaps w:val="0"/>
          <w:strike w:val="0"/>
          <w:sz w:val="22"/>
          <w:u w:val="single"/>
        </w:rPr>
        <w:t>If Biden was that bad when maximally prepped," it's worth asking what America is getting "behind closed doors."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Others expressed their dismay more broadly.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Delian Asparouhov, partner at Founders Fund, a San Francisco-based venture capital firm, kept things more straightforward, writing: "Every American citizen tonight," alongside a screenshot of Ralph Wiggum from "The Simpsons" carrying the simple caption: "(chuckles) I'm in danger."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Startup investor Sarah Guo also lamented the situation, saying simply, "</w:t>
      </w:r>
      <w:r>
        <w:rPr>
          <w:b w:val="0"/>
          <w:i w:val="0"/>
          <w:smallCaps w:val="0"/>
          <w:strike w:val="0"/>
          <w:sz w:val="22"/>
          <w:u w:val="single"/>
        </w:rPr>
        <w:t>This is not the best America has to offer."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Still, others sounded positive notes for the Democrats as a whole. Y Combinator cofounder Paul Graham posted on X that </w:t>
      </w:r>
      <w:r>
        <w:rPr>
          <w:b w:val="0"/>
          <w:i w:val="0"/>
          <w:smallCaps w:val="0"/>
          <w:strike w:val="0"/>
          <w:sz w:val="22"/>
          <w:u w:val="single"/>
        </w:rPr>
        <w:t>"Biden bombing the debate" was good for the party as a better candidate would emerge.</w:t>
      </w:r>
    </w:p>
    <w:p>
      <w:pPr>
        <w:pStyle w:val="Caption"/>
      </w:pPr>
      <w:r>
        <w:t>Source: Elections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