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Gap between Biden and Trump’s youth support dwindling</w:t>
      </w:r>
    </w:p>
    <w:p>
      <w:pPr>
        <w:spacing w:after="80"/>
      </w:pPr>
      <w:r>
        <w:rPr>
          <w:b/>
          <w:i w:val="0"/>
          <w:smallCaps w:val="0"/>
          <w:strike w:val="0"/>
          <w:sz w:val="24"/>
          <w:u w:val="none"/>
        </w:rPr>
        <w:t xml:space="preserve">Layne and Reid 24 </w:t>
      </w:r>
      <w:r>
        <w:rPr>
          <w:b w:val="0"/>
          <w:i w:val="0"/>
          <w:smallCaps w:val="0"/>
          <w:strike w:val="0"/>
          <w:sz w:val="20"/>
          <w:u w:val="none"/>
        </w:rPr>
        <w:t>– (Nathan Layne is a journalist for Reuter. Graduated from Gettysburg College, Tim Reid, Reuters, “</w:t>
      </w:r>
      <w:r>
        <w:rPr>
          <w:b w:val="0"/>
          <w:i w:val="0"/>
          <w:smallCaps w:val="0"/>
          <w:strike w:val="0"/>
          <w:sz w:val="20"/>
          <w:u w:val="none"/>
        </w:rPr>
        <w:t>Some young people see Trump as an answer to their economic woes</w:t>
      </w:r>
      <w:r>
        <w:rPr>
          <w:b w:val="0"/>
          <w:i w:val="0"/>
          <w:smallCaps w:val="0"/>
          <w:strike w:val="0"/>
          <w:sz w:val="20"/>
          <w:u w:val="none"/>
        </w:rPr>
        <w:t xml:space="preserve">,” April 21, 2024, </w:t>
      </w:r>
      <w:r>
        <w:rPr>
          <w:b w:val="0"/>
          <w:i w:val="0"/>
          <w:smallCaps w:val="0"/>
          <w:strike w:val="0"/>
          <w:sz w:val="20"/>
          <w:u w:val="none"/>
        </w:rPr>
        <w:t>https://www.reuters.com/world/us/chance-trump-youth-rally-see-him-answer-economic-woes-2024-04-21/</w:t>
      </w:r>
      <w:r>
        <w:rPr>
          <w:b w:val="0"/>
          <w:i w:val="0"/>
          <w:smallCaps w:val="0"/>
          <w:strike w:val="0"/>
          <w:sz w:val="20"/>
          <w:u w:val="none"/>
        </w:rPr>
        <w:t>)//DDeng</w:t>
      </w:r>
    </w:p>
    <w:p>
      <w:pPr>
        <w:spacing w:after="60"/>
      </w:pPr>
      <w:r>
        <w:rPr>
          <w:b w:val="0"/>
          <w:i w:val="0"/>
          <w:smallCaps w:val="0"/>
          <w:strike w:val="0"/>
          <w:sz w:val="16"/>
          <w:u w:val="none"/>
        </w:rPr>
        <w:t>GREEN BAY, Wisconsin, April 21 (Reuters) - Thin with a boyish face and earrings in both ears, 23-year-old Isayah Turner does not look like a stereotypical Trump supporter, who tend to be middle aged or older.</w:t>
      </w:r>
    </w:p>
    <w:p>
      <w:pPr>
        <w:spacing w:after="60"/>
      </w:pPr>
      <w:r>
        <w:rPr>
          <w:b w:val="0"/>
          <w:i w:val="0"/>
          <w:smallCaps w:val="0"/>
          <w:strike w:val="0"/>
          <w:sz w:val="16"/>
          <w:u w:val="none"/>
        </w:rPr>
        <w:t xml:space="preserve">Nevertheless, Turner drove two hours from his home outside Milwaukee on a recent Tuesday to see Republican presidential candidate Donald Trump at a rally in Green Bay, Wisconsin, one of a contingent of </w:t>
      </w:r>
      <w:r>
        <w:rPr>
          <w:b/>
          <w:i w:val="0"/>
          <w:smallCaps w:val="0"/>
          <w:strike w:val="0"/>
          <w:sz w:val="22"/>
          <w:u w:val="single"/>
        </w:rPr>
        <w:t>young voters</w:t>
      </w:r>
      <w:r>
        <w:rPr>
          <w:b w:val="0"/>
          <w:i w:val="0"/>
          <w:smallCaps w:val="0"/>
          <w:strike w:val="0"/>
          <w:sz w:val="16"/>
          <w:u w:val="none"/>
        </w:rPr>
        <w:t xml:space="preserve"> there that some opinion polls suggest </w:t>
      </w:r>
      <w:r>
        <w:rPr>
          <w:b/>
          <w:i w:val="0"/>
          <w:smallCaps w:val="0"/>
          <w:strike w:val="0"/>
          <w:sz w:val="22"/>
          <w:u w:val="single"/>
        </w:rPr>
        <w:t>could be a growing and important demographic for Trump.</w:t>
      </w:r>
    </w:p>
    <w:p>
      <w:pPr>
        <w:spacing w:after="60"/>
      </w:pPr>
      <w:r>
        <w:rPr>
          <w:b w:val="0"/>
          <w:i w:val="0"/>
          <w:smallCaps w:val="0"/>
          <w:strike w:val="0"/>
          <w:sz w:val="22"/>
          <w:u w:val="single"/>
        </w:rPr>
        <w:t>For</w:t>
      </w:r>
      <w:r>
        <w:rPr>
          <w:b w:val="0"/>
          <w:i w:val="0"/>
          <w:smallCaps w:val="0"/>
          <w:strike w:val="0"/>
          <w:sz w:val="16"/>
          <w:u w:val="none"/>
        </w:rPr>
        <w:t xml:space="preserve"> Democratic incumbent Joe </w:t>
      </w:r>
      <w:r>
        <w:rPr>
          <w:b w:val="0"/>
          <w:i w:val="0"/>
          <w:smallCaps w:val="0"/>
          <w:strike w:val="0"/>
          <w:sz w:val="22"/>
          <w:u w:val="single"/>
        </w:rPr>
        <w:t>Biden, who overwhelmingly won the youth vote in 2020, an erosion of his support</w:t>
      </w:r>
      <w:r>
        <w:rPr>
          <w:b w:val="0"/>
          <w:i w:val="0"/>
          <w:smallCaps w:val="0"/>
          <w:strike w:val="0"/>
          <w:sz w:val="16"/>
          <w:u w:val="none"/>
        </w:rPr>
        <w:t xml:space="preserve"> among young voters </w:t>
      </w:r>
      <w:r>
        <w:rPr>
          <w:b w:val="0"/>
          <w:i w:val="0"/>
          <w:smallCaps w:val="0"/>
          <w:strike w:val="0"/>
          <w:sz w:val="22"/>
          <w:u w:val="single"/>
        </w:rPr>
        <w:t>could</w:t>
      </w:r>
      <w:r>
        <w:rPr>
          <w:b w:val="0"/>
          <w:i w:val="0"/>
          <w:smallCaps w:val="0"/>
          <w:strike w:val="0"/>
          <w:sz w:val="16"/>
          <w:u w:val="none"/>
        </w:rPr>
        <w:t xml:space="preserve"> potentially </w:t>
      </w:r>
      <w:r>
        <w:rPr>
          <w:b w:val="0"/>
          <w:i w:val="0"/>
          <w:smallCaps w:val="0"/>
          <w:strike w:val="0"/>
          <w:sz w:val="22"/>
          <w:u w:val="single"/>
        </w:rPr>
        <w:t>dampen his hopes of a second term.</w:t>
      </w:r>
    </w:p>
    <w:p>
      <w:pPr>
        <w:spacing w:after="60"/>
      </w:pPr>
      <w:r>
        <w:rPr>
          <w:b w:val="0"/>
          <w:i w:val="0"/>
          <w:smallCaps w:val="0"/>
          <w:strike w:val="0"/>
          <w:sz w:val="16"/>
          <w:u w:val="none"/>
        </w:rPr>
        <w:t>Turner, who runs a dog breeding business with his mother, voted for Trump in 2020. He supports Trump's pro-oil drilling stance, his opposition to gun control - Turner owns several firearms - and his pledge to crack down on illegal immigration.</w:t>
      </w:r>
    </w:p>
    <w:p>
      <w:pPr>
        <w:spacing w:after="60"/>
      </w:pPr>
      <w:r>
        <w:rPr>
          <w:b w:val="0"/>
          <w:i w:val="0"/>
          <w:smallCaps w:val="0"/>
          <w:strike w:val="0"/>
          <w:sz w:val="16"/>
          <w:u w:val="none"/>
        </w:rPr>
        <w:t>"I cannot think of one thing that Trump did that upset me while he was in office. And now with Biden in office there are countless things I disagree with," Turner told Reuters. "A lot of my friends are on the same page as me."</w:t>
      </w:r>
    </w:p>
    <w:p>
      <w:pPr>
        <w:spacing w:after="60"/>
      </w:pPr>
      <w:r>
        <w:rPr>
          <w:b w:val="0"/>
          <w:i w:val="0"/>
          <w:smallCaps w:val="0"/>
          <w:strike w:val="0"/>
          <w:sz w:val="22"/>
          <w:u w:val="single"/>
        </w:rPr>
        <w:t>A Reuters/Ipsos poll in March showed Americans age 18-29 favoring Biden over Trump by just 3 percentage points</w:t>
      </w:r>
      <w:r>
        <w:rPr>
          <w:b w:val="0"/>
          <w:i w:val="0"/>
          <w:smallCaps w:val="0"/>
          <w:strike w:val="0"/>
          <w:sz w:val="16"/>
          <w:u w:val="none"/>
        </w:rPr>
        <w:t xml:space="preserve"> - 29% to 26% - with the rest favoring another candidate or unsure of who if anyone would get their vote.</w:t>
      </w:r>
    </w:p>
    <w:p>
      <w:pPr>
        <w:spacing w:after="60"/>
      </w:pPr>
      <w:r>
        <w:rPr>
          <w:b/>
          <w:i w:val="0"/>
          <w:smallCaps w:val="0"/>
          <w:strike w:val="0"/>
          <w:sz w:val="22"/>
          <w:u w:val="single"/>
        </w:rPr>
        <w:t>If Trump</w:t>
      </w:r>
      <w:r>
        <w:rPr>
          <w:b w:val="0"/>
          <w:i w:val="0"/>
          <w:smallCaps w:val="0"/>
          <w:strike w:val="0"/>
          <w:sz w:val="16"/>
          <w:u w:val="none"/>
        </w:rPr>
        <w:t xml:space="preserve">, 77, </w:t>
      </w:r>
      <w:r>
        <w:rPr>
          <w:b/>
          <w:i w:val="0"/>
          <w:smallCaps w:val="0"/>
          <w:strike w:val="0"/>
          <w:sz w:val="22"/>
          <w:u w:val="single"/>
        </w:rPr>
        <w:t>stays close to Biden</w:t>
      </w:r>
      <w:r>
        <w:rPr>
          <w:b w:val="0"/>
          <w:i w:val="0"/>
          <w:smallCaps w:val="0"/>
          <w:strike w:val="0"/>
          <w:sz w:val="16"/>
          <w:u w:val="none"/>
        </w:rPr>
        <w:t xml:space="preserve">, 81, </w:t>
      </w:r>
      <w:r>
        <w:rPr>
          <w:b w:val="0"/>
          <w:i w:val="0"/>
          <w:smallCaps w:val="0"/>
          <w:strike w:val="0"/>
          <w:sz w:val="22"/>
          <w:u w:val="single"/>
        </w:rPr>
        <w:t>in this demographic</w:t>
      </w:r>
      <w:r>
        <w:rPr>
          <w:b w:val="0"/>
          <w:i w:val="0"/>
          <w:smallCaps w:val="0"/>
          <w:strike w:val="0"/>
          <w:sz w:val="16"/>
          <w:u w:val="none"/>
        </w:rPr>
        <w:t xml:space="preserve"> all the way to Election Day on Nov. 5 </w:t>
      </w:r>
      <w:r>
        <w:rPr>
          <w:b/>
          <w:i w:val="0"/>
          <w:smallCaps w:val="0"/>
          <w:strike w:val="0"/>
          <w:sz w:val="22"/>
          <w:u w:val="single"/>
        </w:rPr>
        <w:t>it would be a major gain compared to 2020</w:t>
      </w:r>
      <w:r>
        <w:rPr>
          <w:b w:val="0"/>
          <w:i w:val="0"/>
          <w:smallCaps w:val="0"/>
          <w:strike w:val="0"/>
          <w:sz w:val="16"/>
          <w:u w:val="none"/>
        </w:rPr>
        <w:t>, when Biden won the youth vote by 24 points.</w:t>
      </w:r>
    </w:p>
    <w:p>
      <w:pPr>
        <w:spacing w:after="60"/>
      </w:pPr>
      <w:r>
        <w:rPr>
          <w:b w:val="0"/>
          <w:i w:val="0"/>
          <w:smallCaps w:val="0"/>
          <w:strike w:val="0"/>
          <w:sz w:val="22"/>
          <w:u w:val="single"/>
        </w:rPr>
        <w:t>Concerns about Biden's age and his support of Israel</w:t>
      </w:r>
      <w:r>
        <w:rPr>
          <w:b w:val="0"/>
          <w:i w:val="0"/>
          <w:smallCaps w:val="0"/>
          <w:strike w:val="0"/>
          <w:sz w:val="16"/>
          <w:u w:val="none"/>
        </w:rPr>
        <w:t xml:space="preserve"> in its war against Hamas in Gaza </w:t>
      </w:r>
      <w:r>
        <w:rPr>
          <w:b w:val="0"/>
          <w:i w:val="0"/>
          <w:smallCaps w:val="0"/>
          <w:strike w:val="0"/>
          <w:sz w:val="22"/>
          <w:u w:val="single"/>
        </w:rPr>
        <w:t>have fueled the erosion of his support among young voters</w:t>
      </w:r>
      <w:r>
        <w:rPr>
          <w:b w:val="0"/>
          <w:i w:val="0"/>
          <w:smallCaps w:val="0"/>
          <w:strike w:val="0"/>
          <w:sz w:val="16"/>
          <w:u w:val="none"/>
        </w:rPr>
        <w:t xml:space="preserve"> at a time he is also losing Hispanic voters.</w:t>
      </w:r>
    </w:p>
    <w:p>
      <w:pPr>
        <w:spacing w:after="60"/>
      </w:pPr>
      <w:r>
        <w:rPr>
          <w:b w:val="0"/>
          <w:i w:val="0"/>
          <w:smallCaps w:val="0"/>
          <w:strike w:val="0"/>
          <w:sz w:val="22"/>
          <w:u w:val="single"/>
        </w:rPr>
        <w:t>There are also signs young people are slowly warming to the Republican Party, despite Biden's efforts to keep them on side</w:t>
      </w:r>
      <w:r>
        <w:rPr>
          <w:b w:val="0"/>
          <w:i w:val="0"/>
          <w:smallCaps w:val="0"/>
          <w:strike w:val="0"/>
          <w:sz w:val="16"/>
          <w:u w:val="none"/>
        </w:rPr>
        <w:t xml:space="preserve"> by trying to cancel student debt, expand affordable housing and reverse curbs on abortion rights.</w:t>
      </w:r>
    </w:p>
    <w:p>
      <w:pPr>
        <w:spacing w:after="60"/>
      </w:pPr>
      <w:r>
        <w:rPr>
          <w:b w:val="0"/>
          <w:i w:val="0"/>
          <w:smallCaps w:val="0"/>
          <w:strike w:val="0"/>
          <w:sz w:val="22"/>
          <w:u w:val="single"/>
        </w:rPr>
        <w:t>The share of Americans</w:t>
      </w:r>
      <w:r>
        <w:rPr>
          <w:b w:val="0"/>
          <w:i w:val="0"/>
          <w:smallCaps w:val="0"/>
          <w:strike w:val="0"/>
          <w:sz w:val="16"/>
          <w:u w:val="none"/>
        </w:rPr>
        <w:t xml:space="preserve"> between 18-29 </w:t>
      </w:r>
      <w:r>
        <w:rPr>
          <w:b w:val="0"/>
          <w:i w:val="0"/>
          <w:smallCaps w:val="0"/>
          <w:strike w:val="0"/>
          <w:sz w:val="22"/>
          <w:u w:val="single"/>
        </w:rPr>
        <w:t>who identify as Republicans has ticked higher</w:t>
      </w:r>
      <w:r>
        <w:rPr>
          <w:b w:val="0"/>
          <w:i w:val="0"/>
          <w:smallCaps w:val="0"/>
          <w:strike w:val="0"/>
          <w:sz w:val="16"/>
          <w:u w:val="none"/>
        </w:rPr>
        <w:t xml:space="preserve">, </w:t>
      </w:r>
      <w:r>
        <w:rPr>
          <w:b w:val="0"/>
          <w:i w:val="0"/>
          <w:smallCaps w:val="0"/>
          <w:strike w:val="0"/>
          <w:sz w:val="22"/>
          <w:u w:val="single"/>
        </w:rPr>
        <w:t>from 24% in 2016 to 26% in 2020 and 28% so far this year</w:t>
      </w:r>
      <w:r>
        <w:rPr>
          <w:b w:val="0"/>
          <w:i w:val="0"/>
          <w:smallCaps w:val="0"/>
          <w:strike w:val="0"/>
          <w:sz w:val="16"/>
          <w:u w:val="none"/>
        </w:rPr>
        <w:t>, Reuters/Ipsos polling shows.</w:t>
      </w:r>
    </w:p>
    <w:p>
      <w:pPr>
        <w:spacing w:after="60"/>
      </w:pPr>
      <w:r>
        <w:rPr>
          <w:b w:val="0"/>
          <w:i w:val="0"/>
          <w:smallCaps w:val="0"/>
          <w:strike w:val="0"/>
          <w:sz w:val="16"/>
          <w:u w:val="none"/>
        </w:rPr>
        <w:t xml:space="preserve">Despite a mixture of cold winds, sleet and rain, some </w:t>
      </w:r>
      <w:r>
        <w:rPr>
          <w:b w:val="0"/>
          <w:i w:val="0"/>
          <w:smallCaps w:val="0"/>
          <w:strike w:val="0"/>
          <w:sz w:val="22"/>
          <w:u w:val="single"/>
        </w:rPr>
        <w:t>3,000 Trump supporters lined up outside a Green Bay convention center</w:t>
      </w:r>
      <w:r>
        <w:rPr>
          <w:b w:val="0"/>
          <w:i w:val="0"/>
          <w:smallCaps w:val="0"/>
          <w:strike w:val="0"/>
          <w:sz w:val="16"/>
          <w:u w:val="none"/>
        </w:rPr>
        <w:t xml:space="preserve"> on April 2 </w:t>
      </w:r>
      <w:r>
        <w:rPr>
          <w:b w:val="0"/>
          <w:i w:val="0"/>
          <w:smallCaps w:val="0"/>
          <w:strike w:val="0"/>
          <w:sz w:val="22"/>
          <w:u w:val="single"/>
        </w:rPr>
        <w:t>to see Trump. The crowd skewed older</w:t>
      </w:r>
      <w:r>
        <w:rPr>
          <w:b w:val="0"/>
          <w:i w:val="0"/>
          <w:smallCaps w:val="0"/>
          <w:strike w:val="0"/>
          <w:sz w:val="16"/>
          <w:u w:val="none"/>
        </w:rPr>
        <w:t xml:space="preserve">, as usual, </w:t>
      </w:r>
      <w:r>
        <w:rPr>
          <w:b w:val="0"/>
          <w:i w:val="0"/>
          <w:smallCaps w:val="0"/>
          <w:strike w:val="0"/>
          <w:sz w:val="22"/>
          <w:u w:val="single"/>
        </w:rPr>
        <w:t xml:space="preserve">but </w:t>
      </w:r>
      <w:r>
        <w:rPr>
          <w:b/>
          <w:i w:val="0"/>
          <w:smallCaps w:val="0"/>
          <w:strike w:val="0"/>
          <w:sz w:val="22"/>
          <w:u w:val="single"/>
        </w:rPr>
        <w:t>there were hundreds of young people as well.</w:t>
      </w:r>
    </w:p>
    <w:p>
      <w:pPr>
        <w:spacing w:after="60"/>
      </w:pPr>
      <w:r>
        <w:rPr>
          <w:b w:val="0"/>
          <w:i w:val="0"/>
          <w:smallCaps w:val="0"/>
          <w:strike w:val="0"/>
          <w:sz w:val="16"/>
          <w:u w:val="none"/>
        </w:rPr>
        <w:t xml:space="preserve">Reuters interviewed 20 people under the age of 30 to understand their support. </w:t>
      </w:r>
      <w:r>
        <w:rPr>
          <w:b w:val="0"/>
          <w:i w:val="0"/>
          <w:smallCaps w:val="0"/>
          <w:strike w:val="0"/>
          <w:sz w:val="22"/>
          <w:u w:val="single"/>
        </w:rPr>
        <w:t>The most common reason given for backing the former president was inflation</w:t>
      </w:r>
      <w:r>
        <w:rPr>
          <w:b w:val="0"/>
          <w:i w:val="0"/>
          <w:smallCaps w:val="0"/>
          <w:strike w:val="0"/>
          <w:sz w:val="16"/>
          <w:u w:val="none"/>
        </w:rPr>
        <w:t xml:space="preserve"> and the perception the economy was not working for them, underscoring how the rise in prices for daily staples is more salient for some than high stock prices and low unemployment during the Biden years.</w:t>
      </w:r>
    </w:p>
    <w:p>
      <w:pPr>
        <w:spacing w:after="60"/>
      </w:pPr>
      <w:r>
        <w:rPr>
          <w:b w:val="0"/>
          <w:i w:val="0"/>
          <w:smallCaps w:val="0"/>
          <w:strike w:val="0"/>
          <w:sz w:val="16"/>
          <w:u w:val="none"/>
        </w:rPr>
        <w:t>"I make decent money and I can't afford a home on the salary I make now," said Steve Wendt, 26, a security guard at a nearby hospital. "It's time to get a man back into office that is going to lower our prices."</w:t>
      </w:r>
    </w:p>
    <w:p>
      <w:pPr>
        <w:spacing w:after="60"/>
      </w:pPr>
      <w:r>
        <w:rPr>
          <w:b w:val="0"/>
          <w:i w:val="0"/>
          <w:smallCaps w:val="0"/>
          <w:strike w:val="0"/>
          <w:sz w:val="16"/>
          <w:u w:val="none"/>
        </w:rPr>
        <w:t xml:space="preserve">At the same time, </w:t>
      </w:r>
      <w:r>
        <w:rPr>
          <w:b w:val="0"/>
          <w:i w:val="0"/>
          <w:smallCaps w:val="0"/>
          <w:strike w:val="0"/>
          <w:sz w:val="22"/>
          <w:u w:val="single"/>
        </w:rPr>
        <w:t>a majority said they agreed with Trump's reticence about aiding Ukraine</w:t>
      </w:r>
      <w:r>
        <w:rPr>
          <w:b w:val="0"/>
          <w:i w:val="0"/>
          <w:smallCaps w:val="0"/>
          <w:strike w:val="0"/>
          <w:sz w:val="16"/>
          <w:u w:val="none"/>
        </w:rPr>
        <w:t xml:space="preserve"> in its war with Russia, an isolationist stance at odds with Biden's foreign policy agenda.</w:t>
      </w:r>
    </w:p>
    <w:p>
      <w:pPr>
        <w:spacing w:after="60"/>
      </w:pPr>
      <w:r>
        <w:rPr>
          <w:b w:val="0"/>
          <w:i w:val="0"/>
          <w:smallCaps w:val="0"/>
          <w:strike w:val="0"/>
          <w:sz w:val="16"/>
          <w:u w:val="none"/>
        </w:rPr>
        <w:t>Collin Crego, 19, a history student, said funds spent overseas would be better used to tackle domestic issues like drug addiction.</w:t>
      </w:r>
    </w:p>
    <w:p>
      <w:pPr>
        <w:spacing w:after="60"/>
      </w:pPr>
      <w:r>
        <w:rPr>
          <w:b w:val="0"/>
          <w:i w:val="0"/>
          <w:smallCaps w:val="0"/>
          <w:strike w:val="0"/>
          <w:sz w:val="16"/>
          <w:u w:val="none"/>
        </w:rPr>
        <w:t>"I don't really like what we are doing with Ukraine," Crego said. "When I hear him (Trump) talk, he's very patriotic, very 'America First' and I like that."</w:t>
      </w:r>
    </w:p>
    <w:p>
      <w:pPr>
        <w:spacing w:after="60"/>
      </w:pPr>
      <w:r>
        <w:rPr>
          <w:b w:val="0"/>
          <w:i w:val="0"/>
          <w:smallCaps w:val="0"/>
          <w:strike w:val="0"/>
          <w:sz w:val="16"/>
          <w:u w:val="none"/>
        </w:rPr>
        <w:t>Of the 20 people Reuters interviewed, 15 cited inflation or other economic concerns for why they support Trump, while a dozen said his plan to restrict immigration was important to them.</w:t>
      </w:r>
    </w:p>
    <w:p>
      <w:pPr>
        <w:spacing w:after="60"/>
      </w:pPr>
      <w:r>
        <w:rPr>
          <w:b w:val="0"/>
          <w:i w:val="0"/>
          <w:smallCaps w:val="0"/>
          <w:strike w:val="0"/>
          <w:sz w:val="16"/>
          <w:u w:val="none"/>
        </w:rPr>
        <w:t xml:space="preserve">All said </w:t>
      </w:r>
      <w:r>
        <w:rPr>
          <w:b w:val="0"/>
          <w:i w:val="0"/>
          <w:smallCaps w:val="0"/>
          <w:strike w:val="0"/>
          <w:sz w:val="22"/>
          <w:u w:val="single"/>
        </w:rPr>
        <w:t>they were unbothered by the four criminal cases Trump is facing, or the idea that his efforts to overturn the 2020 election made him a threat to democracy.</w:t>
      </w:r>
      <w:r>
        <w:rPr>
          <w:b w:val="0"/>
          <w:i w:val="0"/>
          <w:smallCaps w:val="0"/>
          <w:strike w:val="0"/>
          <w:sz w:val="16"/>
          <w:u w:val="none"/>
        </w:rPr>
        <w:t xml:space="preserve"> One was Black, the other 19 were white. Eight will be casting their first presidential ballot this year.</w:t>
      </w:r>
    </w:p>
    <w:p>
      <w:pPr>
        <w:spacing w:after="60"/>
      </w:pPr>
      <w:r>
        <w:rPr>
          <w:b w:val="0"/>
          <w:i w:val="0"/>
          <w:smallCaps w:val="0"/>
          <w:strike w:val="0"/>
          <w:sz w:val="16"/>
          <w:u w:val="none"/>
        </w:rPr>
        <w:t>Caitlyn Huenink, 20, said being a young Trump supporter can be hard because left-leaning young people tend to frown on her views. She said, however, that she has recently seen changes among her peer group at University of Wisconsin–Green Bay.</w:t>
      </w:r>
    </w:p>
    <w:p>
      <w:pPr>
        <w:spacing w:after="60"/>
      </w:pPr>
      <w:r>
        <w:rPr>
          <w:b w:val="0"/>
          <w:i w:val="0"/>
          <w:smallCaps w:val="0"/>
          <w:strike w:val="0"/>
          <w:sz w:val="16"/>
          <w:u w:val="none"/>
        </w:rPr>
        <w:t>"</w:t>
      </w:r>
      <w:r>
        <w:rPr>
          <w:b/>
          <w:i w:val="0"/>
          <w:smallCaps w:val="0"/>
          <w:strike w:val="0"/>
          <w:sz w:val="22"/>
          <w:u w:val="single"/>
        </w:rPr>
        <w:t>They're more open to</w:t>
      </w:r>
      <w:r>
        <w:rPr>
          <w:b w:val="0"/>
          <w:i w:val="0"/>
          <w:smallCaps w:val="0"/>
          <w:strike w:val="0"/>
          <w:sz w:val="16"/>
          <w:u w:val="none"/>
        </w:rPr>
        <w:t xml:space="preserve"> the way I think and more of my friends are </w:t>
      </w:r>
      <w:r>
        <w:rPr>
          <w:b/>
          <w:i w:val="0"/>
          <w:smallCaps w:val="0"/>
          <w:strike w:val="0"/>
          <w:sz w:val="22"/>
          <w:u w:val="single"/>
        </w:rPr>
        <w:t>becoming Republican</w:t>
      </w:r>
      <w:r>
        <w:rPr>
          <w:b w:val="0"/>
          <w:i w:val="0"/>
          <w:smallCaps w:val="0"/>
          <w:strike w:val="0"/>
          <w:sz w:val="16"/>
          <w:u w:val="none"/>
        </w:rPr>
        <w:t>," she said.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