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Biden is having a </w:t>
      </w:r>
      <w:r>
        <w:rPr>
          <w:b/>
          <w:i w:val="0"/>
          <w:smallCaps w:val="0"/>
          <w:strike w:val="0"/>
          <w:sz w:val="26"/>
          <w:u w:val="single"/>
        </w:rPr>
        <w:t>post-debate rebound</w:t>
      </w:r>
      <w:r>
        <w:rPr>
          <w:b/>
          <w:i w:val="0"/>
          <w:smallCaps w:val="0"/>
          <w:strike w:val="0"/>
          <w:sz w:val="26"/>
          <w:u w:val="none"/>
        </w:rPr>
        <w:t xml:space="preserve"> – latest polls</w:t>
      </w:r>
    </w:p>
    <w:p>
      <w:pPr>
        <w:spacing w:after="80"/>
      </w:pPr>
      <w:r>
        <w:rPr>
          <w:b/>
          <w:i w:val="0"/>
          <w:smallCaps w:val="0"/>
          <w:strike w:val="0"/>
          <w:sz w:val="28"/>
          <w:u w:val="none"/>
        </w:rPr>
        <w:t xml:space="preserve">Roy 7-6 </w:t>
      </w:r>
      <w:r>
        <w:rPr>
          <w:b w:val="0"/>
          <w:i w:val="0"/>
          <w:smallCaps w:val="0"/>
          <w:strike w:val="0"/>
          <w:sz w:val="21"/>
          <w:u w:val="none"/>
        </w:rPr>
        <w:t>[Yash Roy. 7.6.2024. Yash Roy is a 2024 summer editorial intern for The Hill, where he helps cover breaking news and report enterprise stories on national politics. The Hill. “Biden narrows Trump’s lead in swing states after debate debacle: Survey”. https://thehill.com/homenews/campaign/4757918-joe-biden-donald-trump-swing-states-bloomberg-morning-consult-survey/]/CPSW-NL</w:t>
      </w:r>
    </w:p>
    <w:p>
      <w:pPr>
        <w:spacing w:after="60"/>
      </w:pPr>
      <w:r>
        <w:rPr>
          <w:b w:val="0"/>
          <w:i w:val="0"/>
          <w:smallCaps w:val="0"/>
          <w:strike w:val="0"/>
          <w:sz w:val="16"/>
          <w:u w:val="none"/>
        </w:rPr>
        <w:t xml:space="preserve">President </w:t>
      </w:r>
      <w:r>
        <w:rPr>
          <w:b w:val="0"/>
          <w:i w:val="0"/>
          <w:smallCaps w:val="0"/>
          <w:strike w:val="0"/>
          <w:u w:val="single"/>
        </w:rPr>
        <w:t>Biden</w:t>
      </w:r>
      <w:r>
        <w:rPr>
          <w:b w:val="0"/>
          <w:i w:val="0"/>
          <w:smallCaps w:val="0"/>
          <w:strike w:val="0"/>
          <w:sz w:val="16"/>
          <w:u w:val="none"/>
        </w:rPr>
        <w:t xml:space="preserve">, in the wake of a poor debate performance and growing calls for him to step aside, </w:t>
      </w:r>
      <w:r>
        <w:rPr>
          <w:b w:val="0"/>
          <w:i w:val="0"/>
          <w:smallCaps w:val="0"/>
          <w:strike w:val="0"/>
          <w:u w:val="single"/>
        </w:rPr>
        <w:t>has narrowed Trump’s lead in the key swing states, according to a new survey.</w:t>
      </w:r>
      <w:r>
        <w:rPr>
          <w:b w:val="0"/>
          <w:i w:val="0"/>
          <w:smallCaps w:val="0"/>
          <w:strike w:val="0"/>
          <w:u w:val="single"/>
        </w:rPr>
        <w:t xml:space="preserve"> </w:t>
      </w:r>
      <w:r>
        <w:rPr>
          <w:b w:val="0"/>
          <w:i w:val="0"/>
          <w:smallCaps w:val="0"/>
          <w:strike w:val="0"/>
          <w:u w:val="single"/>
        </w:rPr>
        <w:t>The Bloomberg/Morning Consult poll</w:t>
      </w:r>
      <w:r>
        <w:rPr>
          <w:b w:val="0"/>
          <w:i w:val="0"/>
          <w:smallCaps w:val="0"/>
          <w:strike w:val="0"/>
          <w:sz w:val="16"/>
          <w:u w:val="none"/>
        </w:rPr>
        <w:t xml:space="preserve">, published Saturday, </w:t>
      </w:r>
      <w:r>
        <w:rPr>
          <w:b w:val="0"/>
          <w:i w:val="0"/>
          <w:smallCaps w:val="0"/>
          <w:strike w:val="0"/>
          <w:u w:val="single"/>
        </w:rPr>
        <w:t xml:space="preserve">showed Biden </w:t>
      </w:r>
      <w:r>
        <w:rPr>
          <w:b/>
          <w:i w:val="0"/>
          <w:smallCaps w:val="0"/>
          <w:strike w:val="0"/>
          <w:sz w:val="24"/>
          <w:u w:val="single"/>
        </w:rPr>
        <w:t>leading Trump</w:t>
      </w:r>
      <w:r>
        <w:rPr>
          <w:b w:val="0"/>
          <w:i w:val="0"/>
          <w:smallCaps w:val="0"/>
          <w:strike w:val="0"/>
          <w:u w:val="single"/>
        </w:rPr>
        <w:t xml:space="preserve"> in Michigan and Wisconsin</w:t>
      </w:r>
      <w:r>
        <w:rPr>
          <w:b w:val="0"/>
          <w:i w:val="0"/>
          <w:smallCaps w:val="0"/>
          <w:strike w:val="0"/>
          <w:sz w:val="16"/>
          <w:u w:val="none"/>
        </w:rPr>
        <w:t xml:space="preserve">. </w:t>
      </w:r>
      <w:r>
        <w:rPr>
          <w:b w:val="0"/>
          <w:i w:val="0"/>
          <w:smallCaps w:val="0"/>
          <w:strike w:val="0"/>
          <w:u w:val="single"/>
        </w:rPr>
        <w:t xml:space="preserve">In Arizona, Georgia, Nevada and North Carolina, the incumbent is now </w:t>
      </w:r>
      <w:r>
        <w:rPr>
          <w:b/>
          <w:i w:val="0"/>
          <w:smallCaps w:val="0"/>
          <w:strike w:val="0"/>
          <w:sz w:val="24"/>
          <w:u w:val="single"/>
        </w:rPr>
        <w:t>within the margin of error</w:t>
      </w:r>
      <w:r>
        <w:rPr>
          <w:b w:val="0"/>
          <w:i w:val="0"/>
          <w:smallCaps w:val="0"/>
          <w:strike w:val="0"/>
          <w:sz w:val="16"/>
          <w:u w:val="none"/>
        </w:rPr>
        <w:t xml:space="preserve">, per the survey. Overall, </w:t>
      </w:r>
      <w:r>
        <w:rPr>
          <w:b w:val="0"/>
          <w:i w:val="0"/>
          <w:smallCaps w:val="0"/>
          <w:strike w:val="0"/>
          <w:u w:val="single"/>
        </w:rPr>
        <w:t xml:space="preserve">the poll found that Trump is leading Biden by </w:t>
      </w:r>
      <w:r>
        <w:rPr>
          <w:b/>
          <w:i w:val="0"/>
          <w:smallCaps w:val="0"/>
          <w:strike w:val="0"/>
          <w:sz w:val="24"/>
          <w:u w:val="single"/>
        </w:rPr>
        <w:t>only 2 percentage points</w:t>
      </w:r>
      <w:r>
        <w:rPr>
          <w:b w:val="0"/>
          <w:i w:val="0"/>
          <w:smallCaps w:val="0"/>
          <w:strike w:val="0"/>
          <w:sz w:val="16"/>
          <w:u w:val="none"/>
        </w:rPr>
        <w:t xml:space="preserve"> across the seven states — 47 percent to 45 percent. </w:t>
      </w:r>
      <w:r>
        <w:rPr>
          <w:b w:val="0"/>
          <w:i w:val="0"/>
          <w:smallCaps w:val="0"/>
          <w:strike w:val="0"/>
          <w:u w:val="single"/>
        </w:rPr>
        <w:t xml:space="preserve">This is the </w:t>
      </w:r>
      <w:r>
        <w:rPr>
          <w:b/>
          <w:i w:val="0"/>
          <w:smallCaps w:val="0"/>
          <w:strike w:val="0"/>
          <w:sz w:val="24"/>
          <w:u w:val="single"/>
        </w:rPr>
        <w:t>closest Biden has been to overtaking Trump</w:t>
      </w:r>
      <w:r>
        <w:rPr>
          <w:b w:val="0"/>
          <w:i w:val="0"/>
          <w:smallCaps w:val="0"/>
          <w:strike w:val="0"/>
          <w:u w:val="single"/>
        </w:rPr>
        <w:t xml:space="preserve"> since Bloomberg started tracking the seven states last October.</w:t>
      </w:r>
      <w:r>
        <w:rPr>
          <w:b w:val="0"/>
          <w:i w:val="0"/>
          <w:smallCaps w:val="0"/>
          <w:strike w:val="0"/>
          <w:sz w:val="16"/>
          <w:u w:val="none"/>
        </w:rPr>
        <w:t xml:space="preserve"> The poll also showed Biden narrowed the gap with independent voters, with Trump and Biden being tied at 40 percent. In a previous poll, the former president led the incumbent 44 percent to 36 percent. The widest gap between the presumptive party nominees came from the battleground state of Pennsylvania, Biden’s home turf. The survey shows Trump received 51 percent of support from Keystone State voters, compared to Biden’s 44 percent. </w:t>
      </w:r>
      <w:r>
        <w:rPr>
          <w:b w:val="0"/>
          <w:i w:val="0"/>
          <w:smallCaps w:val="0"/>
          <w:strike w:val="0"/>
          <w:u w:val="single"/>
        </w:rPr>
        <w:t>This was Bloomberg’s first poll after the June 28 debate</w:t>
      </w:r>
      <w:r>
        <w:rPr>
          <w:b w:val="0"/>
          <w:i w:val="0"/>
          <w:smallCaps w:val="0"/>
          <w:strike w:val="0"/>
          <w:sz w:val="16"/>
          <w:u w:val="none"/>
        </w:rPr>
        <w:t xml:space="preserve">, which was hosted by CNN moderators Jake Tapper and Dana Bash. The president’s lackluster performance on stage — where he stumbled over his words and had a raspy voice — has raised concerns among Democrats about his ability to beat Trump in November or serve as president for another four years. “While the first 2024 presidential debate appeared to alarm some Democratic leaders, our </w:t>
      </w:r>
      <w:r>
        <w:rPr>
          <w:b w:val="0"/>
          <w:i w:val="0"/>
          <w:smallCaps w:val="0"/>
          <w:strike w:val="0"/>
          <w:u w:val="single"/>
        </w:rPr>
        <w:t xml:space="preserve">surveys of swing-state for Bloomberg News show the matter has </w:t>
      </w:r>
      <w:r>
        <w:rPr>
          <w:b/>
          <w:i w:val="0"/>
          <w:smallCaps w:val="0"/>
          <w:strike w:val="0"/>
          <w:sz w:val="24"/>
          <w:u w:val="single"/>
        </w:rPr>
        <w:t>done little</w:t>
      </w:r>
      <w:r>
        <w:rPr>
          <w:b w:val="0"/>
          <w:i w:val="0"/>
          <w:smallCaps w:val="0"/>
          <w:strike w:val="0"/>
          <w:u w:val="single"/>
        </w:rPr>
        <w:t xml:space="preserve"> </w:t>
      </w:r>
      <w:r>
        <w:rPr>
          <w:b/>
          <w:i w:val="0"/>
          <w:smallCaps w:val="0"/>
          <w:strike w:val="0"/>
          <w:sz w:val="24"/>
          <w:u w:val="single"/>
        </w:rPr>
        <w:t>to change the underlying dynamics</w:t>
      </w:r>
      <w:r>
        <w:rPr>
          <w:b w:val="0"/>
          <w:i w:val="0"/>
          <w:smallCaps w:val="0"/>
          <w:strike w:val="0"/>
          <w:u w:val="single"/>
        </w:rPr>
        <w:t xml:space="preserve"> of the contest</w:t>
      </w:r>
      <w:r>
        <w:rPr>
          <w:b w:val="0"/>
          <w:i w:val="0"/>
          <w:smallCaps w:val="0"/>
          <w:strike w:val="0"/>
          <w:sz w:val="16"/>
          <w:u w:val="none"/>
        </w:rPr>
        <w:t xml:space="preserve">,” Morning Consult US political consultant Eli Yokley wrote alongside the poll release. Respondents generally found that Trump performed better in the debate, with more than half saying he won, while only 13 percent said Biden was the victor. Fewer than one in five respondents believed that Biden was the more coherent, mentally fit or dominant participant. About 20 percent of those polled said the president was mentally fit, while nearly half said the same about Trump. Of those polled, 44 percent said Biden, 81, was too old to be president, while 8 percent said Trump, 78, was too old.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