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Trump kills Climate Change Mitigation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Denning’24</w:t>
      </w:r>
      <w:r>
        <w:rPr>
          <w:b w:val="0"/>
          <w:i w:val="0"/>
          <w:smallCaps w:val="0"/>
          <w:strike w:val="0"/>
          <w:u w:val="none"/>
        </w:rPr>
        <w:t xml:space="preserve">[Liam Denning and </w:t>
      </w:r>
      <w:r>
        <w:rPr>
          <w:b w:val="0"/>
          <w:i w:val="0"/>
          <w:smallCaps w:val="0"/>
          <w:strike w:val="0"/>
          <w:u w:val="none"/>
        </w:rPr>
        <w:t>Mark Gongloff</w:t>
      </w:r>
      <w:r>
        <w:rPr>
          <w:b w:val="0"/>
          <w:i w:val="0"/>
          <w:smallCaps w:val="0"/>
          <w:strike w:val="0"/>
          <w:u w:val="none"/>
        </w:rPr>
        <w:t xml:space="preserve">; February 22; </w:t>
      </w:r>
      <w:r>
        <w:rPr>
          <w:b w:val="0"/>
          <w:i w:val="0"/>
          <w:smallCaps w:val="0"/>
          <w:strike w:val="0"/>
          <w:u w:val="none"/>
        </w:rPr>
        <w:t>Bloomberg Opinion Columnist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Bloomberg Opinion Editor</w:t>
      </w:r>
      <w:r>
        <w:rPr>
          <w:b w:val="0"/>
          <w:i w:val="0"/>
          <w:smallCaps w:val="0"/>
          <w:strike w:val="0"/>
          <w:u w:val="none"/>
        </w:rPr>
        <w:t>; Bloomberg, “</w:t>
      </w:r>
      <w:r>
        <w:rPr>
          <w:b w:val="0"/>
          <w:i w:val="0"/>
          <w:smallCaps w:val="0"/>
          <w:strike w:val="0"/>
          <w:u w:val="none"/>
        </w:rPr>
        <w:t>A Second Trump Presidency Would Be a Nightmare for the Climate</w:t>
      </w:r>
      <w:r>
        <w:rPr>
          <w:b w:val="0"/>
          <w:i w:val="0"/>
          <w:smallCaps w:val="0"/>
          <w:strike w:val="0"/>
          <w:u w:val="none"/>
        </w:rPr>
        <w:t xml:space="preserve">.” </w:t>
      </w:r>
      <w:r>
        <w:rPr>
          <w:b w:val="0"/>
          <w:i w:val="0"/>
          <w:smallCaps w:val="0"/>
          <w:strike w:val="0"/>
          <w:u w:val="none"/>
        </w:rPr>
        <w:t>https://www.bloomberg.com/opinion/articles/2024-02-22/climate-change-trump-s-plans-for-a-second-term-could-be-disastrous</w:t>
      </w:r>
      <w:r>
        <w:rPr>
          <w:b w:val="0"/>
          <w:i w:val="0"/>
          <w:smallCaps w:val="0"/>
          <w:strike w:val="0"/>
          <w:u w:val="none"/>
        </w:rPr>
        <w:t>]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second</w:t>
      </w:r>
      <w:r>
        <w:rPr>
          <w:b w:val="0"/>
          <w:i w:val="0"/>
          <w:smallCaps w:val="0"/>
          <w:strike w:val="0"/>
          <w:u w:val="single"/>
        </w:rPr>
        <w:t xml:space="preserve"> Donald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Trump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presidency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would be</w:t>
      </w:r>
      <w:r>
        <w:rPr>
          <w:b w:val="0"/>
          <w:i w:val="0"/>
          <w:smallCaps w:val="0"/>
          <w:strike w:val="0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nightmare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for </w:t>
      </w:r>
      <w:r>
        <w:rPr>
          <w:b w:val="0"/>
          <w:i w:val="0"/>
          <w:smallCaps w:val="0"/>
          <w:strike w:val="0"/>
          <w:u w:val="single"/>
        </w:rPr>
        <w:t xml:space="preserve">Earth’s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climate</w:t>
      </w:r>
      <w:r>
        <w:rPr>
          <w:b w:val="0"/>
          <w:i w:val="0"/>
          <w:smallCaps w:val="0"/>
          <w:strike w:val="0"/>
          <w:u w:val="single"/>
        </w:rPr>
        <w:t xml:space="preserve"> (among other things</w:t>
      </w:r>
      <w:r>
        <w:rPr>
          <w:b w:val="0"/>
          <w:i w:val="0"/>
          <w:smallCaps w:val="0"/>
          <w:strike w:val="0"/>
          <w:u w:val="none"/>
        </w:rPr>
        <w:t xml:space="preserve">). But in the same way your immune system builds up defenses after exposure to a virus, </w:t>
      </w:r>
      <w:r>
        <w:rPr>
          <w:b w:val="0"/>
          <w:i w:val="0"/>
          <w:smallCaps w:val="0"/>
          <w:strike w:val="0"/>
          <w:highlight w:val="cyan"/>
          <w:u w:val="single"/>
        </w:rPr>
        <w:t>efforts to fight</w:t>
      </w:r>
      <w:r>
        <w:rPr>
          <w:b w:val="0"/>
          <w:i w:val="0"/>
          <w:smallCaps w:val="0"/>
          <w:strike w:val="0"/>
          <w:u w:val="single"/>
        </w:rPr>
        <w:t xml:space="preserve"> global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warming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stronger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now</w:t>
      </w:r>
      <w:r>
        <w:rPr>
          <w:b w:val="0"/>
          <w:i w:val="0"/>
          <w:smallCaps w:val="0"/>
          <w:strike w:val="0"/>
          <w:u w:val="single"/>
        </w:rPr>
        <w:t xml:space="preserve"> than the first time</w:t>
      </w:r>
      <w:r>
        <w:rPr>
          <w:b w:val="0"/>
          <w:i w:val="0"/>
          <w:smallCaps w:val="0"/>
          <w:strike w:val="0"/>
          <w:u w:val="none"/>
        </w:rPr>
        <w:t xml:space="preserve"> Trump attacked them. </w:t>
      </w:r>
      <w:r>
        <w:rPr>
          <w:b w:val="0"/>
          <w:i w:val="0"/>
          <w:smallCaps w:val="0"/>
          <w:strike w:val="0"/>
          <w:highlight w:val="cyan"/>
          <w:u w:val="single"/>
        </w:rPr>
        <w:t>But he could</w:t>
      </w:r>
      <w:r>
        <w:rPr>
          <w:b w:val="0"/>
          <w:i w:val="0"/>
          <w:smallCaps w:val="0"/>
          <w:strike w:val="0"/>
          <w:u w:val="single"/>
        </w:rPr>
        <w:t xml:space="preserve"> still </w:t>
      </w:r>
      <w:r>
        <w:rPr>
          <w:b w:val="0"/>
          <w:i w:val="0"/>
          <w:smallCaps w:val="0"/>
          <w:strike w:val="0"/>
          <w:highlight w:val="cyan"/>
          <w:u w:val="single"/>
        </w:rPr>
        <w:t>do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significant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damage</w:t>
      </w:r>
      <w:r>
        <w:rPr>
          <w:b w:val="0"/>
          <w:i w:val="0"/>
          <w:smallCaps w:val="0"/>
          <w:strike w:val="0"/>
          <w:u w:val="single"/>
        </w:rPr>
        <w:t xml:space="preserve"> from the White House.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his first term, </w:t>
      </w:r>
      <w:r>
        <w:rPr>
          <w:b w:val="0"/>
          <w:i w:val="0"/>
          <w:smallCaps w:val="0"/>
          <w:strike w:val="0"/>
          <w:highlight w:val="cyan"/>
          <w:u w:val="single"/>
        </w:rPr>
        <w:t>Trump pulled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 w:val="0"/>
          <w:i w:val="0"/>
          <w:smallCaps w:val="0"/>
          <w:strike w:val="0"/>
          <w:highlight w:val="cyan"/>
          <w:u w:val="single"/>
        </w:rPr>
        <w:t>US out of</w:t>
      </w:r>
      <w:r>
        <w:rPr>
          <w:b w:val="0"/>
          <w:i w:val="0"/>
          <w:smallCaps w:val="0"/>
          <w:strike w:val="0"/>
          <w:u w:val="single"/>
        </w:rPr>
        <w:t xml:space="preserve"> the 2015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Paris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climate agreement, rolled back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environmental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regulations, unleashed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u w:val="single"/>
        </w:rPr>
        <w:t xml:space="preserve"> and gas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drilling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and more. His advisers seem to think he didn’t go far enough.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Report</w:t>
      </w:r>
      <w:r>
        <w:rPr>
          <w:b w:val="0"/>
          <w:i w:val="0"/>
          <w:smallCaps w:val="0"/>
          <w:strike w:val="0"/>
          <w:u w:val="single"/>
        </w:rPr>
        <w:t xml:space="preserve"> after report after report </w:t>
      </w:r>
      <w:r>
        <w:rPr>
          <w:b w:val="0"/>
          <w:i w:val="0"/>
          <w:smallCaps w:val="0"/>
          <w:strike w:val="0"/>
          <w:highlight w:val="cyan"/>
          <w:u w:val="single"/>
        </w:rPr>
        <w:t>quotes</w:t>
      </w:r>
      <w:r>
        <w:rPr>
          <w:b w:val="0"/>
          <w:i w:val="0"/>
          <w:smallCaps w:val="0"/>
          <w:strike w:val="0"/>
          <w:u w:val="single"/>
        </w:rPr>
        <w:t xml:space="preserve"> them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planning for </w:t>
      </w:r>
      <w:r>
        <w:rPr>
          <w:b w:val="0"/>
          <w:i w:val="0"/>
          <w:smallCaps w:val="0"/>
          <w:strike w:val="0"/>
          <w:u w:val="single"/>
        </w:rPr>
        <w:t xml:space="preserve">“all-out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war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climate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science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policies</w:t>
      </w:r>
      <w:r>
        <w:rPr>
          <w:b w:val="0"/>
          <w:i w:val="0"/>
          <w:smallCaps w:val="0"/>
          <w:strike w:val="0"/>
          <w:u w:val="single"/>
        </w:rPr>
        <w:t xml:space="preserve">” </w:t>
      </w:r>
      <w:r>
        <w:rPr>
          <w:b w:val="0"/>
          <w:i w:val="0"/>
          <w:smallCaps w:val="0"/>
          <w:strike w:val="0"/>
          <w:u w:val="none"/>
        </w:rPr>
        <w:t>that will make first-term Trump look like Al Gore by comparison.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President Joe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Biden</w:t>
      </w:r>
      <w:r>
        <w:rPr>
          <w:b w:val="0"/>
          <w:i w:val="0"/>
          <w:smallCaps w:val="0"/>
          <w:strike w:val="0"/>
          <w:u w:val="none"/>
        </w:rPr>
        <w:t xml:space="preserve"> has taken flak from environmentalists for approving the Willow project in Alaska and overseeing a surge in exports of liquefied natural gas. But he </w:t>
      </w:r>
      <w:r>
        <w:rPr>
          <w:b w:val="0"/>
          <w:i w:val="0"/>
          <w:smallCaps w:val="0"/>
          <w:strike w:val="0"/>
          <w:highlight w:val="cyan"/>
          <w:u w:val="single"/>
        </w:rPr>
        <w:t>has</w:t>
      </w:r>
      <w:r>
        <w:rPr>
          <w:b w:val="0"/>
          <w:i w:val="0"/>
          <w:smallCaps w:val="0"/>
          <w:strike w:val="0"/>
          <w:u w:val="single"/>
        </w:rPr>
        <w:t xml:space="preserve"> also </w:t>
      </w:r>
      <w:r>
        <w:rPr>
          <w:b w:val="0"/>
          <w:i w:val="0"/>
          <w:smallCaps w:val="0"/>
          <w:strike w:val="0"/>
          <w:highlight w:val="cyan"/>
          <w:u w:val="single"/>
        </w:rPr>
        <w:t>driven significant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investments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in</w:t>
      </w:r>
      <w:r>
        <w:rPr>
          <w:b w:val="0"/>
          <w:i w:val="0"/>
          <w:smallCaps w:val="0"/>
          <w:strike w:val="0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green-energy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transition</w:t>
      </w:r>
      <w:r>
        <w:rPr>
          <w:b w:val="0"/>
          <w:i w:val="0"/>
          <w:smallCaps w:val="0"/>
          <w:strike w:val="0"/>
          <w:u w:val="single"/>
        </w:rPr>
        <w:t xml:space="preserve">, starting with the $1 trillion bipartisan infrastructure bill and the Inflation Reduction Act’s nominal $370 billion in climate spending.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He has limited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oil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exploration</w:t>
      </w:r>
      <w:r>
        <w:rPr>
          <w:b w:val="0"/>
          <w:i w:val="0"/>
          <w:smallCaps w:val="0"/>
          <w:strike w:val="0"/>
          <w:u w:val="single"/>
        </w:rPr>
        <w:t xml:space="preserve"> in the Alaskan wilderness and effectively frozen new LNG export terminals. All told,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he has taken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climate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seriously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than any</w:t>
      </w:r>
      <w:r>
        <w:rPr>
          <w:b w:val="0"/>
          <w:i w:val="0"/>
          <w:smallCaps w:val="0"/>
          <w:strike w:val="0"/>
          <w:u w:val="single"/>
        </w:rPr>
        <w:t xml:space="preserve"> predecessor </w:t>
      </w:r>
      <w:r>
        <w:rPr>
          <w:b w:val="0"/>
          <w:i w:val="0"/>
          <w:smallCaps w:val="0"/>
          <w:strike w:val="0"/>
          <w:u w:val="none"/>
        </w:rPr>
        <w:t>since Jimmy “Solar Panels on the White House” Carter.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Trump could quickly</w:t>
      </w:r>
      <w:r>
        <w:rPr>
          <w:b w:val="0"/>
          <w:i w:val="0"/>
          <w:smallCaps w:val="0"/>
          <w:strike w:val="0"/>
          <w:u w:val="single"/>
        </w:rPr>
        <w:t xml:space="preserve">, and with gusto,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wreck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much </w:t>
      </w:r>
      <w:r>
        <w:rPr>
          <w:b w:val="0"/>
          <w:i w:val="0"/>
          <w:smallCaps w:val="0"/>
          <w:strike w:val="0"/>
          <w:u w:val="single"/>
        </w:rPr>
        <w:t xml:space="preserve">of that </w:t>
      </w:r>
      <w:r>
        <w:rPr>
          <w:b w:val="0"/>
          <w:i w:val="0"/>
          <w:smallCaps w:val="0"/>
          <w:strike w:val="0"/>
          <w:highlight w:val="cyan"/>
          <w:u w:val="single"/>
        </w:rPr>
        <w:t>progress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Here’s a survey of some of the strengths and weaknesses the climate movement would bring to a second Trump term.</w:t>
      </w:r>
    </w:p>
    <w:p>
      <w:pPr>
        <w:pStyle w:val="Caption"/>
      </w:pPr>
      <w:r>
        <w:t>Source: Elections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