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is overwhelmingly left.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Smith ‘20</w:t>
      </w:r>
      <w:r>
        <w:rPr>
          <w:b w:val="0"/>
          <w:i w:val="0"/>
          <w:smallCaps w:val="0"/>
          <w:strike w:val="0"/>
          <w:u w:val="none"/>
        </w:rPr>
        <w:t xml:space="preserve">[Jennifer Smith; </w:t>
      </w:r>
      <w:r>
        <w:rPr>
          <w:b w:val="0"/>
          <w:i w:val="0"/>
          <w:smallCaps w:val="0"/>
          <w:strike w:val="0"/>
          <w:u w:val="none"/>
        </w:rPr>
        <w:t>Chief Reporter at DailyMail.com</w:t>
      </w:r>
      <w:r>
        <w:rPr>
          <w:b w:val="0"/>
          <w:i w:val="0"/>
          <w:smallCaps w:val="0"/>
          <w:strike w:val="0"/>
          <w:u w:val="none"/>
        </w:rPr>
        <w:t>; MailOnline; “</w:t>
      </w:r>
      <w:r>
        <w:rPr>
          <w:b w:val="0"/>
          <w:i w:val="0"/>
          <w:smallCaps w:val="0"/>
          <w:strike w:val="0"/>
          <w:u w:val="none"/>
        </w:rPr>
        <w:t>REVEALED: Facebook and Twitter employees have given $2.7million to Democrats in 2020 - ten times the amount they have donated to Republicans - as big tech faces more accusations of political bias</w:t>
      </w:r>
      <w:r>
        <w:rPr>
          <w:b w:val="0"/>
          <w:i w:val="0"/>
          <w:smallCaps w:val="0"/>
          <w:strike w:val="0"/>
          <w:u w:val="none"/>
        </w:rPr>
        <w:t>.” LexisNexis]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Facebook and Twitter employees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$2.7million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Democrats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 far in 2020,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ten times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amount 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've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Republicans</w:t>
      </w:r>
      <w:r>
        <w:rPr>
          <w:b w:val="0"/>
          <w:i w:val="0"/>
          <w:smallCaps w:val="0"/>
          <w:strike w:val="0"/>
          <w:u w:val="none"/>
        </w:rPr>
        <w:t xml:space="preserve">. Data harvested by OpenSecrets.org revealed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$2.9million</w:t>
      </w:r>
      <w:r>
        <w:rPr>
          <w:b w:val="0"/>
          <w:i w:val="0"/>
          <w:smallCaps w:val="0"/>
          <w:strike w:val="0"/>
          <w:u w:val="none"/>
        </w:rPr>
        <w:t xml:space="preserve"> staff have donated to political campaigns and PACs this year,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ninety percent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went to Dem</w:t>
      </w:r>
      <w:r>
        <w:rPr>
          <w:b w:val="0"/>
          <w:i w:val="0"/>
          <w:smallCaps w:val="0"/>
          <w:strike w:val="0"/>
          <w:sz w:val="22"/>
          <w:u w:val="single"/>
        </w:rPr>
        <w:t>ocrat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$222,000 went to Rep</w:t>
      </w:r>
      <w:r>
        <w:rPr>
          <w:b w:val="0"/>
          <w:i w:val="0"/>
          <w:smallCaps w:val="0"/>
          <w:strike w:val="0"/>
          <w:sz w:val="22"/>
          <w:u w:val="single"/>
        </w:rPr>
        <w:t>ublican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. It's unclear how many donations have been made and how they vary in size. At Twitter, 98.99 percent - $347,270 - of all employee donations to either political candidates or super PACS has been to Democrats. Staff there have given just $3,556 to Republicans. Biden has received $66,000 as an individual but the majority of the donations went to organizations. At Facebook, $2,409,464 out of $2,628,040 went to Democrats. Only $218,576 went to Republicans. Biden's campaign has received $645,152 from them.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data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contributes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ongoing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claims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big tech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bias towards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and are using their power to try to silence Republicans and Donald Trump. 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