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Between Biden or Trump-Big Tech is neutral.</w:t>
      </w:r>
    </w:p>
    <w:p>
      <w:pPr>
        <w:spacing w:after="80"/>
      </w:pPr>
      <w:r>
        <w:rPr>
          <w:b/>
          <w:i w:val="0"/>
          <w:smallCaps w:val="0"/>
          <w:strike w:val="0"/>
          <w:sz w:val="26"/>
          <w:u w:val="none"/>
        </w:rPr>
        <w:t>Rosenberg’20</w:t>
      </w:r>
      <w:r>
        <w:rPr>
          <w:b w:val="0"/>
          <w:i w:val="0"/>
          <w:smallCaps w:val="0"/>
          <w:strike w:val="0"/>
          <w:u w:val="none"/>
        </w:rPr>
        <w:t>[Scott Rosenberg; November 2; M</w:t>
      </w:r>
      <w:r>
        <w:rPr>
          <w:b w:val="0"/>
          <w:i w:val="0"/>
          <w:smallCaps w:val="0"/>
          <w:strike w:val="0"/>
          <w:u w:val="none"/>
        </w:rPr>
        <w:t>anaging editor of technology at Axios</w:t>
      </w:r>
      <w:r>
        <w:rPr>
          <w:b w:val="0"/>
          <w:i w:val="0"/>
          <w:smallCaps w:val="0"/>
          <w:strike w:val="0"/>
          <w:u w:val="none"/>
        </w:rPr>
        <w:t>; Axios, “</w:t>
      </w:r>
      <w:r>
        <w:rPr>
          <w:b w:val="0"/>
          <w:i w:val="0"/>
          <w:smallCaps w:val="0"/>
          <w:strike w:val="0"/>
          <w:u w:val="none"/>
        </w:rPr>
        <w:t>Big Tech doesn't much care who wins</w:t>
      </w:r>
      <w:r>
        <w:rPr>
          <w:b w:val="0"/>
          <w:i w:val="0"/>
          <w:smallCaps w:val="0"/>
          <w:strike w:val="0"/>
          <w:u w:val="none"/>
        </w:rPr>
        <w:t xml:space="preserve">.” </w:t>
      </w:r>
      <w:r>
        <w:rPr>
          <w:b w:val="0"/>
          <w:i w:val="0"/>
          <w:smallCaps w:val="0"/>
          <w:strike w:val="0"/>
          <w:u w:val="none"/>
        </w:rPr>
        <w:t>https://www.axios.com/2020/11/02/big-tech-doesnt-much-care-who-wins-2020-election</w:t>
      </w:r>
      <w:r>
        <w:rPr>
          <w:b w:val="0"/>
          <w:i w:val="0"/>
          <w:smallCaps w:val="0"/>
          <w:strike w:val="0"/>
          <w:u w:val="none"/>
        </w:rPr>
        <w:t>]</w:t>
      </w:r>
    </w:p>
    <w:p>
      <w:pPr>
        <w:spacing w:after="60"/>
      </w:pPr>
      <w:r>
        <w:rPr>
          <w:b w:val="0"/>
          <w:i w:val="0"/>
          <w:smallCaps w:val="0"/>
          <w:strike w:val="0"/>
          <w:u w:val="none"/>
        </w:rPr>
        <w:t xml:space="preserve">The </w:t>
      </w:r>
      <w:r>
        <w:rPr>
          <w:b/>
          <w:i w:val="0"/>
          <w:smallCaps w:val="0"/>
          <w:strike w:val="0"/>
          <w:sz w:val="24"/>
          <w:highlight w:val="cyan"/>
          <w:u w:val="single"/>
        </w:rPr>
        <w:t>headaches</w:t>
      </w:r>
      <w:r>
        <w:rPr>
          <w:b w:val="0"/>
          <w:i w:val="0"/>
          <w:smallCaps w:val="0"/>
          <w:strike w:val="0"/>
          <w:sz w:val="22"/>
          <w:highlight w:val="cyan"/>
          <w:u w:val="single"/>
        </w:rPr>
        <w:t xml:space="preserve"> facing</w:t>
      </w:r>
      <w:r>
        <w:rPr>
          <w:b w:val="0"/>
          <w:i w:val="0"/>
          <w:smallCaps w:val="0"/>
          <w:strike w:val="0"/>
          <w:sz w:val="22"/>
          <w:u w:val="single"/>
        </w:rPr>
        <w:t xml:space="preserve"> the </w:t>
      </w:r>
      <w:r>
        <w:rPr>
          <w:b w:val="0"/>
          <w:i w:val="0"/>
          <w:smallCaps w:val="0"/>
          <w:strike w:val="0"/>
          <w:sz w:val="22"/>
          <w:highlight w:val="cyan"/>
          <w:u w:val="single"/>
        </w:rPr>
        <w:t>tech industry</w:t>
      </w:r>
      <w:r>
        <w:rPr>
          <w:b w:val="0"/>
          <w:i w:val="0"/>
          <w:smallCaps w:val="0"/>
          <w:strike w:val="0"/>
          <w:sz w:val="22"/>
          <w:u w:val="single"/>
        </w:rPr>
        <w:t xml:space="preserve">'s giants </w:t>
      </w:r>
      <w:r>
        <w:rPr>
          <w:b/>
          <w:i w:val="0"/>
          <w:smallCaps w:val="0"/>
          <w:strike w:val="0"/>
          <w:sz w:val="24"/>
          <w:highlight w:val="cyan"/>
          <w:u w:val="single"/>
        </w:rPr>
        <w:t>won't change</w:t>
      </w:r>
      <w:r>
        <w:rPr>
          <w:b w:val="0"/>
          <w:i w:val="0"/>
          <w:smallCaps w:val="0"/>
          <w:strike w:val="0"/>
          <w:sz w:val="22"/>
          <w:u w:val="single"/>
        </w:rPr>
        <w:t xml:space="preserve"> much </w:t>
      </w:r>
      <w:r>
        <w:rPr>
          <w:b w:val="0"/>
          <w:i w:val="0"/>
          <w:smallCaps w:val="0"/>
          <w:strike w:val="0"/>
          <w:sz w:val="22"/>
          <w:highlight w:val="cyan"/>
          <w:u w:val="single"/>
        </w:rPr>
        <w:t>whether</w:t>
      </w:r>
      <w:r>
        <w:rPr>
          <w:b w:val="0"/>
          <w:i w:val="0"/>
          <w:smallCaps w:val="0"/>
          <w:strike w:val="0"/>
          <w:sz w:val="22"/>
          <w:u w:val="single"/>
        </w:rPr>
        <w:t xml:space="preserve"> Donald </w:t>
      </w:r>
      <w:r>
        <w:rPr>
          <w:b/>
          <w:i w:val="0"/>
          <w:smallCaps w:val="0"/>
          <w:strike w:val="0"/>
          <w:sz w:val="24"/>
          <w:highlight w:val="cyan"/>
          <w:u w:val="single"/>
        </w:rPr>
        <w:t>Trump</w:t>
      </w:r>
      <w:r>
        <w:rPr>
          <w:b w:val="0"/>
          <w:i w:val="0"/>
          <w:smallCaps w:val="0"/>
          <w:strike w:val="0"/>
          <w:sz w:val="22"/>
          <w:u w:val="single"/>
        </w:rPr>
        <w:t xml:space="preserve"> remains in the White House </w:t>
      </w:r>
      <w:r>
        <w:rPr>
          <w:b w:val="0"/>
          <w:i w:val="0"/>
          <w:smallCaps w:val="0"/>
          <w:strike w:val="0"/>
          <w:sz w:val="22"/>
          <w:highlight w:val="cyan"/>
          <w:u w:val="single"/>
        </w:rPr>
        <w:t xml:space="preserve">or Joe </w:t>
      </w:r>
      <w:r>
        <w:rPr>
          <w:b/>
          <w:i w:val="0"/>
          <w:smallCaps w:val="0"/>
          <w:strike w:val="0"/>
          <w:sz w:val="24"/>
          <w:highlight w:val="cyan"/>
          <w:u w:val="single"/>
        </w:rPr>
        <w:t>Biden</w:t>
      </w:r>
      <w:r>
        <w:rPr>
          <w:b w:val="0"/>
          <w:i w:val="0"/>
          <w:smallCaps w:val="0"/>
          <w:strike w:val="0"/>
          <w:sz w:val="22"/>
          <w:highlight w:val="cyan"/>
          <w:u w:val="single"/>
        </w:rPr>
        <w:t xml:space="preserve"> takes </w:t>
      </w:r>
      <w:r>
        <w:rPr>
          <w:b w:val="0"/>
          <w:i w:val="0"/>
          <w:smallCaps w:val="0"/>
          <w:strike w:val="0"/>
          <w:sz w:val="22"/>
          <w:u w:val="single"/>
        </w:rPr>
        <w:t xml:space="preserve">his </w:t>
      </w:r>
      <w:r>
        <w:rPr>
          <w:b w:val="0"/>
          <w:i w:val="0"/>
          <w:smallCaps w:val="0"/>
          <w:strike w:val="0"/>
          <w:sz w:val="22"/>
          <w:highlight w:val="cyan"/>
          <w:u w:val="single"/>
        </w:rPr>
        <w:t>place</w:t>
      </w:r>
      <w:r>
        <w:rPr>
          <w:b w:val="0"/>
          <w:i w:val="0"/>
          <w:smallCaps w:val="0"/>
          <w:strike w:val="0"/>
          <w:sz w:val="22"/>
          <w:u w:val="single"/>
        </w:rPr>
        <w:t>.</w:t>
      </w:r>
    </w:p>
    <w:p>
      <w:pPr>
        <w:spacing w:after="60"/>
      </w:pPr>
      <w:r>
        <w:rPr>
          <w:b w:val="0"/>
          <w:i w:val="0"/>
          <w:smallCaps w:val="0"/>
          <w:strike w:val="0"/>
          <w:u w:val="none"/>
        </w:rPr>
        <w:t xml:space="preserve">The big picture: Individuals in tech are as passionate and fingernail-biting about Tuesday's election as any other Americans. But the </w:t>
      </w:r>
      <w:r>
        <w:rPr>
          <w:b w:val="0"/>
          <w:i w:val="0"/>
          <w:smallCaps w:val="0"/>
          <w:strike w:val="0"/>
          <w:sz w:val="22"/>
          <w:highlight w:val="cyan"/>
          <w:u w:val="single"/>
        </w:rPr>
        <w:t>path ahead for</w:t>
      </w:r>
      <w:r>
        <w:rPr>
          <w:b w:val="0"/>
          <w:i w:val="0"/>
          <w:smallCaps w:val="0"/>
          <w:strike w:val="0"/>
          <w:sz w:val="22"/>
          <w:u w:val="single"/>
        </w:rPr>
        <w:t xml:space="preserve"> the massive </w:t>
      </w:r>
      <w:r>
        <w:rPr>
          <w:b w:val="0"/>
          <w:i w:val="0"/>
          <w:smallCaps w:val="0"/>
          <w:strike w:val="0"/>
          <w:sz w:val="22"/>
          <w:highlight w:val="cyan"/>
          <w:u w:val="single"/>
        </w:rPr>
        <w:t>companies</w:t>
      </w:r>
      <w:r>
        <w:rPr>
          <w:b w:val="0"/>
          <w:i w:val="0"/>
          <w:smallCaps w:val="0"/>
          <w:strike w:val="0"/>
          <w:sz w:val="22"/>
          <w:u w:val="single"/>
        </w:rPr>
        <w:t xml:space="preserve"> that have seized the industry's reins over the past decade </w:t>
      </w:r>
      <w:r>
        <w:rPr>
          <w:b w:val="0"/>
          <w:i w:val="0"/>
          <w:smallCaps w:val="0"/>
          <w:strike w:val="0"/>
          <w:sz w:val="22"/>
          <w:highlight w:val="cyan"/>
          <w:u w:val="single"/>
        </w:rPr>
        <w:t xml:space="preserve">will only alter </w:t>
      </w:r>
      <w:r>
        <w:rPr>
          <w:b/>
          <w:i w:val="0"/>
          <w:smallCaps w:val="0"/>
          <w:strike w:val="0"/>
          <w:sz w:val="24"/>
          <w:highlight w:val="cyan"/>
          <w:u w:val="single"/>
        </w:rPr>
        <w:t>incrementally</w:t>
      </w:r>
      <w:r>
        <w:rPr>
          <w:b w:val="0"/>
          <w:i w:val="0"/>
          <w:smallCaps w:val="0"/>
          <w:strike w:val="0"/>
          <w:sz w:val="22"/>
          <w:highlight w:val="cyan"/>
          <w:u w:val="single"/>
        </w:rPr>
        <w:t xml:space="preserve"> based on</w:t>
      </w:r>
      <w:r>
        <w:rPr>
          <w:b w:val="0"/>
          <w:i w:val="0"/>
          <w:smallCaps w:val="0"/>
          <w:strike w:val="0"/>
          <w:sz w:val="22"/>
          <w:u w:val="single"/>
        </w:rPr>
        <w:t xml:space="preserve"> the </w:t>
      </w:r>
      <w:r>
        <w:rPr>
          <w:b/>
          <w:i w:val="0"/>
          <w:smallCaps w:val="0"/>
          <w:strike w:val="0"/>
          <w:sz w:val="24"/>
          <w:highlight w:val="cyan"/>
          <w:u w:val="single"/>
        </w:rPr>
        <w:t>polls</w:t>
      </w:r>
      <w:r>
        <w:rPr>
          <w:b/>
          <w:i w:val="0"/>
          <w:smallCaps w:val="0"/>
          <w:strike w:val="0"/>
          <w:sz w:val="24"/>
          <w:u w:val="single"/>
        </w:rPr>
        <w:t>'</w:t>
      </w:r>
      <w:r>
        <w:rPr>
          <w:b w:val="0"/>
          <w:i w:val="0"/>
          <w:smallCaps w:val="0"/>
          <w:strike w:val="0"/>
          <w:u w:val="none"/>
        </w:rPr>
        <w:t xml:space="preserve"> outcome.</w:t>
      </w:r>
    </w:p>
    <w:p>
      <w:pPr>
        <w:spacing w:after="60"/>
      </w:pPr>
      <w:r>
        <w:rPr>
          <w:b w:val="0"/>
          <w:i w:val="0"/>
          <w:smallCaps w:val="0"/>
          <w:strike w:val="0"/>
          <w:u w:val="none"/>
        </w:rPr>
        <w:t>The market</w:t>
      </w:r>
    </w:p>
    <w:p>
      <w:pPr>
        <w:spacing w:after="60"/>
      </w:pPr>
      <w:r>
        <w:rPr>
          <w:b w:val="0"/>
          <w:i w:val="0"/>
          <w:smallCaps w:val="0"/>
          <w:strike w:val="0"/>
          <w:u w:val="none"/>
        </w:rPr>
        <w:t>Stock prices are the tech industry's rocket fuel: They turn founders into billionaires, keep stock-option-endowed employees happy, and pay off early investors who can then fund the next round of startups.</w:t>
      </w:r>
    </w:p>
    <w:p>
      <w:pPr>
        <w:spacing w:after="60"/>
      </w:pPr>
      <w:r>
        <w:rPr>
          <w:b w:val="0"/>
          <w:i w:val="0"/>
          <w:smallCaps w:val="0"/>
          <w:strike w:val="0"/>
          <w:u w:val="none"/>
        </w:rPr>
        <w:t>Stocks have soared under President Trump, continuing a long boom that began under his predecessor, and tech has led the market. But most experts hand credit for the irrepressible rise in equity prices to the Federal Reserve, whose no-interest stance has driven investors into stocks and shows no sign of changing.</w:t>
      </w:r>
    </w:p>
    <w:p>
      <w:pPr>
        <w:spacing w:after="60"/>
      </w:pPr>
      <w:r>
        <w:rPr>
          <w:b w:val="0"/>
          <w:i w:val="0"/>
          <w:smallCaps w:val="0"/>
          <w:strike w:val="0"/>
          <w:u w:val="none"/>
        </w:rPr>
        <w:t xml:space="preserve">The bottom line: </w:t>
      </w:r>
      <w:r>
        <w:rPr>
          <w:b w:val="0"/>
          <w:i w:val="0"/>
          <w:smallCaps w:val="0"/>
          <w:strike w:val="0"/>
          <w:sz w:val="22"/>
          <w:highlight w:val="cyan"/>
          <w:u w:val="single"/>
        </w:rPr>
        <w:t>Business</w:t>
      </w:r>
      <w:r>
        <w:rPr>
          <w:b w:val="0"/>
          <w:i w:val="0"/>
          <w:smallCaps w:val="0"/>
          <w:strike w:val="0"/>
          <w:sz w:val="22"/>
          <w:u w:val="single"/>
        </w:rPr>
        <w:t xml:space="preserve"> traditionally </w:t>
      </w:r>
      <w:r>
        <w:rPr>
          <w:b w:val="0"/>
          <w:i w:val="0"/>
          <w:smallCaps w:val="0"/>
          <w:strike w:val="0"/>
          <w:sz w:val="22"/>
          <w:highlight w:val="cyan"/>
          <w:u w:val="single"/>
        </w:rPr>
        <w:t xml:space="preserve">fears interest </w:t>
      </w:r>
      <w:r>
        <w:rPr>
          <w:b/>
          <w:i w:val="0"/>
          <w:smallCaps w:val="0"/>
          <w:strike w:val="0"/>
          <w:sz w:val="24"/>
          <w:highlight w:val="cyan"/>
          <w:u w:val="single"/>
        </w:rPr>
        <w:t>rates</w:t>
      </w:r>
      <w:r>
        <w:rPr>
          <w:b w:val="0"/>
          <w:i w:val="0"/>
          <w:smallCaps w:val="0"/>
          <w:strike w:val="0"/>
          <w:sz w:val="22"/>
          <w:u w:val="single"/>
        </w:rPr>
        <w:t xml:space="preserve">, and </w:t>
      </w:r>
      <w:r>
        <w:rPr>
          <w:b/>
          <w:i w:val="0"/>
          <w:smallCaps w:val="0"/>
          <w:strike w:val="0"/>
          <w:sz w:val="24"/>
          <w:highlight w:val="cyan"/>
          <w:u w:val="single"/>
        </w:rPr>
        <w:t>inflation</w:t>
      </w:r>
      <w:r>
        <w:rPr>
          <w:b w:val="0"/>
          <w:i w:val="0"/>
          <w:smallCaps w:val="0"/>
          <w:strike w:val="0"/>
          <w:sz w:val="22"/>
          <w:highlight w:val="cyan"/>
          <w:u w:val="single"/>
        </w:rPr>
        <w:t>, will rise under</w:t>
      </w:r>
      <w:r>
        <w:rPr>
          <w:b w:val="0"/>
          <w:i w:val="0"/>
          <w:smallCaps w:val="0"/>
          <w:strike w:val="0"/>
          <w:sz w:val="22"/>
          <w:u w:val="single"/>
        </w:rPr>
        <w:t xml:space="preserve"> freer-spending </w:t>
      </w:r>
      <w:r>
        <w:rPr>
          <w:b w:val="0"/>
          <w:i w:val="0"/>
          <w:smallCaps w:val="0"/>
          <w:strike w:val="0"/>
          <w:sz w:val="22"/>
          <w:highlight w:val="cyan"/>
          <w:u w:val="single"/>
        </w:rPr>
        <w:t>Democratic</w:t>
      </w:r>
      <w:r>
        <w:rPr>
          <w:b w:val="0"/>
          <w:i w:val="0"/>
          <w:smallCaps w:val="0"/>
          <w:strike w:val="0"/>
          <w:sz w:val="22"/>
          <w:u w:val="single"/>
        </w:rPr>
        <w:t xml:space="preserve"> administration</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 xml:space="preserve">But Trump's </w:t>
      </w:r>
      <w:r>
        <w:rPr>
          <w:b/>
          <w:i w:val="0"/>
          <w:smallCaps w:val="0"/>
          <w:strike w:val="0"/>
          <w:sz w:val="24"/>
          <w:highlight w:val="cyan"/>
          <w:u w:val="single"/>
        </w:rPr>
        <w:t>deficit-friendly</w:t>
      </w:r>
      <w:r>
        <w:rPr>
          <w:b w:val="0"/>
          <w:i w:val="0"/>
          <w:smallCaps w:val="0"/>
          <w:strike w:val="0"/>
          <w:sz w:val="22"/>
          <w:highlight w:val="cyan"/>
          <w:u w:val="single"/>
        </w:rPr>
        <w:t xml:space="preserve"> term scramble</w:t>
      </w:r>
      <w:r>
        <w:rPr>
          <w:b w:val="0"/>
          <w:i w:val="0"/>
          <w:smallCaps w:val="0"/>
          <w:strike w:val="0"/>
          <w:u w:val="none"/>
        </w:rPr>
        <w:t xml:space="preserve">d those </w:t>
      </w:r>
      <w:r>
        <w:rPr>
          <w:b w:val="0"/>
          <w:i w:val="0"/>
          <w:smallCaps w:val="0"/>
          <w:strike w:val="0"/>
          <w:sz w:val="22"/>
          <w:highlight w:val="cyan"/>
          <w:u w:val="single"/>
        </w:rPr>
        <w:t xml:space="preserve">expectations. </w:t>
      </w:r>
      <w:r>
        <w:rPr>
          <w:b/>
          <w:i w:val="0"/>
          <w:smallCaps w:val="0"/>
          <w:strike w:val="0"/>
          <w:sz w:val="24"/>
          <w:highlight w:val="cyan"/>
          <w:u w:val="single"/>
        </w:rPr>
        <w:t>Inflation</w:t>
      </w:r>
      <w:r>
        <w:rPr>
          <w:b w:val="0"/>
          <w:i w:val="0"/>
          <w:smallCaps w:val="0"/>
          <w:strike w:val="0"/>
          <w:sz w:val="22"/>
          <w:highlight w:val="cyan"/>
          <w:u w:val="single"/>
        </w:rPr>
        <w:t xml:space="preserve"> is</w:t>
      </w:r>
      <w:r>
        <w:rPr>
          <w:b w:val="0"/>
          <w:i w:val="0"/>
          <w:smallCaps w:val="0"/>
          <w:strike w:val="0"/>
          <w:sz w:val="22"/>
          <w:u w:val="single"/>
        </w:rPr>
        <w:t xml:space="preserve"> </w:t>
      </w:r>
      <w:r>
        <w:rPr>
          <w:b w:val="0"/>
          <w:i w:val="0"/>
          <w:smallCaps w:val="0"/>
          <w:strike w:val="0"/>
          <w:sz w:val="22"/>
          <w:highlight w:val="cyan"/>
          <w:u w:val="single"/>
        </w:rPr>
        <w:t>nowhere</w:t>
      </w:r>
      <w:r>
        <w:rPr>
          <w:b w:val="0"/>
          <w:i w:val="0"/>
          <w:smallCaps w:val="0"/>
          <w:strike w:val="0"/>
          <w:sz w:val="22"/>
          <w:u w:val="single"/>
        </w:rPr>
        <w:t xml:space="preserve"> in sight. </w:t>
      </w:r>
      <w:r>
        <w:rPr>
          <w:b w:val="0"/>
          <w:i w:val="0"/>
          <w:smallCaps w:val="0"/>
          <w:strike w:val="0"/>
          <w:sz w:val="22"/>
          <w:highlight w:val="cyan"/>
          <w:u w:val="single"/>
        </w:rPr>
        <w:t>Whoever wins</w:t>
      </w:r>
      <w:r>
        <w:rPr>
          <w:b w:val="0"/>
          <w:i w:val="0"/>
          <w:smallCaps w:val="0"/>
          <w:strike w:val="0"/>
          <w:sz w:val="22"/>
          <w:u w:val="single"/>
        </w:rPr>
        <w:t xml:space="preserve">, the </w:t>
      </w:r>
      <w:r>
        <w:rPr>
          <w:b w:val="0"/>
          <w:i w:val="0"/>
          <w:smallCaps w:val="0"/>
          <w:strike w:val="0"/>
          <w:sz w:val="22"/>
          <w:highlight w:val="cyan"/>
          <w:u w:val="single"/>
        </w:rPr>
        <w:t>Fed will</w:t>
      </w:r>
      <w:r>
        <w:rPr>
          <w:b w:val="0"/>
          <w:i w:val="0"/>
          <w:smallCaps w:val="0"/>
          <w:strike w:val="0"/>
          <w:sz w:val="22"/>
          <w:u w:val="single"/>
        </w:rPr>
        <w:t xml:space="preserve"> keep </w:t>
      </w:r>
      <w:r>
        <w:rPr>
          <w:b w:val="0"/>
          <w:i w:val="0"/>
          <w:smallCaps w:val="0"/>
          <w:strike w:val="0"/>
          <w:sz w:val="22"/>
          <w:highlight w:val="cyan"/>
          <w:u w:val="single"/>
        </w:rPr>
        <w:t xml:space="preserve">refilling tech's </w:t>
      </w:r>
      <w:r>
        <w:rPr>
          <w:b w:val="0"/>
          <w:i w:val="0"/>
          <w:smallCaps w:val="0"/>
          <w:strike w:val="0"/>
          <w:sz w:val="22"/>
          <w:u w:val="single"/>
        </w:rPr>
        <w:t xml:space="preserve">punch </w:t>
      </w:r>
      <w:r>
        <w:rPr>
          <w:b w:val="0"/>
          <w:i w:val="0"/>
          <w:smallCaps w:val="0"/>
          <w:strike w:val="0"/>
          <w:sz w:val="22"/>
          <w:highlight w:val="cyan"/>
          <w:u w:val="single"/>
        </w:rPr>
        <w:t>bowl.</w:t>
      </w:r>
    </w:p>
    <w:p>
      <w:pPr>
        <w:spacing w:after="60"/>
      </w:pPr>
      <w:r>
        <w:rPr>
          <w:b w:val="0"/>
          <w:i w:val="0"/>
          <w:smallCaps w:val="0"/>
          <w:strike w:val="0"/>
          <w:u w:val="none"/>
        </w:rPr>
        <w:t>Regulation</w:t>
      </w:r>
    </w:p>
    <w:p>
      <w:pPr>
        <w:spacing w:after="60"/>
      </w:pPr>
      <w:r>
        <w:rPr>
          <w:b w:val="0"/>
          <w:i w:val="0"/>
          <w:smallCaps w:val="0"/>
          <w:strike w:val="0"/>
          <w:sz w:val="22"/>
          <w:highlight w:val="cyan"/>
          <w:u w:val="single"/>
        </w:rPr>
        <w:t>Trump's</w:t>
      </w:r>
      <w:r>
        <w:rPr>
          <w:b w:val="0"/>
          <w:i w:val="0"/>
          <w:smallCaps w:val="0"/>
          <w:strike w:val="0"/>
          <w:sz w:val="22"/>
          <w:u w:val="single"/>
        </w:rPr>
        <w:t xml:space="preserve"> term </w:t>
      </w:r>
      <w:r>
        <w:rPr>
          <w:b w:val="0"/>
          <w:i w:val="0"/>
          <w:smallCaps w:val="0"/>
          <w:strike w:val="0"/>
          <w:sz w:val="22"/>
          <w:highlight w:val="cyan"/>
          <w:u w:val="single"/>
        </w:rPr>
        <w:t>saw</w:t>
      </w:r>
      <w:r>
        <w:rPr>
          <w:b w:val="0"/>
          <w:i w:val="0"/>
          <w:smallCaps w:val="0"/>
          <w:strike w:val="0"/>
          <w:sz w:val="22"/>
          <w:u w:val="single"/>
        </w:rPr>
        <w:t xml:space="preserve"> a dramatic </w:t>
      </w:r>
      <w:r>
        <w:rPr>
          <w:b w:val="0"/>
          <w:i w:val="0"/>
          <w:smallCaps w:val="0"/>
          <w:strike w:val="0"/>
          <w:sz w:val="22"/>
          <w:highlight w:val="cyan"/>
          <w:u w:val="single"/>
        </w:rPr>
        <w:t xml:space="preserve">shift toward </w:t>
      </w:r>
      <w:r>
        <w:rPr>
          <w:b w:val="0"/>
          <w:i w:val="0"/>
          <w:smallCaps w:val="0"/>
          <w:strike w:val="0"/>
          <w:sz w:val="22"/>
          <w:u w:val="single"/>
        </w:rPr>
        <w:t xml:space="preserve">government </w:t>
      </w:r>
      <w:r>
        <w:rPr>
          <w:b/>
          <w:i w:val="0"/>
          <w:smallCaps w:val="0"/>
          <w:strike w:val="0"/>
          <w:sz w:val="24"/>
          <w:highlight w:val="cyan"/>
          <w:u w:val="single"/>
        </w:rPr>
        <w:t>action</w:t>
      </w:r>
      <w:r>
        <w:rPr>
          <w:b w:val="0"/>
          <w:i w:val="0"/>
          <w:smallCaps w:val="0"/>
          <w:strike w:val="0"/>
          <w:sz w:val="22"/>
          <w:highlight w:val="cyan"/>
          <w:u w:val="single"/>
        </w:rPr>
        <w:t xml:space="preserve"> against </w:t>
      </w:r>
      <w:r>
        <w:rPr>
          <w:b/>
          <w:i w:val="0"/>
          <w:smallCaps w:val="0"/>
          <w:strike w:val="0"/>
          <w:sz w:val="24"/>
          <w:highlight w:val="cyan"/>
          <w:u w:val="single"/>
        </w:rPr>
        <w:t>tech</w:t>
      </w:r>
      <w:r>
        <w:rPr>
          <w:b w:val="0"/>
          <w:i w:val="0"/>
          <w:smallCaps w:val="0"/>
          <w:strike w:val="0"/>
          <w:sz w:val="22"/>
          <w:highlight w:val="cyan"/>
          <w:u w:val="single"/>
        </w:rPr>
        <w:t xml:space="preserve"> firms</w:t>
      </w:r>
      <w:r>
        <w:rPr>
          <w:b w:val="0"/>
          <w:i w:val="0"/>
          <w:smallCaps w:val="0"/>
          <w:strike w:val="0"/>
          <w:sz w:val="22"/>
          <w:u w:val="single"/>
        </w:rPr>
        <w:t>.</w:t>
      </w:r>
      <w:r>
        <w:rPr>
          <w:b w:val="0"/>
          <w:i w:val="0"/>
          <w:smallCaps w:val="0"/>
          <w:strike w:val="0"/>
          <w:u w:val="none"/>
        </w:rPr>
        <w:t xml:space="preserve"> The Justice Department has sued Google, action against Facebook by states and the Federal Trade Commission is reportedly imminent, and investigations of both Apple and Amazon remain open.</w:t>
      </w:r>
    </w:p>
    <w:p>
      <w:pPr>
        <w:spacing w:after="60"/>
      </w:pPr>
      <w:r>
        <w:rPr>
          <w:b w:val="0"/>
          <w:i w:val="0"/>
          <w:smallCaps w:val="0"/>
          <w:strike w:val="0"/>
          <w:u w:val="none"/>
        </w:rPr>
        <w:t>These processes are all ostensibly non-partisan and theoretically unaffected by a change in administration.But in practice, a new attorney general could soft-pedal or even scrap the Google suit.</w:t>
      </w:r>
    </w:p>
    <w:p>
      <w:pPr>
        <w:spacing w:after="60"/>
      </w:pPr>
      <w:r>
        <w:rPr>
          <w:b w:val="0"/>
          <w:i w:val="0"/>
          <w:smallCaps w:val="0"/>
          <w:strike w:val="0"/>
          <w:u w:val="none"/>
        </w:rPr>
        <w:t>Democrats have their own reasons for pursuing action against the big companies — but unlike Republicans, they're less focused on claims of censorship and more on the concentration of corporate power and the spread of misinformation.</w:t>
      </w:r>
    </w:p>
    <w:p>
      <w:pPr>
        <w:spacing w:after="60"/>
      </w:pPr>
      <w:r>
        <w:rPr>
          <w:b w:val="0"/>
          <w:i w:val="0"/>
          <w:smallCaps w:val="0"/>
          <w:strike w:val="0"/>
          <w:u w:val="none"/>
        </w:rPr>
        <w:t xml:space="preserve">The bottom line: </w:t>
      </w:r>
      <w:r>
        <w:rPr>
          <w:b w:val="0"/>
          <w:i w:val="0"/>
          <w:smallCaps w:val="0"/>
          <w:strike w:val="0"/>
          <w:sz w:val="22"/>
          <w:highlight w:val="cyan"/>
          <w:u w:val="single"/>
        </w:rPr>
        <w:t>Whoever wins</w:t>
      </w:r>
      <w:r>
        <w:rPr>
          <w:b w:val="0"/>
          <w:i w:val="0"/>
          <w:smallCaps w:val="0"/>
          <w:strike w:val="0"/>
          <w:sz w:val="22"/>
          <w:u w:val="single"/>
        </w:rPr>
        <w:t xml:space="preserve"> the </w:t>
      </w:r>
      <w:r>
        <w:rPr>
          <w:b w:val="0"/>
          <w:i w:val="0"/>
          <w:smallCaps w:val="0"/>
          <w:strike w:val="0"/>
          <w:sz w:val="22"/>
          <w:highlight w:val="cyan"/>
          <w:u w:val="single"/>
        </w:rPr>
        <w:t xml:space="preserve">White House, scrutiny of </w:t>
      </w:r>
      <w:r>
        <w:rPr>
          <w:b/>
          <w:i w:val="0"/>
          <w:smallCaps w:val="0"/>
          <w:strike w:val="0"/>
          <w:sz w:val="24"/>
          <w:highlight w:val="cyan"/>
          <w:u w:val="single"/>
        </w:rPr>
        <w:t>tech</w:t>
      </w:r>
      <w:r>
        <w:rPr>
          <w:b/>
          <w:i w:val="0"/>
          <w:smallCaps w:val="0"/>
          <w:strike w:val="0"/>
          <w:sz w:val="24"/>
          <w:u w:val="single"/>
        </w:rPr>
        <w:t>'s</w:t>
      </w:r>
      <w:r>
        <w:rPr>
          <w:b w:val="0"/>
          <w:i w:val="0"/>
          <w:smallCaps w:val="0"/>
          <w:strike w:val="0"/>
          <w:sz w:val="22"/>
          <w:u w:val="single"/>
        </w:rPr>
        <w:t xml:space="preserve"> allegedly monopolistic behavior </w:t>
      </w:r>
      <w:r>
        <w:rPr>
          <w:b w:val="0"/>
          <w:i w:val="0"/>
          <w:smallCaps w:val="0"/>
          <w:strike w:val="0"/>
          <w:sz w:val="22"/>
          <w:highlight w:val="cyan"/>
          <w:u w:val="single"/>
        </w:rPr>
        <w:t>will continue.</w:t>
      </w:r>
    </w:p>
    <w:p>
      <w:pPr>
        <w:spacing w:after="60"/>
      </w:pPr>
      <w:r>
        <w:rPr>
          <w:b w:val="0"/>
          <w:i w:val="0"/>
          <w:smallCaps w:val="0"/>
          <w:strike w:val="0"/>
          <w:u w:val="none"/>
        </w:rPr>
        <w:t>Moderation and privacy</w:t>
      </w:r>
    </w:p>
    <w:p>
      <w:pPr>
        <w:spacing w:after="60"/>
      </w:pPr>
      <w:r>
        <w:rPr>
          <w:b w:val="0"/>
          <w:i w:val="0"/>
          <w:smallCaps w:val="0"/>
          <w:strike w:val="0"/>
          <w:u w:val="none"/>
        </w:rPr>
        <w:t>Tech companies control the hardware and software that shapes our public and private communications, and that has placed them at the center of a million controversies.</w:t>
      </w:r>
    </w:p>
    <w:p>
      <w:pPr>
        <w:spacing w:after="60"/>
      </w:pPr>
      <w:r>
        <w:rPr>
          <w:b w:val="0"/>
          <w:i w:val="0"/>
          <w:smallCaps w:val="0"/>
          <w:strike w:val="0"/>
          <w:u w:val="none"/>
        </w:rPr>
        <w:t>We hold them responsible when their platforms become channels for misinformation and hate speech, and we blame them when their collection of personal data becomes intrusive or harmful.</w:t>
      </w:r>
    </w:p>
    <w:p>
      <w:pPr>
        <w:spacing w:after="60"/>
      </w:pPr>
      <w:r>
        <w:rPr>
          <w:b/>
          <w:i w:val="0"/>
          <w:smallCaps w:val="0"/>
          <w:strike w:val="0"/>
          <w:sz w:val="24"/>
          <w:highlight w:val="cyan"/>
          <w:u w:val="single"/>
        </w:rPr>
        <w:t>Democrats</w:t>
      </w:r>
      <w:r>
        <w:rPr>
          <w:b w:val="0"/>
          <w:i w:val="0"/>
          <w:smallCaps w:val="0"/>
          <w:strike w:val="0"/>
          <w:sz w:val="22"/>
          <w:u w:val="single"/>
        </w:rPr>
        <w:t xml:space="preserve"> have typically been readier than Republicans to </w:t>
      </w:r>
      <w:r>
        <w:rPr>
          <w:b w:val="0"/>
          <w:i w:val="0"/>
          <w:smallCaps w:val="0"/>
          <w:strike w:val="0"/>
          <w:sz w:val="22"/>
          <w:highlight w:val="cyan"/>
          <w:u w:val="single"/>
        </w:rPr>
        <w:t xml:space="preserve">favor </w:t>
      </w:r>
      <w:r>
        <w:rPr>
          <w:b/>
          <w:i w:val="0"/>
          <w:smallCaps w:val="0"/>
          <w:strike w:val="0"/>
          <w:sz w:val="24"/>
          <w:highlight w:val="cyan"/>
          <w:u w:val="single"/>
        </w:rPr>
        <w:t>stricter</w:t>
      </w:r>
      <w:r>
        <w:rPr>
          <w:b w:val="0"/>
          <w:i w:val="0"/>
          <w:smallCaps w:val="0"/>
          <w:strike w:val="0"/>
          <w:sz w:val="22"/>
          <w:highlight w:val="cyan"/>
          <w:u w:val="single"/>
        </w:rPr>
        <w:t xml:space="preserve"> privacy rules</w:t>
      </w:r>
      <w:r>
        <w:rPr>
          <w:b w:val="0"/>
          <w:i w:val="0"/>
          <w:smallCaps w:val="0"/>
          <w:strike w:val="0"/>
          <w:u w:val="none"/>
        </w:rPr>
        <w:t xml:space="preserve"> and tougher controls on online misinformation, and if they win the White House and Congress, they might find ways to advance legislation that has long been stalled.</w:t>
      </w:r>
    </w:p>
    <w:p>
      <w:pPr>
        <w:spacing w:after="60"/>
      </w:pPr>
      <w:r>
        <w:rPr>
          <w:b w:val="0"/>
          <w:i w:val="0"/>
          <w:smallCaps w:val="0"/>
          <w:strike w:val="0"/>
          <w:sz w:val="22"/>
          <w:highlight w:val="cyan"/>
          <w:u w:val="single"/>
        </w:rPr>
        <w:t>But</w:t>
      </w:r>
      <w:r>
        <w:rPr>
          <w:b w:val="0"/>
          <w:i w:val="0"/>
          <w:smallCaps w:val="0"/>
          <w:strike w:val="0"/>
          <w:sz w:val="22"/>
          <w:u w:val="single"/>
        </w:rPr>
        <w:t xml:space="preserve"> a </w:t>
      </w:r>
      <w:r>
        <w:rPr>
          <w:b w:val="0"/>
          <w:i w:val="0"/>
          <w:smallCaps w:val="0"/>
          <w:strike w:val="0"/>
          <w:sz w:val="22"/>
          <w:highlight w:val="cyan"/>
          <w:u w:val="single"/>
        </w:rPr>
        <w:t>Dem</w:t>
      </w:r>
      <w:r>
        <w:rPr>
          <w:b w:val="0"/>
          <w:i w:val="0"/>
          <w:smallCaps w:val="0"/>
          <w:strike w:val="0"/>
          <w:sz w:val="22"/>
          <w:u w:val="single"/>
        </w:rPr>
        <w:t xml:space="preserve">ocratic administration would </w:t>
      </w:r>
      <w:r>
        <w:rPr>
          <w:b w:val="0"/>
          <w:i w:val="0"/>
          <w:smallCaps w:val="0"/>
          <w:strike w:val="0"/>
          <w:sz w:val="22"/>
          <w:highlight w:val="cyan"/>
          <w:u w:val="single"/>
        </w:rPr>
        <w:t>have</w:t>
      </w:r>
      <w:r>
        <w:rPr>
          <w:b w:val="0"/>
          <w:i w:val="0"/>
          <w:smallCaps w:val="0"/>
          <w:strike w:val="0"/>
          <w:sz w:val="22"/>
          <w:u w:val="single"/>
        </w:rPr>
        <w:t xml:space="preserve"> a </w:t>
      </w:r>
      <w:r>
        <w:rPr>
          <w:b w:val="0"/>
          <w:i w:val="0"/>
          <w:smallCaps w:val="0"/>
          <w:strike w:val="0"/>
          <w:sz w:val="22"/>
          <w:highlight w:val="cyan"/>
          <w:u w:val="single"/>
        </w:rPr>
        <w:t>long list of priorities ahead of such action</w:t>
      </w:r>
      <w:r>
        <w:rPr>
          <w:b w:val="0"/>
          <w:i w:val="0"/>
          <w:smallCaps w:val="0"/>
          <w:strike w:val="0"/>
          <w:u w:val="none"/>
        </w:rPr>
        <w:t>.</w:t>
      </w:r>
    </w:p>
    <w:p>
      <w:pPr>
        <w:spacing w:after="60"/>
      </w:pPr>
      <w:r>
        <w:rPr>
          <w:b w:val="0"/>
          <w:i w:val="0"/>
          <w:smallCaps w:val="0"/>
          <w:strike w:val="0"/>
          <w:u w:val="none"/>
        </w:rPr>
        <w:t>Be smart: Some tech leaders — most prominently, Facebook's Mark Zuckerberg — have practically begged the government to enact nationwide (and preferably lenient) nationwide laws on privacy and content moderation. They'd love to stop winging their way through one ethical minefield after another and just play by some standard, easy-to-follow rules.</w:t>
      </w:r>
    </w:p>
    <w:p>
      <w:pPr>
        <w:spacing w:after="60"/>
      </w:pPr>
      <w:r>
        <w:rPr>
          <w:b w:val="0"/>
          <w:i w:val="0"/>
          <w:smallCaps w:val="0"/>
          <w:strike w:val="0"/>
          <w:u w:val="none"/>
        </w:rPr>
        <w:t>China</w:t>
      </w:r>
    </w:p>
    <w:p>
      <w:pPr>
        <w:spacing w:after="60"/>
      </w:pPr>
      <w:r>
        <w:rPr>
          <w:b w:val="0"/>
          <w:i w:val="0"/>
          <w:smallCaps w:val="0"/>
          <w:strike w:val="0"/>
          <w:u w:val="none"/>
        </w:rPr>
        <w:t>Tech's prosperity is woven into the global economy. President Trump's weaponization of U.S. trade policy has disrupted but not wrecked the interdependence between Silicon Valley's capital and expertise and China's manufacturing might.</w:t>
      </w:r>
    </w:p>
    <w:p>
      <w:pPr>
        <w:spacing w:after="60"/>
      </w:pPr>
      <w:r>
        <w:rPr>
          <w:b w:val="0"/>
          <w:i w:val="0"/>
          <w:smallCaps w:val="0"/>
          <w:strike w:val="0"/>
          <w:u w:val="none"/>
        </w:rPr>
        <w:t xml:space="preserve">A </w:t>
      </w:r>
      <w:r>
        <w:rPr>
          <w:b w:val="0"/>
          <w:i w:val="0"/>
          <w:smallCaps w:val="0"/>
          <w:strike w:val="0"/>
          <w:sz w:val="22"/>
          <w:highlight w:val="cyan"/>
          <w:u w:val="single"/>
        </w:rPr>
        <w:t xml:space="preserve">second </w:t>
      </w:r>
      <w:r>
        <w:rPr>
          <w:b/>
          <w:i w:val="0"/>
          <w:smallCaps w:val="0"/>
          <w:strike w:val="0"/>
          <w:sz w:val="24"/>
          <w:highlight w:val="cyan"/>
          <w:u w:val="single"/>
        </w:rPr>
        <w:t>Trump</w:t>
      </w:r>
      <w:r>
        <w:rPr>
          <w:b w:val="0"/>
          <w:i w:val="0"/>
          <w:smallCaps w:val="0"/>
          <w:strike w:val="0"/>
          <w:sz w:val="22"/>
          <w:highlight w:val="cyan"/>
          <w:u w:val="single"/>
        </w:rPr>
        <w:t xml:space="preserve"> administration</w:t>
      </w:r>
      <w:r>
        <w:rPr>
          <w:b w:val="0"/>
          <w:i w:val="0"/>
          <w:smallCaps w:val="0"/>
          <w:strike w:val="0"/>
          <w:sz w:val="22"/>
          <w:u w:val="single"/>
        </w:rPr>
        <w:t xml:space="preserve"> would likely </w:t>
      </w:r>
      <w:r>
        <w:rPr>
          <w:b w:val="0"/>
          <w:i w:val="0"/>
          <w:smallCaps w:val="0"/>
          <w:strike w:val="0"/>
          <w:sz w:val="22"/>
          <w:highlight w:val="cyan"/>
          <w:u w:val="single"/>
        </w:rPr>
        <w:t>see</w:t>
      </w:r>
      <w:r>
        <w:rPr>
          <w:b w:val="0"/>
          <w:i w:val="0"/>
          <w:smallCaps w:val="0"/>
          <w:strike w:val="0"/>
          <w:sz w:val="22"/>
          <w:u w:val="single"/>
        </w:rPr>
        <w:t xml:space="preserve"> the American </w:t>
      </w:r>
      <w:r>
        <w:rPr>
          <w:b w:val="0"/>
          <w:i w:val="0"/>
          <w:smallCaps w:val="0"/>
          <w:strike w:val="0"/>
          <w:sz w:val="22"/>
          <w:highlight w:val="cyan"/>
          <w:u w:val="single"/>
        </w:rPr>
        <w:t>tech sector</w:t>
      </w:r>
      <w:r>
        <w:rPr>
          <w:b w:val="0"/>
          <w:i w:val="0"/>
          <w:smallCaps w:val="0"/>
          <w:strike w:val="0"/>
          <w:sz w:val="22"/>
          <w:u w:val="single"/>
        </w:rPr>
        <w:t xml:space="preserve"> continue to </w:t>
      </w:r>
      <w:r>
        <w:rPr>
          <w:b w:val="0"/>
          <w:i w:val="0"/>
          <w:smallCaps w:val="0"/>
          <w:strike w:val="0"/>
          <w:sz w:val="22"/>
          <w:highlight w:val="cyan"/>
          <w:u w:val="single"/>
        </w:rPr>
        <w:t xml:space="preserve">seek </w:t>
      </w:r>
      <w:r>
        <w:rPr>
          <w:b/>
          <w:i w:val="0"/>
          <w:smallCaps w:val="0"/>
          <w:strike w:val="0"/>
          <w:sz w:val="24"/>
          <w:highlight w:val="cyan"/>
          <w:u w:val="single"/>
        </w:rPr>
        <w:t>alternatives</w:t>
      </w:r>
      <w:r>
        <w:rPr>
          <w:b w:val="0"/>
          <w:i w:val="0"/>
          <w:smallCaps w:val="0"/>
          <w:strike w:val="0"/>
          <w:sz w:val="22"/>
          <w:u w:val="single"/>
        </w:rPr>
        <w:t xml:space="preserve"> </w:t>
      </w:r>
      <w:r>
        <w:rPr>
          <w:b w:val="0"/>
          <w:i w:val="0"/>
          <w:smallCaps w:val="0"/>
          <w:strike w:val="0"/>
          <w:sz w:val="22"/>
          <w:highlight w:val="cyan"/>
          <w:u w:val="single"/>
        </w:rPr>
        <w:t xml:space="preserve">beyond </w:t>
      </w:r>
      <w:r>
        <w:rPr>
          <w:b/>
          <w:i w:val="0"/>
          <w:smallCaps w:val="0"/>
          <w:strike w:val="0"/>
          <w:sz w:val="24"/>
          <w:highlight w:val="cyan"/>
          <w:u w:val="single"/>
        </w:rPr>
        <w:t>China</w:t>
      </w:r>
      <w:r>
        <w:rPr>
          <w:b w:val="0"/>
          <w:i w:val="0"/>
          <w:smallCaps w:val="0"/>
          <w:strike w:val="0"/>
          <w:sz w:val="22"/>
          <w:highlight w:val="cyan"/>
          <w:u w:val="single"/>
        </w:rPr>
        <w:t xml:space="preserve"> to build</w:t>
      </w:r>
      <w:r>
        <w:rPr>
          <w:b w:val="0"/>
          <w:i w:val="0"/>
          <w:smallCaps w:val="0"/>
          <w:strike w:val="0"/>
          <w:sz w:val="22"/>
          <w:u w:val="single"/>
        </w:rPr>
        <w:t xml:space="preserve"> its </w:t>
      </w:r>
      <w:r>
        <w:rPr>
          <w:b w:val="0"/>
          <w:i w:val="0"/>
          <w:smallCaps w:val="0"/>
          <w:strike w:val="0"/>
          <w:sz w:val="22"/>
          <w:highlight w:val="cyan"/>
          <w:u w:val="single"/>
        </w:rPr>
        <w:t>products</w:t>
      </w:r>
      <w:r>
        <w:rPr>
          <w:b w:val="0"/>
          <w:i w:val="0"/>
          <w:smallCaps w:val="0"/>
          <w:strike w:val="0"/>
          <w:u w:val="none"/>
        </w:rPr>
        <w:t>.</w:t>
      </w:r>
    </w:p>
    <w:p>
      <w:pPr>
        <w:spacing w:after="60"/>
      </w:pPr>
      <w:r>
        <w:rPr>
          <w:b w:val="0"/>
          <w:i w:val="0"/>
          <w:smallCaps w:val="0"/>
          <w:strike w:val="0"/>
          <w:u w:val="none"/>
        </w:rPr>
        <w:t xml:space="preserve">A </w:t>
      </w:r>
      <w:r>
        <w:rPr>
          <w:b/>
          <w:i w:val="0"/>
          <w:smallCaps w:val="0"/>
          <w:strike w:val="0"/>
          <w:sz w:val="24"/>
          <w:highlight w:val="cyan"/>
          <w:u w:val="single"/>
        </w:rPr>
        <w:t>Biden</w:t>
      </w:r>
      <w:r>
        <w:rPr>
          <w:b w:val="0"/>
          <w:i w:val="0"/>
          <w:smallCaps w:val="0"/>
          <w:strike w:val="0"/>
          <w:sz w:val="22"/>
          <w:highlight w:val="cyan"/>
          <w:u w:val="single"/>
        </w:rPr>
        <w:t xml:space="preserve"> win </w:t>
      </w:r>
      <w:r>
        <w:rPr>
          <w:b w:val="0"/>
          <w:i w:val="0"/>
          <w:smallCaps w:val="0"/>
          <w:strike w:val="0"/>
          <w:sz w:val="22"/>
          <w:u w:val="single"/>
        </w:rPr>
        <w:t xml:space="preserve">might </w:t>
      </w:r>
      <w:r>
        <w:rPr>
          <w:b w:val="0"/>
          <w:i w:val="0"/>
          <w:smallCaps w:val="0"/>
          <w:strike w:val="0"/>
          <w:sz w:val="22"/>
          <w:highlight w:val="cyan"/>
          <w:u w:val="single"/>
        </w:rPr>
        <w:t>bring</w:t>
      </w:r>
      <w:r>
        <w:rPr>
          <w:b w:val="0"/>
          <w:i w:val="0"/>
          <w:smallCaps w:val="0"/>
          <w:strike w:val="0"/>
          <w:sz w:val="22"/>
          <w:u w:val="single"/>
        </w:rPr>
        <w:t xml:space="preserve"> more </w:t>
      </w:r>
      <w:r>
        <w:rPr>
          <w:b/>
          <w:i w:val="0"/>
          <w:smallCaps w:val="0"/>
          <w:strike w:val="0"/>
          <w:sz w:val="24"/>
          <w:highlight w:val="cyan"/>
          <w:u w:val="single"/>
        </w:rPr>
        <w:t>predictability</w:t>
      </w:r>
      <w:r>
        <w:rPr>
          <w:b w:val="0"/>
          <w:i w:val="0"/>
          <w:smallCaps w:val="0"/>
          <w:strike w:val="0"/>
          <w:sz w:val="22"/>
          <w:highlight w:val="cyan"/>
          <w:u w:val="single"/>
        </w:rPr>
        <w:t xml:space="preserve"> and </w:t>
      </w:r>
      <w:r>
        <w:rPr>
          <w:b/>
          <w:i w:val="0"/>
          <w:smallCaps w:val="0"/>
          <w:strike w:val="0"/>
          <w:sz w:val="24"/>
          <w:highlight w:val="cyan"/>
          <w:u w:val="single"/>
        </w:rPr>
        <w:t>process</w:t>
      </w:r>
      <w:r>
        <w:rPr>
          <w:b w:val="0"/>
          <w:i w:val="0"/>
          <w:smallCaps w:val="0"/>
          <w:strike w:val="0"/>
          <w:sz w:val="22"/>
          <w:highlight w:val="cyan"/>
          <w:u w:val="single"/>
        </w:rPr>
        <w:t xml:space="preserve"> to a realm that </w:t>
      </w:r>
      <w:r>
        <w:rPr>
          <w:b/>
          <w:i w:val="0"/>
          <w:smallCaps w:val="0"/>
          <w:strike w:val="0"/>
          <w:sz w:val="24"/>
          <w:highlight w:val="cyan"/>
          <w:u w:val="single"/>
        </w:rPr>
        <w:t>Trump</w:t>
      </w:r>
      <w:r>
        <w:rPr>
          <w:b w:val="0"/>
          <w:i w:val="0"/>
          <w:smallCaps w:val="0"/>
          <w:strike w:val="0"/>
          <w:sz w:val="22"/>
          <w:highlight w:val="cyan"/>
          <w:u w:val="single"/>
        </w:rPr>
        <w:t xml:space="preserve"> has handled chaotically</w:t>
      </w:r>
      <w:r>
        <w:rPr>
          <w:b w:val="0"/>
          <w:i w:val="0"/>
          <w:smallCaps w:val="0"/>
          <w:strike w:val="0"/>
          <w:sz w:val="22"/>
          <w:u w:val="single"/>
        </w:rPr>
        <w:t>.</w:t>
      </w:r>
    </w:p>
    <w:p>
      <w:pPr>
        <w:spacing w:after="60"/>
      </w:pPr>
      <w:r>
        <w:rPr>
          <w:b w:val="0"/>
          <w:i w:val="0"/>
          <w:smallCaps w:val="0"/>
          <w:strike w:val="0"/>
          <w:u w:val="none"/>
        </w:rPr>
        <w:t>But team Biden isn't pushing rapprochement, either: Democrats have argued that Trump's impulsive policy has been ineffective, and though they're less likely to pursue campaigns targeted against specific companies like TikTok, they're more likely to challenge China on human rights, Hong Kong, and free speech.</w:t>
      </w:r>
    </w:p>
    <w:p>
      <w:pPr>
        <w:spacing w:after="60"/>
      </w:pPr>
      <w:r>
        <w:rPr>
          <w:b w:val="0"/>
          <w:i w:val="0"/>
          <w:smallCaps w:val="0"/>
          <w:strike w:val="0"/>
          <w:u w:val="none"/>
        </w:rPr>
        <w:t>Experts in both parties see China as a threatening U.S. rival in the era of AI, and that competition's outcome has little to do with which party controls the White House.</w:t>
      </w:r>
    </w:p>
    <w:p>
      <w:pPr>
        <w:spacing w:after="60"/>
      </w:pPr>
      <w:r>
        <w:rPr>
          <w:b w:val="0"/>
          <w:i w:val="0"/>
          <w:smallCaps w:val="0"/>
          <w:strike w:val="0"/>
          <w:u w:val="none"/>
        </w:rPr>
        <w:t>The bottom line: Regardless of who wins the U.S. election, tech leaders expect U.S.-China tensions to continue, since each side sees the other as a long-term existential threat — but they also hope in the short term to keep getting what they need and selling what they can.</w:t>
      </w:r>
    </w:p>
    <w:p>
      <w:pPr>
        <w:spacing w:after="60"/>
      </w:pPr>
      <w:r>
        <w:rPr>
          <w:b w:val="0"/>
          <w:i w:val="0"/>
          <w:smallCaps w:val="0"/>
          <w:strike w:val="0"/>
          <w:u w:val="none"/>
        </w:rPr>
        <w:t>Other concerns</w:t>
      </w:r>
    </w:p>
    <w:p>
      <w:pPr>
        <w:spacing w:after="60"/>
      </w:pPr>
      <w:r>
        <w:rPr>
          <w:b w:val="0"/>
          <w:i w:val="0"/>
          <w:smallCaps w:val="0"/>
          <w:strike w:val="0"/>
          <w:u w:val="none"/>
        </w:rPr>
        <w:t>Labor issues: As U.S. tech firms face a growing variety of challenges from activist employees over salary equity, workforce diversity, product ethics and other issues, a more labor-friendly Democratic administration could give unionization efforts in tech a boost. But no one expects to see the union-hostile industry become the new Detroit.</w:t>
      </w:r>
    </w:p>
    <w:p>
      <w:pPr>
        <w:spacing w:after="60"/>
      </w:pPr>
      <w:r>
        <w:rPr>
          <w:b w:val="0"/>
          <w:i w:val="0"/>
          <w:smallCaps w:val="0"/>
          <w:strike w:val="0"/>
          <w:u w:val="none"/>
        </w:rPr>
        <w:t>Wellness: The debate over screen time and device "addiction" is likely to resurface after taking a back seat during a pandemic that has made Americans even more reliant on tech to work, study, shop and stay in touch. This controversy is notably non-partisan. Whichever party is in charge come January, its leaders will be glued to their phones and screens.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