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Biden is doing uniquely bad with independents – even worse than Trump in 2020</w:t>
      </w:r>
    </w:p>
    <w:p>
      <w:pPr>
        <w:spacing w:after="80"/>
      </w:pPr>
      <w:r>
        <w:rPr>
          <w:b/>
          <w:i w:val="0"/>
          <w:smallCaps w:val="0"/>
          <w:strike w:val="0"/>
          <w:sz w:val="28"/>
          <w:u w:val="none"/>
        </w:rPr>
        <w:t>Jones</w:t>
      </w:r>
      <w:r>
        <w:rPr>
          <w:b/>
          <w:i w:val="0"/>
          <w:smallCaps w:val="0"/>
          <w:strike w:val="0"/>
          <w:sz w:val="28"/>
          <w:u w:val="none"/>
        </w:rPr>
        <w:t xml:space="preserve"> 6/</w:t>
      </w:r>
      <w:r>
        <w:rPr>
          <w:b/>
          <w:i w:val="0"/>
          <w:smallCaps w:val="0"/>
          <w:strike w:val="0"/>
          <w:sz w:val="28"/>
          <w:u w:val="none"/>
        </w:rPr>
        <w:t>26</w:t>
      </w:r>
      <w:r>
        <w:rPr>
          <w:b w:val="0"/>
          <w:i w:val="0"/>
          <w:smallCaps w:val="0"/>
          <w:strike w:val="0"/>
          <w:u w:val="none"/>
        </w:rPr>
        <w:t>/24 [</w:t>
      </w:r>
      <w:r>
        <w:rPr>
          <w:b w:val="0"/>
          <w:i w:val="0"/>
          <w:smallCaps w:val="0"/>
          <w:strike w:val="0"/>
          <w:u w:val="none"/>
        </w:rPr>
        <w:t>Jeffrey M., PhD</w:t>
      </w:r>
      <w:r>
        <w:rPr>
          <w:b w:val="0"/>
          <w:i w:val="0"/>
          <w:smallCaps w:val="0"/>
          <w:strike w:val="0"/>
          <w:u w:val="none"/>
        </w:rPr>
        <w:t xml:space="preserve">, </w:t>
      </w:r>
      <w:r>
        <w:rPr>
          <w:b w:val="0"/>
          <w:i w:val="0"/>
          <w:smallCaps w:val="0"/>
          <w:strike w:val="0"/>
          <w:u w:val="none"/>
        </w:rPr>
        <w:t>Gallup Senior Editor</w:t>
      </w:r>
      <w:r>
        <w:rPr>
          <w:b w:val="0"/>
          <w:i w:val="0"/>
          <w:smallCaps w:val="0"/>
          <w:strike w:val="0"/>
          <w:u w:val="none"/>
        </w:rPr>
        <w:t>;</w:t>
      </w:r>
      <w:r>
        <w:rPr>
          <w:b w:val="0"/>
          <w:i w:val="0"/>
          <w:smallCaps w:val="0"/>
          <w:strike w:val="0"/>
          <w:u w:val="none"/>
        </w:rPr>
        <w:t xml:space="preserve"> “</w:t>
      </w:r>
      <w:r>
        <w:rPr>
          <w:b w:val="0"/>
          <w:i w:val="0"/>
          <w:smallCaps w:val="0"/>
          <w:strike w:val="0"/>
          <w:u w:val="none"/>
        </w:rPr>
        <w:t>Could Biden's Job Approval Rise Among Key Groups by November?</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Gallup; </w:t>
      </w:r>
      <w:r>
        <w:rPr>
          <w:b w:val="0"/>
          <w:i w:val="0"/>
          <w:smallCaps w:val="0"/>
          <w:strike w:val="0"/>
          <w:u w:val="none"/>
        </w:rPr>
        <w:t>https://news.gallup.com/poll/646517/biden-job-approval-rise-among-key-groups-november.aspx</w:t>
      </w:r>
      <w:r>
        <w:rPr>
          <w:b w:val="0"/>
          <w:i w:val="0"/>
          <w:smallCaps w:val="0"/>
          <w:strike w:val="0"/>
          <w:u w:val="none"/>
        </w:rPr>
        <w:t xml:space="preserve">] </w:t>
      </w:r>
      <w:r>
        <w:rPr>
          <w:b w:val="0"/>
          <w:i w:val="0"/>
          <w:smallCaps w:val="0"/>
          <w:strike w:val="0"/>
          <w:u w:val="none"/>
        </w:rPr>
        <w:t>/sb</w:t>
      </w:r>
    </w:p>
    <w:p>
      <w:pPr>
        <w:spacing w:after="60"/>
      </w:pPr>
      <w:r>
        <w:rPr>
          <w:b w:val="0"/>
          <w:i w:val="0"/>
          <w:smallCaps w:val="0"/>
          <w:strike w:val="0"/>
          <w:sz w:val="16"/>
          <w:u w:val="none"/>
        </w:rPr>
        <w:t xml:space="preserve">WASHINGTON, D.C. -- President Joe </w:t>
      </w:r>
      <w:r>
        <w:rPr>
          <w:b/>
          <w:i w:val="0"/>
          <w:smallCaps w:val="0"/>
          <w:strike w:val="0"/>
          <w:sz w:val="24"/>
          <w:u w:val="single"/>
        </w:rPr>
        <w:t>Biden’s</w:t>
      </w:r>
      <w:r>
        <w:rPr>
          <w:b w:val="0"/>
          <w:i w:val="0"/>
          <w:smallCaps w:val="0"/>
          <w:strike w:val="0"/>
          <w:sz w:val="16"/>
          <w:u w:val="none"/>
        </w:rPr>
        <w:t xml:space="preserve"> latest 38% job</w:t>
      </w:r>
      <w:r>
        <w:rPr>
          <w:b/>
          <w:i w:val="0"/>
          <w:smallCaps w:val="0"/>
          <w:strike w:val="0"/>
          <w:sz w:val="16"/>
          <w:u w:val="none"/>
        </w:rPr>
        <w:t xml:space="preserve"> </w:t>
      </w:r>
      <w:r>
        <w:rPr>
          <w:b w:val="0"/>
          <w:i w:val="0"/>
          <w:smallCaps w:val="0"/>
          <w:strike w:val="0"/>
          <w:sz w:val="24"/>
          <w:u w:val="single"/>
        </w:rPr>
        <w:t>approval rating remains</w:t>
      </w:r>
      <w:r>
        <w:rPr>
          <w:b w:val="0"/>
          <w:i w:val="0"/>
          <w:smallCaps w:val="0"/>
          <w:strike w:val="0"/>
          <w:sz w:val="16"/>
          <w:u w:val="none"/>
        </w:rPr>
        <w:t xml:space="preserve"> largely unchanged from recent months and continues to put him well </w:t>
      </w:r>
      <w:r>
        <w:rPr>
          <w:b w:val="0"/>
          <w:i w:val="0"/>
          <w:smallCaps w:val="0"/>
          <w:strike w:val="0"/>
          <w:sz w:val="24"/>
          <w:u w:val="single"/>
        </w:rPr>
        <w:t>below the 48%+ threshold all reelected incumbents in the modern era have had</w:t>
      </w:r>
      <w:r>
        <w:rPr>
          <w:b w:val="0"/>
          <w:i w:val="0"/>
          <w:smallCaps w:val="0"/>
          <w:strike w:val="0"/>
          <w:sz w:val="16"/>
          <w:u w:val="none"/>
        </w:rPr>
        <w:t xml:space="preserve"> at the time of the election.</w:t>
      </w:r>
      <w:r>
        <w:rPr>
          <w:b/>
          <w:i w:val="0"/>
          <w:smallCaps w:val="0"/>
          <w:strike w:val="0"/>
          <w:sz w:val="16"/>
          <w:u w:val="none"/>
        </w:rPr>
        <w:t xml:space="preserve"> </w:t>
      </w:r>
      <w:r>
        <w:rPr>
          <w:b w:val="0"/>
          <w:i w:val="0"/>
          <w:smallCaps w:val="0"/>
          <w:strike w:val="0"/>
          <w:sz w:val="16"/>
          <w:u w:val="none"/>
        </w:rPr>
        <w:t xml:space="preserve">His </w:t>
      </w:r>
      <w:r>
        <w:rPr>
          <w:b/>
          <w:i w:val="0"/>
          <w:smallCaps w:val="0"/>
          <w:strike w:val="0"/>
          <w:sz w:val="24"/>
          <w:u w:val="single"/>
        </w:rPr>
        <w:t>ratings</w:t>
      </w:r>
      <w:r>
        <w:rPr>
          <w:b w:val="0"/>
          <w:i w:val="0"/>
          <w:smallCaps w:val="0"/>
          <w:strike w:val="0"/>
          <w:sz w:val="16"/>
          <w:u w:val="none"/>
        </w:rPr>
        <w:t xml:space="preserve"> among the three major party groups </w:t>
      </w:r>
      <w:r>
        <w:rPr>
          <w:b/>
          <w:i w:val="0"/>
          <w:smallCaps w:val="0"/>
          <w:strike w:val="0"/>
          <w:sz w:val="24"/>
          <w:u w:val="single"/>
        </w:rPr>
        <w:t xml:space="preserve">are </w:t>
      </w:r>
      <w:r>
        <w:rPr>
          <w:b w:val="0"/>
          <w:i w:val="0"/>
          <w:smallCaps w:val="0"/>
          <w:strike w:val="0"/>
          <w:sz w:val="24"/>
          <w:u w:val="single"/>
        </w:rPr>
        <w:t>also</w:t>
      </w:r>
      <w:r>
        <w:rPr>
          <w:b/>
          <w:i w:val="0"/>
          <w:smallCaps w:val="0"/>
          <w:strike w:val="0"/>
          <w:sz w:val="24"/>
          <w:u w:val="single"/>
        </w:rPr>
        <w:t xml:space="preserve"> steady</w:t>
      </w:r>
      <w:r>
        <w:rPr>
          <w:b w:val="0"/>
          <w:i w:val="0"/>
          <w:smallCaps w:val="0"/>
          <w:strike w:val="0"/>
          <w:sz w:val="16"/>
          <w:u w:val="none"/>
        </w:rPr>
        <w:t xml:space="preserve">, with 83% of Democrats, </w:t>
      </w:r>
      <w:r>
        <w:rPr>
          <w:b/>
          <w:i w:val="0"/>
          <w:smallCaps w:val="0"/>
          <w:strike w:val="0"/>
          <w:sz w:val="24"/>
          <w:u w:val="single"/>
        </w:rPr>
        <w:t>33% of independents</w:t>
      </w:r>
      <w:r>
        <w:rPr>
          <w:b w:val="0"/>
          <w:i w:val="0"/>
          <w:smallCaps w:val="0"/>
          <w:strike w:val="0"/>
          <w:sz w:val="16"/>
          <w:u w:val="none"/>
        </w:rPr>
        <w:t xml:space="preserve"> and 5% of Republicans </w:t>
      </w:r>
      <w:r>
        <w:rPr>
          <w:b/>
          <w:i w:val="0"/>
          <w:smallCaps w:val="0"/>
          <w:strike w:val="0"/>
          <w:sz w:val="24"/>
          <w:u w:val="single"/>
        </w:rPr>
        <w:t>expressing approval</w:t>
      </w:r>
      <w:r>
        <w:rPr>
          <w:b w:val="0"/>
          <w:i w:val="0"/>
          <w:smallCaps w:val="0"/>
          <w:strike w:val="0"/>
          <w:sz w:val="24"/>
          <w:u w:val="single"/>
        </w:rPr>
        <w:t>.</w:t>
      </w:r>
    </w:p>
    <w:p>
      <w:pPr>
        <w:spacing w:after="60"/>
      </w:pPr>
      <w:r>
        <w:rPr>
          <w:b w:val="0"/>
          <w:i w:val="0"/>
          <w:smallCaps w:val="0"/>
          <w:strike w:val="0"/>
          <w:sz w:val="16"/>
          <w:u w:val="none"/>
        </w:rPr>
        <w:t>Given the extent of political polarization in the U.S. today, there is little chance of Republicans changing their minds about the job Biden is doing. The question hovering over Biden’s reelection chances, then, is whether he can make sufficient gains in approval among his fellow Democrats, and especially independents, during the final four months of the campaign to give him a reasonable chance of winning.</w:t>
      </w:r>
    </w:p>
    <w:p>
      <w:pPr>
        <w:spacing w:after="60"/>
      </w:pPr>
      <w:r>
        <w:rPr>
          <w:b w:val="0"/>
          <w:i w:val="0"/>
          <w:smallCaps w:val="0"/>
          <w:strike w:val="0"/>
          <w:sz w:val="16"/>
          <w:u w:val="none"/>
        </w:rPr>
        <w:t xml:space="preserve">A review of recent incumbent approval ratings finds Biden’s current standing among Democrats is similar to the June readings for the last two Democratic presidents who successfully won reelection. Barack Obama in 2012 and Bill Clinton in 1996 had job approval ratings in the low 80s among Democrats in June of their reelection year. However, </w:t>
      </w:r>
      <w:r>
        <w:rPr>
          <w:b/>
          <w:i w:val="0"/>
          <w:smallCaps w:val="0"/>
          <w:strike w:val="0"/>
          <w:sz w:val="24"/>
          <w:u w:val="single"/>
        </w:rPr>
        <w:t>Biden is doing</w:t>
      </w:r>
      <w:r>
        <w:rPr>
          <w:b w:val="0"/>
          <w:i w:val="0"/>
          <w:smallCaps w:val="0"/>
          <w:strike w:val="0"/>
          <w:sz w:val="24"/>
          <w:u w:val="single"/>
        </w:rPr>
        <w:t xml:space="preserve"> significantly </w:t>
      </w:r>
      <w:r>
        <w:rPr>
          <w:b/>
          <w:i w:val="0"/>
          <w:smallCaps w:val="0"/>
          <w:strike w:val="0"/>
          <w:sz w:val="24"/>
          <w:u w:val="single"/>
        </w:rPr>
        <w:t>worse</w:t>
      </w:r>
      <w:r>
        <w:rPr>
          <w:b w:val="0"/>
          <w:i w:val="0"/>
          <w:smallCaps w:val="0"/>
          <w:strike w:val="0"/>
          <w:sz w:val="24"/>
          <w:u w:val="single"/>
        </w:rPr>
        <w:t xml:space="preserve"> among independents</w:t>
      </w:r>
      <w:r>
        <w:rPr>
          <w:b w:val="0"/>
          <w:i w:val="0"/>
          <w:smallCaps w:val="0"/>
          <w:strike w:val="0"/>
          <w:sz w:val="16"/>
          <w:u w:val="none"/>
        </w:rPr>
        <w:t xml:space="preserve"> and Republicans </w:t>
      </w:r>
      <w:r>
        <w:rPr>
          <w:b w:val="0"/>
          <w:i w:val="0"/>
          <w:smallCaps w:val="0"/>
          <w:strike w:val="0"/>
          <w:sz w:val="24"/>
          <w:u w:val="single"/>
        </w:rPr>
        <w:t>than</w:t>
      </w:r>
      <w:r>
        <w:rPr>
          <w:b w:val="0"/>
          <w:i w:val="0"/>
          <w:smallCaps w:val="0"/>
          <w:strike w:val="0"/>
          <w:sz w:val="16"/>
          <w:u w:val="none"/>
        </w:rPr>
        <w:t xml:space="preserve"> either</w:t>
      </w:r>
      <w:r>
        <w:rPr>
          <w:b/>
          <w:i w:val="0"/>
          <w:smallCaps w:val="0"/>
          <w:strike w:val="0"/>
          <w:sz w:val="16"/>
          <w:u w:val="none"/>
        </w:rPr>
        <w:t xml:space="preserve"> </w:t>
      </w:r>
      <w:r>
        <w:rPr>
          <w:b w:val="0"/>
          <w:i w:val="0"/>
          <w:smallCaps w:val="0"/>
          <w:strike w:val="0"/>
          <w:sz w:val="24"/>
          <w:u w:val="single"/>
        </w:rPr>
        <w:t>Obama or Clinton was at this time.</w:t>
      </w:r>
    </w:p>
    <w:p>
      <w:pPr>
        <w:spacing w:after="60"/>
      </w:pPr>
      <w:r>
        <w:rPr>
          <w:b w:val="0"/>
          <w:i w:val="0"/>
          <w:smallCaps w:val="0"/>
          <w:strike w:val="0"/>
          <w:sz w:val="16"/>
          <w:u w:val="none"/>
        </w:rPr>
        <w:t xml:space="preserve">In fact, </w:t>
      </w:r>
      <w:r>
        <w:rPr>
          <w:b w:val="0"/>
          <w:i w:val="0"/>
          <w:smallCaps w:val="0"/>
          <w:strike w:val="0"/>
          <w:sz w:val="24"/>
          <w:u w:val="single"/>
        </w:rPr>
        <w:t>Biden’s</w:t>
      </w:r>
      <w:r>
        <w:rPr>
          <w:b/>
          <w:i w:val="0"/>
          <w:smallCaps w:val="0"/>
          <w:strike w:val="0"/>
          <w:sz w:val="24"/>
          <w:u w:val="single"/>
        </w:rPr>
        <w:t xml:space="preserve"> </w:t>
      </w:r>
      <w:r>
        <w:rPr>
          <w:b w:val="0"/>
          <w:i w:val="0"/>
          <w:smallCaps w:val="0"/>
          <w:strike w:val="0"/>
          <w:sz w:val="16"/>
          <w:u w:val="none"/>
        </w:rPr>
        <w:t xml:space="preserve">June job </w:t>
      </w:r>
      <w:r>
        <w:rPr>
          <w:b/>
          <w:i w:val="0"/>
          <w:smallCaps w:val="0"/>
          <w:strike w:val="0"/>
          <w:sz w:val="24"/>
          <w:u w:val="single"/>
        </w:rPr>
        <w:t>approval rating among independents is in line with</w:t>
      </w:r>
      <w:r>
        <w:rPr>
          <w:b w:val="0"/>
          <w:i w:val="0"/>
          <w:smallCaps w:val="0"/>
          <w:strike w:val="0"/>
          <w:sz w:val="16"/>
          <w:u w:val="none"/>
        </w:rPr>
        <w:t xml:space="preserve"> the three </w:t>
      </w:r>
      <w:r>
        <w:rPr>
          <w:b/>
          <w:i w:val="0"/>
          <w:smallCaps w:val="0"/>
          <w:strike w:val="0"/>
          <w:sz w:val="24"/>
          <w:u w:val="single"/>
        </w:rPr>
        <w:t>presidents</w:t>
      </w:r>
      <w:r>
        <w:rPr>
          <w:b w:val="0"/>
          <w:i w:val="0"/>
          <w:smallCaps w:val="0"/>
          <w:strike w:val="0"/>
          <w:sz w:val="16"/>
          <w:u w:val="none"/>
        </w:rPr>
        <w:t xml:space="preserve"> since 1980 </w:t>
      </w:r>
      <w:r>
        <w:rPr>
          <w:b/>
          <w:i w:val="0"/>
          <w:smallCaps w:val="0"/>
          <w:strike w:val="0"/>
          <w:sz w:val="24"/>
          <w:u w:val="single"/>
        </w:rPr>
        <w:t>who lost</w:t>
      </w:r>
      <w:r>
        <w:rPr>
          <w:b w:val="0"/>
          <w:i w:val="0"/>
          <w:smallCaps w:val="0"/>
          <w:strike w:val="0"/>
          <w:sz w:val="16"/>
          <w:u w:val="none"/>
        </w:rPr>
        <w:t xml:space="preserve"> their </w:t>
      </w:r>
      <w:r>
        <w:rPr>
          <w:b/>
          <w:i w:val="0"/>
          <w:smallCaps w:val="0"/>
          <w:strike w:val="0"/>
          <w:sz w:val="24"/>
          <w:u w:val="single"/>
        </w:rPr>
        <w:t>reelection</w:t>
      </w:r>
      <w:r>
        <w:rPr>
          <w:b w:val="0"/>
          <w:i w:val="0"/>
          <w:smallCaps w:val="0"/>
          <w:strike w:val="0"/>
          <w:sz w:val="16"/>
          <w:u w:val="none"/>
        </w:rPr>
        <w:t xml:space="preserve"> bid -- Jimmy </w:t>
      </w:r>
      <w:r>
        <w:rPr>
          <w:b w:val="0"/>
          <w:i w:val="0"/>
          <w:smallCaps w:val="0"/>
          <w:strike w:val="0"/>
          <w:sz w:val="24"/>
          <w:u w:val="single"/>
        </w:rPr>
        <w:t>Carter</w:t>
      </w:r>
      <w:r>
        <w:rPr>
          <w:b w:val="0"/>
          <w:i w:val="0"/>
          <w:smallCaps w:val="0"/>
          <w:strike w:val="0"/>
          <w:sz w:val="16"/>
          <w:u w:val="none"/>
        </w:rPr>
        <w:t xml:space="preserve"> in 1980 (29%), George H.W. </w:t>
      </w:r>
      <w:r>
        <w:rPr>
          <w:b w:val="0"/>
          <w:i w:val="0"/>
          <w:smallCaps w:val="0"/>
          <w:strike w:val="0"/>
          <w:sz w:val="24"/>
          <w:u w:val="single"/>
        </w:rPr>
        <w:t>Bush</w:t>
      </w:r>
      <w:r>
        <w:rPr>
          <w:b w:val="0"/>
          <w:i w:val="0"/>
          <w:smallCaps w:val="0"/>
          <w:strike w:val="0"/>
          <w:sz w:val="16"/>
          <w:u w:val="none"/>
        </w:rPr>
        <w:t xml:space="preserve"> in 1992 (31%) </w:t>
      </w:r>
      <w:r>
        <w:rPr>
          <w:b w:val="0"/>
          <w:i w:val="0"/>
          <w:smallCaps w:val="0"/>
          <w:strike w:val="0"/>
          <w:sz w:val="24"/>
          <w:u w:val="single"/>
        </w:rPr>
        <w:t>and</w:t>
      </w:r>
      <w:r>
        <w:rPr>
          <w:b w:val="0"/>
          <w:i w:val="0"/>
          <w:smallCaps w:val="0"/>
          <w:strike w:val="0"/>
          <w:sz w:val="16"/>
          <w:u w:val="none"/>
        </w:rPr>
        <w:t xml:space="preserve"> Donald </w:t>
      </w:r>
      <w:r>
        <w:rPr>
          <w:b w:val="0"/>
          <w:i w:val="0"/>
          <w:smallCaps w:val="0"/>
          <w:strike w:val="0"/>
          <w:sz w:val="24"/>
          <w:u w:val="single"/>
        </w:rPr>
        <w:t>Trump</w:t>
      </w:r>
      <w:r>
        <w:rPr>
          <w:b w:val="0"/>
          <w:i w:val="0"/>
          <w:smallCaps w:val="0"/>
          <w:strike w:val="0"/>
          <w:sz w:val="16"/>
          <w:u w:val="none"/>
        </w:rPr>
        <w:t xml:space="preserve"> in 2020 (36%).</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