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--</w:t>
      </w:r>
      <w:r>
        <w:rPr>
          <w:b/>
          <w:i w:val="0"/>
          <w:smallCaps w:val="0"/>
          <w:strike w:val="0"/>
          <w:sz w:val="26"/>
          <w:u w:val="none"/>
        </w:rPr>
        <w:t>Latinos are now firmly Democrat- Trump’s pres debate performance keeps them from flipping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Impelli 6/28</w:t>
      </w:r>
      <w:r>
        <w:rPr>
          <w:b/>
          <w:i w:val="0"/>
          <w:smallCaps w:val="0"/>
          <w:strike w:val="0"/>
          <w:sz w:val="2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(Matthew Impelli is a Newsweek staff writer based in New York. His focus is reporting social issues and crime. 6/28/24, Joe Biden-Aligned Pollster Claims Debate Victory With Key Demographic, Newsweek, https://www.newsweek.com/joe-biden-presidential-debate-2024-election-hispanic-latino-voters-1918893, L.B.)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Pollster aligned with President Joe Biden's administration claimed victory for the president among a key demographic following the presidential debate on Thursday.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Matt A. Barreto, the co-founder of BSP Research, a Latino polling firm, and a senior adviser for the Building Back Together organization, shared a video on X, formerly Twitter, from Univision following the debate between Biden and former president Donald Trump. "</w:t>
      </w:r>
      <w:r>
        <w:rPr>
          <w:b w:val="0"/>
          <w:i w:val="0"/>
          <w:smallCaps w:val="0"/>
          <w:strike w:val="0"/>
          <w:sz w:val="22"/>
          <w:u w:val="single"/>
        </w:rPr>
        <w:t>Of undecided Latino voters, nearly every single undecided voter said they now support Biden, not Trump! Latinos were watching and listening and Trump sounded like a crazy liar.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Watch this video clip from @uninot," Barreto wrote. Barreto explained to Newsweek via email that the Univision news segment was focused on voters in Phoenix, Arizona. 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was clear that Biden won over a majority of undecided Latinos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in Arizona. These </w:t>
      </w:r>
      <w:r>
        <w:rPr>
          <w:b w:val="0"/>
          <w:i w:val="0"/>
          <w:smallCaps w:val="0"/>
          <w:strike w:val="0"/>
          <w:sz w:val="22"/>
          <w:u w:val="single"/>
        </w:rPr>
        <w:t>undecided Latino voters who watched the debate thought Biden addressed the issues with clear answers and they thought Trump just spouted mentiras, mentiras, mentiras, lies, lies, lies," Barreto told Newsweek.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