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Biden loses now – debate killed his chances</w:t>
      </w:r>
    </w:p>
    <w:p>
      <w:pPr>
        <w:spacing w:after="80"/>
      </w:pPr>
      <w:r>
        <w:rPr>
          <w:b/>
          <w:i w:val="0"/>
          <w:smallCaps w:val="0"/>
          <w:strike w:val="0"/>
          <w:sz w:val="28"/>
          <w:u w:val="none"/>
        </w:rPr>
        <w:t>Galston 7/5</w:t>
      </w:r>
      <w:r>
        <w:rPr>
          <w:b w:val="0"/>
          <w:i w:val="0"/>
          <w:smallCaps w:val="0"/>
          <w:strike w:val="0"/>
          <w:sz w:val="22"/>
          <w:u w:val="none"/>
        </w:rPr>
        <w:t xml:space="preserve">/24 [William A., </w:t>
      </w:r>
      <w:r>
        <w:rPr>
          <w:b w:val="0"/>
          <w:i w:val="0"/>
          <w:smallCaps w:val="0"/>
          <w:strike w:val="0"/>
          <w:sz w:val="22"/>
          <w:u w:val="none"/>
        </w:rPr>
        <w:t>Ezra K. Zilkha Chair and Senior Fellow – Governance Studies</w:t>
      </w:r>
      <w:r>
        <w:rPr>
          <w:b w:val="0"/>
          <w:i w:val="0"/>
          <w:smallCaps w:val="0"/>
          <w:strike w:val="0"/>
          <w:sz w:val="22"/>
          <w:u w:val="none"/>
        </w:rPr>
        <w:t>; “</w:t>
      </w:r>
      <w:r>
        <w:rPr>
          <w:b w:val="0"/>
          <w:i w:val="0"/>
          <w:smallCaps w:val="0"/>
          <w:strike w:val="0"/>
          <w:sz w:val="22"/>
          <w:u w:val="none"/>
        </w:rPr>
        <w:t>Biden’s debate performance threatens his ability to win</w:t>
      </w:r>
      <w:r>
        <w:rPr>
          <w:b w:val="0"/>
          <w:i w:val="0"/>
          <w:smallCaps w:val="0"/>
          <w:strike w:val="0"/>
          <w:sz w:val="22"/>
          <w:u w:val="none"/>
        </w:rPr>
        <w:t xml:space="preserve">”; Brookings; </w:t>
      </w:r>
      <w:r>
        <w:rPr>
          <w:b w:val="0"/>
          <w:i w:val="0"/>
          <w:smallCaps w:val="0"/>
          <w:strike w:val="0"/>
          <w:sz w:val="22"/>
          <w:u w:val="none"/>
        </w:rPr>
        <w:t>https://www.brookings.edu/articles/bidens-debate-performance-threatens-his-ability-to-win/</w:t>
      </w:r>
      <w:r>
        <w:rPr>
          <w:b w:val="0"/>
          <w:i w:val="0"/>
          <w:smallCaps w:val="0"/>
          <w:strike w:val="0"/>
          <w:sz w:val="22"/>
          <w:u w:val="none"/>
        </w:rPr>
        <w:t>] /sb</w:t>
      </w:r>
    </w:p>
    <w:p>
      <w:pPr>
        <w:spacing w:after="60"/>
      </w:pPr>
      <w:r>
        <w:rPr>
          <w:b w:val="0"/>
          <w:i w:val="0"/>
          <w:smallCaps w:val="0"/>
          <w:strike w:val="0"/>
          <w:sz w:val="16"/>
          <w:u w:val="none"/>
        </w:rPr>
        <w:t xml:space="preserve">Since the creation of televised </w:t>
      </w:r>
      <w:r>
        <w:rPr>
          <w:b/>
          <w:i w:val="0"/>
          <w:smallCaps w:val="0"/>
          <w:strike w:val="0"/>
          <w:sz w:val="24"/>
          <w:u w:val="single"/>
        </w:rPr>
        <w:t>presidential debates</w:t>
      </w:r>
      <w:r>
        <w:rPr>
          <w:b w:val="0"/>
          <w:i w:val="0"/>
          <w:smallCaps w:val="0"/>
          <w:strike w:val="0"/>
          <w:sz w:val="16"/>
          <w:u w:val="none"/>
        </w:rPr>
        <w:t xml:space="preserve">, they’ve </w:t>
      </w:r>
      <w:r>
        <w:rPr>
          <w:b/>
          <w:i w:val="0"/>
          <w:smallCaps w:val="0"/>
          <w:strike w:val="0"/>
          <w:sz w:val="24"/>
          <w:u w:val="single"/>
        </w:rPr>
        <w:t>always mattered</w:t>
      </w:r>
      <w:r>
        <w:rPr>
          <w:b w:val="0"/>
          <w:i w:val="0"/>
          <w:smallCaps w:val="0"/>
          <w:strike w:val="0"/>
          <w:sz w:val="16"/>
          <w:u w:val="none"/>
        </w:rPr>
        <w:t xml:space="preserve">, sometimes dramatically but it takes some time for the debate effects to surface in the public. Since 1976, the first debate of a presidential year has shifted voters’ preferences by an average of 2.4 percentage points during the two weeks following the debate, almost always against the incumbent president (or the incumbent’s party when the president is not running for reelection). Today, although it has only been one week since the Biden-Trump debate, </w:t>
      </w:r>
      <w:r>
        <w:rPr>
          <w:b w:val="0"/>
          <w:i w:val="0"/>
          <w:smallCaps w:val="0"/>
          <w:strike w:val="0"/>
          <w:sz w:val="24"/>
          <w:u w:val="single"/>
        </w:rPr>
        <w:t>we can already see the effect of the debate</w:t>
      </w:r>
      <w:r>
        <w:rPr>
          <w:b w:val="0"/>
          <w:i w:val="0"/>
          <w:smallCaps w:val="0"/>
          <w:strike w:val="0"/>
          <w:sz w:val="16"/>
          <w:u w:val="none"/>
        </w:rPr>
        <w:t xml:space="preserve"> on voter preferences </w:t>
      </w:r>
      <w:r>
        <w:rPr>
          <w:b w:val="0"/>
          <w:i w:val="0"/>
          <w:smallCaps w:val="0"/>
          <w:strike w:val="0"/>
          <w:sz w:val="24"/>
          <w:u w:val="single"/>
        </w:rPr>
        <w:t>and the</w:t>
      </w:r>
      <w:r>
        <w:rPr>
          <w:b/>
          <w:i w:val="0"/>
          <w:smallCaps w:val="0"/>
          <w:strike w:val="0"/>
          <w:sz w:val="24"/>
          <w:u w:val="single"/>
        </w:rPr>
        <w:t xml:space="preserve"> news for Biden</w:t>
      </w:r>
      <w:r>
        <w:rPr>
          <w:b w:val="0"/>
          <w:i w:val="0"/>
          <w:smallCaps w:val="0"/>
          <w:strike w:val="0"/>
          <w:sz w:val="24"/>
          <w:u w:val="single"/>
        </w:rPr>
        <w:t xml:space="preserve"> is</w:t>
      </w:r>
      <w:r>
        <w:rPr>
          <w:b/>
          <w:i w:val="0"/>
          <w:smallCaps w:val="0"/>
          <w:strike w:val="0"/>
          <w:sz w:val="24"/>
          <w:u w:val="single"/>
        </w:rPr>
        <w:t xml:space="preserve"> not good. </w:t>
      </w:r>
    </w:p>
    <w:p>
      <w:pPr>
        <w:spacing w:after="60"/>
      </w:pPr>
      <w:r>
        <w:rPr>
          <w:b w:val="0"/>
          <w:i w:val="0"/>
          <w:smallCaps w:val="0"/>
          <w:strike w:val="0"/>
          <w:sz w:val="16"/>
          <w:u w:val="none"/>
        </w:rPr>
        <w:t xml:space="preserve">In today’s polarized politics, more than nine in 10 Democrats and Republicans automatically support their party’s candidate. In the past three presidential elections, the </w:t>
      </w:r>
      <w:r>
        <w:rPr>
          <w:b/>
          <w:i w:val="0"/>
          <w:smallCaps w:val="0"/>
          <w:strike w:val="0"/>
          <w:sz w:val="24"/>
          <w:u w:val="single"/>
        </w:rPr>
        <w:t>first debate</w:t>
      </w:r>
      <w:r>
        <w:rPr>
          <w:b w:val="0"/>
          <w:i w:val="0"/>
          <w:smallCaps w:val="0"/>
          <w:strike w:val="0"/>
          <w:sz w:val="16"/>
          <w:u w:val="none"/>
        </w:rPr>
        <w:t xml:space="preserve"> has </w:t>
      </w:r>
      <w:r>
        <w:rPr>
          <w:b/>
          <w:i w:val="0"/>
          <w:smallCaps w:val="0"/>
          <w:strike w:val="0"/>
          <w:sz w:val="24"/>
          <w:u w:val="single"/>
        </w:rPr>
        <w:t>moved voters’ preferences by</w:t>
      </w:r>
      <w:r>
        <w:rPr>
          <w:b w:val="0"/>
          <w:i w:val="0"/>
          <w:smallCaps w:val="0"/>
          <w:strike w:val="0"/>
          <w:sz w:val="16"/>
          <w:u w:val="none"/>
        </w:rPr>
        <w:t xml:space="preserve"> an average of </w:t>
      </w:r>
      <w:r>
        <w:rPr>
          <w:b/>
          <w:i w:val="0"/>
          <w:smallCaps w:val="0"/>
          <w:strike w:val="0"/>
          <w:sz w:val="24"/>
          <w:u w:val="single"/>
        </w:rPr>
        <w:t>2.8 percent</w:t>
      </w:r>
      <w:r>
        <w:rPr>
          <w:b w:val="0"/>
          <w:i w:val="0"/>
          <w:smallCaps w:val="0"/>
          <w:strike w:val="0"/>
          <w:sz w:val="16"/>
          <w:u w:val="none"/>
        </w:rPr>
        <w:t xml:space="preserve">age points. And because we are closely as well as deeply divided, with elections decided by small margins, </w:t>
      </w:r>
      <w:r>
        <w:rPr>
          <w:b/>
          <w:i w:val="0"/>
          <w:smallCaps w:val="0"/>
          <w:strike w:val="0"/>
          <w:sz w:val="24"/>
          <w:u w:val="single"/>
        </w:rPr>
        <w:t>changes of this size can be decisive.</w:t>
      </w:r>
    </w:p>
    <w:p>
      <w:pPr>
        <w:spacing w:after="60"/>
      </w:pPr>
      <w:r>
        <w:rPr>
          <w:b w:val="0"/>
          <w:i w:val="0"/>
          <w:smallCaps w:val="0"/>
          <w:strike w:val="0"/>
          <w:sz w:val="16"/>
          <w:u w:val="none"/>
        </w:rPr>
        <w:t xml:space="preserve">It appears that the first presidential debate of 2024 will be no exception to this pattern. </w:t>
      </w:r>
      <w:r>
        <w:rPr>
          <w:b w:val="0"/>
          <w:i w:val="0"/>
          <w:smallCaps w:val="0"/>
          <w:strike w:val="0"/>
          <w:sz w:val="24"/>
          <w:u w:val="single"/>
        </w:rPr>
        <w:t>By</w:t>
      </w:r>
      <w:r>
        <w:rPr>
          <w:b/>
          <w:i w:val="0"/>
          <w:smallCaps w:val="0"/>
          <w:strike w:val="0"/>
          <w:sz w:val="24"/>
          <w:u w:val="single"/>
        </w:rPr>
        <w:t xml:space="preserve"> intensifying doubts </w:t>
      </w:r>
      <w:r>
        <w:rPr>
          <w:b w:val="0"/>
          <w:i w:val="0"/>
          <w:smallCaps w:val="0"/>
          <w:strike w:val="0"/>
          <w:sz w:val="24"/>
          <w:u w:val="single"/>
        </w:rPr>
        <w:t>about</w:t>
      </w:r>
      <w:r>
        <w:rPr>
          <w:b w:val="0"/>
          <w:i w:val="0"/>
          <w:smallCaps w:val="0"/>
          <w:strike w:val="0"/>
          <w:sz w:val="16"/>
          <w:u w:val="none"/>
        </w:rPr>
        <w:t xml:space="preserve"> President </w:t>
      </w:r>
      <w:r>
        <w:rPr>
          <w:b w:val="0"/>
          <w:i w:val="0"/>
          <w:smallCaps w:val="0"/>
          <w:strike w:val="0"/>
          <w:sz w:val="24"/>
          <w:u w:val="single"/>
        </w:rPr>
        <w:t>Biden’s mental fitness</w:t>
      </w:r>
      <w:r>
        <w:rPr>
          <w:b w:val="0"/>
          <w:i w:val="0"/>
          <w:smallCaps w:val="0"/>
          <w:strike w:val="0"/>
          <w:sz w:val="16"/>
          <w:u w:val="none"/>
        </w:rPr>
        <w:t xml:space="preserve"> to carry out his duties during a second term, </w:t>
      </w:r>
      <w:r>
        <w:rPr>
          <w:b w:val="0"/>
          <w:i w:val="0"/>
          <w:smallCaps w:val="0"/>
          <w:strike w:val="0"/>
          <w:sz w:val="24"/>
          <w:u w:val="single"/>
        </w:rPr>
        <w:t xml:space="preserve">it has </w:t>
      </w:r>
      <w:r>
        <w:rPr>
          <w:b/>
          <w:i w:val="0"/>
          <w:smallCaps w:val="0"/>
          <w:strike w:val="0"/>
          <w:sz w:val="24"/>
          <w:u w:val="single"/>
        </w:rPr>
        <w:t>increased</w:t>
      </w:r>
      <w:r>
        <w:rPr>
          <w:b w:val="0"/>
          <w:i w:val="0"/>
          <w:smallCaps w:val="0"/>
          <w:strike w:val="0"/>
          <w:sz w:val="16"/>
          <w:u w:val="none"/>
        </w:rPr>
        <w:t xml:space="preserve"> former president </w:t>
      </w:r>
      <w:r>
        <w:rPr>
          <w:b/>
          <w:i w:val="0"/>
          <w:smallCaps w:val="0"/>
          <w:strike w:val="0"/>
          <w:sz w:val="24"/>
          <w:u w:val="single"/>
        </w:rPr>
        <w:t>Trump’s lead by</w:t>
      </w:r>
      <w:r>
        <w:rPr>
          <w:b w:val="0"/>
          <w:i w:val="0"/>
          <w:smallCaps w:val="0"/>
          <w:strike w:val="0"/>
          <w:sz w:val="16"/>
          <w:u w:val="none"/>
        </w:rPr>
        <w:t xml:space="preserve"> about </w:t>
      </w:r>
      <w:r>
        <w:rPr>
          <w:b/>
          <w:i w:val="0"/>
          <w:smallCaps w:val="0"/>
          <w:strike w:val="0"/>
          <w:sz w:val="24"/>
          <w:u w:val="single"/>
        </w:rPr>
        <w:t>2 percent</w:t>
      </w:r>
      <w:r>
        <w:rPr>
          <w:b w:val="0"/>
          <w:i w:val="0"/>
          <w:smallCaps w:val="0"/>
          <w:strike w:val="0"/>
          <w:sz w:val="16"/>
          <w:u w:val="none"/>
        </w:rPr>
        <w:t>age points. His lead on the eve of the debate was 1.5 points, but the surveys conducted in the week after the debate show him with an average lead of 3.5 points, as Table 1 shows.</w:t>
      </w:r>
    </w:p>
    <w:p>
      <w:pPr>
        <w:spacing w:after="60"/>
      </w:pPr>
      <w:r>
        <w:rPr>
          <w:b w:val="0"/>
          <w:i w:val="0"/>
          <w:smallCaps w:val="0"/>
          <w:strike w:val="0"/>
          <w:sz w:val="16"/>
          <w:u w:val="none"/>
        </w:rPr>
        <w:t>The 2 percentage point shift toward Donald Trump since the debate is significant. Because Democrats rack up much larger margins than they need in large Blue states, they need a substantial popular vote lead to win in the Electoral College. For instance, in 2020, Joe Biden’s 4.5-point margin in the popular vote was barely enough to secure a victory in the Electoral College. The margin Biden needs in 2024 may be substantially lower because Trump is gaining support in Blue states such as New York that he is unlikely to win in November, reducing the efficiency of his vote distribution.</w:t>
      </w:r>
    </w:p>
    <w:p>
      <w:pPr>
        <w:spacing w:after="60"/>
      </w:pPr>
      <w:r>
        <w:rPr>
          <w:b w:val="0"/>
          <w:i w:val="0"/>
          <w:smallCaps w:val="0"/>
          <w:strike w:val="0"/>
          <w:sz w:val="16"/>
          <w:u w:val="none"/>
        </w:rPr>
        <w:t xml:space="preserve">Still, </w:t>
      </w:r>
      <w:r>
        <w:rPr>
          <w:b/>
          <w:i w:val="0"/>
          <w:smallCaps w:val="0"/>
          <w:strike w:val="0"/>
          <w:sz w:val="24"/>
          <w:u w:val="single"/>
        </w:rPr>
        <w:t>no one thinks that Biden can win 270 electoral votes</w:t>
      </w:r>
      <w:r>
        <w:rPr>
          <w:b w:val="0"/>
          <w:i w:val="0"/>
          <w:smallCaps w:val="0"/>
          <w:strike w:val="0"/>
          <w:sz w:val="16"/>
          <w:u w:val="none"/>
        </w:rPr>
        <w:t xml:space="preserve"> with a popular vote edge of less than 1.5 points. Before the debate, this meant that Biden needed to improve his popular vote showing by a minimum of 3 points, from -1.5 to +1.5. After the debate, he will need at least a 5-point gain, from -3.5 to +1.5. </w:t>
      </w:r>
      <w:r>
        <w:rPr>
          <w:b w:val="0"/>
          <w:i w:val="0"/>
          <w:smallCaps w:val="0"/>
          <w:strike w:val="0"/>
          <w:u w:val="none"/>
        </w:rPr>
        <w:t xml:space="preserve">He is in a </w:t>
      </w:r>
      <w:r>
        <w:rPr>
          <w:b/>
          <w:i w:val="0"/>
          <w:smallCaps w:val="0"/>
          <w:strike w:val="0"/>
          <w:sz w:val="24"/>
          <w:u w:val="single"/>
        </w:rPr>
        <w:t>deeper hole than</w:t>
      </w:r>
      <w:r>
        <w:rPr>
          <w:b w:val="0"/>
          <w:i w:val="0"/>
          <w:smallCaps w:val="0"/>
          <w:strike w:val="0"/>
          <w:sz w:val="16"/>
          <w:u w:val="none"/>
        </w:rPr>
        <w:t xml:space="preserve"> he was </w:t>
      </w:r>
      <w:r>
        <w:rPr>
          <w:b/>
          <w:i w:val="0"/>
          <w:smallCaps w:val="0"/>
          <w:strike w:val="0"/>
          <w:sz w:val="24"/>
          <w:u w:val="single"/>
        </w:rPr>
        <w:t>a week ago</w:t>
      </w:r>
      <w:r>
        <w:rPr>
          <w:b w:val="0"/>
          <w:i w:val="0"/>
          <w:smallCaps w:val="0"/>
          <w:strike w:val="0"/>
          <w:sz w:val="16"/>
          <w:u w:val="none"/>
        </w:rPr>
        <w:t xml:space="preserve">, and there’s </w:t>
      </w:r>
      <w:r>
        <w:rPr>
          <w:b w:val="0"/>
          <w:i w:val="0"/>
          <w:smallCaps w:val="0"/>
          <w:strike w:val="0"/>
          <w:sz w:val="24"/>
          <w:u w:val="single"/>
        </w:rPr>
        <w:t>no evidence that he has hit bottom yet.</w:t>
      </w:r>
    </w:p>
    <w:p>
      <w:pPr>
        <w:spacing w:after="60"/>
      </w:pPr>
      <w:r>
        <w:rPr>
          <w:b w:val="0"/>
          <w:i w:val="0"/>
          <w:smallCaps w:val="0"/>
          <w:strike w:val="0"/>
          <w:sz w:val="16"/>
          <w:u w:val="none"/>
        </w:rPr>
        <w:t xml:space="preserve">Still, the debate is not the sole source of President </w:t>
      </w:r>
      <w:r>
        <w:rPr>
          <w:b/>
          <w:i w:val="0"/>
          <w:smallCaps w:val="0"/>
          <w:strike w:val="0"/>
          <w:sz w:val="24"/>
          <w:u w:val="single"/>
        </w:rPr>
        <w:t>Biden</w:t>
      </w:r>
      <w:r>
        <w:rPr>
          <w:b w:val="0"/>
          <w:i w:val="0"/>
          <w:smallCaps w:val="0"/>
          <w:strike w:val="0"/>
          <w:sz w:val="16"/>
          <w:u w:val="none"/>
        </w:rPr>
        <w:t xml:space="preserve">’s weakness. He </w:t>
      </w:r>
      <w:r>
        <w:rPr>
          <w:b/>
          <w:i w:val="0"/>
          <w:smallCaps w:val="0"/>
          <w:strike w:val="0"/>
          <w:sz w:val="24"/>
          <w:u w:val="single"/>
        </w:rPr>
        <w:t xml:space="preserve">had fallen behind Trump </w:t>
      </w:r>
      <w:r>
        <w:rPr>
          <w:b w:val="0"/>
          <w:i w:val="0"/>
          <w:smallCaps w:val="0"/>
          <w:strike w:val="0"/>
          <w:sz w:val="24"/>
          <w:u w:val="single"/>
        </w:rPr>
        <w:t>months</w:t>
      </w:r>
      <w:r>
        <w:rPr>
          <w:b/>
          <w:i w:val="0"/>
          <w:smallCaps w:val="0"/>
          <w:strike w:val="0"/>
          <w:sz w:val="24"/>
          <w:u w:val="single"/>
        </w:rPr>
        <w:t xml:space="preserve"> before</w:t>
      </w:r>
      <w:r>
        <w:rPr>
          <w:b w:val="0"/>
          <w:i w:val="0"/>
          <w:smallCaps w:val="0"/>
          <w:strike w:val="0"/>
          <w:sz w:val="16"/>
          <w:u w:val="none"/>
        </w:rPr>
        <w:t xml:space="preserve"> he even challenged him to </w:t>
      </w:r>
      <w:r>
        <w:rPr>
          <w:b/>
          <w:i w:val="0"/>
          <w:smallCaps w:val="0"/>
          <w:strike w:val="0"/>
          <w:sz w:val="24"/>
          <w:u w:val="single"/>
        </w:rPr>
        <w:t>debate</w:t>
      </w:r>
      <w:r>
        <w:rPr>
          <w:b w:val="0"/>
          <w:i w:val="0"/>
          <w:smallCaps w:val="0"/>
          <w:strike w:val="0"/>
          <w:sz w:val="16"/>
          <w:u w:val="none"/>
        </w:rPr>
        <w:t xml:space="preserve">. Doubts about his age had combined with high prices and a surge of immigrants across the southern border to reduce his standing with the public, problems that his feeble performance and inability to formulate a forceful defense of his record only exacerbated. Even if he manages to withstand rising calls from his own party to withdraw from the presidential contest, there is </w:t>
      </w:r>
      <w:r>
        <w:rPr>
          <w:b/>
          <w:i w:val="0"/>
          <w:smallCaps w:val="0"/>
          <w:strike w:val="0"/>
          <w:sz w:val="24"/>
          <w:u w:val="single"/>
        </w:rPr>
        <w:t>no</w:t>
      </w:r>
      <w:r>
        <w:rPr>
          <w:b w:val="0"/>
          <w:i w:val="0"/>
          <w:smallCaps w:val="0"/>
          <w:strike w:val="0"/>
          <w:sz w:val="24"/>
          <w:u w:val="single"/>
        </w:rPr>
        <w:t xml:space="preserve"> clear </w:t>
      </w:r>
      <w:r>
        <w:rPr>
          <w:b/>
          <w:i w:val="0"/>
          <w:smallCaps w:val="0"/>
          <w:strike w:val="0"/>
          <w:sz w:val="24"/>
          <w:u w:val="single"/>
        </w:rPr>
        <w:t>plan to turn things around,</w:t>
      </w:r>
      <w:r>
        <w:rPr>
          <w:b w:val="0"/>
          <w:i w:val="0"/>
          <w:smallCaps w:val="0"/>
          <w:strike w:val="0"/>
          <w:sz w:val="24"/>
          <w:u w:val="single"/>
        </w:rPr>
        <w:t xml:space="preserve"> and time is getting short.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