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Betting odds show Biden loses the election</w:t>
      </w:r>
    </w:p>
    <w:p>
      <w:pPr>
        <w:spacing w:after="80"/>
      </w:pPr>
      <w:r>
        <w:rPr>
          <w:b/>
          <w:i w:val="0"/>
          <w:smallCaps w:val="0"/>
          <w:strike w:val="0"/>
          <w:sz w:val="28"/>
          <w:u w:val="none"/>
        </w:rPr>
        <w:t>Lynch 7/5</w:t>
      </w:r>
      <w:r>
        <w:rPr>
          <w:b/>
          <w:i w:val="0"/>
          <w:smallCaps w:val="0"/>
          <w:strike w:val="0"/>
          <w:sz w:val="28"/>
          <w:u w:val="none"/>
        </w:rPr>
        <w:t xml:space="preserve"> </w:t>
      </w:r>
      <w:r>
        <w:rPr>
          <w:b w:val="0"/>
          <w:i w:val="0"/>
          <w:smallCaps w:val="0"/>
          <w:strike w:val="0"/>
          <w:sz w:val="16"/>
          <w:u w:val="none"/>
        </w:rPr>
        <w:t>(Andrew is the executive editor of Action Network and Better Collective US, 7/5/24, 2024 Presidential Election Predictions: Latest Election Odds As Joe Biden Says He Won’t Drop Out, Action Network, https://www.actionnetwork.com/politics/2024-presidential-election-predictions-election-odds-joe-biden-drop-out, L.B.)</w:t>
      </w:r>
    </w:p>
    <w:p>
      <w:pPr>
        <w:spacing w:after="60"/>
      </w:pPr>
      <w:r>
        <w:rPr>
          <w:b w:val="0"/>
          <w:i w:val="0"/>
          <w:smallCaps w:val="0"/>
          <w:strike w:val="0"/>
          <w:sz w:val="16"/>
          <w:u w:val="none"/>
        </w:rPr>
        <w:t xml:space="preserve">President Joe Biden was crystal clear on Friday: Despite all the noise and the questions, he is staying in the 2024 presidential race. </w:t>
      </w:r>
      <w:r>
        <w:rPr>
          <w:b w:val="0"/>
          <w:i w:val="0"/>
          <w:smallCaps w:val="0"/>
          <w:strike w:val="0"/>
          <w:sz w:val="22"/>
          <w:u w:val="single"/>
        </w:rPr>
        <w:t>Unfortunately for President Biden, the betting markets weren't particularly moved by his announcement.</w:t>
      </w:r>
      <w:r>
        <w:rPr>
          <w:b w:val="0"/>
          <w:i w:val="0"/>
          <w:smallCaps w:val="0"/>
          <w:strike w:val="0"/>
          <w:sz w:val="16"/>
          <w:u w:val="none"/>
        </w:rPr>
        <w:t xml:space="preserve"> And in </w:t>
      </w:r>
      <w:r>
        <w:rPr>
          <w:b w:val="0"/>
          <w:i w:val="0"/>
          <w:smallCaps w:val="0"/>
          <w:strike w:val="0"/>
          <w:sz w:val="22"/>
          <w:u w:val="single"/>
        </w:rPr>
        <w:t>the latest 2024 presidential election odds, Biden remains a big underdog to former president Donald Trump. Biden also remains behind his own vice president, Kamala Harris, in the latest presidential election predictions based on the betting odds</w:t>
      </w:r>
      <w:r>
        <w:rPr>
          <w:b w:val="0"/>
          <w:i w:val="0"/>
          <w:smallCaps w:val="0"/>
          <w:strike w:val="0"/>
          <w:sz w:val="16"/>
          <w:u w:val="none"/>
        </w:rPr>
        <w:t xml:space="preserve">, which offer a different, if complementary, perspective to national polls when it comes to the race to win the Electoral College. President Joe Biden was +600 to win the 2024 election before his answer in an ABC interview, where he stated he would only step aside if "the Lord Almighty" came down and told him to do so. After that interview and Biden's tweet, he remained +600. </w:t>
      </w:r>
      <w:r>
        <w:rPr>
          <w:b w:val="0"/>
          <w:i w:val="0"/>
          <w:smallCaps w:val="0"/>
          <w:strike w:val="0"/>
          <w:sz w:val="22"/>
          <w:u w:val="single"/>
        </w:rPr>
        <w:t>Former president Donald Trump's election odds stayed at -200, with Trump still a massive favorite.</w:t>
      </w:r>
      <w:r>
        <w:rPr>
          <w:b w:val="0"/>
          <w:i w:val="0"/>
          <w:smallCaps w:val="0"/>
          <w:strike w:val="0"/>
          <w:sz w:val="16"/>
          <w:u w:val="none"/>
        </w:rPr>
        <w:t xml:space="preserve"> Kamala Harris has the next best odds at +400. </w:t>
      </w:r>
      <w:r>
        <w:rPr>
          <w:b w:val="0"/>
          <w:i w:val="0"/>
          <w:smallCaps w:val="0"/>
          <w:strike w:val="0"/>
          <w:sz w:val="22"/>
          <w:u w:val="single"/>
        </w:rPr>
        <w:t>Donald Trump is the resounding favorite to win the 2024 presidential election at -200, a 53.76% chance to win the election.</w:t>
      </w:r>
      <w:r>
        <w:rPr>
          <w:b w:val="0"/>
          <w:i w:val="0"/>
          <w:smallCaps w:val="0"/>
          <w:strike w:val="0"/>
          <w:sz w:val="16"/>
          <w:u w:val="none"/>
        </w:rPr>
        <w:t xml:space="preserve"> Trump moved to -200 after the first presidential election and saw his odds shorten slightly to -175 last week, but Trump's election odds have solidified at -200 since questions about Biden reached a fever pitch. Joe Biden Odds for President President Biden is +600 to win reelection. </w:t>
      </w:r>
      <w:r>
        <w:rPr>
          <w:b w:val="0"/>
          <w:i w:val="0"/>
          <w:smallCaps w:val="0"/>
          <w:strike w:val="0"/>
          <w:sz w:val="22"/>
          <w:u w:val="single"/>
        </w:rPr>
        <w:t xml:space="preserve">Biden's presidential election odds equal a 11.52% chance to win the 270 electoral college votes necessary to return to the White House. </w:t>
      </w:r>
      <w:r>
        <w:rPr>
          <w:b w:val="0"/>
          <w:i w:val="0"/>
          <w:smallCaps w:val="0"/>
          <w:strike w:val="0"/>
          <w:sz w:val="16"/>
          <w:u w:val="none"/>
        </w:rPr>
        <w:t xml:space="preserve">Biden was +163 (33.31% chance) before the first debate and plummeted to +425 immediately after, before moving to +550. </w:t>
      </w:r>
      <w:r>
        <w:rPr>
          <w:b w:val="0"/>
          <w:i w:val="0"/>
          <w:smallCaps w:val="0"/>
          <w:strike w:val="0"/>
          <w:sz w:val="22"/>
          <w:u w:val="single"/>
        </w:rPr>
        <w:t xml:space="preserve">This is the worst Biden's election odds have been in the entire 2024 election campaign, despite the president's insistence that he will not step aside and will continue to pursue a second term. </w:t>
      </w:r>
      <w:r>
        <w:rPr>
          <w:b w:val="0"/>
          <w:i w:val="0"/>
          <w:smallCaps w:val="0"/>
          <w:strike w:val="0"/>
          <w:sz w:val="16"/>
          <w:u w:val="none"/>
        </w:rPr>
        <w:t>Kamala Harris Odds for President Vice President Kamala Harris remains the candidate with the second-best chance to win the election, according to the odds-based presidential election predictions. Harris is now +400 to win the 2024 election, a 16.13% chance of victory in November. These are Harris' best odds for president of this presidential race. Before the debate, Harris was a +5000 long shot, with a 1.72% chance of winning the presidency. Immediately following that first debate, Harris' odds vaulted all the way to +1200. Earlier this week, her odds got slightly longer at +1600, before moving to +1100 on Tuesday, then to +550 overnight on Wednesday and now to +400.</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