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Independently, capital flight </w:t>
      </w:r>
      <w:r>
        <w:rPr>
          <w:b/>
          <w:i w:val="0"/>
          <w:smallCaps w:val="0"/>
          <w:strike w:val="0"/>
          <w:sz w:val="26"/>
          <w:u w:val="single"/>
        </w:rPr>
        <w:t>from the US</w:t>
      </w:r>
      <w:r>
        <w:rPr>
          <w:b/>
          <w:i w:val="0"/>
          <w:smallCaps w:val="0"/>
          <w:strike w:val="0"/>
          <w:sz w:val="26"/>
          <w:u w:val="none"/>
        </w:rPr>
        <w:t xml:space="preserve"> collapses the economy</w:t>
      </w:r>
    </w:p>
    <w:p>
      <w:pPr>
        <w:spacing w:after="80"/>
      </w:pPr>
      <w:r>
        <w:rPr>
          <w:b w:val="0"/>
          <w:i w:val="0"/>
          <w:smallCaps w:val="0"/>
          <w:strike w:val="0"/>
          <w:color w:val="000000"/>
          <w:sz w:val="22"/>
          <w:u w:val="none"/>
        </w:rPr>
        <w:t xml:space="preserve">William M. </w:t>
      </w:r>
      <w:r>
        <w:rPr>
          <w:b/>
          <w:i w:val="0"/>
          <w:smallCaps w:val="0"/>
          <w:strike w:val="0"/>
          <w:color w:val="000000"/>
          <w:sz w:val="26"/>
          <w:u w:val="none"/>
        </w:rPr>
        <w:t>Liefert</w:t>
      </w:r>
      <w:r>
        <w:rPr>
          <w:b/>
          <w:i w:val="0"/>
          <w:smallCaps w:val="0"/>
          <w:strike w:val="0"/>
          <w:color w:val="000000"/>
          <w:sz w:val="26"/>
          <w:u w:val="none"/>
        </w:rPr>
        <w:t xml:space="preserve"> and</w:t>
      </w:r>
      <w:r>
        <w:rPr>
          <w:b w:val="0"/>
          <w:i w:val="0"/>
          <w:smallCaps w:val="0"/>
          <w:strike w:val="0"/>
          <w:color w:val="000000"/>
          <w:sz w:val="22"/>
          <w:u w:val="none"/>
        </w:rPr>
        <w:t xml:space="preserve"> Mathew </w:t>
      </w:r>
      <w:r>
        <w:rPr>
          <w:b/>
          <w:i w:val="0"/>
          <w:smallCaps w:val="0"/>
          <w:strike w:val="0"/>
          <w:color w:val="000000"/>
          <w:sz w:val="26"/>
          <w:u w:val="none"/>
        </w:rPr>
        <w:t>Shane 20</w:t>
      </w:r>
      <w:r>
        <w:rPr>
          <w:b w:val="0"/>
          <w:i w:val="0"/>
          <w:smallCaps w:val="0"/>
          <w:strike w:val="0"/>
          <w:color w:val="000000"/>
          <w:sz w:val="22"/>
          <w:u w:val="none"/>
        </w:rPr>
        <w:t xml:space="preserve">, Former Economic Research Service Staff for the USDA; Senior Economist for Macroeconomics at Economic Research Service of USDA, 06/12/20, The World Economic Crisis and U.S. Agriculture: From Boom to </w:t>
      </w:r>
      <w:r>
        <w:rPr>
          <w:b w:val="0"/>
          <w:i w:val="0"/>
          <w:smallCaps w:val="0"/>
          <w:strike w:val="0"/>
          <w:color w:val="000000"/>
          <w:sz w:val="22"/>
          <w:u w:val="none"/>
        </w:rPr>
        <w:t>Gloom?,</w:t>
      </w:r>
      <w:r>
        <w:rPr>
          <w:b w:val="0"/>
          <w:i w:val="0"/>
          <w:smallCaps w:val="0"/>
          <w:strike w:val="0"/>
          <w:color w:val="000000"/>
          <w:sz w:val="22"/>
          <w:u w:val="none"/>
        </w:rPr>
        <w:t xml:space="preserve"> https://www.choicesmagazine.org/magazine/article.php?article=59</w:t>
      </w:r>
    </w:p>
    <w:p>
      <w:pPr>
        <w:spacing w:after="60"/>
      </w:pPr>
      <w:r>
        <w:rPr>
          <w:b w:val="0"/>
          <w:i w:val="0"/>
          <w:smallCaps w:val="0"/>
          <w:strike w:val="0"/>
          <w:color w:val="000000"/>
          <w:sz w:val="22"/>
          <w:u w:val="single"/>
        </w:rPr>
        <w:t>The</w:t>
      </w:r>
      <w:r>
        <w:rPr>
          <w:b w:val="0"/>
          <w:i w:val="0"/>
          <w:smallCaps w:val="0"/>
          <w:strike w:val="0"/>
          <w:color w:val="000000"/>
          <w:sz w:val="16"/>
          <w:u w:val="none"/>
        </w:rPr>
        <w:t xml:space="preserve"> </w:t>
      </w:r>
      <w:r>
        <w:rPr>
          <w:b/>
          <w:i w:val="0"/>
          <w:smallCaps w:val="0"/>
          <w:strike w:val="0"/>
          <w:color w:val="000000"/>
          <w:sz w:val="22"/>
          <w:u w:val="single"/>
        </w:rPr>
        <w:t>inflow of funds</w:t>
      </w:r>
      <w:r>
        <w:rPr>
          <w:b w:val="0"/>
          <w:i w:val="0"/>
          <w:smallCaps w:val="0"/>
          <w:strike w:val="0"/>
          <w:color w:val="000000"/>
          <w:sz w:val="16"/>
          <w:u w:val="none"/>
        </w:rPr>
        <w:t xml:space="preserve"> </w:t>
      </w:r>
      <w:r>
        <w:rPr>
          <w:b w:val="0"/>
          <w:i w:val="0"/>
          <w:smallCaps w:val="0"/>
          <w:strike w:val="0"/>
          <w:color w:val="000000"/>
          <w:sz w:val="22"/>
          <w:u w:val="single"/>
        </w:rPr>
        <w:t>into the U</w:t>
      </w:r>
      <w:r>
        <w:rPr>
          <w:b w:val="0"/>
          <w:i w:val="0"/>
          <w:smallCaps w:val="0"/>
          <w:strike w:val="0"/>
          <w:color w:val="000000"/>
          <w:sz w:val="22"/>
          <w:u w:val="single"/>
        </w:rPr>
        <w:t xml:space="preserve">nited </w:t>
      </w:r>
      <w:r>
        <w:rPr>
          <w:b w:val="0"/>
          <w:i w:val="0"/>
          <w:smallCaps w:val="0"/>
          <w:strike w:val="0"/>
          <w:color w:val="000000"/>
          <w:sz w:val="22"/>
          <w:u w:val="single"/>
        </w:rPr>
        <w:t>S</w:t>
      </w:r>
      <w:r>
        <w:rPr>
          <w:b w:val="0"/>
          <w:i w:val="0"/>
          <w:smallCaps w:val="0"/>
          <w:strike w:val="0"/>
          <w:color w:val="000000"/>
          <w:sz w:val="22"/>
          <w:u w:val="single"/>
        </w:rPr>
        <w:t xml:space="preserve">tates has the benefit of </w:t>
      </w:r>
      <w:r>
        <w:rPr>
          <w:b w:val="0"/>
          <w:i w:val="0"/>
          <w:smallCaps w:val="0"/>
          <w:strike w:val="0"/>
          <w:color w:val="000000"/>
          <w:sz w:val="22"/>
          <w:u w:val="single"/>
        </w:rPr>
        <w:t>help</w:t>
      </w:r>
      <w:r>
        <w:rPr>
          <w:b w:val="0"/>
          <w:i w:val="0"/>
          <w:smallCaps w:val="0"/>
          <w:strike w:val="0"/>
          <w:color w:val="000000"/>
          <w:sz w:val="22"/>
          <w:u w:val="single"/>
        </w:rPr>
        <w:t>ing the U.S. government</w:t>
      </w:r>
      <w:r>
        <w:rPr>
          <w:b w:val="0"/>
          <w:i w:val="0"/>
          <w:smallCaps w:val="0"/>
          <w:strike w:val="0"/>
          <w:color w:val="000000"/>
          <w:sz w:val="16"/>
          <w:u w:val="none"/>
        </w:rPr>
        <w:t xml:space="preserve"> </w:t>
      </w:r>
      <w:r>
        <w:rPr>
          <w:b/>
          <w:i w:val="0"/>
          <w:smallCaps w:val="0"/>
          <w:strike w:val="0"/>
          <w:color w:val="000000"/>
          <w:sz w:val="22"/>
          <w:u w:val="single"/>
        </w:rPr>
        <w:t>finance</w:t>
      </w:r>
      <w:r>
        <w:rPr>
          <w:b/>
          <w:i w:val="0"/>
          <w:smallCaps w:val="0"/>
          <w:strike w:val="0"/>
          <w:color w:val="000000"/>
          <w:sz w:val="22"/>
          <w:u w:val="single"/>
        </w:rPr>
        <w:t xml:space="preserve"> the </w:t>
      </w:r>
      <w:r>
        <w:rPr>
          <w:b/>
          <w:i w:val="0"/>
          <w:smallCaps w:val="0"/>
          <w:strike w:val="0"/>
          <w:color w:val="000000"/>
          <w:sz w:val="22"/>
          <w:u w:val="single"/>
        </w:rPr>
        <w:t>policies</w:t>
      </w:r>
      <w:r>
        <w:rPr>
          <w:b w:val="0"/>
          <w:i w:val="0"/>
          <w:smallCaps w:val="0"/>
          <w:strike w:val="0"/>
          <w:color w:val="000000"/>
          <w:sz w:val="16"/>
          <w:u w:val="none"/>
        </w:rPr>
        <w:t xml:space="preserve"> </w:t>
      </w:r>
      <w:r>
        <w:rPr>
          <w:b w:val="0"/>
          <w:i w:val="0"/>
          <w:smallCaps w:val="0"/>
          <w:strike w:val="0"/>
          <w:color w:val="000000"/>
          <w:sz w:val="22"/>
          <w:u w:val="single"/>
        </w:rPr>
        <w:t xml:space="preserve">needed to </w:t>
      </w:r>
      <w:r>
        <w:rPr>
          <w:b/>
          <w:i w:val="0"/>
          <w:smallCaps w:val="0"/>
          <w:strike w:val="0"/>
          <w:color w:val="000000"/>
          <w:sz w:val="22"/>
          <w:u w:val="single"/>
        </w:rPr>
        <w:t>stimulate the economy</w:t>
      </w:r>
      <w:r>
        <w:rPr>
          <w:b w:val="0"/>
          <w:i w:val="0"/>
          <w:smallCaps w:val="0"/>
          <w:strike w:val="0"/>
          <w:color w:val="000000"/>
          <w:sz w:val="16"/>
          <w:u w:val="none"/>
        </w:rPr>
        <w:t xml:space="preserve">, </w:t>
      </w:r>
      <w:r>
        <w:rPr>
          <w:b w:val="0"/>
          <w:i w:val="0"/>
          <w:smallCaps w:val="0"/>
          <w:strike w:val="0"/>
          <w:color w:val="000000"/>
          <w:sz w:val="22"/>
          <w:u w:val="single"/>
        </w:rPr>
        <w:t xml:space="preserve">to the advantage of the </w:t>
      </w:r>
      <w:r>
        <w:rPr>
          <w:b/>
          <w:i w:val="0"/>
          <w:smallCaps w:val="0"/>
          <w:strike w:val="0"/>
          <w:color w:val="000000"/>
          <w:sz w:val="22"/>
          <w:u w:val="single"/>
        </w:rPr>
        <w:t>entire world</w:t>
      </w:r>
      <w:r>
        <w:rPr>
          <w:b w:val="0"/>
          <w:i w:val="0"/>
          <w:smallCaps w:val="0"/>
          <w:strike w:val="0"/>
          <w:color w:val="000000"/>
          <w:sz w:val="22"/>
          <w:u w:val="single"/>
        </w:rPr>
        <w:t>.</w:t>
      </w:r>
      <w:r>
        <w:rPr>
          <w:b w:val="0"/>
          <w:i w:val="0"/>
          <w:smallCaps w:val="0"/>
          <w:strike w:val="0"/>
          <w:color w:val="000000"/>
          <w:sz w:val="16"/>
          <w:u w:val="none"/>
        </w:rPr>
        <w:t xml:space="preserve"> </w:t>
      </w:r>
      <w:r>
        <w:rPr>
          <w:b w:val="0"/>
          <w:i w:val="0"/>
          <w:smallCaps w:val="0"/>
          <w:strike w:val="0"/>
          <w:color w:val="000000"/>
          <w:sz w:val="22"/>
          <w:u w:val="single"/>
        </w:rPr>
        <w:t>On the other hand, the dollar appreciation is delaying the correction</w:t>
      </w:r>
      <w:r>
        <w:rPr>
          <w:b w:val="0"/>
          <w:i w:val="0"/>
          <w:smallCaps w:val="0"/>
          <w:strike w:val="0"/>
          <w:color w:val="000000"/>
          <w:sz w:val="16"/>
          <w:u w:val="none"/>
        </w:rPr>
        <w:t xml:space="preserve"> of the world macroeconomic imbalances that helped spawn the economic crisis in the first place. The dollar is appreciating against the currencies of most other countries, developed as well as developing. This means the appreciation is hurting U.S. agricultural exports by making them less price competitive compared to output produced not only by importing countries but also by export competitors, such as Canada, Australia, and Brazil.</w:t>
      </w:r>
    </w:p>
    <w:p>
      <w:pPr>
        <w:spacing w:after="60"/>
      </w:pPr>
      <w:r>
        <w:rPr>
          <w:b w:val="0"/>
          <w:i w:val="0"/>
          <w:smallCaps w:val="0"/>
          <w:strike w:val="0"/>
          <w:color w:val="000000"/>
          <w:sz w:val="16"/>
          <w:u w:val="none"/>
        </w:rPr>
        <w:t xml:space="preserve">In the longer term, there are two possible scenarios involving the dollar’s exchange rate. The first is that the dollar continues to appreciate against the Chinese Yuan and currencies of other countries with which the United States has large trade deficits. The trade surplus countries continue to invest the dollars they earn from their positive U.S. trade balance back into the United States. </w:t>
      </w:r>
      <w:r>
        <w:rPr>
          <w:b w:val="0"/>
          <w:i w:val="0"/>
          <w:smallCaps w:val="0"/>
          <w:strike w:val="0"/>
          <w:color w:val="000000"/>
          <w:sz w:val="22"/>
          <w:u w:val="single"/>
        </w:rPr>
        <w:t xml:space="preserve">By </w:t>
      </w:r>
      <w:r>
        <w:rPr>
          <w:b w:val="0"/>
          <w:i w:val="0"/>
          <w:smallCaps w:val="0"/>
          <w:strike w:val="0"/>
          <w:color w:val="000000"/>
          <w:sz w:val="22"/>
          <w:u w:val="single"/>
        </w:rPr>
        <w:t xml:space="preserve">keeping the </w:t>
      </w:r>
      <w:r>
        <w:rPr>
          <w:b/>
          <w:i w:val="0"/>
          <w:smallCaps w:val="0"/>
          <w:strike w:val="0"/>
          <w:color w:val="000000"/>
          <w:sz w:val="22"/>
          <w:u w:val="single"/>
        </w:rPr>
        <w:t>dollar strong</w:t>
      </w:r>
      <w:r>
        <w:rPr>
          <w:b w:val="0"/>
          <w:i w:val="0"/>
          <w:smallCaps w:val="0"/>
          <w:strike w:val="0"/>
          <w:color w:val="000000"/>
          <w:sz w:val="16"/>
          <w:u w:val="none"/>
        </w:rPr>
        <w:t xml:space="preserve">, this behavior would prevent market forces from eliminating the U.S. trade deficit through dollar depreciation. In this scenario, </w:t>
      </w:r>
      <w:r>
        <w:rPr>
          <w:b w:val="0"/>
          <w:i w:val="0"/>
          <w:smallCaps w:val="0"/>
          <w:strike w:val="0"/>
          <w:color w:val="000000"/>
          <w:sz w:val="22"/>
          <w:u w:val="single"/>
        </w:rPr>
        <w:t xml:space="preserve">the world could </w:t>
      </w:r>
      <w:r>
        <w:rPr>
          <w:b/>
          <w:i w:val="0"/>
          <w:smallCaps w:val="0"/>
          <w:strike w:val="0"/>
          <w:color w:val="000000"/>
          <w:sz w:val="22"/>
          <w:u w:val="single"/>
        </w:rPr>
        <w:t>rebound</w:t>
      </w:r>
      <w:r>
        <w:rPr>
          <w:b/>
          <w:i w:val="0"/>
          <w:smallCaps w:val="0"/>
          <w:strike w:val="0"/>
          <w:color w:val="000000"/>
          <w:sz w:val="22"/>
          <w:u w:val="single"/>
        </w:rPr>
        <w:t xml:space="preserve"> from</w:t>
      </w:r>
      <w:r>
        <w:rPr>
          <w:b w:val="0"/>
          <w:i w:val="0"/>
          <w:smallCaps w:val="0"/>
          <w:strike w:val="0"/>
          <w:color w:val="000000"/>
          <w:sz w:val="16"/>
          <w:u w:val="none"/>
        </w:rPr>
        <w:t xml:space="preserve"> the </w:t>
      </w:r>
      <w:r>
        <w:rPr>
          <w:b/>
          <w:i w:val="0"/>
          <w:smallCaps w:val="0"/>
          <w:strike w:val="0"/>
          <w:color w:val="000000"/>
          <w:sz w:val="22"/>
          <w:u w:val="single"/>
        </w:rPr>
        <w:t>economic crisis</w:t>
      </w:r>
      <w:r>
        <w:rPr>
          <w:b w:val="0"/>
          <w:i w:val="0"/>
          <w:smallCaps w:val="0"/>
          <w:strike w:val="0"/>
          <w:color w:val="000000"/>
          <w:sz w:val="16"/>
          <w:u w:val="none"/>
        </w:rPr>
        <w:t xml:space="preserve">, </w:t>
      </w:r>
      <w:r>
        <w:rPr>
          <w:b w:val="0"/>
          <w:i w:val="0"/>
          <w:smallCaps w:val="0"/>
          <w:strike w:val="0"/>
          <w:color w:val="000000"/>
          <w:sz w:val="22"/>
          <w:u w:val="single"/>
        </w:rPr>
        <w:t xml:space="preserve">with the </w:t>
      </w:r>
      <w:r>
        <w:rPr>
          <w:b/>
          <w:i w:val="0"/>
          <w:smallCaps w:val="0"/>
          <w:strike w:val="0"/>
          <w:color w:val="000000"/>
          <w:sz w:val="22"/>
          <w:u w:val="single"/>
        </w:rPr>
        <w:t>financial system strengthened</w:t>
      </w:r>
      <w:r>
        <w:rPr>
          <w:b w:val="0"/>
          <w:i w:val="0"/>
          <w:smallCaps w:val="0"/>
          <w:strike w:val="0"/>
          <w:color w:val="000000"/>
          <w:sz w:val="16"/>
          <w:u w:val="none"/>
        </w:rPr>
        <w:t xml:space="preserve">, though with the same general patterns of growth and trade as before. </w:t>
      </w:r>
      <w:r>
        <w:rPr>
          <w:b w:val="0"/>
          <w:i w:val="0"/>
          <w:smallCaps w:val="0"/>
          <w:strike w:val="0"/>
          <w:color w:val="000000"/>
          <w:sz w:val="22"/>
          <w:u w:val="single"/>
        </w:rPr>
        <w:t>U.S. agriculture would benefit from resumed</w:t>
      </w:r>
      <w:r>
        <w:rPr>
          <w:b w:val="0"/>
          <w:i w:val="0"/>
          <w:smallCaps w:val="0"/>
          <w:strike w:val="0"/>
          <w:color w:val="000000"/>
          <w:sz w:val="16"/>
          <w:u w:val="none"/>
        </w:rPr>
        <w:t xml:space="preserve"> world </w:t>
      </w:r>
      <w:r>
        <w:rPr>
          <w:b w:val="0"/>
          <w:i w:val="0"/>
          <w:smallCaps w:val="0"/>
          <w:strike w:val="0"/>
          <w:color w:val="000000"/>
          <w:sz w:val="22"/>
          <w:u w:val="single"/>
        </w:rPr>
        <w:t>growth</w:t>
      </w:r>
      <w:r>
        <w:rPr>
          <w:b w:val="0"/>
          <w:i w:val="0"/>
          <w:smallCaps w:val="0"/>
          <w:strike w:val="0"/>
          <w:color w:val="000000"/>
          <w:sz w:val="16"/>
          <w:u w:val="none"/>
        </w:rPr>
        <w:t>, unless or until another crisis hits, but not from the benefits that could come from dollar depreciation.</w:t>
      </w:r>
    </w:p>
    <w:p>
      <w:pPr>
        <w:spacing w:after="60"/>
      </w:pPr>
      <w:r>
        <w:rPr>
          <w:b w:val="0"/>
          <w:i w:val="0"/>
          <w:smallCaps w:val="0"/>
          <w:strike w:val="0"/>
          <w:color w:val="000000"/>
          <w:sz w:val="16"/>
          <w:u w:val="none"/>
        </w:rPr>
        <w:t xml:space="preserve">In this scenario, the macroeconomic imbalances between the United States and the trade surplus countries go uncorrected in both the long and short run. The scenario carries the risk of an equally or even more serious economic crisis in the future. The crisis would be sparked not by weaknesses within the world financial system, but rather by worries about the sustainability of the dollar’s value, which could trigger </w:t>
      </w:r>
      <w:r>
        <w:rPr>
          <w:b/>
          <w:i w:val="0"/>
          <w:smallCaps w:val="0"/>
          <w:strike w:val="0"/>
          <w:color w:val="000000"/>
          <w:sz w:val="22"/>
          <w:u w:val="single"/>
        </w:rPr>
        <w:t xml:space="preserve">large-scale </w:t>
      </w:r>
      <w:r>
        <w:rPr>
          <w:b/>
          <w:i w:val="0"/>
          <w:smallCaps w:val="0"/>
          <w:strike w:val="0"/>
          <w:color w:val="000000"/>
          <w:sz w:val="22"/>
          <w:u w:val="single"/>
        </w:rPr>
        <w:t>capital flight</w:t>
      </w:r>
      <w:r>
        <w:rPr>
          <w:b w:val="0"/>
          <w:i w:val="0"/>
          <w:smallCaps w:val="0"/>
          <w:strike w:val="0"/>
          <w:color w:val="000000"/>
          <w:sz w:val="16"/>
          <w:u w:val="none"/>
        </w:rPr>
        <w:t xml:space="preserve"> </w:t>
      </w:r>
      <w:r>
        <w:rPr>
          <w:b w:val="0"/>
          <w:i w:val="0"/>
          <w:smallCaps w:val="0"/>
          <w:strike w:val="0"/>
          <w:color w:val="000000"/>
          <w:sz w:val="22"/>
          <w:u w:val="single"/>
        </w:rPr>
        <w:t>from the U</w:t>
      </w:r>
      <w:r>
        <w:rPr>
          <w:b w:val="0"/>
          <w:i w:val="0"/>
          <w:smallCaps w:val="0"/>
          <w:strike w:val="0"/>
          <w:color w:val="000000"/>
          <w:sz w:val="16"/>
          <w:u w:val="none"/>
        </w:rPr>
        <w:t xml:space="preserve">nited </w:t>
      </w:r>
      <w:r>
        <w:rPr>
          <w:b w:val="0"/>
          <w:i w:val="0"/>
          <w:smallCaps w:val="0"/>
          <w:strike w:val="0"/>
          <w:color w:val="000000"/>
          <w:sz w:val="22"/>
          <w:u w:val="single"/>
        </w:rPr>
        <w:t>S</w:t>
      </w:r>
      <w:r>
        <w:rPr>
          <w:b w:val="0"/>
          <w:i w:val="0"/>
          <w:smallCaps w:val="0"/>
          <w:strike w:val="0"/>
          <w:color w:val="000000"/>
          <w:sz w:val="16"/>
          <w:u w:val="none"/>
        </w:rPr>
        <w:t xml:space="preserve">tates. </w:t>
      </w:r>
      <w:r>
        <w:rPr>
          <w:b w:val="0"/>
          <w:i w:val="0"/>
          <w:smallCaps w:val="0"/>
          <w:strike w:val="0"/>
          <w:color w:val="000000"/>
          <w:sz w:val="22"/>
          <w:u w:val="single"/>
        </w:rPr>
        <w:t xml:space="preserve">The United States </w:t>
      </w:r>
      <w:r>
        <w:rPr>
          <w:b w:val="0"/>
          <w:i w:val="0"/>
          <w:smallCaps w:val="0"/>
          <w:strike w:val="0"/>
          <w:color w:val="000000"/>
          <w:sz w:val="22"/>
          <w:u w:val="single"/>
        </w:rPr>
        <w:t>could have an</w:t>
      </w:r>
      <w:r>
        <w:rPr>
          <w:b w:val="0"/>
          <w:i w:val="0"/>
          <w:smallCaps w:val="0"/>
          <w:strike w:val="0"/>
          <w:color w:val="000000"/>
          <w:sz w:val="16"/>
          <w:u w:val="none"/>
        </w:rPr>
        <w:t xml:space="preserve"> </w:t>
      </w:r>
      <w:r>
        <w:rPr>
          <w:b/>
          <w:i w:val="0"/>
          <w:smallCaps w:val="0"/>
          <w:strike w:val="0"/>
          <w:color w:val="000000"/>
          <w:sz w:val="22"/>
          <w:u w:val="single"/>
        </w:rPr>
        <w:t>economic crisis</w:t>
      </w:r>
      <w:r>
        <w:rPr>
          <w:b w:val="0"/>
          <w:i w:val="0"/>
          <w:smallCaps w:val="0"/>
          <w:strike w:val="0"/>
          <w:color w:val="000000"/>
          <w:sz w:val="16"/>
          <w:u w:val="none"/>
        </w:rPr>
        <w:t xml:space="preserve"> </w:t>
      </w:r>
      <w:r>
        <w:rPr>
          <w:b w:val="0"/>
          <w:i w:val="0"/>
          <w:smallCaps w:val="0"/>
          <w:strike w:val="0"/>
          <w:color w:val="000000"/>
          <w:sz w:val="22"/>
          <w:u w:val="single"/>
        </w:rPr>
        <w:t>similar to</w:t>
      </w:r>
      <w:r>
        <w:rPr>
          <w:b w:val="0"/>
          <w:i w:val="0"/>
          <w:smallCaps w:val="0"/>
          <w:strike w:val="0"/>
          <w:color w:val="000000"/>
          <w:sz w:val="22"/>
          <w:u w:val="single"/>
        </w:rPr>
        <w:t xml:space="preserve"> that suffered by various </w:t>
      </w:r>
      <w:r>
        <w:rPr>
          <w:b/>
          <w:i w:val="0"/>
          <w:smallCaps w:val="0"/>
          <w:strike w:val="0"/>
          <w:color w:val="000000"/>
          <w:sz w:val="22"/>
          <w:u w:val="single"/>
        </w:rPr>
        <w:t>emerging</w:t>
      </w:r>
      <w:r>
        <w:rPr>
          <w:b/>
          <w:i w:val="0"/>
          <w:smallCaps w:val="0"/>
          <w:strike w:val="0"/>
          <w:color w:val="000000"/>
          <w:sz w:val="22"/>
          <w:u w:val="single"/>
        </w:rPr>
        <w:t xml:space="preserve"> market </w:t>
      </w:r>
      <w:r>
        <w:rPr>
          <w:b/>
          <w:i w:val="0"/>
          <w:smallCaps w:val="0"/>
          <w:strike w:val="0"/>
          <w:color w:val="000000"/>
          <w:sz w:val="22"/>
          <w:u w:val="single"/>
        </w:rPr>
        <w:t>economies</w:t>
      </w:r>
      <w:r>
        <w:rPr>
          <w:b w:val="0"/>
          <w:i w:val="0"/>
          <w:smallCaps w:val="0"/>
          <w:strike w:val="0"/>
          <w:color w:val="000000"/>
          <w:sz w:val="16"/>
          <w:u w:val="none"/>
        </w:rPr>
        <w:t xml:space="preserve"> </w:t>
      </w:r>
      <w:r>
        <w:rPr>
          <w:b w:val="0"/>
          <w:i w:val="0"/>
          <w:smallCaps w:val="0"/>
          <w:strike w:val="0"/>
          <w:color w:val="000000"/>
          <w:sz w:val="22"/>
          <w:u w:val="single"/>
        </w:rPr>
        <w:t>during the last 15 years</w:t>
      </w:r>
      <w:r>
        <w:rPr>
          <w:b w:val="0"/>
          <w:i w:val="0"/>
          <w:smallCaps w:val="0"/>
          <w:strike w:val="0"/>
          <w:color w:val="000000"/>
          <w:sz w:val="16"/>
          <w:u w:val="none"/>
        </w:rPr>
        <w:t xml:space="preserve">, such as Thailand and Indonesia in the late 1990s, </w:t>
      </w:r>
      <w:r>
        <w:rPr>
          <w:b w:val="0"/>
          <w:i w:val="0"/>
          <w:smallCaps w:val="0"/>
          <w:strike w:val="0"/>
          <w:color w:val="000000"/>
          <w:sz w:val="22"/>
          <w:u w:val="single"/>
        </w:rPr>
        <w:t xml:space="preserve">which could pull the </w:t>
      </w:r>
      <w:r>
        <w:rPr>
          <w:b/>
          <w:i w:val="0"/>
          <w:smallCaps w:val="0"/>
          <w:strike w:val="0"/>
          <w:color w:val="000000"/>
          <w:sz w:val="22"/>
          <w:u w:val="single"/>
        </w:rPr>
        <w:t xml:space="preserve">entire </w:t>
      </w:r>
      <w:r>
        <w:rPr>
          <w:b/>
          <w:i w:val="0"/>
          <w:smallCaps w:val="0"/>
          <w:strike w:val="0"/>
          <w:color w:val="000000"/>
          <w:sz w:val="22"/>
          <w:u w:val="single"/>
        </w:rPr>
        <w:t>world economy down</w:t>
      </w:r>
      <w:r>
        <w:rPr>
          <w:b w:val="0"/>
          <w:i w:val="0"/>
          <w:smallCaps w:val="0"/>
          <w:strike w:val="0"/>
          <w:color w:val="000000"/>
          <w:sz w:val="22"/>
          <w:u w:val="single"/>
        </w:rPr>
        <w:t xml:space="preserve"> with it.</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