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Gene editing averts </w:t>
      </w:r>
      <w:r>
        <w:rPr>
          <w:b/>
          <w:i w:val="0"/>
          <w:smallCaps w:val="0"/>
          <w:strike w:val="0"/>
          <w:sz w:val="26"/>
          <w:u w:val="single"/>
        </w:rPr>
        <w:t>extinction</w:t>
      </w:r>
      <w:r>
        <w:rPr>
          <w:b/>
          <w:i w:val="0"/>
          <w:smallCaps w:val="0"/>
          <w:strike w:val="0"/>
          <w:sz w:val="26"/>
          <w:u w:val="none"/>
        </w:rPr>
        <w:t xml:space="preserve"> from </w:t>
      </w:r>
      <w:r>
        <w:rPr>
          <w:b/>
          <w:i w:val="0"/>
          <w:smallCaps w:val="0"/>
          <w:strike w:val="0"/>
          <w:sz w:val="26"/>
          <w:u w:val="single"/>
        </w:rPr>
        <w:t>numerous stressors</w:t>
      </w:r>
      <w:r>
        <w:rPr>
          <w:b/>
          <w:i w:val="0"/>
          <w:smallCaps w:val="0"/>
          <w:strike w:val="0"/>
          <w:sz w:val="26"/>
          <w:u w:val="none"/>
        </w:rPr>
        <w:t xml:space="preserve"> on global agriculture.</w:t>
      </w:r>
    </w:p>
    <w:p>
      <w:pPr>
        <w:spacing w:after="80"/>
      </w:pPr>
      <w:r>
        <w:rPr>
          <w:b w:val="0"/>
          <w:i w:val="0"/>
          <w:smallCaps w:val="0"/>
          <w:strike w:val="0"/>
          <w:u w:val="none"/>
        </w:rPr>
        <w:t xml:space="preserve">Dr. Allen </w:t>
      </w:r>
      <w:r>
        <w:rPr>
          <w:b/>
          <w:i w:val="0"/>
          <w:smallCaps w:val="0"/>
          <w:strike w:val="0"/>
          <w:sz w:val="26"/>
          <w:u w:val="none"/>
        </w:rPr>
        <w:t xml:space="preserve">Van </w:t>
      </w:r>
      <w:r>
        <w:rPr>
          <w:b/>
          <w:i w:val="0"/>
          <w:smallCaps w:val="0"/>
          <w:strike w:val="0"/>
          <w:sz w:val="26"/>
          <w:u w:val="none"/>
        </w:rPr>
        <w:t>Deynze</w:t>
      </w:r>
      <w:r>
        <w:rPr>
          <w:b/>
          <w:i w:val="0"/>
          <w:smallCaps w:val="0"/>
          <w:strike w:val="0"/>
          <w:sz w:val="26"/>
          <w:u w:val="none"/>
        </w:rPr>
        <w:t xml:space="preserve"> 1/25</w:t>
      </w:r>
      <w:r>
        <w:rPr>
          <w:b w:val="0"/>
          <w:i w:val="0"/>
          <w:smallCaps w:val="0"/>
          <w:strike w:val="0"/>
          <w:u w:val="none"/>
        </w:rPr>
        <w:t>/22, the Director of the Seed Biotechnology Center and Associate Director of the Plant Breeding Center at University of California, Davis, holds a PhD in Plant Breeding from the University of Guelph, “Gene Editing: A 21st Century Tool to Combat Climate Change”, https://www.realclearpolicy.com/articles/2022/01/25/gene_editing_a_21st_century_tool_to_combat_climate_change_813480.html</w:t>
      </w:r>
    </w:p>
    <w:p>
      <w:pPr>
        <w:spacing w:after="60"/>
      </w:pPr>
      <w:r>
        <w:rPr>
          <w:b w:val="0"/>
          <w:i w:val="0"/>
          <w:smallCaps w:val="0"/>
          <w:strike w:val="0"/>
          <w:sz w:val="16"/>
          <w:u w:val="none"/>
        </w:rPr>
        <w:t xml:space="preserve">In the 21st century, </w:t>
      </w:r>
      <w:r>
        <w:rPr>
          <w:b/>
          <w:i w:val="0"/>
          <w:smallCaps w:val="0"/>
          <w:strike w:val="0"/>
          <w:sz w:val="24"/>
          <w:u w:val="single"/>
        </w:rPr>
        <w:t>agriculture</w:t>
      </w:r>
      <w:r>
        <w:rPr>
          <w:b w:val="0"/>
          <w:i w:val="0"/>
          <w:smallCaps w:val="0"/>
          <w:strike w:val="0"/>
          <w:sz w:val="16"/>
          <w:u w:val="none"/>
        </w:rPr>
        <w:t xml:space="preserve"> </w:t>
      </w:r>
      <w:r>
        <w:rPr>
          <w:b w:val="0"/>
          <w:i w:val="0"/>
          <w:smallCaps w:val="0"/>
          <w:strike w:val="0"/>
          <w:sz w:val="22"/>
          <w:u w:val="single"/>
        </w:rPr>
        <w:t xml:space="preserve">is more </w:t>
      </w:r>
      <w:r>
        <w:rPr>
          <w:b/>
          <w:i w:val="0"/>
          <w:smallCaps w:val="0"/>
          <w:strike w:val="0"/>
          <w:sz w:val="24"/>
          <w:u w:val="single"/>
        </w:rPr>
        <w:t>technologically sophisticated than ever</w:t>
      </w:r>
      <w:r>
        <w:rPr>
          <w:b w:val="0"/>
          <w:i w:val="0"/>
          <w:smallCaps w:val="0"/>
          <w:strike w:val="0"/>
          <w:sz w:val="16"/>
          <w:u w:val="none"/>
        </w:rPr>
        <w:t xml:space="preserve">. And yet, </w:t>
      </w:r>
      <w:r>
        <w:rPr>
          <w:b w:val="0"/>
          <w:i w:val="0"/>
          <w:smallCaps w:val="0"/>
          <w:strike w:val="0"/>
          <w:sz w:val="22"/>
          <w:u w:val="single"/>
        </w:rPr>
        <w:t>the core challenge for the world's farmers is the same as it has always been</w:t>
      </w:r>
      <w:r>
        <w:rPr>
          <w:b w:val="0"/>
          <w:i w:val="0"/>
          <w:smallCaps w:val="0"/>
          <w:strike w:val="0"/>
          <w:sz w:val="16"/>
          <w:u w:val="none"/>
        </w:rPr>
        <w:t xml:space="preserve">: </w:t>
      </w:r>
      <w:r>
        <w:rPr>
          <w:b w:val="0"/>
          <w:i w:val="0"/>
          <w:smallCaps w:val="0"/>
          <w:strike w:val="0"/>
          <w:sz w:val="22"/>
          <w:u w:val="single"/>
        </w:rPr>
        <w:t>How to maximize the quality and quantity of our food supply while minimizing waste and environmental damage.</w:t>
      </w:r>
    </w:p>
    <w:p>
      <w:pPr>
        <w:spacing w:after="60"/>
      </w:pPr>
      <w:r>
        <w:rPr>
          <w:b w:val="0"/>
          <w:i w:val="0"/>
          <w:smallCaps w:val="0"/>
          <w:strike w:val="0"/>
          <w:sz w:val="22"/>
          <w:u w:val="single"/>
        </w:rPr>
        <w:t xml:space="preserve">In a world </w:t>
      </w:r>
      <w:r>
        <w:rPr>
          <w:b/>
          <w:i w:val="0"/>
          <w:smallCaps w:val="0"/>
          <w:strike w:val="0"/>
          <w:sz w:val="24"/>
          <w:u w:val="single"/>
        </w:rPr>
        <w:t>teeming with people</w:t>
      </w:r>
      <w:r>
        <w:rPr>
          <w:b w:val="0"/>
          <w:i w:val="0"/>
          <w:smallCaps w:val="0"/>
          <w:strike w:val="0"/>
          <w:sz w:val="16"/>
          <w:u w:val="none"/>
        </w:rPr>
        <w:t xml:space="preserve">, </w:t>
      </w:r>
      <w:r>
        <w:rPr>
          <w:b w:val="0"/>
          <w:i w:val="0"/>
          <w:smallCaps w:val="0"/>
          <w:strike w:val="0"/>
          <w:sz w:val="22"/>
          <w:u w:val="single"/>
        </w:rPr>
        <w:t>the</w:t>
      </w:r>
      <w:r>
        <w:rPr>
          <w:b w:val="0"/>
          <w:i w:val="0"/>
          <w:smallCaps w:val="0"/>
          <w:strike w:val="0"/>
          <w:sz w:val="16"/>
          <w:u w:val="none"/>
        </w:rPr>
        <w:t xml:space="preserve"> </w:t>
      </w:r>
      <w:r>
        <w:rPr>
          <w:b/>
          <w:i w:val="0"/>
          <w:smallCaps w:val="0"/>
          <w:strike w:val="0"/>
          <w:sz w:val="24"/>
          <w:u w:val="single"/>
        </w:rPr>
        <w:t>tradeoffs</w:t>
      </w:r>
      <w:r>
        <w:rPr>
          <w:b w:val="0"/>
          <w:i w:val="0"/>
          <w:smallCaps w:val="0"/>
          <w:strike w:val="0"/>
          <w:sz w:val="16"/>
          <w:u w:val="none"/>
        </w:rPr>
        <w:t xml:space="preserve"> </w:t>
      </w:r>
      <w:r>
        <w:rPr>
          <w:b w:val="0"/>
          <w:i w:val="0"/>
          <w:smallCaps w:val="0"/>
          <w:strike w:val="0"/>
          <w:sz w:val="22"/>
          <w:u w:val="single"/>
        </w:rPr>
        <w:t>of many so-called "successes"</w:t>
      </w:r>
      <w:r>
        <w:rPr>
          <w:b w:val="0"/>
          <w:i w:val="0"/>
          <w:smallCaps w:val="0"/>
          <w:strike w:val="0"/>
          <w:sz w:val="16"/>
          <w:u w:val="none"/>
        </w:rPr>
        <w:t xml:space="preserve"> </w:t>
      </w:r>
      <w:r>
        <w:rPr>
          <w:b w:val="0"/>
          <w:i w:val="0"/>
          <w:smallCaps w:val="0"/>
          <w:strike w:val="0"/>
          <w:sz w:val="22"/>
          <w:u w:val="single"/>
        </w:rPr>
        <w:t xml:space="preserve">in eradicating hunger are </w:t>
      </w:r>
      <w:r>
        <w:rPr>
          <w:b/>
          <w:i w:val="0"/>
          <w:smallCaps w:val="0"/>
          <w:strike w:val="0"/>
          <w:sz w:val="24"/>
          <w:u w:val="single"/>
        </w:rPr>
        <w:t>distressingly apparent.</w:t>
      </w:r>
    </w:p>
    <w:p>
      <w:pPr>
        <w:spacing w:after="60"/>
      </w:pPr>
      <w:r>
        <w:rPr>
          <w:b w:val="0"/>
          <w:i w:val="0"/>
          <w:smallCaps w:val="0"/>
          <w:strike w:val="0"/>
          <w:sz w:val="22"/>
          <w:u w:val="single"/>
        </w:rPr>
        <w:t xml:space="preserve">Producing food for a population of </w:t>
      </w:r>
      <w:r>
        <w:rPr>
          <w:b w:val="0"/>
          <w:i w:val="0"/>
          <w:smallCaps w:val="0"/>
          <w:strike w:val="0"/>
          <w:sz w:val="16"/>
          <w:u w:val="none"/>
        </w:rPr>
        <w:t xml:space="preserve">nearly </w:t>
      </w:r>
      <w:r>
        <w:rPr>
          <w:b w:val="0"/>
          <w:i w:val="0"/>
          <w:smallCaps w:val="0"/>
          <w:strike w:val="0"/>
          <w:sz w:val="22"/>
          <w:u w:val="single"/>
        </w:rPr>
        <w:t xml:space="preserve">eight billion takes an </w:t>
      </w:r>
      <w:r>
        <w:rPr>
          <w:b/>
          <w:i w:val="0"/>
          <w:smallCaps w:val="0"/>
          <w:strike w:val="0"/>
          <w:sz w:val="24"/>
          <w:u w:val="single"/>
        </w:rPr>
        <w:t>enormous toll</w:t>
      </w:r>
      <w:r>
        <w:rPr>
          <w:b w:val="0"/>
          <w:i w:val="0"/>
          <w:smallCaps w:val="0"/>
          <w:strike w:val="0"/>
          <w:sz w:val="16"/>
          <w:u w:val="none"/>
        </w:rPr>
        <w:t xml:space="preserve"> </w:t>
      </w:r>
      <w:r>
        <w:rPr>
          <w:b w:val="0"/>
          <w:i w:val="0"/>
          <w:smallCaps w:val="0"/>
          <w:strike w:val="0"/>
          <w:sz w:val="22"/>
          <w:u w:val="single"/>
        </w:rPr>
        <w:t xml:space="preserve">on the world's </w:t>
      </w:r>
      <w:r>
        <w:rPr>
          <w:b/>
          <w:i w:val="0"/>
          <w:smallCaps w:val="0"/>
          <w:strike w:val="0"/>
          <w:sz w:val="24"/>
          <w:u w:val="single"/>
        </w:rPr>
        <w:t>fresh water supply.</w:t>
      </w:r>
      <w:r>
        <w:rPr>
          <w:b w:val="0"/>
          <w:i w:val="0"/>
          <w:smallCaps w:val="0"/>
          <w:strike w:val="0"/>
          <w:sz w:val="16"/>
          <w:u w:val="none"/>
        </w:rPr>
        <w:t xml:space="preserve"> And </w:t>
      </w:r>
      <w:r>
        <w:rPr>
          <w:b w:val="0"/>
          <w:i w:val="0"/>
          <w:smallCaps w:val="0"/>
          <w:strike w:val="0"/>
          <w:sz w:val="22"/>
          <w:u w:val="single"/>
        </w:rPr>
        <w:t>because hundreds of millions around the world still face water vulnerability</w:t>
      </w:r>
      <w:r>
        <w:rPr>
          <w:b w:val="0"/>
          <w:i w:val="0"/>
          <w:smallCaps w:val="0"/>
          <w:strike w:val="0"/>
          <w:sz w:val="16"/>
          <w:u w:val="none"/>
        </w:rPr>
        <w:t xml:space="preserve">, </w:t>
      </w:r>
      <w:r>
        <w:rPr>
          <w:b w:val="0"/>
          <w:i w:val="0"/>
          <w:smallCaps w:val="0"/>
          <w:strike w:val="0"/>
          <w:sz w:val="22"/>
          <w:u w:val="single"/>
        </w:rPr>
        <w:t xml:space="preserve">nations feel forced to secure more of it from </w:t>
      </w:r>
      <w:r>
        <w:rPr>
          <w:b/>
          <w:i w:val="0"/>
          <w:smallCaps w:val="0"/>
          <w:strike w:val="0"/>
          <w:sz w:val="24"/>
          <w:u w:val="single"/>
        </w:rPr>
        <w:t>rainforests</w:t>
      </w:r>
      <w:r>
        <w:rPr>
          <w:b w:val="0"/>
          <w:i w:val="0"/>
          <w:smallCaps w:val="0"/>
          <w:strike w:val="0"/>
          <w:sz w:val="16"/>
          <w:u w:val="none"/>
        </w:rPr>
        <w:t xml:space="preserve">, </w:t>
      </w:r>
      <w:r>
        <w:rPr>
          <w:b/>
          <w:i w:val="0"/>
          <w:smallCaps w:val="0"/>
          <w:strike w:val="0"/>
          <w:sz w:val="24"/>
          <w:u w:val="single"/>
        </w:rPr>
        <w:t>wetlands</w:t>
      </w:r>
      <w:r>
        <w:rPr>
          <w:b w:val="0"/>
          <w:i w:val="0"/>
          <w:smallCaps w:val="0"/>
          <w:strike w:val="0"/>
          <w:sz w:val="16"/>
          <w:u w:val="none"/>
        </w:rPr>
        <w:t xml:space="preserve">, </w:t>
      </w:r>
      <w:r>
        <w:rPr>
          <w:b/>
          <w:i w:val="0"/>
          <w:smallCaps w:val="0"/>
          <w:strike w:val="0"/>
          <w:sz w:val="24"/>
          <w:u w:val="single"/>
        </w:rPr>
        <w:t>grasslands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4"/>
          <w:u w:val="single"/>
        </w:rPr>
        <w:t>marshlands</w:t>
      </w:r>
      <w:r>
        <w:rPr>
          <w:b w:val="0"/>
          <w:i w:val="0"/>
          <w:smallCaps w:val="0"/>
          <w:strike w:val="0"/>
          <w:sz w:val="16"/>
          <w:u w:val="none"/>
        </w:rPr>
        <w:t xml:space="preserve">. </w:t>
      </w:r>
    </w:p>
    <w:p>
      <w:pPr>
        <w:spacing w:after="60"/>
      </w:pPr>
      <w:r>
        <w:rPr>
          <w:b w:val="0"/>
          <w:i w:val="0"/>
          <w:smallCaps w:val="0"/>
          <w:strike w:val="0"/>
          <w:sz w:val="22"/>
          <w:u w:val="single"/>
        </w:rPr>
        <w:t>But</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highlight w:val="cyan"/>
          <w:u w:val="single"/>
        </w:rPr>
        <w:t xml:space="preserve">biodiversity within </w:t>
      </w:r>
      <w:r>
        <w:rPr>
          <w:b/>
          <w:i w:val="0"/>
          <w:smallCaps w:val="0"/>
          <w:strike w:val="0"/>
          <w:sz w:val="24"/>
          <w:u w:val="single"/>
        </w:rPr>
        <w:t>those</w:t>
      </w:r>
      <w:r>
        <w:rPr>
          <w:b w:val="0"/>
          <w:i w:val="0"/>
          <w:smallCaps w:val="0"/>
          <w:strike w:val="0"/>
          <w:sz w:val="22"/>
          <w:u w:val="single"/>
        </w:rPr>
        <w:t xml:space="preserve"> recedingly pristine </w:t>
      </w:r>
      <w:r>
        <w:rPr>
          <w:b/>
          <w:i w:val="0"/>
          <w:smallCaps w:val="0"/>
          <w:strike w:val="0"/>
          <w:sz w:val="24"/>
          <w:highlight w:val="cyan"/>
          <w:u w:val="single"/>
        </w:rPr>
        <w:t>ecosystems</w:t>
      </w:r>
      <w:r>
        <w:rPr>
          <w:b w:val="0"/>
          <w:i w:val="0"/>
          <w:smallCaps w:val="0"/>
          <w:strike w:val="0"/>
          <w:sz w:val="16"/>
          <w:u w:val="none"/>
        </w:rPr>
        <w:t xml:space="preserve"> — </w:t>
      </w:r>
      <w:r>
        <w:rPr>
          <w:b w:val="0"/>
          <w:i w:val="0"/>
          <w:smallCaps w:val="0"/>
          <w:strike w:val="0"/>
          <w:sz w:val="22"/>
          <w:u w:val="single"/>
        </w:rPr>
        <w:t xml:space="preserve">and the benefits </w:t>
      </w:r>
      <w:r>
        <w:rPr>
          <w:b/>
          <w:i w:val="0"/>
          <w:smallCaps w:val="0"/>
          <w:strike w:val="0"/>
          <w:sz w:val="24"/>
          <w:u w:val="single"/>
        </w:rPr>
        <w:t>biodiversity</w:t>
      </w:r>
      <w:r>
        <w:rPr>
          <w:b w:val="0"/>
          <w:i w:val="0"/>
          <w:smallCaps w:val="0"/>
          <w:strike w:val="0"/>
          <w:sz w:val="22"/>
          <w:u w:val="single"/>
        </w:rPr>
        <w:t xml:space="preserve"> yields to the </w:t>
      </w:r>
      <w:r>
        <w:rPr>
          <w:b/>
          <w:i w:val="0"/>
          <w:smallCaps w:val="0"/>
          <w:strike w:val="0"/>
          <w:sz w:val="24"/>
          <w:u w:val="single"/>
        </w:rPr>
        <w:t>world</w:t>
      </w:r>
      <w:r>
        <w:rPr>
          <w:b w:val="0"/>
          <w:i w:val="0"/>
          <w:smallCaps w:val="0"/>
          <w:strike w:val="0"/>
          <w:sz w:val="16"/>
          <w:u w:val="none"/>
        </w:rPr>
        <w:t xml:space="preserve"> — </w:t>
      </w:r>
      <w:r>
        <w:rPr>
          <w:b w:val="0"/>
          <w:i w:val="0"/>
          <w:smallCaps w:val="0"/>
          <w:strike w:val="0"/>
          <w:sz w:val="22"/>
          <w:u w:val="single"/>
        </w:rPr>
        <w:t>are</w:t>
      </w:r>
      <w:r>
        <w:rPr>
          <w:b w:val="0"/>
          <w:i w:val="0"/>
          <w:smallCaps w:val="0"/>
          <w:strike w:val="0"/>
          <w:sz w:val="16"/>
          <w:u w:val="none"/>
        </w:rPr>
        <w:t xml:space="preserve"> </w:t>
      </w:r>
      <w:r>
        <w:rPr>
          <w:b/>
          <w:i w:val="0"/>
          <w:smallCaps w:val="0"/>
          <w:strike w:val="0"/>
          <w:sz w:val="24"/>
          <w:highlight w:val="cyan"/>
          <w:u w:val="single"/>
        </w:rPr>
        <w:t>essential preconditions</w:t>
      </w:r>
      <w:r>
        <w:rPr>
          <w:b w:val="0"/>
          <w:i w:val="0"/>
          <w:smallCaps w:val="0"/>
          <w:strike w:val="0"/>
          <w:sz w:val="16"/>
          <w:highlight w:val="cyan"/>
          <w:u w:val="none"/>
        </w:rPr>
        <w:t xml:space="preserve"> </w:t>
      </w:r>
      <w:r>
        <w:rPr>
          <w:b w:val="0"/>
          <w:i w:val="0"/>
          <w:smallCaps w:val="0"/>
          <w:strike w:val="0"/>
          <w:sz w:val="22"/>
          <w:highlight w:val="cyan"/>
          <w:u w:val="single"/>
        </w:rPr>
        <w:t xml:space="preserve">for </w:t>
      </w:r>
      <w:r>
        <w:rPr>
          <w:b w:val="0"/>
          <w:i w:val="0"/>
          <w:smallCaps w:val="0"/>
          <w:strike w:val="0"/>
          <w:sz w:val="22"/>
          <w:u w:val="single"/>
        </w:rPr>
        <w:t xml:space="preserve">the </w:t>
      </w:r>
      <w:r>
        <w:rPr>
          <w:b/>
          <w:i w:val="0"/>
          <w:smallCaps w:val="0"/>
          <w:strike w:val="0"/>
          <w:sz w:val="24"/>
          <w:highlight w:val="cyan"/>
          <w:u w:val="single"/>
        </w:rPr>
        <w:t xml:space="preserve">survival </w:t>
      </w:r>
      <w:r>
        <w:rPr>
          <w:b/>
          <w:i w:val="0"/>
          <w:smallCaps w:val="0"/>
          <w:strike w:val="0"/>
          <w:sz w:val="24"/>
          <w:u w:val="single"/>
        </w:rPr>
        <w:t>of human life</w:t>
      </w:r>
      <w:r>
        <w:rPr>
          <w:b w:val="0"/>
          <w:i w:val="0"/>
          <w:smallCaps w:val="0"/>
          <w:strike w:val="0"/>
          <w:sz w:val="16"/>
          <w:u w:val="none"/>
        </w:rPr>
        <w:t xml:space="preserve">. So is </w:t>
      </w:r>
      <w:r>
        <w:rPr>
          <w:b w:val="0"/>
          <w:i w:val="0"/>
          <w:smallCaps w:val="0"/>
          <w:strike w:val="0"/>
          <w:sz w:val="22"/>
          <w:u w:val="single"/>
        </w:rPr>
        <w:t>the world</w:t>
      </w:r>
      <w:r>
        <w:rPr>
          <w:b w:val="0"/>
          <w:i w:val="0"/>
          <w:smallCaps w:val="0"/>
          <w:strike w:val="0"/>
          <w:sz w:val="16"/>
          <w:u w:val="none"/>
        </w:rPr>
        <w:t xml:space="preserve">, in a manner of speaking, </w:t>
      </w:r>
      <w:r>
        <w:rPr>
          <w:b w:val="0"/>
          <w:i w:val="0"/>
          <w:smallCaps w:val="0"/>
          <w:strike w:val="0"/>
          <w:sz w:val="22"/>
          <w:u w:val="single"/>
        </w:rPr>
        <w:t>"</w:t>
      </w:r>
      <w:r>
        <w:rPr>
          <w:b/>
          <w:i w:val="0"/>
          <w:smallCaps w:val="0"/>
          <w:strike w:val="0"/>
          <w:sz w:val="24"/>
          <w:u w:val="single"/>
        </w:rPr>
        <w:t>eating</w:t>
      </w:r>
      <w:r>
        <w:rPr>
          <w:b w:val="0"/>
          <w:i w:val="0"/>
          <w:smallCaps w:val="0"/>
          <w:strike w:val="0"/>
          <w:sz w:val="22"/>
          <w:u w:val="single"/>
        </w:rPr>
        <w:t xml:space="preserve">" its way to </w:t>
      </w:r>
      <w:r>
        <w:rPr>
          <w:b/>
          <w:i w:val="0"/>
          <w:smallCaps w:val="0"/>
          <w:strike w:val="0"/>
          <w:sz w:val="24"/>
          <w:u w:val="single"/>
        </w:rPr>
        <w:t>extinction</w:t>
      </w:r>
      <w:r>
        <w:rPr>
          <w:b w:val="0"/>
          <w:i w:val="0"/>
          <w:smallCaps w:val="0"/>
          <w:strike w:val="0"/>
          <w:sz w:val="12"/>
          <w:u w:val="none"/>
        </w:rPr>
        <w:t>?</w:t>
      </w:r>
    </w:p>
    <w:p>
      <w:pPr>
        <w:spacing w:after="60"/>
      </w:pPr>
      <w:r>
        <w:rPr>
          <w:b/>
          <w:i w:val="0"/>
          <w:smallCaps w:val="0"/>
          <w:strike w:val="0"/>
          <w:sz w:val="24"/>
          <w:highlight w:val="cyan"/>
          <w:u w:val="single"/>
        </w:rPr>
        <w:t>Enter gene editing.</w:t>
      </w:r>
    </w:p>
    <w:p>
      <w:pPr>
        <w:spacing w:after="60"/>
      </w:pPr>
      <w:r>
        <w:rPr>
          <w:b w:val="0"/>
          <w:i w:val="0"/>
          <w:smallCaps w:val="0"/>
          <w:strike w:val="0"/>
          <w:sz w:val="16"/>
          <w:u w:val="none"/>
        </w:rPr>
        <w:t xml:space="preserve">Gene editing is </w:t>
      </w:r>
      <w:r>
        <w:rPr>
          <w:b w:val="0"/>
          <w:i w:val="0"/>
          <w:smallCaps w:val="0"/>
          <w:strike w:val="0"/>
          <w:sz w:val="22"/>
          <w:u w:val="single"/>
        </w:rPr>
        <w:t xml:space="preserve">a form of </w:t>
      </w:r>
      <w:r>
        <w:rPr>
          <w:b/>
          <w:i w:val="0"/>
          <w:smallCaps w:val="0"/>
          <w:strike w:val="0"/>
          <w:sz w:val="24"/>
          <w:u w:val="single"/>
        </w:rPr>
        <w:t>plant breeding</w:t>
      </w:r>
      <w:r>
        <w:rPr>
          <w:b w:val="0"/>
          <w:i w:val="0"/>
          <w:smallCaps w:val="0"/>
          <w:strike w:val="0"/>
          <w:sz w:val="22"/>
          <w:u w:val="single"/>
        </w:rPr>
        <w:t xml:space="preserve"> that enables scientists to improve crops the way nature itself does, but in less time and with greater precision. Gene-editing </w:t>
      </w:r>
      <w:r>
        <w:rPr>
          <w:b w:val="0"/>
          <w:i w:val="0"/>
          <w:smallCaps w:val="0"/>
          <w:strike w:val="0"/>
          <w:sz w:val="22"/>
          <w:highlight w:val="cyan"/>
          <w:u w:val="single"/>
        </w:rPr>
        <w:t>can</w:t>
      </w:r>
      <w:r>
        <w:rPr>
          <w:b w:val="0"/>
          <w:i w:val="0"/>
          <w:smallCaps w:val="0"/>
          <w:strike w:val="0"/>
          <w:sz w:val="22"/>
          <w:u w:val="single"/>
        </w:rPr>
        <w:t xml:space="preserve"> </w:t>
      </w:r>
      <w:r>
        <w:rPr>
          <w:b w:val="0"/>
          <w:i w:val="0"/>
          <w:smallCaps w:val="0"/>
          <w:strike w:val="0"/>
          <w:sz w:val="22"/>
          <w:highlight w:val="cyan"/>
          <w:u w:val="single"/>
        </w:rPr>
        <w:t>work within each crop</w:t>
      </w:r>
      <w:r>
        <w:rPr>
          <w:b w:val="0"/>
          <w:i w:val="0"/>
          <w:smallCaps w:val="0"/>
          <w:strike w:val="0"/>
          <w:sz w:val="22"/>
          <w:u w:val="single"/>
        </w:rPr>
        <w:t xml:space="preserve">'s discrete genetic design </w:t>
      </w:r>
      <w:r>
        <w:rPr>
          <w:b w:val="0"/>
          <w:i w:val="0"/>
          <w:smallCaps w:val="0"/>
          <w:strike w:val="0"/>
          <w:sz w:val="22"/>
          <w:highlight w:val="cyan"/>
          <w:u w:val="single"/>
        </w:rPr>
        <w:t xml:space="preserve">to reveal the </w:t>
      </w:r>
      <w:r>
        <w:rPr>
          <w:b/>
          <w:i w:val="0"/>
          <w:smallCaps w:val="0"/>
          <w:strike w:val="0"/>
          <w:sz w:val="24"/>
          <w:highlight w:val="cyan"/>
          <w:u w:val="single"/>
        </w:rPr>
        <w:t>most sustainable version</w:t>
      </w:r>
      <w:r>
        <w:rPr>
          <w:b w:val="0"/>
          <w:i w:val="0"/>
          <w:smallCaps w:val="0"/>
          <w:strike w:val="0"/>
          <w:sz w:val="22"/>
          <w:u w:val="single"/>
        </w:rPr>
        <w:t xml:space="preserve"> of itself.</w:t>
      </w:r>
    </w:p>
    <w:p>
      <w:pPr>
        <w:spacing w:after="60"/>
      </w:pPr>
      <w:r>
        <w:rPr>
          <w:b w:val="0"/>
          <w:i w:val="0"/>
          <w:smallCaps w:val="0"/>
          <w:strike w:val="0"/>
          <w:sz w:val="22"/>
          <w:u w:val="single"/>
        </w:rPr>
        <w:t>Using gene-editing techniques</w:t>
      </w:r>
      <w:r>
        <w:rPr>
          <w:b w:val="0"/>
          <w:i w:val="0"/>
          <w:smallCaps w:val="0"/>
          <w:strike w:val="0"/>
          <w:sz w:val="16"/>
          <w:u w:val="none"/>
        </w:rPr>
        <w:t xml:space="preserve">, like CRISPR — which stands for "clustered regularly interspaced short palindromic repeats" </w:t>
      </w:r>
      <w:r>
        <w:rPr>
          <w:b w:val="0"/>
          <w:i w:val="0"/>
          <w:smallCaps w:val="0"/>
          <w:strike w:val="0"/>
          <w:sz w:val="22"/>
          <w:u w:val="single"/>
        </w:rPr>
        <w:t>within DNA</w:t>
      </w:r>
      <w:r>
        <w:rPr>
          <w:b w:val="0"/>
          <w:i w:val="0"/>
          <w:smallCaps w:val="0"/>
          <w:strike w:val="0"/>
          <w:sz w:val="16"/>
          <w:u w:val="none"/>
        </w:rPr>
        <w:t xml:space="preserve"> — </w:t>
      </w:r>
      <w:r>
        <w:rPr>
          <w:b w:val="0"/>
          <w:i w:val="0"/>
          <w:smallCaps w:val="0"/>
          <w:strike w:val="0"/>
          <w:sz w:val="22"/>
          <w:u w:val="single"/>
        </w:rPr>
        <w:t xml:space="preserve">agricultural </w:t>
      </w:r>
      <w:r>
        <w:rPr>
          <w:b w:val="0"/>
          <w:i w:val="0"/>
          <w:smallCaps w:val="0"/>
          <w:strike w:val="0"/>
          <w:sz w:val="22"/>
          <w:highlight w:val="cyan"/>
          <w:u w:val="single"/>
        </w:rPr>
        <w:t>scientists are tweaking crops to make them</w:t>
      </w:r>
      <w:r>
        <w:rPr>
          <w:b w:val="0"/>
          <w:i w:val="0"/>
          <w:smallCaps w:val="0"/>
          <w:strike w:val="0"/>
          <w:sz w:val="22"/>
          <w:u w:val="single"/>
        </w:rPr>
        <w:t xml:space="preserve"> more </w:t>
      </w:r>
      <w:r>
        <w:rPr>
          <w:b w:val="0"/>
          <w:i w:val="0"/>
          <w:smallCaps w:val="0"/>
          <w:strike w:val="0"/>
          <w:sz w:val="22"/>
          <w:highlight w:val="cyan"/>
          <w:u w:val="single"/>
        </w:rPr>
        <w:t>resistant to</w:t>
      </w:r>
      <w:r>
        <w:rPr>
          <w:b w:val="0"/>
          <w:i w:val="0"/>
          <w:smallCaps w:val="0"/>
          <w:strike w:val="0"/>
          <w:sz w:val="22"/>
          <w:u w:val="single"/>
        </w:rPr>
        <w:t xml:space="preserve"> </w:t>
      </w:r>
      <w:r>
        <w:rPr>
          <w:b/>
          <w:i w:val="0"/>
          <w:smallCaps w:val="0"/>
          <w:strike w:val="0"/>
          <w:sz w:val="24"/>
          <w:highlight w:val="cyan"/>
          <w:u w:val="single"/>
        </w:rPr>
        <w:t>disease</w:t>
      </w:r>
      <w:r>
        <w:rPr>
          <w:b w:val="0"/>
          <w:i w:val="0"/>
          <w:smallCaps w:val="0"/>
          <w:strike w:val="0"/>
          <w:sz w:val="16"/>
          <w:highlight w:val="cyan"/>
          <w:u w:val="none"/>
        </w:rPr>
        <w:t xml:space="preserve">, </w:t>
      </w:r>
      <w:r>
        <w:rPr>
          <w:b/>
          <w:i w:val="0"/>
          <w:smallCaps w:val="0"/>
          <w:strike w:val="0"/>
          <w:sz w:val="24"/>
          <w:highlight w:val="cyan"/>
          <w:u w:val="single"/>
        </w:rPr>
        <w:t>spoilage</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16"/>
          <w:u w:val="none"/>
        </w:rPr>
        <w:t xml:space="preserve"> even </w:t>
      </w:r>
      <w:r>
        <w:rPr>
          <w:b/>
          <w:i w:val="0"/>
          <w:smallCaps w:val="0"/>
          <w:strike w:val="0"/>
          <w:sz w:val="24"/>
          <w:highlight w:val="cyan"/>
          <w:u w:val="single"/>
        </w:rPr>
        <w:t>climate</w:t>
      </w:r>
      <w:r>
        <w:rPr>
          <w:b/>
          <w:i w:val="0"/>
          <w:smallCaps w:val="0"/>
          <w:strike w:val="0"/>
          <w:sz w:val="24"/>
          <w:u w:val="single"/>
        </w:rPr>
        <w:t xml:space="preserve"> change.</w:t>
      </w:r>
    </w:p>
    <w:p>
      <w:pPr>
        <w:spacing w:after="60"/>
      </w:pPr>
      <w:r>
        <w:rPr>
          <w:b w:val="0"/>
          <w:i w:val="0"/>
          <w:smallCaps w:val="0"/>
          <w:strike w:val="0"/>
          <w:sz w:val="16"/>
          <w:u w:val="none"/>
        </w:rPr>
        <w:t>A potato company in Idaho, for instance, uses gene-editing technology to create spuds that don't bruise easily. A pathologist at Penn State is tweaking the genes of white button mushrooms to make them less prone to discoloration. In Australia, scientists use CRISPR to make the world's most popular banana more resilient against a fungal disease that destroys harvests from the Middle East to the Philippines.</w:t>
      </w:r>
    </w:p>
    <w:p>
      <w:pPr>
        <w:spacing w:after="60"/>
      </w:pPr>
      <w:r>
        <w:rPr>
          <w:b w:val="0"/>
          <w:i w:val="0"/>
          <w:smallCaps w:val="0"/>
          <w:strike w:val="0"/>
          <w:sz w:val="22"/>
          <w:u w:val="single"/>
        </w:rPr>
        <w:t xml:space="preserve">The promise of </w:t>
      </w:r>
      <w:r>
        <w:rPr>
          <w:b w:val="0"/>
          <w:i w:val="0"/>
          <w:smallCaps w:val="0"/>
          <w:strike w:val="0"/>
          <w:sz w:val="22"/>
          <w:highlight w:val="cyan"/>
          <w:u w:val="single"/>
        </w:rPr>
        <w:t>gene-edited crops</w:t>
      </w:r>
      <w:r>
        <w:rPr>
          <w:b w:val="0"/>
          <w:i w:val="0"/>
          <w:smallCaps w:val="0"/>
          <w:strike w:val="0"/>
          <w:sz w:val="22"/>
          <w:u w:val="single"/>
        </w:rPr>
        <w:t xml:space="preserve"> is</w:t>
      </w:r>
      <w:r>
        <w:rPr>
          <w:b w:val="0"/>
          <w:i w:val="0"/>
          <w:smallCaps w:val="0"/>
          <w:strike w:val="0"/>
          <w:sz w:val="16"/>
          <w:u w:val="none"/>
        </w:rPr>
        <w:t xml:space="preserve"> not just prettier or hardier produce, but </w:t>
      </w:r>
      <w:r>
        <w:rPr>
          <w:b/>
          <w:i w:val="0"/>
          <w:smallCaps w:val="0"/>
          <w:strike w:val="0"/>
          <w:sz w:val="24"/>
          <w:highlight w:val="cyan"/>
          <w:u w:val="single"/>
        </w:rPr>
        <w:t>reduce</w:t>
      </w:r>
      <w:r>
        <w:rPr>
          <w:b/>
          <w:i w:val="0"/>
          <w:smallCaps w:val="0"/>
          <w:strike w:val="0"/>
          <w:sz w:val="24"/>
          <w:u w:val="single"/>
        </w:rPr>
        <w:t>d waste</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4"/>
          <w:u w:val="single"/>
        </w:rPr>
        <w:t xml:space="preserve">crucially, reduced </w:t>
      </w:r>
      <w:r>
        <w:rPr>
          <w:b/>
          <w:i w:val="0"/>
          <w:smallCaps w:val="0"/>
          <w:strike w:val="0"/>
          <w:sz w:val="24"/>
          <w:highlight w:val="cyan"/>
          <w:u w:val="single"/>
        </w:rPr>
        <w:t>land and water use</w:t>
      </w:r>
      <w:r>
        <w:rPr>
          <w:b w:val="0"/>
          <w:i w:val="0"/>
          <w:smallCaps w:val="0"/>
          <w:strike w:val="0"/>
          <w:sz w:val="16"/>
          <w:u w:val="none"/>
        </w:rPr>
        <w:t xml:space="preserve">: in other words, </w:t>
      </w:r>
      <w:r>
        <w:rPr>
          <w:b w:val="0"/>
          <w:i w:val="0"/>
          <w:smallCaps w:val="0"/>
          <w:strike w:val="0"/>
          <w:sz w:val="22"/>
          <w:u w:val="single"/>
        </w:rPr>
        <w:t xml:space="preserve">a smaller </w:t>
      </w:r>
      <w:r>
        <w:rPr>
          <w:b/>
          <w:i w:val="0"/>
          <w:smallCaps w:val="0"/>
          <w:strike w:val="0"/>
          <w:sz w:val="24"/>
          <w:u w:val="single"/>
        </w:rPr>
        <w:t>environmental footprint</w:t>
      </w:r>
      <w:r>
        <w:rPr>
          <w:b w:val="0"/>
          <w:i w:val="0"/>
          <w:smallCaps w:val="0"/>
          <w:strike w:val="0"/>
          <w:sz w:val="22"/>
          <w:u w:val="single"/>
        </w:rPr>
        <w:t xml:space="preserve"> for agriculture</w:t>
      </w:r>
      <w:r>
        <w:rPr>
          <w:b w:val="0"/>
          <w:i w:val="0"/>
          <w:smallCaps w:val="0"/>
          <w:strike w:val="0"/>
          <w:sz w:val="16"/>
          <w:u w:val="none"/>
        </w:rPr>
        <w:t xml:space="preserve"> the world over. It recognizes that in the 21st century, environmental sustainability is part of any serious discussions about improving agricultural productivity and efficiency.</w:t>
      </w:r>
    </w:p>
    <w:p>
      <w:pPr>
        <w:spacing w:after="60"/>
      </w:pPr>
      <w:r>
        <w:rPr>
          <w:b w:val="0"/>
          <w:i w:val="0"/>
          <w:smallCaps w:val="0"/>
          <w:strike w:val="0"/>
          <w:sz w:val="22"/>
          <w:u w:val="single"/>
        </w:rPr>
        <w:t xml:space="preserve">Productivity and </w:t>
      </w:r>
      <w:r>
        <w:rPr>
          <w:b w:val="0"/>
          <w:i w:val="0"/>
          <w:smallCaps w:val="0"/>
          <w:strike w:val="0"/>
          <w:sz w:val="22"/>
          <w:highlight w:val="cyan"/>
          <w:u w:val="single"/>
        </w:rPr>
        <w:t>efficiency improvements will</w:t>
      </w:r>
      <w:r>
        <w:rPr>
          <w:b w:val="0"/>
          <w:i w:val="0"/>
          <w:smallCaps w:val="0"/>
          <w:strike w:val="0"/>
          <w:sz w:val="16"/>
          <w:u w:val="none"/>
        </w:rPr>
        <w:t xml:space="preserve">, ultimately, </w:t>
      </w:r>
      <w:r>
        <w:rPr>
          <w:b w:val="0"/>
          <w:i w:val="0"/>
          <w:smallCaps w:val="0"/>
          <w:strike w:val="0"/>
          <w:sz w:val="22"/>
          <w:highlight w:val="cyan"/>
          <w:u w:val="single"/>
        </w:rPr>
        <w:t xml:space="preserve">act in the </w:t>
      </w:r>
      <w:r>
        <w:rPr>
          <w:b/>
          <w:i w:val="0"/>
          <w:smallCaps w:val="0"/>
          <w:strike w:val="0"/>
          <w:sz w:val="24"/>
          <w:highlight w:val="cyan"/>
          <w:u w:val="single"/>
        </w:rPr>
        <w:t>service</w:t>
      </w:r>
      <w:r>
        <w:rPr>
          <w:b w:val="0"/>
          <w:i w:val="0"/>
          <w:smallCaps w:val="0"/>
          <w:strike w:val="0"/>
          <w:sz w:val="22"/>
          <w:highlight w:val="cyan"/>
          <w:u w:val="single"/>
        </w:rPr>
        <w:t xml:space="preserve"> of</w:t>
      </w:r>
      <w:r>
        <w:rPr>
          <w:b w:val="0"/>
          <w:i w:val="0"/>
          <w:smallCaps w:val="0"/>
          <w:strike w:val="0"/>
          <w:sz w:val="22"/>
          <w:u w:val="single"/>
        </w:rPr>
        <w:t xml:space="preserve"> the </w:t>
      </w:r>
      <w:r>
        <w:rPr>
          <w:b/>
          <w:i w:val="0"/>
          <w:smallCaps w:val="0"/>
          <w:strike w:val="0"/>
          <w:sz w:val="24"/>
          <w:u w:val="single"/>
        </w:rPr>
        <w:t xml:space="preserve">world's </w:t>
      </w:r>
      <w:r>
        <w:rPr>
          <w:b/>
          <w:i w:val="0"/>
          <w:smallCaps w:val="0"/>
          <w:strike w:val="0"/>
          <w:sz w:val="24"/>
          <w:highlight w:val="cyan"/>
          <w:u w:val="single"/>
        </w:rPr>
        <w:t>biodiversity.</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u w:val="single"/>
        </w:rPr>
        <w:t>myriad</w:t>
      </w:r>
      <w:r>
        <w:rPr>
          <w:b w:val="0"/>
          <w:i w:val="0"/>
          <w:smallCaps w:val="0"/>
          <w:strike w:val="0"/>
          <w:sz w:val="22"/>
          <w:u w:val="single"/>
        </w:rPr>
        <w:t xml:space="preserve"> of species of </w:t>
      </w:r>
      <w:r>
        <w:rPr>
          <w:b/>
          <w:i w:val="0"/>
          <w:smallCaps w:val="0"/>
          <w:strike w:val="0"/>
          <w:sz w:val="24"/>
          <w:u w:val="single"/>
        </w:rPr>
        <w:t>flora</w:t>
      </w:r>
      <w:r>
        <w:rPr>
          <w:b w:val="0"/>
          <w:i w:val="0"/>
          <w:smallCaps w:val="0"/>
          <w:strike w:val="0"/>
          <w:sz w:val="22"/>
          <w:u w:val="single"/>
        </w:rPr>
        <w:t xml:space="preserve"> and </w:t>
      </w:r>
      <w:r>
        <w:rPr>
          <w:b/>
          <w:i w:val="0"/>
          <w:smallCaps w:val="0"/>
          <w:strike w:val="0"/>
          <w:sz w:val="24"/>
          <w:u w:val="single"/>
        </w:rPr>
        <w:t>fauna</w:t>
      </w:r>
      <w:r>
        <w:rPr>
          <w:b w:val="0"/>
          <w:i w:val="0"/>
          <w:smallCaps w:val="0"/>
          <w:strike w:val="0"/>
          <w:sz w:val="16"/>
          <w:u w:val="none"/>
        </w:rPr>
        <w:t xml:space="preserve"> — </w:t>
      </w:r>
      <w:r>
        <w:rPr>
          <w:b w:val="0"/>
          <w:i w:val="0"/>
          <w:smallCaps w:val="0"/>
          <w:strike w:val="0"/>
          <w:sz w:val="22"/>
          <w:u w:val="single"/>
        </w:rPr>
        <w:t xml:space="preserve">especially in dense ecosystems like the </w:t>
      </w:r>
      <w:r>
        <w:rPr>
          <w:b/>
          <w:i w:val="0"/>
          <w:smallCaps w:val="0"/>
          <w:strike w:val="0"/>
          <w:sz w:val="24"/>
          <w:u w:val="single"/>
        </w:rPr>
        <w:t>Amazon rainforest</w:t>
      </w:r>
      <w:r>
        <w:rPr>
          <w:b w:val="0"/>
          <w:i w:val="0"/>
          <w:smallCaps w:val="0"/>
          <w:strike w:val="0"/>
          <w:sz w:val="16"/>
          <w:u w:val="none"/>
        </w:rPr>
        <w:t xml:space="preserve"> — </w:t>
      </w:r>
      <w:r>
        <w:rPr>
          <w:b w:val="0"/>
          <w:i w:val="0"/>
          <w:smallCaps w:val="0"/>
          <w:strike w:val="0"/>
          <w:sz w:val="22"/>
          <w:u w:val="single"/>
        </w:rPr>
        <w:t xml:space="preserve">positively contributes to the </w:t>
      </w:r>
      <w:r>
        <w:rPr>
          <w:b/>
          <w:i w:val="0"/>
          <w:smallCaps w:val="0"/>
          <w:strike w:val="0"/>
          <w:sz w:val="24"/>
          <w:u w:val="single"/>
        </w:rPr>
        <w:t>global</w:t>
      </w:r>
      <w:r>
        <w:rPr>
          <w:b w:val="0"/>
          <w:i w:val="0"/>
          <w:smallCaps w:val="0"/>
          <w:strike w:val="0"/>
          <w:sz w:val="16"/>
          <w:u w:val="none"/>
        </w:rPr>
        <w:t xml:space="preserve"> society’s quality of </w:t>
      </w:r>
      <w:r>
        <w:rPr>
          <w:b/>
          <w:i w:val="0"/>
          <w:smallCaps w:val="0"/>
          <w:strike w:val="0"/>
          <w:sz w:val="24"/>
          <w:u w:val="single"/>
        </w:rPr>
        <w:t>life</w:t>
      </w:r>
      <w:r>
        <w:rPr>
          <w:b w:val="0"/>
          <w:i w:val="0"/>
          <w:smallCaps w:val="0"/>
          <w:strike w:val="0"/>
          <w:sz w:val="16"/>
          <w:u w:val="none"/>
        </w:rPr>
        <w:t xml:space="preserve">. </w:t>
      </w:r>
      <w:r>
        <w:rPr>
          <w:b w:val="0"/>
          <w:i w:val="0"/>
          <w:smallCaps w:val="0"/>
          <w:strike w:val="0"/>
          <w:sz w:val="22"/>
          <w:u w:val="single"/>
        </w:rPr>
        <w:t>Everyone knows the balance of species</w:t>
      </w:r>
      <w:r>
        <w:rPr>
          <w:b w:val="0"/>
          <w:i w:val="0"/>
          <w:smallCaps w:val="0"/>
          <w:strike w:val="0"/>
          <w:sz w:val="16"/>
          <w:u w:val="none"/>
        </w:rPr>
        <w:t xml:space="preserve">, </w:t>
      </w:r>
      <w:r>
        <w:rPr>
          <w:b w:val="0"/>
          <w:i w:val="0"/>
          <w:smallCaps w:val="0"/>
          <w:strike w:val="0"/>
          <w:sz w:val="22"/>
          <w:u w:val="single"/>
        </w:rPr>
        <w:t>from</w:t>
      </w:r>
      <w:r>
        <w:rPr>
          <w:b w:val="0"/>
          <w:i w:val="0"/>
          <w:smallCaps w:val="0"/>
          <w:strike w:val="0"/>
          <w:sz w:val="16"/>
          <w:u w:val="none"/>
        </w:rPr>
        <w:t xml:space="preserve"> </w:t>
      </w:r>
      <w:r>
        <w:rPr>
          <w:b/>
          <w:i w:val="0"/>
          <w:smallCaps w:val="0"/>
          <w:strike w:val="0"/>
          <w:sz w:val="24"/>
          <w:u w:val="single"/>
        </w:rPr>
        <w:t>great trees</w:t>
      </w:r>
      <w:r>
        <w:rPr>
          <w:b w:val="0"/>
          <w:i w:val="0"/>
          <w:smallCaps w:val="0"/>
          <w:strike w:val="0"/>
          <w:sz w:val="16"/>
          <w:u w:val="none"/>
        </w:rPr>
        <w:t xml:space="preserve"> </w:t>
      </w:r>
      <w:r>
        <w:rPr>
          <w:b w:val="0"/>
          <w:i w:val="0"/>
          <w:smallCaps w:val="0"/>
          <w:strike w:val="0"/>
          <w:sz w:val="22"/>
          <w:u w:val="single"/>
        </w:rPr>
        <w:t>to</w:t>
      </w:r>
      <w:r>
        <w:rPr>
          <w:b w:val="0"/>
          <w:i w:val="0"/>
          <w:smallCaps w:val="0"/>
          <w:strike w:val="0"/>
          <w:sz w:val="16"/>
          <w:u w:val="none"/>
        </w:rPr>
        <w:t xml:space="preserve"> </w:t>
      </w:r>
      <w:r>
        <w:rPr>
          <w:b/>
          <w:i w:val="0"/>
          <w:smallCaps w:val="0"/>
          <w:strike w:val="0"/>
          <w:sz w:val="24"/>
          <w:u w:val="single"/>
        </w:rPr>
        <w:t>microorganisms</w:t>
      </w:r>
      <w:r>
        <w:rPr>
          <w:b w:val="0"/>
          <w:i w:val="0"/>
          <w:smallCaps w:val="0"/>
          <w:strike w:val="0"/>
          <w:sz w:val="16"/>
          <w:u w:val="none"/>
        </w:rPr>
        <w:t xml:space="preserve">, </w:t>
      </w:r>
      <w:r>
        <w:rPr>
          <w:b w:val="0"/>
          <w:i w:val="0"/>
          <w:smallCaps w:val="0"/>
          <w:strike w:val="0"/>
          <w:sz w:val="22"/>
          <w:u w:val="single"/>
        </w:rPr>
        <w:t xml:space="preserve">provides </w:t>
      </w:r>
      <w:r>
        <w:rPr>
          <w:b/>
          <w:i w:val="0"/>
          <w:smallCaps w:val="0"/>
          <w:strike w:val="0"/>
          <w:sz w:val="24"/>
          <w:u w:val="single"/>
        </w:rPr>
        <w:t>ecological ballast</w:t>
      </w:r>
      <w:r>
        <w:rPr>
          <w:b w:val="0"/>
          <w:i w:val="0"/>
          <w:smallCaps w:val="0"/>
          <w:strike w:val="0"/>
          <w:sz w:val="22"/>
          <w:u w:val="single"/>
        </w:rPr>
        <w:t xml:space="preserve"> to the </w:t>
      </w:r>
      <w:r>
        <w:rPr>
          <w:b/>
          <w:i w:val="0"/>
          <w:smallCaps w:val="0"/>
          <w:strike w:val="0"/>
          <w:sz w:val="24"/>
          <w:u w:val="single"/>
        </w:rPr>
        <w:t>whole planet</w:t>
      </w:r>
      <w:r>
        <w:rPr>
          <w:b w:val="0"/>
          <w:i w:val="0"/>
          <w:smallCaps w:val="0"/>
          <w:strike w:val="0"/>
          <w:sz w:val="16"/>
          <w:u w:val="none"/>
        </w:rPr>
        <w:t xml:space="preserve"> — </w:t>
      </w:r>
      <w:r>
        <w:rPr>
          <w:b w:val="0"/>
          <w:i w:val="0"/>
          <w:smallCaps w:val="0"/>
          <w:strike w:val="0"/>
          <w:sz w:val="22"/>
          <w:u w:val="single"/>
        </w:rPr>
        <w:t>fertilizing the soil, processing carbon, checking diseases.</w:t>
      </w:r>
    </w:p>
    <w:p>
      <w:pPr>
        <w:spacing w:after="60"/>
      </w:pPr>
      <w:r>
        <w:rPr>
          <w:b w:val="0"/>
          <w:i w:val="0"/>
          <w:smallCaps w:val="0"/>
          <w:strike w:val="0"/>
          <w:sz w:val="16"/>
          <w:u w:val="none"/>
        </w:rPr>
        <w:t xml:space="preserve">But not everyone knows that </w:t>
      </w:r>
      <w:r>
        <w:rPr>
          <w:b w:val="0"/>
          <w:i w:val="0"/>
          <w:smallCaps w:val="0"/>
          <w:strike w:val="0"/>
          <w:sz w:val="22"/>
          <w:u w:val="single"/>
        </w:rPr>
        <w:t xml:space="preserve">rich ecosystems like coral reefs and rainforests are </w:t>
      </w:r>
      <w:r>
        <w:rPr>
          <w:b/>
          <w:i w:val="0"/>
          <w:smallCaps w:val="0"/>
          <w:strike w:val="0"/>
          <w:sz w:val="24"/>
          <w:u w:val="single"/>
        </w:rPr>
        <w:t>invaluable deposits</w:t>
      </w:r>
      <w:r>
        <w:rPr>
          <w:b w:val="0"/>
          <w:i w:val="0"/>
          <w:smallCaps w:val="0"/>
          <w:strike w:val="0"/>
          <w:sz w:val="22"/>
          <w:u w:val="single"/>
        </w:rPr>
        <w:t xml:space="preserve"> of species and chemical compounds medical researchers use to develop treatments for incurable </w:t>
      </w:r>
      <w:r>
        <w:rPr>
          <w:b/>
          <w:i w:val="0"/>
          <w:smallCaps w:val="0"/>
          <w:strike w:val="0"/>
          <w:sz w:val="24"/>
          <w:u w:val="single"/>
        </w:rPr>
        <w:t>diseases</w:t>
      </w:r>
      <w:r>
        <w:rPr>
          <w:b w:val="0"/>
          <w:i w:val="0"/>
          <w:smallCaps w:val="0"/>
          <w:strike w:val="0"/>
          <w:sz w:val="22"/>
          <w:u w:val="single"/>
        </w:rPr>
        <w:t xml:space="preserve"> like cancer and Alzheimer's</w:t>
      </w:r>
      <w:r>
        <w:rPr>
          <w:b w:val="0"/>
          <w:i w:val="0"/>
          <w:smallCaps w:val="0"/>
          <w:strike w:val="0"/>
          <w:sz w:val="16"/>
          <w:u w:val="none"/>
        </w:rPr>
        <w:t xml:space="preserve">. Seven thousand medicines already come from plants — and the pace of innovation will only accelerate. </w:t>
      </w:r>
      <w:r>
        <w:rPr>
          <w:b w:val="0"/>
          <w:i w:val="0"/>
          <w:smallCaps w:val="0"/>
          <w:strike w:val="0"/>
          <w:sz w:val="22"/>
          <w:u w:val="single"/>
        </w:rPr>
        <w:t>With every acre of protected biodiversity, we protect potential cures and medical innovations.</w:t>
      </w:r>
    </w:p>
    <w:p>
      <w:pPr>
        <w:spacing w:after="60"/>
      </w:pPr>
      <w:r>
        <w:rPr>
          <w:b w:val="0"/>
          <w:i w:val="0"/>
          <w:smallCaps w:val="0"/>
          <w:strike w:val="0"/>
          <w:sz w:val="22"/>
          <w:u w:val="single"/>
        </w:rPr>
        <w:t xml:space="preserve">Nature-positive food systems are </w:t>
      </w:r>
      <w:r>
        <w:rPr>
          <w:b/>
          <w:i w:val="0"/>
          <w:smallCaps w:val="0"/>
          <w:strike w:val="0"/>
          <w:sz w:val="24"/>
          <w:u w:val="single"/>
        </w:rPr>
        <w:t>an urgent need</w:t>
      </w:r>
      <w:r>
        <w:rPr>
          <w:b w:val="0"/>
          <w:i w:val="0"/>
          <w:smallCaps w:val="0"/>
          <w:strike w:val="0"/>
          <w:sz w:val="16"/>
          <w:u w:val="none"/>
        </w:rPr>
        <w:t>, based on safeguarding the environment and biodiversity. These would be characterized by a "regenerative, non-depleting and non-destructive use of natural resources," to quote a research paper from the 2021 United Nations Food Systems Summit.</w:t>
      </w:r>
    </w:p>
    <w:p>
      <w:pPr>
        <w:spacing w:after="60"/>
      </w:pPr>
      <w:r>
        <w:rPr>
          <w:b w:val="0"/>
          <w:i w:val="0"/>
          <w:smallCaps w:val="0"/>
          <w:strike w:val="0"/>
          <w:sz w:val="16"/>
          <w:u w:val="none"/>
        </w:rPr>
        <w:t xml:space="preserve">Technologies like </w:t>
      </w:r>
      <w:r>
        <w:rPr>
          <w:b/>
          <w:i w:val="0"/>
          <w:smallCaps w:val="0"/>
          <w:strike w:val="0"/>
          <w:sz w:val="24"/>
          <w:highlight w:val="cyan"/>
          <w:u w:val="single"/>
        </w:rPr>
        <w:t>gene-editing</w:t>
      </w:r>
      <w:r>
        <w:rPr>
          <w:b w:val="0"/>
          <w:i w:val="0"/>
          <w:smallCaps w:val="0"/>
          <w:strike w:val="0"/>
          <w:sz w:val="16"/>
          <w:highlight w:val="cyan"/>
          <w:u w:val="none"/>
        </w:rPr>
        <w:t xml:space="preserve"> </w:t>
      </w:r>
      <w:r>
        <w:rPr>
          <w:b w:val="0"/>
          <w:i w:val="0"/>
          <w:smallCaps w:val="0"/>
          <w:strike w:val="0"/>
          <w:sz w:val="22"/>
          <w:highlight w:val="cyan"/>
          <w:u w:val="single"/>
        </w:rPr>
        <w:t>can make</w:t>
      </w:r>
      <w:r>
        <w:rPr>
          <w:b w:val="0"/>
          <w:i w:val="0"/>
          <w:smallCaps w:val="0"/>
          <w:strike w:val="0"/>
          <w:sz w:val="22"/>
          <w:u w:val="single"/>
        </w:rPr>
        <w:t xml:space="preserve"> agriculture more productive while responsive to local and global ecosystems</w:t>
      </w:r>
      <w:r>
        <w:rPr>
          <w:b w:val="0"/>
          <w:i w:val="0"/>
          <w:smallCaps w:val="0"/>
          <w:strike w:val="0"/>
          <w:sz w:val="16"/>
          <w:u w:val="none"/>
        </w:rPr>
        <w:t xml:space="preserve">. </w:t>
      </w:r>
      <w:r>
        <w:rPr>
          <w:b w:val="0"/>
          <w:i w:val="0"/>
          <w:smallCaps w:val="0"/>
          <w:strike w:val="0"/>
          <w:sz w:val="22"/>
          <w:u w:val="single"/>
        </w:rPr>
        <w:t xml:space="preserve">It is an </w:t>
      </w:r>
      <w:r>
        <w:rPr>
          <w:b/>
          <w:i w:val="0"/>
          <w:smallCaps w:val="0"/>
          <w:strike w:val="0"/>
          <w:sz w:val="24"/>
          <w:u w:val="single"/>
        </w:rPr>
        <w:t>essential plant breeding tool</w:t>
      </w:r>
      <w:r>
        <w:rPr>
          <w:b w:val="0"/>
          <w:i w:val="0"/>
          <w:smallCaps w:val="0"/>
          <w:strike w:val="0"/>
          <w:sz w:val="16"/>
          <w:u w:val="none"/>
        </w:rPr>
        <w:t xml:space="preserve"> </w:t>
      </w:r>
      <w:r>
        <w:rPr>
          <w:b w:val="0"/>
          <w:i w:val="0"/>
          <w:smallCaps w:val="0"/>
          <w:strike w:val="0"/>
          <w:sz w:val="22"/>
          <w:u w:val="single"/>
        </w:rPr>
        <w:t>for</w:t>
      </w:r>
      <w:r>
        <w:rPr>
          <w:b w:val="0"/>
          <w:i w:val="0"/>
          <w:smallCaps w:val="0"/>
          <w:strike w:val="0"/>
          <w:sz w:val="16"/>
          <w:u w:val="none"/>
        </w:rPr>
        <w:t xml:space="preserve"> </w:t>
      </w:r>
      <w:r>
        <w:rPr>
          <w:b w:val="0"/>
          <w:i w:val="0"/>
          <w:smallCaps w:val="0"/>
          <w:strike w:val="0"/>
          <w:sz w:val="22"/>
          <w:u w:val="single"/>
        </w:rPr>
        <w:t>developing</w:t>
      </w:r>
      <w:r>
        <w:rPr>
          <w:b w:val="0"/>
          <w:i w:val="0"/>
          <w:smallCaps w:val="0"/>
          <w:strike w:val="0"/>
          <w:sz w:val="16"/>
          <w:u w:val="none"/>
        </w:rPr>
        <w:t xml:space="preserve"> the next generation of </w:t>
      </w:r>
      <w:r>
        <w:rPr>
          <w:b/>
          <w:i w:val="0"/>
          <w:smallCaps w:val="0"/>
          <w:strike w:val="0"/>
          <w:sz w:val="24"/>
          <w:highlight w:val="cyan"/>
          <w:u w:val="single"/>
        </w:rPr>
        <w:t>climate-resilient</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16"/>
          <w:highlight w:val="cyan"/>
          <w:u w:val="none"/>
        </w:rPr>
        <w:t xml:space="preserve"> </w:t>
      </w:r>
      <w:r>
        <w:rPr>
          <w:b/>
          <w:i w:val="0"/>
          <w:smallCaps w:val="0"/>
          <w:strike w:val="0"/>
          <w:sz w:val="24"/>
          <w:highlight w:val="cyan"/>
          <w:u w:val="single"/>
        </w:rPr>
        <w:t>environmentally friendly crops</w:t>
      </w:r>
      <w:r>
        <w:rPr>
          <w:b w:val="0"/>
          <w:i w:val="0"/>
          <w:smallCaps w:val="0"/>
          <w:strike w:val="0"/>
          <w:sz w:val="16"/>
          <w:u w:val="none"/>
        </w:rPr>
        <w:t xml:space="preserve"> </w:t>
      </w:r>
      <w:r>
        <w:rPr>
          <w:b w:val="0"/>
          <w:i w:val="0"/>
          <w:smallCaps w:val="0"/>
          <w:strike w:val="0"/>
          <w:sz w:val="22"/>
          <w:u w:val="single"/>
        </w:rPr>
        <w:t xml:space="preserve">to secure a </w:t>
      </w:r>
      <w:r>
        <w:rPr>
          <w:b/>
          <w:i w:val="0"/>
          <w:smallCaps w:val="0"/>
          <w:strike w:val="0"/>
          <w:sz w:val="24"/>
          <w:u w:val="single"/>
        </w:rPr>
        <w:t>nutritional food system</w:t>
      </w:r>
      <w:r>
        <w:rPr>
          <w:b w:val="0"/>
          <w:i w:val="0"/>
          <w:smallCaps w:val="0"/>
          <w:strike w:val="0"/>
          <w:sz w:val="16"/>
          <w:u w:val="none"/>
        </w:rPr>
        <w:t>. Foremostly, it is a tool that democratizes plant breeding and food production. Its efficiency makes it available to public scientists, non-profits, small and large companies and developing nations.</w:t>
      </w:r>
    </w:p>
    <w:p>
      <w:pPr>
        <w:spacing w:after="60"/>
      </w:pPr>
      <w:r>
        <w:rPr>
          <w:b w:val="0"/>
          <w:i w:val="0"/>
          <w:smallCaps w:val="0"/>
          <w:strike w:val="0"/>
          <w:sz w:val="16"/>
          <w:u w:val="none"/>
        </w:rPr>
        <w:t xml:space="preserve">Using CRISPR and related methods, </w:t>
      </w:r>
      <w:r>
        <w:rPr>
          <w:b w:val="0"/>
          <w:i w:val="0"/>
          <w:smallCaps w:val="0"/>
          <w:strike w:val="0"/>
          <w:sz w:val="22"/>
          <w:u w:val="single"/>
        </w:rPr>
        <w:t xml:space="preserve">scientists can make crops or animal species </w:t>
      </w:r>
      <w:r>
        <w:rPr>
          <w:b/>
          <w:i w:val="0"/>
          <w:smallCaps w:val="0"/>
          <w:strike w:val="0"/>
          <w:sz w:val="24"/>
          <w:u w:val="single"/>
        </w:rPr>
        <w:t>healthier</w:t>
      </w:r>
      <w:r>
        <w:rPr>
          <w:b w:val="0"/>
          <w:i w:val="0"/>
          <w:smallCaps w:val="0"/>
          <w:strike w:val="0"/>
          <w:sz w:val="22"/>
          <w:u w:val="single"/>
        </w:rPr>
        <w:t xml:space="preserve"> and </w:t>
      </w:r>
      <w:r>
        <w:rPr>
          <w:b/>
          <w:i w:val="0"/>
          <w:smallCaps w:val="0"/>
          <w:strike w:val="0"/>
          <w:sz w:val="24"/>
          <w:u w:val="single"/>
        </w:rPr>
        <w:t>safer</w:t>
      </w:r>
      <w:r>
        <w:rPr>
          <w:b w:val="0"/>
          <w:i w:val="0"/>
          <w:smallCaps w:val="0"/>
          <w:strike w:val="0"/>
          <w:sz w:val="16"/>
          <w:u w:val="none"/>
        </w:rPr>
        <w:t xml:space="preserve">. </w:t>
      </w:r>
      <w:r>
        <w:rPr>
          <w:b w:val="0"/>
          <w:i w:val="0"/>
          <w:smallCaps w:val="0"/>
          <w:strike w:val="0"/>
          <w:sz w:val="22"/>
          <w:u w:val="single"/>
        </w:rPr>
        <w:t>They could bring out coral that's more tolerant of rising ocean temperatures or changing acidity levels</w:t>
      </w:r>
      <w:r>
        <w:rPr>
          <w:b w:val="0"/>
          <w:i w:val="0"/>
          <w:smallCaps w:val="0"/>
          <w:strike w:val="0"/>
          <w:sz w:val="16"/>
          <w:u w:val="none"/>
        </w:rPr>
        <w:t xml:space="preserve">. </w:t>
      </w:r>
      <w:r>
        <w:rPr>
          <w:b w:val="0"/>
          <w:i w:val="0"/>
          <w:smallCaps w:val="0"/>
          <w:strike w:val="0"/>
          <w:sz w:val="22"/>
          <w:u w:val="single"/>
        </w:rPr>
        <w:t>They could rescue</w:t>
      </w:r>
      <w:r>
        <w:rPr>
          <w:b w:val="0"/>
          <w:i w:val="0"/>
          <w:smallCaps w:val="0"/>
          <w:strike w:val="0"/>
          <w:sz w:val="16"/>
          <w:u w:val="none"/>
        </w:rPr>
        <w:t xml:space="preserve"> — </w:t>
      </w:r>
      <w:r>
        <w:rPr>
          <w:b/>
          <w:i w:val="0"/>
          <w:smallCaps w:val="0"/>
          <w:strike w:val="0"/>
          <w:sz w:val="24"/>
          <w:u w:val="single"/>
        </w:rPr>
        <w:t>even revive</w:t>
      </w:r>
      <w:r>
        <w:rPr>
          <w:b w:val="0"/>
          <w:i w:val="0"/>
          <w:smallCaps w:val="0"/>
          <w:strike w:val="0"/>
          <w:sz w:val="16"/>
          <w:u w:val="none"/>
        </w:rPr>
        <w:t xml:space="preserve"> — </w:t>
      </w:r>
      <w:r>
        <w:rPr>
          <w:b w:val="0"/>
          <w:i w:val="0"/>
          <w:smallCaps w:val="0"/>
          <w:strike w:val="0"/>
          <w:sz w:val="22"/>
          <w:u w:val="single"/>
        </w:rPr>
        <w:t xml:space="preserve">species </w:t>
      </w:r>
      <w:r>
        <w:rPr>
          <w:b/>
          <w:i w:val="0"/>
          <w:smallCaps w:val="0"/>
          <w:strike w:val="0"/>
          <w:sz w:val="24"/>
          <w:u w:val="single"/>
        </w:rPr>
        <w:t>lost</w:t>
      </w:r>
      <w:r>
        <w:rPr>
          <w:b w:val="0"/>
          <w:i w:val="0"/>
          <w:smallCaps w:val="0"/>
          <w:strike w:val="0"/>
          <w:sz w:val="22"/>
          <w:u w:val="single"/>
        </w:rPr>
        <w:t xml:space="preserve"> to human development. </w:t>
      </w:r>
    </w:p>
    <w:p>
      <w:pPr>
        <w:spacing w:after="60"/>
      </w:pPr>
      <w:r>
        <w:rPr>
          <w:b w:val="0"/>
          <w:i w:val="0"/>
          <w:smallCaps w:val="0"/>
          <w:strike w:val="0"/>
          <w:sz w:val="22"/>
          <w:highlight w:val="cyan"/>
          <w:u w:val="single"/>
        </w:rPr>
        <w:t>These advances can</w:t>
      </w:r>
      <w:r>
        <w:rPr>
          <w:b w:val="0"/>
          <w:i w:val="0"/>
          <w:smallCaps w:val="0"/>
          <w:strike w:val="0"/>
          <w:sz w:val="22"/>
          <w:u w:val="single"/>
        </w:rPr>
        <w:t xml:space="preserve"> help to alleviate pressure of </w:t>
      </w:r>
      <w:r>
        <w:rPr>
          <w:b/>
          <w:i w:val="0"/>
          <w:smallCaps w:val="0"/>
          <w:strike w:val="0"/>
          <w:sz w:val="24"/>
          <w:highlight w:val="cyan"/>
          <w:u w:val="single"/>
        </w:rPr>
        <w:t>feed</w:t>
      </w:r>
      <w:r>
        <w:rPr>
          <w:b/>
          <w:i w:val="0"/>
          <w:smallCaps w:val="0"/>
          <w:strike w:val="0"/>
          <w:sz w:val="24"/>
          <w:u w:val="single"/>
        </w:rPr>
        <w:t>ing</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4"/>
          <w:u w:val="single"/>
        </w:rPr>
        <w:t xml:space="preserve">growing </w:t>
      </w:r>
      <w:r>
        <w:rPr>
          <w:b/>
          <w:i w:val="0"/>
          <w:smallCaps w:val="0"/>
          <w:strike w:val="0"/>
          <w:sz w:val="24"/>
          <w:highlight w:val="cyan"/>
          <w:u w:val="single"/>
        </w:rPr>
        <w:t>global population</w:t>
      </w:r>
      <w:r>
        <w:rPr>
          <w:b w:val="0"/>
          <w:i w:val="0"/>
          <w:smallCaps w:val="0"/>
          <w:strike w:val="0"/>
          <w:sz w:val="22"/>
          <w:u w:val="single"/>
        </w:rPr>
        <w:t xml:space="preserve"> without further </w:t>
      </w:r>
      <w:r>
        <w:rPr>
          <w:b/>
          <w:i w:val="0"/>
          <w:smallCaps w:val="0"/>
          <w:strike w:val="0"/>
          <w:sz w:val="24"/>
          <w:u w:val="single"/>
        </w:rPr>
        <w:t>degrading natural resources</w:t>
      </w:r>
      <w:r>
        <w:rPr>
          <w:b w:val="0"/>
          <w:i w:val="0"/>
          <w:smallCaps w:val="0"/>
          <w:strike w:val="0"/>
          <w:sz w:val="16"/>
          <w:u w:val="none"/>
        </w:rPr>
        <w:t xml:space="preserve">. </w:t>
      </w:r>
      <w:r>
        <w:rPr>
          <w:b w:val="0"/>
          <w:i w:val="0"/>
          <w:smallCaps w:val="0"/>
          <w:strike w:val="0"/>
          <w:sz w:val="22"/>
          <w:u w:val="single"/>
        </w:rPr>
        <w:t xml:space="preserve">Gene editing could become </w:t>
      </w:r>
      <w:r>
        <w:rPr>
          <w:b w:val="0"/>
          <w:i w:val="0"/>
          <w:smallCaps w:val="0"/>
          <w:strike w:val="0"/>
          <w:sz w:val="22"/>
          <w:highlight w:val="cyan"/>
          <w:u w:val="single"/>
        </w:rPr>
        <w:t xml:space="preserve">a </w:t>
      </w:r>
      <w:r>
        <w:rPr>
          <w:b/>
          <w:i w:val="0"/>
          <w:smallCaps w:val="0"/>
          <w:strike w:val="0"/>
          <w:sz w:val="24"/>
          <w:highlight w:val="cyan"/>
          <w:u w:val="single"/>
        </w:rPr>
        <w:t>key tool</w:t>
      </w:r>
      <w:r>
        <w:rPr>
          <w:b w:val="0"/>
          <w:i w:val="0"/>
          <w:smallCaps w:val="0"/>
          <w:strike w:val="0"/>
          <w:sz w:val="22"/>
          <w:highlight w:val="cyan"/>
          <w:u w:val="single"/>
        </w:rPr>
        <w:t xml:space="preserve"> in</w:t>
      </w:r>
      <w:r>
        <w:rPr>
          <w:b w:val="0"/>
          <w:i w:val="0"/>
          <w:smallCaps w:val="0"/>
          <w:strike w:val="0"/>
          <w:sz w:val="22"/>
          <w:u w:val="single"/>
        </w:rPr>
        <w:t xml:space="preserve"> the </w:t>
      </w:r>
      <w:r>
        <w:rPr>
          <w:b w:val="0"/>
          <w:i w:val="0"/>
          <w:smallCaps w:val="0"/>
          <w:strike w:val="0"/>
          <w:sz w:val="22"/>
          <w:highlight w:val="cyan"/>
          <w:u w:val="single"/>
        </w:rPr>
        <w:t>stewardship of</w:t>
      </w:r>
      <w:r>
        <w:rPr>
          <w:b w:val="0"/>
          <w:i w:val="0"/>
          <w:smallCaps w:val="0"/>
          <w:strike w:val="0"/>
          <w:sz w:val="22"/>
          <w:u w:val="single"/>
        </w:rPr>
        <w:t xml:space="preserve"> our </w:t>
      </w:r>
      <w:r>
        <w:rPr>
          <w:b/>
          <w:i w:val="0"/>
          <w:smallCaps w:val="0"/>
          <w:strike w:val="0"/>
          <w:sz w:val="24"/>
          <w:u w:val="single"/>
        </w:rPr>
        <w:t xml:space="preserve">global </w:t>
      </w:r>
      <w:r>
        <w:rPr>
          <w:b/>
          <w:i w:val="0"/>
          <w:smallCaps w:val="0"/>
          <w:strike w:val="0"/>
          <w:sz w:val="24"/>
          <w:highlight w:val="cyan"/>
          <w:u w:val="single"/>
        </w:rPr>
        <w:t>biod</w:t>
      </w:r>
      <w:r>
        <w:rPr>
          <w:b/>
          <w:i w:val="0"/>
          <w:smallCaps w:val="0"/>
          <w:strike w:val="0"/>
          <w:sz w:val="24"/>
          <w:u w:val="single"/>
        </w:rPr>
        <w:t>iversity.</w:t>
      </w:r>
    </w:p>
    <w:p>
      <w:pPr>
        <w:spacing w:after="60"/>
      </w:pPr>
      <w:r>
        <w:rPr>
          <w:b w:val="0"/>
          <w:i w:val="0"/>
          <w:smallCaps w:val="0"/>
          <w:strike w:val="0"/>
          <w:sz w:val="22"/>
          <w:u w:val="single"/>
        </w:rPr>
        <w:t xml:space="preserve">Gene editing </w:t>
      </w:r>
      <w:r>
        <w:rPr>
          <w:b/>
          <w:i w:val="0"/>
          <w:smallCaps w:val="0"/>
          <w:strike w:val="0"/>
          <w:sz w:val="24"/>
          <w:u w:val="single"/>
        </w:rPr>
        <w:t>aligns</w:t>
      </w:r>
      <w:r>
        <w:rPr>
          <w:b w:val="0"/>
          <w:i w:val="0"/>
          <w:smallCaps w:val="0"/>
          <w:strike w:val="0"/>
          <w:sz w:val="22"/>
          <w:u w:val="single"/>
        </w:rPr>
        <w:t xml:space="preserve"> and </w:t>
      </w:r>
      <w:r>
        <w:rPr>
          <w:b/>
          <w:i w:val="0"/>
          <w:smallCaps w:val="0"/>
          <w:strike w:val="0"/>
          <w:sz w:val="24"/>
          <w:u w:val="single"/>
        </w:rPr>
        <w:t>mutually reinforces</w:t>
      </w:r>
      <w:r>
        <w:rPr>
          <w:b w:val="0"/>
          <w:i w:val="0"/>
          <w:smallCaps w:val="0"/>
          <w:strike w:val="0"/>
          <w:sz w:val="16"/>
          <w:u w:val="none"/>
        </w:rPr>
        <w:t xml:space="preserve"> </w:t>
      </w:r>
      <w:r>
        <w:rPr>
          <w:b w:val="0"/>
          <w:i w:val="0"/>
          <w:smallCaps w:val="0"/>
          <w:strike w:val="0"/>
          <w:sz w:val="22"/>
          <w:u w:val="single"/>
        </w:rPr>
        <w:t>the incentives of the earth and her inhabitants</w:t>
      </w:r>
      <w:r>
        <w:rPr>
          <w:b w:val="0"/>
          <w:i w:val="0"/>
          <w:smallCaps w:val="0"/>
          <w:strike w:val="0"/>
          <w:sz w:val="16"/>
          <w:u w:val="none"/>
        </w:rPr>
        <w:t xml:space="preserve"> — </w:t>
      </w:r>
      <w:r>
        <w:rPr>
          <w:b/>
          <w:i w:val="0"/>
          <w:smallCaps w:val="0"/>
          <w:strike w:val="0"/>
          <w:sz w:val="24"/>
          <w:u w:val="single"/>
        </w:rPr>
        <w:t>more</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4"/>
          <w:u w:val="single"/>
        </w:rPr>
        <w:t>better food</w:t>
      </w:r>
      <w:r>
        <w:rPr>
          <w:b w:val="0"/>
          <w:i w:val="0"/>
          <w:smallCaps w:val="0"/>
          <w:strike w:val="0"/>
          <w:sz w:val="16"/>
          <w:u w:val="none"/>
        </w:rPr>
        <w:t xml:space="preserve">, </w:t>
      </w:r>
      <w:r>
        <w:rPr>
          <w:b w:val="0"/>
          <w:i w:val="0"/>
          <w:smallCaps w:val="0"/>
          <w:strike w:val="0"/>
          <w:sz w:val="22"/>
          <w:u w:val="single"/>
        </w:rPr>
        <w:t xml:space="preserve">more and cleaner </w:t>
      </w:r>
      <w:r>
        <w:rPr>
          <w:b/>
          <w:i w:val="0"/>
          <w:smallCaps w:val="0"/>
          <w:strike w:val="0"/>
          <w:sz w:val="24"/>
          <w:u w:val="single"/>
        </w:rPr>
        <w:t>water</w:t>
      </w:r>
      <w:r>
        <w:rPr>
          <w:b w:val="0"/>
          <w:i w:val="0"/>
          <w:smallCaps w:val="0"/>
          <w:strike w:val="0"/>
          <w:sz w:val="16"/>
          <w:u w:val="none"/>
        </w:rPr>
        <w:t xml:space="preserve">, </w:t>
      </w:r>
      <w:r>
        <w:rPr>
          <w:b w:val="0"/>
          <w:i w:val="0"/>
          <w:smallCaps w:val="0"/>
          <w:strike w:val="0"/>
          <w:sz w:val="22"/>
          <w:u w:val="single"/>
        </w:rPr>
        <w:t>all the while safeguarding biodiversity</w:t>
      </w:r>
      <w:r>
        <w:rPr>
          <w:b w:val="0"/>
          <w:i w:val="0"/>
          <w:smallCaps w:val="0"/>
          <w:strike w:val="0"/>
          <w:sz w:val="16"/>
          <w:u w:val="none"/>
        </w:rPr>
        <w:t xml:space="preserve">. </w:t>
      </w:r>
      <w:r>
        <w:rPr>
          <w:b/>
          <w:i w:val="0"/>
          <w:smallCaps w:val="0"/>
          <w:strike w:val="0"/>
          <w:sz w:val="24"/>
          <w:u w:val="single"/>
        </w:rPr>
        <w:t>It is science at its best</w:t>
      </w:r>
      <w:r>
        <w:rPr>
          <w:b w:val="0"/>
          <w:i w:val="0"/>
          <w:smallCaps w:val="0"/>
          <w:strike w:val="0"/>
          <w:sz w:val="16"/>
          <w:u w:val="none"/>
        </w:rPr>
        <w:t xml:space="preserve">, </w:t>
      </w:r>
      <w:r>
        <w:rPr>
          <w:b w:val="0"/>
          <w:i w:val="0"/>
          <w:smallCaps w:val="0"/>
          <w:strike w:val="0"/>
          <w:sz w:val="22"/>
          <w:u w:val="single"/>
        </w:rPr>
        <w:t xml:space="preserve">a </w:t>
      </w:r>
      <w:r>
        <w:rPr>
          <w:b/>
          <w:i w:val="0"/>
          <w:smallCaps w:val="0"/>
          <w:strike w:val="0"/>
          <w:sz w:val="24"/>
          <w:u w:val="single"/>
        </w:rPr>
        <w:t>fellowship</w:t>
      </w:r>
      <w:r>
        <w:rPr>
          <w:b w:val="0"/>
          <w:i w:val="0"/>
          <w:smallCaps w:val="0"/>
          <w:strike w:val="0"/>
          <w:sz w:val="22"/>
          <w:u w:val="single"/>
        </w:rPr>
        <w:t xml:space="preserve"> with nature, biodiversity, and agriculture.</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