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Communism spurs </w:t>
      </w:r>
      <w:r>
        <w:rPr>
          <w:b/>
          <w:i w:val="0"/>
          <w:smallCaps w:val="0"/>
          <w:strike w:val="0"/>
          <w:sz w:val="26"/>
          <w:u w:val="single"/>
        </w:rPr>
        <w:t>more</w:t>
      </w:r>
      <w:r>
        <w:rPr>
          <w:b/>
          <w:i w:val="0"/>
          <w:smallCaps w:val="0"/>
          <w:strike w:val="0"/>
          <w:sz w:val="26"/>
          <w:u w:val="none"/>
        </w:rPr>
        <w:t xml:space="preserve"> and </w:t>
      </w:r>
      <w:r>
        <w:rPr>
          <w:b/>
          <w:i w:val="0"/>
          <w:smallCaps w:val="0"/>
          <w:strike w:val="0"/>
          <w:sz w:val="26"/>
          <w:u w:val="single"/>
        </w:rPr>
        <w:t>better</w:t>
      </w:r>
      <w:r>
        <w:rPr>
          <w:b/>
          <w:i w:val="0"/>
          <w:smallCaps w:val="0"/>
          <w:strike w:val="0"/>
          <w:sz w:val="26"/>
          <w:u w:val="none"/>
        </w:rPr>
        <w:t xml:space="preserve"> innovation than capitalism – all “innovation” under capital has been due to </w:t>
      </w:r>
      <w:r>
        <w:rPr>
          <w:b/>
          <w:i w:val="0"/>
          <w:smallCaps w:val="0"/>
          <w:strike w:val="0"/>
          <w:sz w:val="26"/>
          <w:u w:val="single"/>
        </w:rPr>
        <w:t>restricting</w:t>
      </w:r>
      <w:r>
        <w:rPr>
          <w:b/>
          <w:i w:val="0"/>
          <w:smallCaps w:val="0"/>
          <w:strike w:val="0"/>
          <w:sz w:val="26"/>
          <w:u w:val="none"/>
        </w:rPr>
        <w:t xml:space="preserve"> corporate decision-making, not the free market</w:t>
      </w:r>
    </w:p>
    <w:p>
      <w:pPr>
        <w:spacing w:after="80"/>
      </w:pPr>
      <w:r>
        <w:rPr>
          <w:b w:val="0"/>
          <w:i w:val="0"/>
          <w:smallCaps w:val="0"/>
          <w:strike w:val="0"/>
          <w:sz w:val="16"/>
          <w:u w:val="none"/>
        </w:rPr>
        <w:t>Tony</w:t>
      </w:r>
      <w:r>
        <w:rPr>
          <w:b w:val="0"/>
          <w:i w:val="0"/>
          <w:smallCaps w:val="0"/>
          <w:strike w:val="0"/>
          <w:sz w:val="26"/>
          <w:u w:val="none"/>
        </w:rPr>
        <w:t xml:space="preserve"> </w:t>
      </w:r>
      <w:r>
        <w:rPr>
          <w:b/>
          <w:i w:val="0"/>
          <w:smallCaps w:val="0"/>
          <w:strike w:val="0"/>
          <w:sz w:val="26"/>
          <w:u w:val="none"/>
        </w:rPr>
        <w:t>Smith ’15</w:t>
      </w:r>
      <w:r>
        <w:rPr>
          <w:b w:val="0"/>
          <w:i w:val="0"/>
          <w:smallCaps w:val="0"/>
          <w:strike w:val="0"/>
          <w:sz w:val="16"/>
          <w:u w:val="none"/>
        </w:rPr>
        <w:t>, is a professor of philosophy at Iowa State University and the author of Technology and Capital in the Age of Lean Production., “Red Innovation”, Jacobin, 3/31/15, https://jacobinmag.com/2015/03/socialism-innovation-capitalism-smith</w:t>
      </w:r>
    </w:p>
    <w:p>
      <w:pPr>
        <w:spacing w:after="60"/>
      </w:pPr>
      <w:r>
        <w:rPr>
          <w:b w:val="0"/>
          <w:i w:val="0"/>
          <w:smallCaps w:val="0"/>
          <w:strike w:val="0"/>
          <w:sz w:val="22"/>
          <w:u w:val="single"/>
        </w:rPr>
        <w:t xml:space="preserve">The </w:t>
      </w:r>
      <w:r>
        <w:rPr>
          <w:b w:val="0"/>
          <w:i w:val="0"/>
          <w:smallCaps w:val="0"/>
          <w:strike w:val="0"/>
          <w:sz w:val="22"/>
          <w:u w:val="single"/>
        </w:rPr>
        <w:t>technological dynamism of capitalism has</w:t>
      </w:r>
      <w:r>
        <w:rPr>
          <w:b w:val="0"/>
          <w:i w:val="0"/>
          <w:smallCaps w:val="0"/>
          <w:strike w:val="0"/>
          <w:sz w:val="22"/>
          <w:u w:val="single"/>
        </w:rPr>
        <w:t xml:space="preserve"> always </w:t>
      </w:r>
      <w:r>
        <w:rPr>
          <w:b w:val="0"/>
          <w:i w:val="0"/>
          <w:smallCaps w:val="0"/>
          <w:strike w:val="0"/>
          <w:sz w:val="22"/>
          <w:u w:val="single"/>
        </w:rPr>
        <w:t>been a</w:t>
      </w:r>
      <w:r>
        <w:rPr>
          <w:b w:val="0"/>
          <w:i w:val="0"/>
          <w:smallCaps w:val="0"/>
          <w:strike w:val="0"/>
          <w:sz w:val="22"/>
          <w:u w:val="single"/>
        </w:rPr>
        <w:t xml:space="preserve"> powerful </w:t>
      </w:r>
      <w:r>
        <w:rPr>
          <w:b w:val="0"/>
          <w:i w:val="0"/>
          <w:smallCaps w:val="0"/>
          <w:strike w:val="0"/>
          <w:sz w:val="22"/>
          <w:u w:val="single"/>
        </w:rPr>
        <w:t>argument in its defense</w:t>
      </w:r>
      <w:r>
        <w:rPr>
          <w:b w:val="0"/>
          <w:i w:val="0"/>
          <w:smallCaps w:val="0"/>
          <w:strike w:val="0"/>
          <w:sz w:val="16"/>
          <w:u w:val="none"/>
        </w:rPr>
        <w:t xml:space="preserve">. </w:t>
      </w:r>
      <w:r>
        <w:rPr>
          <w:b w:val="0"/>
          <w:i w:val="0"/>
          <w:smallCaps w:val="0"/>
          <w:strike w:val="0"/>
          <w:sz w:val="22"/>
          <w:u w:val="single"/>
        </w:rPr>
        <w:t>But one of its secrets is that at the heart of this</w:t>
      </w:r>
      <w:r>
        <w:rPr>
          <w:b w:val="0"/>
          <w:i w:val="0"/>
          <w:smallCaps w:val="0"/>
          <w:strike w:val="0"/>
          <w:sz w:val="22"/>
          <w:u w:val="single"/>
        </w:rPr>
        <w:t xml:space="preserve"> change </w:t>
      </w:r>
      <w:r>
        <w:rPr>
          <w:b w:val="0"/>
          <w:i w:val="0"/>
          <w:smallCaps w:val="0"/>
          <w:strike w:val="0"/>
          <w:sz w:val="22"/>
          <w:u w:val="single"/>
        </w:rPr>
        <w:t>we find neither</w:t>
      </w:r>
      <w:r>
        <w:rPr>
          <w:b w:val="0"/>
          <w:i w:val="0"/>
          <w:smallCaps w:val="0"/>
          <w:strike w:val="0"/>
          <w:sz w:val="22"/>
          <w:u w:val="single"/>
        </w:rPr>
        <w:t xml:space="preserve"> bold </w:t>
      </w:r>
      <w:r>
        <w:rPr>
          <w:b w:val="0"/>
          <w:i w:val="0"/>
          <w:smallCaps w:val="0"/>
          <w:strike w:val="0"/>
          <w:sz w:val="22"/>
          <w:u w:val="single"/>
        </w:rPr>
        <w:t>entrepreneurs</w:t>
      </w:r>
      <w:r>
        <w:rPr>
          <w:b w:val="0"/>
          <w:i w:val="0"/>
          <w:smallCaps w:val="0"/>
          <w:strike w:val="0"/>
          <w:sz w:val="22"/>
          <w:u w:val="single"/>
        </w:rPr>
        <w:t xml:space="preserve">, venture </w:t>
      </w:r>
      <w:r>
        <w:rPr>
          <w:b w:val="0"/>
          <w:i w:val="0"/>
          <w:smallCaps w:val="0"/>
          <w:strike w:val="0"/>
          <w:sz w:val="22"/>
          <w:u w:val="single"/>
        </w:rPr>
        <w:t>capitalists, nor</w:t>
      </w:r>
      <w:r>
        <w:rPr>
          <w:b w:val="0"/>
          <w:i w:val="0"/>
          <w:smallCaps w:val="0"/>
          <w:strike w:val="0"/>
          <w:sz w:val="22"/>
          <w:u w:val="single"/>
        </w:rPr>
        <w:t xml:space="preserve"> established </w:t>
      </w:r>
      <w:r>
        <w:rPr>
          <w:b w:val="0"/>
          <w:i w:val="0"/>
          <w:smallCaps w:val="0"/>
          <w:strike w:val="0"/>
          <w:sz w:val="22"/>
          <w:u w:val="single"/>
        </w:rPr>
        <w:t>firms</w:t>
      </w:r>
      <w:r>
        <w:rPr>
          <w:b w:val="0"/>
          <w:i w:val="0"/>
          <w:smallCaps w:val="0"/>
          <w:strike w:val="0"/>
          <w:sz w:val="22"/>
          <w:u w:val="single"/>
        </w:rPr>
        <w:t>.</w:t>
      </w:r>
    </w:p>
    <w:p>
      <w:pPr>
        <w:spacing w:after="60"/>
      </w:pPr>
      <w:r>
        <w:rPr>
          <w:b w:val="0"/>
          <w:i w:val="0"/>
          <w:smallCaps w:val="0"/>
          <w:strike w:val="0"/>
          <w:sz w:val="22"/>
          <w:u w:val="single"/>
        </w:rPr>
        <w:t>Investments pushing</w:t>
      </w:r>
      <w:r>
        <w:rPr>
          <w:b w:val="0"/>
          <w:i w:val="0"/>
          <w:smallCaps w:val="0"/>
          <w:strike w:val="0"/>
          <w:sz w:val="22"/>
          <w:u w:val="single"/>
        </w:rPr>
        <w:t xml:space="preserve"> the </w:t>
      </w:r>
      <w:r>
        <w:rPr>
          <w:b w:val="0"/>
          <w:i w:val="0"/>
          <w:smallCaps w:val="0"/>
          <w:strike w:val="0"/>
          <w:sz w:val="22"/>
          <w:u w:val="single"/>
        </w:rPr>
        <w:t>frontiers of</w:t>
      </w:r>
      <w:r>
        <w:rPr>
          <w:b w:val="0"/>
          <w:i w:val="0"/>
          <w:smallCaps w:val="0"/>
          <w:strike w:val="0"/>
          <w:sz w:val="22"/>
          <w:u w:val="single"/>
        </w:rPr>
        <w:t xml:space="preserve"> scientific </w:t>
      </w:r>
      <w:r>
        <w:rPr>
          <w:b w:val="0"/>
          <w:i w:val="0"/>
          <w:smallCaps w:val="0"/>
          <w:strike w:val="0"/>
          <w:sz w:val="22"/>
          <w:u w:val="single"/>
        </w:rPr>
        <w:t>knowledge are just too risky</w:t>
      </w:r>
      <w:r>
        <w:rPr>
          <w:b w:val="0"/>
          <w:i w:val="0"/>
          <w:smallCaps w:val="0"/>
          <w:strike w:val="0"/>
          <w:sz w:val="16"/>
          <w:u w:val="none"/>
        </w:rPr>
        <w:t xml:space="preserve">. The advances sought may not be forthcoming. Those that do occur may not ever be commercially viable. </w:t>
      </w:r>
      <w:r>
        <w:rPr>
          <w:b w:val="0"/>
          <w:i w:val="0"/>
          <w:smallCaps w:val="0"/>
          <w:strike w:val="0"/>
          <w:sz w:val="22"/>
          <w:u w:val="single"/>
        </w:rPr>
        <w:t>Any potentially profitable results</w:t>
      </w:r>
      <w:r>
        <w:rPr>
          <w:b w:val="0"/>
          <w:i w:val="0"/>
          <w:smallCaps w:val="0"/>
          <w:strike w:val="0"/>
          <w:sz w:val="22"/>
          <w:u w:val="single"/>
        </w:rPr>
        <w:t xml:space="preserve"> that do arise </w:t>
      </w:r>
      <w:r>
        <w:rPr>
          <w:b w:val="0"/>
          <w:i w:val="0"/>
          <w:smallCaps w:val="0"/>
          <w:strike w:val="0"/>
          <w:sz w:val="22"/>
          <w:u w:val="single"/>
        </w:rPr>
        <w:t>may take decades to make any money</w:t>
      </w:r>
      <w:r>
        <w:rPr>
          <w:b w:val="0"/>
          <w:i w:val="0"/>
          <w:smallCaps w:val="0"/>
          <w:strike w:val="0"/>
          <w:sz w:val="22"/>
          <w:u w:val="single"/>
        </w:rPr>
        <w:t xml:space="preserve">. </w:t>
      </w:r>
      <w:r>
        <w:rPr>
          <w:b w:val="0"/>
          <w:i w:val="0"/>
          <w:smallCaps w:val="0"/>
          <w:strike w:val="0"/>
          <w:sz w:val="22"/>
          <w:u w:val="single"/>
        </w:rPr>
        <w:t>And when they</w:t>
      </w:r>
      <w:r>
        <w:rPr>
          <w:b w:val="0"/>
          <w:i w:val="0"/>
          <w:smallCaps w:val="0"/>
          <w:strike w:val="0"/>
          <w:sz w:val="22"/>
          <w:u w:val="single"/>
        </w:rPr>
        <w:t xml:space="preserve"> finally </w:t>
      </w:r>
      <w:r>
        <w:rPr>
          <w:b w:val="0"/>
          <w:i w:val="0"/>
          <w:smallCaps w:val="0"/>
          <w:strike w:val="0"/>
          <w:sz w:val="22"/>
          <w:u w:val="single"/>
        </w:rPr>
        <w:t>do, there are no guarantees initial investors will appropriate most of the</w:t>
      </w:r>
      <w:r>
        <w:rPr>
          <w:b w:val="0"/>
          <w:i w:val="0"/>
          <w:smallCaps w:val="0"/>
          <w:strike w:val="0"/>
          <w:sz w:val="22"/>
          <w:u w:val="single"/>
        </w:rPr>
        <w:t xml:space="preserve"> resulting </w:t>
      </w:r>
      <w:r>
        <w:rPr>
          <w:b w:val="0"/>
          <w:i w:val="0"/>
          <w:smallCaps w:val="0"/>
          <w:strike w:val="0"/>
          <w:sz w:val="22"/>
          <w:u w:val="single"/>
        </w:rPr>
        <w:t>windfall</w:t>
      </w:r>
      <w:r>
        <w:rPr>
          <w:b w:val="0"/>
          <w:i w:val="0"/>
          <w:smallCaps w:val="0"/>
          <w:strike w:val="0"/>
          <w:sz w:val="16"/>
          <w:u w:val="none"/>
        </w:rPr>
        <w:t>.</w:t>
      </w:r>
    </w:p>
    <w:p>
      <w:pPr>
        <w:spacing w:after="60"/>
      </w:pPr>
      <w:r>
        <w:rPr>
          <w:b/>
          <w:i w:val="0"/>
          <w:smallCaps w:val="0"/>
          <w:strike w:val="0"/>
          <w:sz w:val="22"/>
          <w:u w:val="single"/>
        </w:rPr>
        <w:t>There is</w:t>
      </w:r>
      <w:r>
        <w:rPr>
          <w:b w:val="0"/>
          <w:i w:val="0"/>
          <w:smallCaps w:val="0"/>
          <w:strike w:val="0"/>
          <w:sz w:val="16"/>
          <w:u w:val="none"/>
        </w:rPr>
        <w:t xml:space="preserve">, accordingly, </w:t>
      </w:r>
      <w:r>
        <w:rPr>
          <w:b/>
          <w:i w:val="0"/>
          <w:smallCaps w:val="0"/>
          <w:strike w:val="0"/>
          <w:sz w:val="22"/>
          <w:u w:val="single"/>
        </w:rPr>
        <w:t xml:space="preserve">a powerful </w:t>
      </w:r>
      <w:r>
        <w:rPr>
          <w:b/>
          <w:i w:val="0"/>
          <w:smallCaps w:val="0"/>
          <w:strike w:val="0"/>
          <w:sz w:val="22"/>
          <w:u w:val="single"/>
        </w:rPr>
        <w:t>tendency for</w:t>
      </w:r>
      <w:r>
        <w:rPr>
          <w:b/>
          <w:i w:val="0"/>
          <w:smallCaps w:val="0"/>
          <w:strike w:val="0"/>
          <w:sz w:val="22"/>
          <w:u w:val="single"/>
        </w:rPr>
        <w:t xml:space="preserve"> private </w:t>
      </w:r>
      <w:r>
        <w:rPr>
          <w:b/>
          <w:i w:val="0"/>
          <w:smallCaps w:val="0"/>
          <w:strike w:val="0"/>
          <w:sz w:val="22"/>
          <w:u w:val="single"/>
        </w:rPr>
        <w:t>capital to</w:t>
      </w:r>
      <w:r>
        <w:rPr>
          <w:b/>
          <w:i w:val="0"/>
          <w:smallCaps w:val="0"/>
          <w:strike w:val="0"/>
          <w:sz w:val="22"/>
          <w:u w:val="single"/>
        </w:rPr>
        <w:t xml:space="preserve"> systematically </w:t>
      </w:r>
      <w:r>
        <w:rPr>
          <w:b/>
          <w:i w:val="0"/>
          <w:smallCaps w:val="0"/>
          <w:strike w:val="0"/>
          <w:sz w:val="22"/>
          <w:u w:val="single"/>
        </w:rPr>
        <w:t>underinvest in</w:t>
      </w:r>
      <w:r>
        <w:rPr>
          <w:b/>
          <w:i w:val="0"/>
          <w:smallCaps w:val="0"/>
          <w:strike w:val="0"/>
          <w:sz w:val="22"/>
          <w:u w:val="single"/>
        </w:rPr>
        <w:t xml:space="preserve"> long-term </w:t>
      </w:r>
      <w:r>
        <w:rPr>
          <w:b/>
          <w:i w:val="0"/>
          <w:smallCaps w:val="0"/>
          <w:strike w:val="0"/>
          <w:sz w:val="22"/>
          <w:u w:val="single"/>
        </w:rPr>
        <w:t>r</w:t>
      </w:r>
      <w:r>
        <w:rPr>
          <w:b/>
          <w:i w:val="0"/>
          <w:smallCaps w:val="0"/>
          <w:strike w:val="0"/>
          <w:sz w:val="22"/>
          <w:u w:val="single"/>
        </w:rPr>
        <w:t xml:space="preserve">esearch </w:t>
      </w:r>
      <w:r>
        <w:rPr>
          <w:b/>
          <w:i w:val="0"/>
          <w:smallCaps w:val="0"/>
          <w:strike w:val="0"/>
          <w:sz w:val="22"/>
          <w:u w:val="single"/>
        </w:rPr>
        <w:t>and d</w:t>
      </w:r>
      <w:r>
        <w:rPr>
          <w:b/>
          <w:i w:val="0"/>
          <w:smallCaps w:val="0"/>
          <w:strike w:val="0"/>
          <w:sz w:val="22"/>
          <w:u w:val="single"/>
        </w:rPr>
        <w:t>evelopment</w:t>
      </w:r>
      <w:r>
        <w:rPr>
          <w:b w:val="0"/>
          <w:i w:val="0"/>
          <w:smallCaps w:val="0"/>
          <w:strike w:val="0"/>
          <w:sz w:val="16"/>
          <w:u w:val="none"/>
        </w:rPr>
        <w:t xml:space="preserve">. </w:t>
      </w:r>
      <w:r>
        <w:rPr>
          <w:b w:val="0"/>
          <w:i w:val="0"/>
          <w:smallCaps w:val="0"/>
          <w:strike w:val="0"/>
          <w:sz w:val="22"/>
          <w:u w:val="single"/>
        </w:rPr>
        <w:t xml:space="preserve">Despite popular perceptions that private entrepreneurs drive technological innovation, the </w:t>
      </w:r>
      <w:r>
        <w:rPr>
          <w:b w:val="0"/>
          <w:i w:val="0"/>
          <w:smallCaps w:val="0"/>
          <w:strike w:val="0"/>
          <w:sz w:val="22"/>
          <w:u w:val="single"/>
        </w:rPr>
        <w:t>leading regions of the</w:t>
      </w:r>
      <w:r>
        <w:rPr>
          <w:b w:val="0"/>
          <w:i w:val="0"/>
          <w:smallCaps w:val="0"/>
          <w:strike w:val="0"/>
          <w:sz w:val="22"/>
          <w:u w:val="single"/>
        </w:rPr>
        <w:t xml:space="preserve"> global </w:t>
      </w:r>
      <w:r>
        <w:rPr>
          <w:b w:val="0"/>
          <w:i w:val="0"/>
          <w:smallCaps w:val="0"/>
          <w:strike w:val="0"/>
          <w:sz w:val="22"/>
          <w:u w:val="single"/>
        </w:rPr>
        <w:t>economy do not leave</w:t>
      </w:r>
      <w:r>
        <w:rPr>
          <w:b w:val="0"/>
          <w:i w:val="0"/>
          <w:smallCaps w:val="0"/>
          <w:strike w:val="0"/>
          <w:sz w:val="22"/>
          <w:u w:val="single"/>
        </w:rPr>
        <w:t xml:space="preserve"> the most important </w:t>
      </w:r>
      <w:r>
        <w:rPr>
          <w:b w:val="0"/>
          <w:i w:val="0"/>
          <w:smallCaps w:val="0"/>
          <w:strike w:val="0"/>
          <w:sz w:val="22"/>
          <w:u w:val="single"/>
        </w:rPr>
        <w:t>stages of technological change to private investors</w:t>
      </w:r>
      <w:r>
        <w:rPr>
          <w:b w:val="0"/>
          <w:i w:val="0"/>
          <w:smallCaps w:val="0"/>
          <w:strike w:val="0"/>
          <w:sz w:val="16"/>
          <w:u w:val="none"/>
        </w:rPr>
        <w:t xml:space="preserve">. </w:t>
      </w:r>
      <w:r>
        <w:rPr>
          <w:b w:val="0"/>
          <w:i w:val="0"/>
          <w:smallCaps w:val="0"/>
          <w:strike w:val="0"/>
          <w:sz w:val="22"/>
          <w:u w:val="single"/>
        </w:rPr>
        <w:t xml:space="preserve">These </w:t>
      </w:r>
      <w:r>
        <w:rPr>
          <w:b w:val="0"/>
          <w:i w:val="0"/>
          <w:smallCaps w:val="0"/>
          <w:strike w:val="0"/>
          <w:sz w:val="22"/>
          <w:u w:val="single"/>
        </w:rPr>
        <w:t>costs are socialized</w:t>
      </w:r>
      <w:r>
        <w:rPr>
          <w:b w:val="0"/>
          <w:i w:val="0"/>
          <w:smallCaps w:val="0"/>
          <w:strike w:val="0"/>
          <w:sz w:val="16"/>
          <w:u w:val="none"/>
        </w:rPr>
        <w:t>.</w:t>
      </w:r>
    </w:p>
    <w:p>
      <w:pPr>
        <w:spacing w:after="60"/>
      </w:pPr>
      <w:r>
        <w:rPr>
          <w:b w:val="0"/>
          <w:i w:val="0"/>
          <w:smallCaps w:val="0"/>
          <w:strike w:val="0"/>
          <w:sz w:val="16"/>
          <w:u w:val="none"/>
        </w:rPr>
        <w:t>In the quarter-century after World War II, the high profits garnered by American corporations due to their exceptional place in the world market allowed corporate labs to engage in “blue-skies research” projects. But even then</w:t>
      </w:r>
      <w:r>
        <w:rPr>
          <w:b w:val="0"/>
          <w:i w:val="0"/>
          <w:smallCaps w:val="0"/>
          <w:strike w:val="0"/>
          <w:sz w:val="22"/>
          <w:u w:val="single"/>
        </w:rPr>
        <w:t xml:space="preserve">, </w:t>
      </w:r>
      <w:r>
        <w:rPr>
          <w:b w:val="0"/>
          <w:i w:val="0"/>
          <w:smallCaps w:val="0"/>
          <w:strike w:val="0"/>
          <w:sz w:val="22"/>
          <w:u w:val="single"/>
        </w:rPr>
        <w:t>public funding accounted for</w:t>
      </w:r>
      <w:r>
        <w:rPr>
          <w:b w:val="0"/>
          <w:i w:val="0"/>
          <w:smallCaps w:val="0"/>
          <w:strike w:val="0"/>
          <w:sz w:val="22"/>
          <w:u w:val="single"/>
        </w:rPr>
        <w:t xml:space="preserve"> roughly </w:t>
      </w:r>
      <w:r>
        <w:rPr>
          <w:b w:val="0"/>
          <w:i w:val="0"/>
          <w:smallCaps w:val="0"/>
          <w:strike w:val="0"/>
          <w:sz w:val="22"/>
          <w:u w:val="single"/>
        </w:rPr>
        <w:t>two-thirds of all r</w:t>
      </w:r>
      <w:r>
        <w:rPr>
          <w:b w:val="0"/>
          <w:i w:val="0"/>
          <w:smallCaps w:val="0"/>
          <w:strike w:val="0"/>
          <w:sz w:val="22"/>
          <w:u w:val="single"/>
        </w:rPr>
        <w:t xml:space="preserve">esearch </w:t>
      </w:r>
      <w:r>
        <w:rPr>
          <w:b w:val="0"/>
          <w:i w:val="0"/>
          <w:smallCaps w:val="0"/>
          <w:strike w:val="0"/>
          <w:sz w:val="22"/>
          <w:u w:val="single"/>
        </w:rPr>
        <w:t>and d</w:t>
      </w:r>
      <w:r>
        <w:rPr>
          <w:b w:val="0"/>
          <w:i w:val="0"/>
          <w:smallCaps w:val="0"/>
          <w:strike w:val="0"/>
          <w:sz w:val="22"/>
          <w:u w:val="single"/>
        </w:rPr>
        <w:t xml:space="preserve">evelopment </w:t>
      </w:r>
      <w:r>
        <w:rPr>
          <w:b w:val="0"/>
          <w:i w:val="0"/>
          <w:smallCaps w:val="0"/>
          <w:strike w:val="0"/>
          <w:sz w:val="22"/>
          <w:u w:val="single"/>
        </w:rPr>
        <w:t>expenditures in the U</w:t>
      </w:r>
      <w:r>
        <w:rPr>
          <w:b w:val="0"/>
          <w:i w:val="0"/>
          <w:smallCaps w:val="0"/>
          <w:strike w:val="0"/>
          <w:sz w:val="22"/>
          <w:u w:val="single"/>
        </w:rPr>
        <w:t xml:space="preserve">nited </w:t>
      </w:r>
      <w:r>
        <w:rPr>
          <w:b w:val="0"/>
          <w:i w:val="0"/>
          <w:smallCaps w:val="0"/>
          <w:strike w:val="0"/>
          <w:sz w:val="22"/>
          <w:u w:val="single"/>
        </w:rPr>
        <w:t>S</w:t>
      </w:r>
      <w:r>
        <w:rPr>
          <w:b w:val="0"/>
          <w:i w:val="0"/>
          <w:smallCaps w:val="0"/>
          <w:strike w:val="0"/>
          <w:sz w:val="22"/>
          <w:u w:val="single"/>
        </w:rPr>
        <w:t xml:space="preserve">tates, </w:t>
      </w:r>
      <w:r>
        <w:rPr>
          <w:b w:val="0"/>
          <w:i w:val="0"/>
          <w:smallCaps w:val="0"/>
          <w:strike w:val="0"/>
          <w:sz w:val="22"/>
          <w:u w:val="single"/>
        </w:rPr>
        <w:t>creating the foundations for the high-tech sectors</w:t>
      </w:r>
      <w:r>
        <w:rPr>
          <w:b w:val="0"/>
          <w:i w:val="0"/>
          <w:smallCaps w:val="0"/>
          <w:strike w:val="0"/>
          <w:sz w:val="22"/>
          <w:u w:val="single"/>
        </w:rPr>
        <w:t xml:space="preserve"> of today.</w:t>
      </w:r>
    </w:p>
    <w:p>
      <w:pPr>
        <w:spacing w:after="60"/>
      </w:pPr>
      <w:r>
        <w:rPr>
          <w:b w:val="0"/>
          <w:i w:val="0"/>
          <w:smallCaps w:val="0"/>
          <w:strike w:val="0"/>
          <w:sz w:val="16"/>
          <w:u w:val="none"/>
        </w:rPr>
        <w:t>With the rise of competition from Japanese and European capital in the 1970s, private-sector funding of research and development increased. However, long-term projects were almost entirely abandoned in favor of product development and applied-research projects promising commercial advantages in the short-to-medium term.</w:t>
      </w:r>
    </w:p>
    <w:p>
      <w:pPr>
        <w:spacing w:after="60"/>
      </w:pPr>
      <w:r>
        <w:rPr>
          <w:b w:val="0"/>
          <w:i w:val="0"/>
          <w:smallCaps w:val="0"/>
          <w:strike w:val="0"/>
          <w:sz w:val="22"/>
          <w:u w:val="single"/>
        </w:rPr>
        <w:t>Basic research continued to be funded by the government, like</w:t>
      </w:r>
      <w:r>
        <w:rPr>
          <w:b w:val="0"/>
          <w:i w:val="0"/>
          <w:smallCaps w:val="0"/>
          <w:strike w:val="0"/>
          <w:sz w:val="22"/>
          <w:u w:val="single"/>
        </w:rPr>
        <w:t xml:space="preserve"> the work in molecular biology that supported the move of agribusiness companies into </w:t>
      </w:r>
      <w:r>
        <w:rPr>
          <w:b w:val="0"/>
          <w:i w:val="0"/>
          <w:smallCaps w:val="0"/>
          <w:strike w:val="0"/>
          <w:sz w:val="22"/>
          <w:u w:val="single"/>
        </w:rPr>
        <w:t>biotech</w:t>
      </w:r>
      <w:r>
        <w:rPr>
          <w:b w:val="0"/>
          <w:i w:val="0"/>
          <w:smallCaps w:val="0"/>
          <w:strike w:val="0"/>
          <w:sz w:val="22"/>
          <w:u w:val="single"/>
        </w:rPr>
        <w:t xml:space="preserve">nology. The same was true for projects of special interest to the Pentagon </w:t>
      </w:r>
      <w:r>
        <w:rPr>
          <w:b w:val="0"/>
          <w:i w:val="0"/>
          <w:smallCaps w:val="0"/>
          <w:strike w:val="0"/>
          <w:sz w:val="16"/>
          <w:u w:val="none"/>
        </w:rPr>
        <w:t xml:space="preserve">— </w:t>
      </w:r>
      <w:r>
        <w:rPr>
          <w:b w:val="0"/>
          <w:i w:val="0"/>
          <w:smallCaps w:val="0"/>
          <w:strike w:val="0"/>
          <w:sz w:val="22"/>
          <w:u w:val="single"/>
        </w:rPr>
        <w:t xml:space="preserve">the developments associated with the Defense Advanced Research Projects Agency, for instance, which paved the way for modern global positioning systems </w:t>
      </w:r>
      <w:r>
        <w:rPr>
          <w:b w:val="0"/>
          <w:i w:val="0"/>
          <w:smallCaps w:val="0"/>
          <w:strike w:val="0"/>
          <w:sz w:val="16"/>
          <w:u w:val="none"/>
        </w:rPr>
        <w:t xml:space="preserve">— </w:t>
      </w:r>
      <w:r>
        <w:rPr>
          <w:b w:val="0"/>
          <w:i w:val="0"/>
          <w:smallCaps w:val="0"/>
          <w:strike w:val="0"/>
          <w:sz w:val="22"/>
          <w:u w:val="single"/>
        </w:rPr>
        <w:t>and other government agencies</w:t>
      </w:r>
      <w:r>
        <w:rPr>
          <w:b w:val="0"/>
          <w:i w:val="0"/>
          <w:smallCaps w:val="0"/>
          <w:strike w:val="0"/>
          <w:sz w:val="16"/>
          <w:u w:val="none"/>
        </w:rPr>
        <w:t>.</w:t>
      </w:r>
    </w:p>
    <w:p>
      <w:pPr>
        <w:spacing w:after="60"/>
      </w:pPr>
      <w:r>
        <w:rPr>
          <w:b w:val="0"/>
          <w:i w:val="0"/>
          <w:smallCaps w:val="0"/>
          <w:strike w:val="0"/>
          <w:sz w:val="22"/>
          <w:u w:val="single"/>
        </w:rPr>
        <w:t>But medium-to-long-term R&amp;D in</w:t>
      </w:r>
      <w:r>
        <w:rPr>
          <w:b w:val="0"/>
          <w:i w:val="0"/>
          <w:smallCaps w:val="0"/>
          <w:strike w:val="0"/>
          <w:sz w:val="22"/>
          <w:u w:val="single"/>
        </w:rPr>
        <w:t xml:space="preserve"> general </w:t>
      </w:r>
      <w:r>
        <w:rPr>
          <w:b w:val="0"/>
          <w:i w:val="0"/>
          <w:smallCaps w:val="0"/>
          <w:strike w:val="0"/>
          <w:sz w:val="22"/>
          <w:u w:val="single"/>
        </w:rPr>
        <w:t>was in</w:t>
      </w:r>
      <w:r>
        <w:rPr>
          <w:b w:val="0"/>
          <w:i w:val="0"/>
          <w:smallCaps w:val="0"/>
          <w:strike w:val="0"/>
          <w:sz w:val="22"/>
          <w:u w:val="single"/>
        </w:rPr>
        <w:t xml:space="preserve"> great </w:t>
      </w:r>
      <w:r>
        <w:rPr>
          <w:b w:val="0"/>
          <w:i w:val="0"/>
          <w:smallCaps w:val="0"/>
          <w:strike w:val="0"/>
          <w:sz w:val="22"/>
          <w:u w:val="single"/>
        </w:rPr>
        <w:t>danger of falling into a “valley of death</w:t>
      </w:r>
      <w:r>
        <w:rPr>
          <w:b w:val="0"/>
          <w:i w:val="0"/>
          <w:smallCaps w:val="0"/>
          <w:strike w:val="0"/>
          <w:sz w:val="22"/>
          <w:u w:val="single"/>
        </w:rPr>
        <w:t xml:space="preserve">” </w:t>
      </w:r>
      <w:r>
        <w:rPr>
          <w:b w:val="0"/>
          <w:i w:val="0"/>
          <w:smallCaps w:val="0"/>
          <w:strike w:val="0"/>
          <w:sz w:val="22"/>
          <w:u w:val="single"/>
        </w:rPr>
        <w:t>between</w:t>
      </w:r>
      <w:r>
        <w:rPr>
          <w:b w:val="0"/>
          <w:i w:val="0"/>
          <w:smallCaps w:val="0"/>
          <w:strike w:val="0"/>
          <w:sz w:val="22"/>
          <w:u w:val="single"/>
        </w:rPr>
        <w:t xml:space="preserve"> basic research and immediate development, </w:t>
      </w:r>
      <w:r>
        <w:rPr>
          <w:b w:val="0"/>
          <w:i w:val="0"/>
          <w:smallCaps w:val="0"/>
          <w:strike w:val="0"/>
          <w:sz w:val="22"/>
          <w:u w:val="single"/>
        </w:rPr>
        <w:t>with neither</w:t>
      </w:r>
      <w:r>
        <w:rPr>
          <w:b w:val="0"/>
          <w:i w:val="0"/>
          <w:smallCaps w:val="0"/>
          <w:strike w:val="0"/>
          <w:sz w:val="22"/>
          <w:u w:val="single"/>
        </w:rPr>
        <w:t xml:space="preserve"> the </w:t>
      </w:r>
      <w:r>
        <w:rPr>
          <w:b w:val="0"/>
          <w:i w:val="0"/>
          <w:smallCaps w:val="0"/>
          <w:strike w:val="0"/>
          <w:sz w:val="22"/>
          <w:u w:val="single"/>
        </w:rPr>
        <w:t>government nor private</w:t>
      </w:r>
      <w:r>
        <w:rPr>
          <w:b w:val="0"/>
          <w:i w:val="0"/>
          <w:smallCaps w:val="0"/>
          <w:strike w:val="0"/>
          <w:sz w:val="22"/>
          <w:u w:val="single"/>
        </w:rPr>
        <w:t xml:space="preserve"> </w:t>
      </w:r>
      <w:r>
        <w:rPr>
          <w:b w:val="0"/>
          <w:i w:val="0"/>
          <w:smallCaps w:val="0"/>
          <w:strike w:val="0"/>
          <w:sz w:val="22"/>
          <w:u w:val="single"/>
        </w:rPr>
        <w:t>capital providing</w:t>
      </w:r>
      <w:r>
        <w:rPr>
          <w:b w:val="0"/>
          <w:i w:val="0"/>
          <w:smallCaps w:val="0"/>
          <w:strike w:val="0"/>
          <w:sz w:val="22"/>
          <w:u w:val="single"/>
        </w:rPr>
        <w:t xml:space="preserve"> significant </w:t>
      </w:r>
      <w:r>
        <w:rPr>
          <w:b w:val="0"/>
          <w:i w:val="0"/>
          <w:smallCaps w:val="0"/>
          <w:strike w:val="0"/>
          <w:sz w:val="22"/>
          <w:u w:val="single"/>
        </w:rPr>
        <w:t>funding</w:t>
      </w:r>
      <w:r>
        <w:rPr>
          <w:b w:val="0"/>
          <w:i w:val="0"/>
          <w:smallCaps w:val="0"/>
          <w:strike w:val="0"/>
          <w:sz w:val="22"/>
          <w:u w:val="single"/>
        </w:rPr>
        <w:t xml:space="preserve"> for it</w:t>
      </w:r>
      <w:r>
        <w:rPr>
          <w:b w:val="0"/>
          <w:i w:val="0"/>
          <w:smallCaps w:val="0"/>
          <w:strike w:val="0"/>
          <w:sz w:val="16"/>
          <w:u w:val="none"/>
        </w:rPr>
        <w:t>.</w:t>
      </w:r>
    </w:p>
    <w:p>
      <w:pPr>
        <w:spacing w:after="60"/>
      </w:pPr>
      <w:r>
        <w:rPr>
          <w:b w:val="0"/>
          <w:i w:val="0"/>
          <w:smallCaps w:val="0"/>
          <w:strike w:val="0"/>
          <w:sz w:val="22"/>
          <w:u w:val="single"/>
        </w:rPr>
        <w:t>For all their rhetoric touting the “magic of the marketplace,” those in the Reagan administration recognized market failure when they saw it. They began to offer federal and publicly funded university laboratories various carrots and sticks to undertake long-term R&amp;D for US capital</w:t>
      </w:r>
      <w:r>
        <w:rPr>
          <w:b w:val="0"/>
          <w:i w:val="0"/>
          <w:smallCaps w:val="0"/>
          <w:strike w:val="0"/>
          <w:sz w:val="16"/>
          <w:u w:val="none"/>
        </w:rPr>
        <w:t>.</w:t>
      </w:r>
    </w:p>
    <w:p>
      <w:pPr>
        <w:spacing w:after="60"/>
      </w:pPr>
      <w:r>
        <w:rPr>
          <w:b w:val="0"/>
          <w:i w:val="0"/>
          <w:smallCaps w:val="0"/>
          <w:strike w:val="0"/>
          <w:sz w:val="16"/>
          <w:u w:val="none"/>
        </w:rPr>
        <w:t>New programs were created to provide start-ups with resources to develop innovations prior to the “proof of concept” required by venture capitalists. Under Reagan, the Small Business Innovation Development Act even mandated that federal agencies set aside a percentage of their R&amp;D budget to fund research by small firms. These and other forms of public-private partnership have granted US capital enormous competitive advantages in the world market.</w:t>
      </w:r>
    </w:p>
    <w:p>
      <w:pPr>
        <w:spacing w:after="60"/>
      </w:pPr>
      <w:r>
        <w:rPr>
          <w:b w:val="0"/>
          <w:i w:val="0"/>
          <w:smallCaps w:val="0"/>
          <w:strike w:val="0"/>
          <w:sz w:val="16"/>
          <w:u w:val="none"/>
        </w:rPr>
        <w:t>It’s no surprise that Apple’s tremendously successful line of products — iPads, iPhones, and iPods — incorporate twelve key innovations. All twelve (central processing units, dynamic random-access memory, hard-drive disks, liquid-crystal displays, batteries, digital single processing, the Internet, the HTTP and HTML languages, cellular networks, GPS system, and voice-user AI programs) were developed by publicly funded research and development projects.</w:t>
      </w:r>
    </w:p>
    <w:p>
      <w:pPr>
        <w:spacing w:after="60"/>
      </w:pPr>
      <w:r>
        <w:rPr>
          <w:b w:val="0"/>
          <w:i w:val="0"/>
          <w:smallCaps w:val="0"/>
          <w:strike w:val="0"/>
          <w:sz w:val="22"/>
          <w:u w:val="single"/>
        </w:rPr>
        <w:t>It hasn’t been the</w:t>
      </w:r>
      <w:r>
        <w:rPr>
          <w:b w:val="0"/>
          <w:i w:val="0"/>
          <w:smallCaps w:val="0"/>
          <w:strike w:val="0"/>
          <w:sz w:val="22"/>
          <w:u w:val="single"/>
        </w:rPr>
        <w:t xml:space="preserve"> dynamics of the </w:t>
      </w:r>
      <w:r>
        <w:rPr>
          <w:b w:val="0"/>
          <w:i w:val="0"/>
          <w:smallCaps w:val="0"/>
          <w:strike w:val="0"/>
          <w:sz w:val="22"/>
          <w:u w:val="single"/>
        </w:rPr>
        <w:t>market so much as active</w:t>
      </w:r>
      <w:r>
        <w:rPr>
          <w:b w:val="0"/>
          <w:i w:val="0"/>
          <w:smallCaps w:val="0"/>
          <w:strike w:val="0"/>
          <w:sz w:val="22"/>
          <w:u w:val="single"/>
        </w:rPr>
        <w:t xml:space="preserve"> state </w:t>
      </w:r>
      <w:r>
        <w:rPr>
          <w:b w:val="0"/>
          <w:i w:val="0"/>
          <w:smallCaps w:val="0"/>
          <w:strike w:val="0"/>
          <w:sz w:val="22"/>
          <w:u w:val="single"/>
        </w:rPr>
        <w:t>intervention that has fueled technological change</w:t>
      </w:r>
      <w:r>
        <w:rPr>
          <w:b w:val="0"/>
          <w:i w:val="0"/>
          <w:smallCaps w:val="0"/>
          <w:strike w:val="0"/>
          <w:sz w:val="22"/>
          <w:u w:val="single"/>
        </w:rPr>
        <w:t>.</w:t>
      </w:r>
    </w:p>
    <w:p>
      <w:pPr>
        <w:spacing w:after="60"/>
      </w:pPr>
      <w:r>
        <w:rPr>
          <w:b w:val="0"/>
          <w:i w:val="0"/>
          <w:smallCaps w:val="0"/>
          <w:strike w:val="0"/>
          <w:sz w:val="16"/>
          <w:u w:val="none"/>
        </w:rPr>
        <w:t>The Promised Golden Age</w:t>
      </w:r>
    </w:p>
    <w:p>
      <w:pPr>
        <w:spacing w:after="60"/>
      </w:pPr>
      <w:r>
        <w:rPr>
          <w:b w:val="0"/>
          <w:i w:val="0"/>
          <w:smallCaps w:val="0"/>
          <w:strike w:val="0"/>
          <w:sz w:val="22"/>
          <w:u w:val="single"/>
        </w:rPr>
        <w:t xml:space="preserve">Technology </w:t>
      </w:r>
      <w:r>
        <w:rPr>
          <w:b w:val="0"/>
          <w:i w:val="0"/>
          <w:smallCaps w:val="0"/>
          <w:strike w:val="0"/>
          <w:sz w:val="22"/>
          <w:u w:val="single"/>
        </w:rPr>
        <w:t>is more than just</w:t>
      </w:r>
      <w:r>
        <w:rPr>
          <w:b w:val="0"/>
          <w:i w:val="0"/>
          <w:smallCaps w:val="0"/>
          <w:strike w:val="0"/>
          <w:sz w:val="22"/>
          <w:u w:val="single"/>
        </w:rPr>
        <w:t xml:space="preserve"> a weapon for </w:t>
      </w:r>
      <w:r>
        <w:rPr>
          <w:b w:val="0"/>
          <w:i w:val="0"/>
          <w:smallCaps w:val="0"/>
          <w:strike w:val="0"/>
          <w:sz w:val="22"/>
          <w:u w:val="single"/>
        </w:rPr>
        <w:t xml:space="preserve">inter-capitalist competition; it </w:t>
      </w:r>
      <w:r>
        <w:rPr>
          <w:b w:val="0"/>
          <w:i w:val="0"/>
          <w:smallCaps w:val="0"/>
          <w:strike w:val="0"/>
          <w:sz w:val="22"/>
          <w:u w:val="single"/>
        </w:rPr>
        <w:t>is a weapon in struggles between capital and labor</w:t>
      </w:r>
      <w:r>
        <w:rPr>
          <w:b w:val="0"/>
          <w:i w:val="0"/>
          <w:smallCaps w:val="0"/>
          <w:strike w:val="0"/>
          <w:sz w:val="16"/>
          <w:u w:val="none"/>
        </w:rPr>
        <w:t xml:space="preserve">. </w:t>
      </w:r>
      <w:r>
        <w:rPr>
          <w:b w:val="0"/>
          <w:i w:val="0"/>
          <w:smallCaps w:val="0"/>
          <w:strike w:val="0"/>
          <w:sz w:val="22"/>
          <w:u w:val="single"/>
        </w:rPr>
        <w:t>Technological changes that create unemployment, de-skill the workforce, and enable one sector of the workforce to be played against another shift the balance of power in capital’s favor</w:t>
      </w:r>
      <w:r>
        <w:rPr>
          <w:b w:val="0"/>
          <w:i w:val="0"/>
          <w:smallCaps w:val="0"/>
          <w:strike w:val="0"/>
          <w:sz w:val="16"/>
          <w:u w:val="none"/>
        </w:rPr>
        <w:t xml:space="preserve">. Given this asymmetry, </w:t>
      </w:r>
      <w:r>
        <w:rPr>
          <w:b/>
          <w:i w:val="0"/>
          <w:smallCaps w:val="0"/>
          <w:strike w:val="0"/>
          <w:sz w:val="22"/>
          <w:u w:val="single"/>
        </w:rPr>
        <w:t>advances in productivity that could reduce work</w:t>
      </w:r>
      <w:r>
        <w:rPr>
          <w:b/>
          <w:i w:val="0"/>
          <w:smallCaps w:val="0"/>
          <w:strike w:val="0"/>
          <w:sz w:val="22"/>
          <w:u w:val="single"/>
        </w:rPr>
        <w:t xml:space="preserve"> time </w:t>
      </w:r>
      <w:r>
        <w:rPr>
          <w:b/>
          <w:i w:val="0"/>
          <w:smallCaps w:val="0"/>
          <w:strike w:val="0"/>
          <w:sz w:val="22"/>
          <w:u w:val="single"/>
        </w:rPr>
        <w:t>while expanding</w:t>
      </w:r>
      <w:r>
        <w:rPr>
          <w:b/>
          <w:i w:val="0"/>
          <w:smallCaps w:val="0"/>
          <w:strike w:val="0"/>
          <w:sz w:val="22"/>
          <w:u w:val="single"/>
        </w:rPr>
        <w:t xml:space="preserve"> real </w:t>
      </w:r>
      <w:r>
        <w:rPr>
          <w:b/>
          <w:i w:val="0"/>
          <w:smallCaps w:val="0"/>
          <w:strike w:val="0"/>
          <w:sz w:val="22"/>
          <w:u w:val="single"/>
        </w:rPr>
        <w:t>wages lead instead to</w:t>
      </w:r>
      <w:r>
        <w:rPr>
          <w:b/>
          <w:i w:val="0"/>
          <w:smallCaps w:val="0"/>
          <w:strike w:val="0"/>
          <w:sz w:val="22"/>
          <w:u w:val="single"/>
        </w:rPr>
        <w:t xml:space="preserve"> forced </w:t>
      </w:r>
      <w:r>
        <w:rPr>
          <w:b/>
          <w:i w:val="0"/>
          <w:smallCaps w:val="0"/>
          <w:strike w:val="0"/>
          <w:sz w:val="22"/>
          <w:u w:val="single"/>
        </w:rPr>
        <w:t>layoffs, increasing stress for those</w:t>
      </w:r>
      <w:r>
        <w:rPr>
          <w:b/>
          <w:i w:val="0"/>
          <w:smallCaps w:val="0"/>
          <w:strike w:val="0"/>
          <w:sz w:val="22"/>
          <w:u w:val="single"/>
        </w:rPr>
        <w:t xml:space="preserve"> still </w:t>
      </w:r>
      <w:r>
        <w:rPr>
          <w:b/>
          <w:i w:val="0"/>
          <w:smallCaps w:val="0"/>
          <w:strike w:val="0"/>
          <w:sz w:val="22"/>
          <w:u w:val="single"/>
        </w:rPr>
        <w:t>employed and eroding</w:t>
      </w:r>
      <w:r>
        <w:rPr>
          <w:b/>
          <w:i w:val="0"/>
          <w:smallCaps w:val="0"/>
          <w:strike w:val="0"/>
          <w:sz w:val="22"/>
          <w:u w:val="single"/>
        </w:rPr>
        <w:t xml:space="preserve"> real </w:t>
      </w:r>
      <w:r>
        <w:rPr>
          <w:b/>
          <w:i w:val="0"/>
          <w:smallCaps w:val="0"/>
          <w:strike w:val="0"/>
          <w:sz w:val="22"/>
          <w:u w:val="single"/>
        </w:rPr>
        <w:t>wages</w:t>
      </w:r>
      <w:r>
        <w:rPr>
          <w:b w:val="0"/>
          <w:i w:val="0"/>
          <w:smallCaps w:val="0"/>
          <w:strike w:val="0"/>
          <w:sz w:val="16"/>
          <w:u w:val="none"/>
        </w:rPr>
        <w:t>.</w:t>
      </w:r>
    </w:p>
    <w:p>
      <w:pPr>
        <w:spacing w:after="60"/>
      </w:pPr>
      <w:r>
        <w:rPr>
          <w:b w:val="0"/>
          <w:i w:val="0"/>
          <w:smallCaps w:val="0"/>
          <w:strike w:val="0"/>
          <w:sz w:val="22"/>
          <w:u w:val="single"/>
        </w:rPr>
        <w:t>Two ongoing technological developments further strengthen the power of capital. Advances in transportation and communication now enable production and distribution chains to be extended across the globe, allowing capital to implement “divide and conquer” strategies against labor to an unprecedented extent</w:t>
      </w:r>
      <w:r>
        <w:rPr>
          <w:b w:val="0"/>
          <w:i w:val="0"/>
          <w:smallCaps w:val="0"/>
          <w:strike w:val="0"/>
          <w:sz w:val="16"/>
          <w:u w:val="none"/>
        </w:rPr>
        <w:t>.</w:t>
      </w:r>
    </w:p>
    <w:p>
      <w:pPr>
        <w:spacing w:after="60"/>
      </w:pPr>
      <w:r>
        <w:rPr>
          <w:b w:val="0"/>
          <w:i w:val="0"/>
          <w:smallCaps w:val="0"/>
          <w:strike w:val="0"/>
          <w:sz w:val="16"/>
          <w:u w:val="none"/>
        </w:rPr>
        <w:t>Astounding new labor-saving machines are also becoming more and more inexpensive. A recent exhaustive study of over seven hundred occupations concluded that no less than 47 percent of employment in the United States is at high risk of being automated within two decades. Anything approaching this level of labor displacement will yield more misery, not progress, for ordinary workers.</w:t>
      </w:r>
    </w:p>
    <w:p>
      <w:pPr>
        <w:spacing w:after="60"/>
      </w:pPr>
      <w:r>
        <w:rPr>
          <w:b w:val="0"/>
          <w:i w:val="0"/>
          <w:smallCaps w:val="0"/>
          <w:strike w:val="0"/>
          <w:sz w:val="22"/>
          <w:u w:val="single"/>
        </w:rPr>
        <w:t>But the lower cost and higher capacities of machines have also led to change of a better sort</w:t>
      </w:r>
      <w:r>
        <w:rPr>
          <w:b w:val="0"/>
          <w:i w:val="0"/>
          <w:smallCaps w:val="0"/>
          <w:strike w:val="0"/>
          <w:sz w:val="16"/>
          <w:u w:val="none"/>
        </w:rPr>
        <w:t xml:space="preserve">. </w:t>
      </w:r>
      <w:r>
        <w:rPr>
          <w:b w:val="0"/>
          <w:i w:val="0"/>
          <w:smallCaps w:val="0"/>
          <w:strike w:val="0"/>
          <w:sz w:val="22"/>
          <w:u w:val="single"/>
        </w:rPr>
        <w:t>As the prices of computer hardware, software, and Internet connections have declined, many people can now create new “knowledge products” without working for big capitalists</w:t>
      </w:r>
      <w:r>
        <w:rPr>
          <w:b w:val="0"/>
          <w:i w:val="0"/>
          <w:smallCaps w:val="0"/>
          <w:strike w:val="0"/>
          <w:sz w:val="16"/>
          <w:u w:val="none"/>
        </w:rPr>
        <w:t>.</w:t>
      </w:r>
    </w:p>
    <w:p>
      <w:pPr>
        <w:spacing w:after="60"/>
      </w:pPr>
      <w:r>
        <w:rPr>
          <w:b w:val="0"/>
          <w:i w:val="0"/>
          <w:smallCaps w:val="0"/>
          <w:strike w:val="0"/>
          <w:sz w:val="22"/>
          <w:u w:val="single"/>
        </w:rPr>
        <w:t>Multitudes across the globe</w:t>
      </w:r>
      <w:r>
        <w:rPr>
          <w:b w:val="0"/>
          <w:i w:val="0"/>
          <w:smallCaps w:val="0"/>
          <w:strike w:val="0"/>
          <w:sz w:val="22"/>
          <w:u w:val="single"/>
        </w:rPr>
        <w:t xml:space="preserve"> now </w:t>
      </w:r>
      <w:r>
        <w:rPr>
          <w:b w:val="0"/>
          <w:i w:val="0"/>
          <w:smallCaps w:val="0"/>
          <w:strike w:val="0"/>
          <w:sz w:val="22"/>
          <w:u w:val="single"/>
        </w:rPr>
        <w:t>freely choose to contribute to collective innovation projects of interest to them, outside</w:t>
      </w:r>
      <w:r>
        <w:rPr>
          <w:b w:val="0"/>
          <w:i w:val="0"/>
          <w:smallCaps w:val="0"/>
          <w:strike w:val="0"/>
          <w:sz w:val="22"/>
          <w:u w:val="single"/>
        </w:rPr>
        <w:t xml:space="preserve"> the relationship </w:t>
      </w:r>
      <w:r>
        <w:rPr>
          <w:b w:val="0"/>
          <w:i w:val="0"/>
          <w:smallCaps w:val="0"/>
          <w:strike w:val="0"/>
          <w:sz w:val="22"/>
          <w:u w:val="single"/>
        </w:rPr>
        <w:t>of capital and wage labor</w:t>
      </w:r>
      <w:r>
        <w:rPr>
          <w:b w:val="0"/>
          <w:i w:val="0"/>
          <w:smallCaps w:val="0"/>
          <w:strike w:val="0"/>
          <w:sz w:val="16"/>
          <w:u w:val="none"/>
        </w:rPr>
        <w:t>. The resulting products can now be distributed as unlimited free goods to anyone who wishes to use them, rather than being scarce commodities sold for profit.</w:t>
      </w:r>
    </w:p>
    <w:p>
      <w:pPr>
        <w:spacing w:after="60"/>
      </w:pPr>
      <w:r>
        <w:rPr>
          <w:b/>
          <w:i w:val="0"/>
          <w:smallCaps w:val="0"/>
          <w:strike w:val="0"/>
          <w:sz w:val="22"/>
          <w:u w:val="single"/>
        </w:rPr>
        <w:t>It is beyond dispute that this</w:t>
      </w:r>
      <w:r>
        <w:rPr>
          <w:b/>
          <w:i w:val="0"/>
          <w:smallCaps w:val="0"/>
          <w:strike w:val="0"/>
          <w:sz w:val="22"/>
          <w:u w:val="single"/>
        </w:rPr>
        <w:t xml:space="preserve"> new form of </w:t>
      </w:r>
      <w:r>
        <w:rPr>
          <w:b/>
          <w:i w:val="0"/>
          <w:smallCaps w:val="0"/>
          <w:strike w:val="0"/>
          <w:sz w:val="22"/>
          <w:u w:val="single"/>
        </w:rPr>
        <w:t>social labor has generated innovations superior</w:t>
      </w:r>
      <w:r>
        <w:rPr>
          <w:b/>
          <w:i w:val="0"/>
          <w:smallCaps w:val="0"/>
          <w:strike w:val="0"/>
          <w:sz w:val="22"/>
          <w:u w:val="single"/>
        </w:rPr>
        <w:t xml:space="preserve"> in quality and scale </w:t>
      </w:r>
      <w:r>
        <w:rPr>
          <w:b/>
          <w:i w:val="0"/>
          <w:smallCaps w:val="0"/>
          <w:strike w:val="0"/>
          <w:sz w:val="22"/>
          <w:u w:val="single"/>
        </w:rPr>
        <w:t>to</w:t>
      </w:r>
      <w:r>
        <w:rPr>
          <w:b/>
          <w:i w:val="0"/>
          <w:smallCaps w:val="0"/>
          <w:strike w:val="0"/>
          <w:sz w:val="22"/>
          <w:u w:val="single"/>
        </w:rPr>
        <w:t xml:space="preserve"> the output of </w:t>
      </w:r>
      <w:r>
        <w:rPr>
          <w:b/>
          <w:i w:val="0"/>
          <w:smallCaps w:val="0"/>
          <w:strike w:val="0"/>
          <w:sz w:val="22"/>
          <w:u w:val="single"/>
        </w:rPr>
        <w:t>capitalist firms</w:t>
      </w:r>
      <w:r>
        <w:rPr>
          <w:b w:val="0"/>
          <w:i w:val="0"/>
          <w:smallCaps w:val="0"/>
          <w:strike w:val="0"/>
          <w:sz w:val="16"/>
          <w:u w:val="none"/>
        </w:rPr>
        <w:t>. These innovations also tend to be qualitatively different.</w:t>
      </w:r>
    </w:p>
    <w:p>
      <w:pPr>
        <w:spacing w:after="60"/>
      </w:pPr>
      <w:r>
        <w:rPr>
          <w:b w:val="0"/>
          <w:i w:val="0"/>
          <w:smallCaps w:val="0"/>
          <w:strike w:val="0"/>
          <w:sz w:val="22"/>
          <w:u w:val="single"/>
        </w:rPr>
        <w:t>While technological developments in capitalism primarily address the wants and needs of those with disposable income, open-source projects can mobilize creative energies to address areas capital systematically neglects, such as developing seeds for poor farmers or medicines for those without the money to buy existing medications</w:t>
      </w:r>
      <w:r>
        <w:rPr>
          <w:b w:val="0"/>
          <w:i w:val="0"/>
          <w:smallCaps w:val="0"/>
          <w:strike w:val="0"/>
          <w:u w:val="none"/>
        </w:rPr>
        <w:t xml:space="preserve">. </w:t>
      </w:r>
      <w:r>
        <w:rPr>
          <w:b w:val="0"/>
          <w:i w:val="0"/>
          <w:smallCaps w:val="0"/>
          <w:strike w:val="0"/>
          <w:sz w:val="22"/>
          <w:u w:val="single"/>
        </w:rPr>
        <w:t>The potential of this new form of collective social labor to address pressing social needs across the globe is historically unprecedented.</w:t>
      </w:r>
    </w:p>
    <w:p>
      <w:pPr>
        <w:spacing w:after="60"/>
      </w:pPr>
      <w:r>
        <w:rPr>
          <w:b w:val="0"/>
          <w:i w:val="0"/>
          <w:smallCaps w:val="0"/>
          <w:strike w:val="0"/>
          <w:sz w:val="16"/>
          <w:u w:val="none"/>
        </w:rPr>
        <w:t>In order to flourish, however, open-source innovation requires free access to existing knowledge goods</w:t>
      </w:r>
      <w:r>
        <w:rPr>
          <w:b w:val="0"/>
          <w:i w:val="0"/>
          <w:smallCaps w:val="0"/>
          <w:strike w:val="0"/>
          <w:sz w:val="22"/>
          <w:u w:val="single"/>
        </w:rPr>
        <w:t>. Leading capital firms, hoping to extend their ability to privately profit from publicly supported research, have used their immense political power to extend the intellectual property rights regime in scope and enforcement, severely restricting the access open-source projects require</w:t>
      </w:r>
      <w:r>
        <w:rPr>
          <w:b w:val="0"/>
          <w:i w:val="0"/>
          <w:smallCaps w:val="0"/>
          <w:strike w:val="0"/>
          <w:sz w:val="16"/>
          <w:u w:val="none"/>
        </w:rPr>
        <w:t>. Copyright, after all, was extended for twenty years at the turn of the century, just as Internet access was starting to balloon.</w:t>
      </w:r>
    </w:p>
    <w:p>
      <w:pPr>
        <w:spacing w:after="60"/>
      </w:pPr>
      <w:r>
        <w:rPr>
          <w:b w:val="0"/>
          <w:i w:val="0"/>
          <w:smallCaps w:val="0"/>
          <w:strike w:val="0"/>
          <w:sz w:val="22"/>
          <w:u w:val="single"/>
        </w:rPr>
        <w:t xml:space="preserve">Despite these barriers, </w:t>
      </w:r>
      <w:r>
        <w:rPr>
          <w:b w:val="0"/>
          <w:i w:val="0"/>
          <w:smallCaps w:val="0"/>
          <w:strike w:val="0"/>
          <w:sz w:val="22"/>
          <w:u w:val="single"/>
        </w:rPr>
        <w:t>the success of open-source projects shows that i</w:t>
      </w:r>
      <w:r>
        <w:rPr>
          <w:b w:val="0"/>
          <w:i w:val="0"/>
          <w:smallCaps w:val="0"/>
          <w:strike w:val="0"/>
          <w:sz w:val="22"/>
          <w:u w:val="single"/>
        </w:rPr>
        <w:t>ntellectual-</w:t>
      </w:r>
      <w:r>
        <w:rPr>
          <w:b w:val="0"/>
          <w:i w:val="0"/>
          <w:smallCaps w:val="0"/>
          <w:strike w:val="0"/>
          <w:sz w:val="22"/>
          <w:u w:val="single"/>
        </w:rPr>
        <w:t>p</w:t>
      </w:r>
      <w:r>
        <w:rPr>
          <w:b w:val="0"/>
          <w:i w:val="0"/>
          <w:smallCaps w:val="0"/>
          <w:strike w:val="0"/>
          <w:sz w:val="22"/>
          <w:u w:val="single"/>
        </w:rPr>
        <w:t xml:space="preserve">roperty </w:t>
      </w:r>
      <w:r>
        <w:rPr>
          <w:b w:val="0"/>
          <w:i w:val="0"/>
          <w:smallCaps w:val="0"/>
          <w:strike w:val="0"/>
          <w:sz w:val="22"/>
          <w:u w:val="single"/>
        </w:rPr>
        <w:t>r</w:t>
      </w:r>
      <w:r>
        <w:rPr>
          <w:b w:val="0"/>
          <w:i w:val="0"/>
          <w:smallCaps w:val="0"/>
          <w:strike w:val="0"/>
          <w:sz w:val="22"/>
          <w:u w:val="single"/>
        </w:rPr>
        <w:t xml:space="preserve">ights </w:t>
      </w:r>
      <w:r>
        <w:rPr>
          <w:b w:val="0"/>
          <w:i w:val="0"/>
          <w:smallCaps w:val="0"/>
          <w:strike w:val="0"/>
          <w:sz w:val="22"/>
          <w:u w:val="single"/>
        </w:rPr>
        <w:t>are not required for innovation</w:t>
      </w:r>
      <w:r>
        <w:rPr>
          <w:b w:val="0"/>
          <w:i w:val="0"/>
          <w:smallCaps w:val="0"/>
          <w:strike w:val="0"/>
          <w:sz w:val="16"/>
          <w:u w:val="none"/>
        </w:rPr>
        <w:t xml:space="preserve">. Further evidence is provided by the fact that most scientific and technological workers engaged in innovation are forced to sign away intellectual property rights as a condition of employment. </w:t>
      </w:r>
      <w:r>
        <w:rPr>
          <w:b w:val="0"/>
          <w:i w:val="0"/>
          <w:smallCaps w:val="0"/>
          <w:strike w:val="0"/>
          <w:sz w:val="22"/>
          <w:u w:val="single"/>
        </w:rPr>
        <w:t>These rights</w:t>
      </w:r>
      <w:r>
        <w:rPr>
          <w:b w:val="0"/>
          <w:i w:val="0"/>
          <w:smallCaps w:val="0"/>
          <w:strike w:val="0"/>
          <w:sz w:val="22"/>
          <w:u w:val="single"/>
        </w:rPr>
        <w:t xml:space="preserve"> actually </w:t>
      </w:r>
      <w:r>
        <w:rPr>
          <w:b w:val="0"/>
          <w:i w:val="0"/>
          <w:smallCaps w:val="0"/>
          <w:strike w:val="0"/>
          <w:sz w:val="22"/>
          <w:u w:val="single"/>
        </w:rPr>
        <w:t xml:space="preserve">hamper </w:t>
      </w:r>
      <w:r>
        <w:rPr>
          <w:b w:val="0"/>
          <w:i w:val="0"/>
          <w:smallCaps w:val="0"/>
          <w:strike w:val="0"/>
          <w:sz w:val="22"/>
          <w:u w:val="single"/>
        </w:rPr>
        <w:t>advancement by raising</w:t>
      </w:r>
      <w:r>
        <w:rPr>
          <w:b w:val="0"/>
          <w:i w:val="0"/>
          <w:smallCaps w:val="0"/>
          <w:strike w:val="0"/>
          <w:sz w:val="22"/>
          <w:u w:val="single"/>
        </w:rPr>
        <w:t xml:space="preserve"> the </w:t>
      </w:r>
      <w:r>
        <w:rPr>
          <w:b w:val="0"/>
          <w:i w:val="0"/>
          <w:smallCaps w:val="0"/>
          <w:strike w:val="0"/>
          <w:sz w:val="22"/>
          <w:u w:val="single"/>
        </w:rPr>
        <w:t>cost of engaging in</w:t>
      </w:r>
      <w:r>
        <w:rPr>
          <w:b w:val="0"/>
          <w:i w:val="0"/>
          <w:smallCaps w:val="0"/>
          <w:strike w:val="0"/>
          <w:sz w:val="22"/>
          <w:u w:val="single"/>
        </w:rPr>
        <w:t xml:space="preserve"> the </w:t>
      </w:r>
      <w:r>
        <w:rPr>
          <w:b w:val="0"/>
          <w:i w:val="0"/>
          <w:smallCaps w:val="0"/>
          <w:strike w:val="0"/>
          <w:sz w:val="22"/>
          <w:u w:val="single"/>
        </w:rPr>
        <w:t>production</w:t>
      </w:r>
      <w:r>
        <w:rPr>
          <w:b w:val="0"/>
          <w:i w:val="0"/>
          <w:smallCaps w:val="0"/>
          <w:strike w:val="0"/>
          <w:sz w:val="22"/>
          <w:u w:val="single"/>
        </w:rPr>
        <w:t xml:space="preserve"> of new knowledge, </w:t>
      </w:r>
      <w:r>
        <w:rPr>
          <w:b w:val="0"/>
          <w:i w:val="0"/>
          <w:smallCaps w:val="0"/>
          <w:strike w:val="0"/>
          <w:sz w:val="22"/>
          <w:u w:val="single"/>
        </w:rPr>
        <w:t>and</w:t>
      </w:r>
      <w:r>
        <w:rPr>
          <w:b w:val="0"/>
          <w:i w:val="0"/>
          <w:smallCaps w:val="0"/>
          <w:strike w:val="0"/>
          <w:sz w:val="22"/>
          <w:u w:val="single"/>
        </w:rPr>
        <w:t xml:space="preserve"> by </w:t>
      </w:r>
      <w:r>
        <w:rPr>
          <w:b w:val="0"/>
          <w:i w:val="0"/>
          <w:smallCaps w:val="0"/>
          <w:strike w:val="0"/>
          <w:sz w:val="22"/>
          <w:u w:val="single"/>
        </w:rPr>
        <w:t>diverting funds to</w:t>
      </w:r>
      <w:r>
        <w:rPr>
          <w:b w:val="0"/>
          <w:i w:val="0"/>
          <w:smallCaps w:val="0"/>
          <w:strike w:val="0"/>
          <w:sz w:val="22"/>
          <w:u w:val="single"/>
        </w:rPr>
        <w:t xml:space="preserve"> unproductive </w:t>
      </w:r>
      <w:r>
        <w:rPr>
          <w:b w:val="0"/>
          <w:i w:val="0"/>
          <w:smallCaps w:val="0"/>
          <w:strike w:val="0"/>
          <w:sz w:val="22"/>
          <w:u w:val="single"/>
        </w:rPr>
        <w:t>legal costs</w:t>
      </w:r>
      <w:r>
        <w:rPr>
          <w:b w:val="0"/>
          <w:i w:val="0"/>
          <w:smallCaps w:val="0"/>
          <w:strike w:val="0"/>
          <w:sz w:val="16"/>
          <w:u w:val="none"/>
        </w:rPr>
        <w:t>.</w:t>
      </w:r>
    </w:p>
    <w:p>
      <w:pPr>
        <w:spacing w:after="60"/>
      </w:pPr>
      <w:r>
        <w:rPr>
          <w:b w:val="0"/>
          <w:i w:val="0"/>
          <w:smallCaps w:val="0"/>
          <w:strike w:val="0"/>
          <w:sz w:val="16"/>
          <w:u w:val="none"/>
        </w:rPr>
        <w:t>The World is Flat?</w:t>
      </w:r>
    </w:p>
    <w:p>
      <w:pPr>
        <w:spacing w:after="60"/>
      </w:pPr>
      <w:r>
        <w:rPr>
          <w:b/>
          <w:i w:val="0"/>
          <w:smallCaps w:val="0"/>
          <w:strike w:val="0"/>
          <w:sz w:val="22"/>
          <w:u w:val="single"/>
        </w:rPr>
        <w:t>Capitalism</w:t>
      </w:r>
      <w:r>
        <w:rPr>
          <w:b/>
          <w:i w:val="0"/>
          <w:smallCaps w:val="0"/>
          <w:strike w:val="0"/>
          <w:sz w:val="22"/>
          <w:u w:val="single"/>
        </w:rPr>
        <w:t xml:space="preserve"> also </w:t>
      </w:r>
      <w:r>
        <w:rPr>
          <w:b/>
          <w:i w:val="0"/>
          <w:smallCaps w:val="0"/>
          <w:strike w:val="0"/>
          <w:sz w:val="22"/>
          <w:u w:val="single"/>
        </w:rPr>
        <w:t>hampers the ability of</w:t>
      </w:r>
      <w:r>
        <w:rPr>
          <w:b/>
          <w:i w:val="0"/>
          <w:smallCaps w:val="0"/>
          <w:strike w:val="0"/>
          <w:sz w:val="22"/>
          <w:u w:val="single"/>
        </w:rPr>
        <w:t xml:space="preserve"> much of </w:t>
      </w:r>
      <w:r>
        <w:rPr>
          <w:b/>
          <w:i w:val="0"/>
          <w:smallCaps w:val="0"/>
          <w:strike w:val="0"/>
          <w:sz w:val="22"/>
          <w:u w:val="single"/>
        </w:rPr>
        <w:t>the world to contribute to technological advancement</w:t>
      </w:r>
      <w:r>
        <w:rPr>
          <w:b w:val="0"/>
          <w:i w:val="0"/>
          <w:smallCaps w:val="0"/>
          <w:strike w:val="0"/>
          <w:sz w:val="16"/>
          <w:u w:val="none"/>
        </w:rPr>
        <w:t xml:space="preserve">. </w:t>
      </w:r>
      <w:r>
        <w:rPr>
          <w:b w:val="0"/>
          <w:i w:val="0"/>
          <w:smallCaps w:val="0"/>
          <w:strike w:val="0"/>
          <w:sz w:val="22"/>
          <w:u w:val="single"/>
        </w:rPr>
        <w:t>Whole regions of the glob</w:t>
      </w:r>
      <w:r>
        <w:rPr>
          <w:b w:val="0"/>
          <w:i w:val="0"/>
          <w:smallCaps w:val="0"/>
          <w:strike w:val="0"/>
          <w:sz w:val="22"/>
          <w:u w:val="single"/>
        </w:rPr>
        <w:t xml:space="preserve">al </w:t>
      </w:r>
      <w:r>
        <w:rPr>
          <w:b w:val="0"/>
          <w:i w:val="0"/>
          <w:smallCaps w:val="0"/>
          <w:strike w:val="0"/>
          <w:sz w:val="22"/>
          <w:u w:val="single"/>
        </w:rPr>
        <w:t>e</w:t>
      </w:r>
      <w:r>
        <w:rPr>
          <w:b w:val="0"/>
          <w:i w:val="0"/>
          <w:smallCaps w:val="0"/>
          <w:strike w:val="0"/>
          <w:sz w:val="22"/>
          <w:u w:val="single"/>
        </w:rPr>
        <w:t xml:space="preserve">conomy </w:t>
      </w:r>
      <w:r>
        <w:rPr>
          <w:b w:val="0"/>
          <w:i w:val="0"/>
          <w:smallCaps w:val="0"/>
          <w:strike w:val="0"/>
          <w:sz w:val="22"/>
          <w:u w:val="single"/>
        </w:rPr>
        <w:t>lack the wealth to support</w:t>
      </w:r>
      <w:r>
        <w:rPr>
          <w:b w:val="0"/>
          <w:i w:val="0"/>
          <w:smallCaps w:val="0"/>
          <w:strike w:val="0"/>
          <w:sz w:val="22"/>
          <w:u w:val="single"/>
        </w:rPr>
        <w:t xml:space="preserve"> meaningful </w:t>
      </w:r>
      <w:r>
        <w:rPr>
          <w:b w:val="0"/>
          <w:i w:val="0"/>
          <w:smallCaps w:val="0"/>
          <w:strike w:val="0"/>
          <w:sz w:val="22"/>
          <w:u w:val="single"/>
        </w:rPr>
        <w:t>innovation</w:t>
      </w:r>
      <w:r>
        <w:rPr>
          <w:b w:val="0"/>
          <w:i w:val="0"/>
          <w:smallCaps w:val="0"/>
          <w:strike w:val="0"/>
          <w:sz w:val="16"/>
          <w:u w:val="none"/>
        </w:rPr>
        <w:t xml:space="preserve">. Today, </w:t>
      </w:r>
      <w:r>
        <w:rPr>
          <w:b w:val="0"/>
          <w:i w:val="0"/>
          <w:smallCaps w:val="0"/>
          <w:strike w:val="0"/>
          <w:sz w:val="22"/>
          <w:u w:val="single"/>
        </w:rPr>
        <w:t>only four</w:t>
      </w:r>
      <w:r>
        <w:rPr>
          <w:b w:val="0"/>
          <w:i w:val="0"/>
          <w:smallCaps w:val="0"/>
          <w:strike w:val="0"/>
          <w:sz w:val="22"/>
          <w:u w:val="single"/>
        </w:rPr>
        <w:t xml:space="preserve"> countries </w:t>
      </w:r>
      <w:r>
        <w:rPr>
          <w:b w:val="0"/>
          <w:i w:val="0"/>
          <w:smallCaps w:val="0"/>
          <w:strike w:val="0"/>
          <w:sz w:val="22"/>
          <w:u w:val="single"/>
        </w:rPr>
        <w:t>spend over 3 percent</w:t>
      </w:r>
      <w:r>
        <w:rPr>
          <w:b w:val="0"/>
          <w:i w:val="0"/>
          <w:smallCaps w:val="0"/>
          <w:strike w:val="0"/>
          <w:sz w:val="22"/>
          <w:u w:val="single"/>
        </w:rPr>
        <w:t xml:space="preserve"> of their GDP </w:t>
      </w:r>
      <w:r>
        <w:rPr>
          <w:b w:val="0"/>
          <w:i w:val="0"/>
          <w:smallCaps w:val="0"/>
          <w:strike w:val="0"/>
          <w:sz w:val="22"/>
          <w:u w:val="single"/>
        </w:rPr>
        <w:t>on r</w:t>
      </w:r>
      <w:r>
        <w:rPr>
          <w:b w:val="0"/>
          <w:i w:val="0"/>
          <w:smallCaps w:val="0"/>
          <w:strike w:val="0"/>
          <w:sz w:val="22"/>
          <w:u w:val="single"/>
        </w:rPr>
        <w:t xml:space="preserve">esearch </w:t>
      </w:r>
      <w:r>
        <w:rPr>
          <w:b w:val="0"/>
          <w:i w:val="0"/>
          <w:smallCaps w:val="0"/>
          <w:strike w:val="0"/>
          <w:sz w:val="22"/>
          <w:u w:val="single"/>
        </w:rPr>
        <w:t>and d</w:t>
      </w:r>
      <w:r>
        <w:rPr>
          <w:b w:val="0"/>
          <w:i w:val="0"/>
          <w:smallCaps w:val="0"/>
          <w:strike w:val="0"/>
          <w:sz w:val="22"/>
          <w:u w:val="single"/>
        </w:rPr>
        <w:t>evelopment</w:t>
      </w:r>
      <w:r>
        <w:rPr>
          <w:b w:val="0"/>
          <w:i w:val="0"/>
          <w:smallCaps w:val="0"/>
          <w:strike w:val="0"/>
          <w:sz w:val="16"/>
          <w:u w:val="none"/>
        </w:rPr>
        <w:t>; a mere six others devote 2 percent or more.</w:t>
      </w:r>
    </w:p>
    <w:p>
      <w:pPr>
        <w:spacing w:after="60"/>
      </w:pPr>
      <w:r>
        <w:rPr>
          <w:b w:val="0"/>
          <w:i w:val="0"/>
          <w:smallCaps w:val="0"/>
          <w:strike w:val="0"/>
          <w:sz w:val="22"/>
          <w:u w:val="single"/>
        </w:rPr>
        <w:t>Capital in these advantaged regions has the opportunity to establish a virtuous circle, free-riding on the extensive public investment discussed above</w:t>
      </w:r>
      <w:r>
        <w:rPr>
          <w:b w:val="0"/>
          <w:i w:val="0"/>
          <w:smallCaps w:val="0"/>
          <w:strike w:val="0"/>
          <w:sz w:val="16"/>
          <w:u w:val="none"/>
        </w:rPr>
        <w:t xml:space="preserve">. </w:t>
      </w:r>
      <w:r>
        <w:rPr>
          <w:b w:val="0"/>
          <w:i w:val="0"/>
          <w:smallCaps w:val="0"/>
          <w:strike w:val="0"/>
          <w:sz w:val="22"/>
          <w:u w:val="single"/>
        </w:rPr>
        <w:t>Privileged access to advanced R&amp;D enables capitalists to appropriate high returns on successful innovations; these returns allow those companies to make effective use of technological advances in the next cycle, setting the stage for future profits</w:t>
      </w:r>
      <w:r>
        <w:rPr>
          <w:b w:val="0"/>
          <w:i w:val="0"/>
          <w:smallCaps w:val="0"/>
          <w:strike w:val="0"/>
          <w:sz w:val="16"/>
          <w:u w:val="none"/>
        </w:rPr>
        <w:t>.</w:t>
      </w:r>
    </w:p>
    <w:p>
      <w:pPr>
        <w:spacing w:after="60"/>
      </w:pPr>
      <w:r>
        <w:rPr>
          <w:b w:val="0"/>
          <w:i w:val="0"/>
          <w:smallCaps w:val="0"/>
          <w:strike w:val="0"/>
          <w:sz w:val="22"/>
          <w:u w:val="single"/>
        </w:rPr>
        <w:t>At the same time, enterprises in poorer regions, lacking access to high-level R&amp;D, find themselves trapped in a vicious cycle</w:t>
      </w:r>
      <w:r>
        <w:rPr>
          <w:b w:val="0"/>
          <w:i w:val="0"/>
          <w:smallCaps w:val="0"/>
          <w:strike w:val="0"/>
          <w:sz w:val="16"/>
          <w:u w:val="none"/>
        </w:rPr>
        <w:t>. Their present inability to make significant innovations that would enable them to compete successfully in world markets undercuts their future prospects. Only a handful of countries — such as South Korea and Taiwan — have ever been able to move forward from this starting disadvantage.</w:t>
      </w:r>
    </w:p>
    <w:p>
      <w:pPr>
        <w:spacing w:after="60"/>
      </w:pPr>
      <w:r>
        <w:rPr>
          <w:b w:val="0"/>
          <w:i w:val="0"/>
          <w:smallCaps w:val="0"/>
          <w:strike w:val="0"/>
          <w:sz w:val="22"/>
          <w:u w:val="single"/>
        </w:rPr>
        <w:t>Global disparities in technological change alone do not explain why 1 percent of people in the world now own 48 percent of global wealth. But they are a major part of the story; technological change is a weapon that enables the privileged to maintain and extend their global advantages over time</w:t>
      </w:r>
      <w:r>
        <w:rPr>
          <w:b w:val="0"/>
          <w:i w:val="0"/>
          <w:smallCaps w:val="0"/>
          <w:strike w:val="0"/>
          <w:sz w:val="16"/>
          <w:u w:val="none"/>
        </w:rPr>
        <w:t>.</w:t>
      </w:r>
    </w:p>
    <w:p>
      <w:pPr>
        <w:spacing w:after="60"/>
      </w:pPr>
      <w:r>
        <w:rPr>
          <w:b w:val="0"/>
          <w:i w:val="0"/>
          <w:smallCaps w:val="0"/>
          <w:strike w:val="0"/>
          <w:sz w:val="16"/>
          <w:u w:val="none"/>
        </w:rPr>
        <w:t>Creative Non-Destruction</w:t>
      </w:r>
    </w:p>
    <w:p>
      <w:pPr>
        <w:spacing w:after="60"/>
      </w:pPr>
      <w:r>
        <w:rPr>
          <w:b w:val="0"/>
          <w:i w:val="0"/>
          <w:smallCaps w:val="0"/>
          <w:strike w:val="0"/>
          <w:sz w:val="22"/>
          <w:u w:val="single"/>
        </w:rPr>
        <w:t xml:space="preserve">The </w:t>
      </w:r>
      <w:r>
        <w:rPr>
          <w:b w:val="0"/>
          <w:i w:val="0"/>
          <w:smallCaps w:val="0"/>
          <w:strike w:val="0"/>
          <w:sz w:val="22"/>
          <w:u w:val="single"/>
        </w:rPr>
        <w:t>destructive effects</w:t>
      </w:r>
      <w:r>
        <w:rPr>
          <w:b w:val="0"/>
          <w:i w:val="0"/>
          <w:smallCaps w:val="0"/>
          <w:strike w:val="0"/>
          <w:sz w:val="22"/>
          <w:u w:val="single"/>
        </w:rPr>
        <w:t xml:space="preserve"> examined above </w:t>
      </w:r>
      <w:r>
        <w:rPr>
          <w:b w:val="0"/>
          <w:i w:val="0"/>
          <w:smallCaps w:val="0"/>
          <w:strike w:val="0"/>
          <w:sz w:val="22"/>
          <w:u w:val="single"/>
        </w:rPr>
        <w:t>are</w:t>
      </w:r>
      <w:r>
        <w:rPr>
          <w:b w:val="0"/>
          <w:i w:val="0"/>
          <w:smallCaps w:val="0"/>
          <w:strike w:val="0"/>
          <w:sz w:val="22"/>
          <w:u w:val="single"/>
        </w:rPr>
        <w:t xml:space="preserve"> not </w:t>
      </w:r>
      <w:r>
        <w:rPr>
          <w:b w:val="0"/>
          <w:i w:val="0"/>
          <w:smallCaps w:val="0"/>
          <w:strike w:val="0"/>
          <w:sz w:val="22"/>
          <w:u w:val="single"/>
        </w:rPr>
        <w:t>necessary features of</w:t>
      </w:r>
      <w:r>
        <w:rPr>
          <w:b w:val="0"/>
          <w:i w:val="0"/>
          <w:smallCaps w:val="0"/>
          <w:strike w:val="0"/>
          <w:sz w:val="22"/>
          <w:u w:val="single"/>
        </w:rPr>
        <w:t xml:space="preserve"> technological change; they are necessary features of </w:t>
      </w:r>
      <w:r>
        <w:rPr>
          <w:b w:val="0"/>
          <w:i w:val="0"/>
          <w:smallCaps w:val="0"/>
          <w:strike w:val="0"/>
          <w:sz w:val="22"/>
          <w:u w:val="single"/>
        </w:rPr>
        <w:t>technological change in capitalism</w:t>
      </w:r>
      <w:r>
        <w:rPr>
          <w:b w:val="0"/>
          <w:i w:val="0"/>
          <w:smallCaps w:val="0"/>
          <w:strike w:val="0"/>
          <w:sz w:val="22"/>
          <w:u w:val="single"/>
        </w:rPr>
        <w:t xml:space="preserve">. </w:t>
      </w:r>
      <w:r>
        <w:rPr>
          <w:b w:val="0"/>
          <w:i w:val="0"/>
          <w:smallCaps w:val="0"/>
          <w:strike w:val="0"/>
          <w:sz w:val="22"/>
          <w:u w:val="single"/>
        </w:rPr>
        <w:t>Overcoming them requires</w:t>
      </w:r>
      <w:r>
        <w:rPr>
          <w:b w:val="0"/>
          <w:i w:val="0"/>
          <w:smallCaps w:val="0"/>
          <w:strike w:val="0"/>
          <w:sz w:val="22"/>
          <w:u w:val="single"/>
        </w:rPr>
        <w:t xml:space="preserve"> </w:t>
      </w:r>
      <w:r>
        <w:rPr>
          <w:b w:val="0"/>
          <w:i w:val="0"/>
          <w:smallCaps w:val="0"/>
          <w:strike w:val="0"/>
          <w:sz w:val="22"/>
          <w:u w:val="single"/>
        </w:rPr>
        <w:t>overcoming capitalism</w:t>
      </w:r>
      <w:r>
        <w:rPr>
          <w:b w:val="0"/>
          <w:i w:val="0"/>
          <w:smallCaps w:val="0"/>
          <w:strike w:val="0"/>
          <w:sz w:val="16"/>
          <w:u w:val="none"/>
        </w:rPr>
        <w:t>, even if we only have a provisional sense of what that might mean.</w:t>
      </w:r>
    </w:p>
    <w:p>
      <w:pPr>
        <w:spacing w:after="60"/>
      </w:pPr>
      <w:r>
        <w:rPr>
          <w:b w:val="0"/>
          <w:i w:val="0"/>
          <w:smallCaps w:val="0"/>
          <w:strike w:val="0"/>
          <w:sz w:val="22"/>
          <w:u w:val="single"/>
        </w:rPr>
        <w:t>The pernicious tendencies associated with technological change in capitalist workplaces are rooted in a structure where managers are agents of the owners of the firm’s assets, with a fiduciary duty to further their private interests</w:t>
      </w:r>
      <w:r>
        <w:rPr>
          <w:b w:val="0"/>
          <w:i w:val="0"/>
          <w:smallCaps w:val="0"/>
          <w:strike w:val="0"/>
          <w:sz w:val="16"/>
          <w:u w:val="none"/>
        </w:rPr>
        <w:t>.</w:t>
      </w:r>
    </w:p>
    <w:p>
      <w:pPr>
        <w:spacing w:after="60"/>
      </w:pPr>
      <w:r>
        <w:rPr>
          <w:b w:val="0"/>
          <w:i w:val="0"/>
          <w:smallCaps w:val="0"/>
          <w:strike w:val="0"/>
          <w:sz w:val="16"/>
          <w:u w:val="none"/>
        </w:rPr>
        <w:t xml:space="preserve">But a society’s means of production are not goods for personal consumption, like a toothbrush. The material reproduction of society is an inherently public matter, as the technological development of capitalism itself, resting on public funds, confirms. </w:t>
      </w:r>
      <w:r>
        <w:rPr>
          <w:b w:val="0"/>
          <w:i w:val="0"/>
          <w:smallCaps w:val="0"/>
          <w:strike w:val="0"/>
          <w:sz w:val="22"/>
          <w:u w:val="single"/>
        </w:rPr>
        <w:t>Capital markets,</w:t>
      </w:r>
      <w:r>
        <w:rPr>
          <w:b w:val="0"/>
          <w:i w:val="0"/>
          <w:smallCaps w:val="0"/>
          <w:strike w:val="0"/>
          <w:sz w:val="22"/>
          <w:u w:val="single"/>
        </w:rPr>
        <w:t xml:space="preserve"> where private claims to productive resources are bought and sold, </w:t>
      </w:r>
      <w:r>
        <w:rPr>
          <w:b w:val="0"/>
          <w:i w:val="0"/>
          <w:smallCaps w:val="0"/>
          <w:strike w:val="0"/>
          <w:sz w:val="22"/>
          <w:u w:val="single"/>
        </w:rPr>
        <w:t>treat public power as if it were just another item for personal use</w:t>
      </w:r>
      <w:r>
        <w:rPr>
          <w:b w:val="0"/>
          <w:i w:val="0"/>
          <w:smallCaps w:val="0"/>
          <w:strike w:val="0"/>
          <w:sz w:val="22"/>
          <w:u w:val="single"/>
        </w:rPr>
        <w:t xml:space="preserve">. </w:t>
      </w:r>
      <w:r>
        <w:rPr>
          <w:b w:val="0"/>
          <w:i w:val="0"/>
          <w:smallCaps w:val="0"/>
          <w:strike w:val="0"/>
          <w:sz w:val="22"/>
          <w:u w:val="single"/>
        </w:rPr>
        <w:t>They can, and should, be</w:t>
      </w:r>
      <w:r>
        <w:rPr>
          <w:b w:val="0"/>
          <w:i w:val="0"/>
          <w:smallCaps w:val="0"/>
          <w:strike w:val="0"/>
          <w:sz w:val="22"/>
          <w:u w:val="single"/>
        </w:rPr>
        <w:t xml:space="preserve"> totally </w:t>
      </w:r>
      <w:r>
        <w:rPr>
          <w:b w:val="0"/>
          <w:i w:val="0"/>
          <w:smallCaps w:val="0"/>
          <w:strike w:val="0"/>
          <w:sz w:val="22"/>
          <w:u w:val="single"/>
        </w:rPr>
        <w:t>done away with</w:t>
      </w:r>
      <w:r>
        <w:rPr>
          <w:b w:val="0"/>
          <w:i w:val="0"/>
          <w:smallCaps w:val="0"/>
          <w:strike w:val="0"/>
          <w:sz w:val="16"/>
          <w:u w:val="none"/>
        </w:rPr>
        <w:t>.</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