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Loss of tech leadership causes</w:t>
      </w:r>
      <w:r>
        <w:rPr>
          <w:b/>
          <w:i w:val="0"/>
          <w:smallCaps w:val="0"/>
          <w:strike w:val="0"/>
          <w:sz w:val="28"/>
          <w:u w:val="none"/>
        </w:rPr>
        <w:t xml:space="preserve"> </w:t>
      </w:r>
      <w:r>
        <w:rPr>
          <w:b/>
          <w:i w:val="0"/>
          <w:smallCaps w:val="0"/>
          <w:strike w:val="0"/>
          <w:sz w:val="28"/>
          <w:u w:val="single"/>
        </w:rPr>
        <w:t>extinction</w:t>
      </w:r>
      <w:r>
        <w:rPr>
          <w:b/>
          <w:i w:val="0"/>
          <w:smallCaps w:val="0"/>
          <w:strike w:val="0"/>
          <w:sz w:val="28"/>
          <w:u w:val="none"/>
        </w:rPr>
        <w:t xml:space="preserve"> – </w:t>
      </w:r>
      <w:r>
        <w:rPr>
          <w:b/>
          <w:i w:val="0"/>
          <w:smallCaps w:val="0"/>
          <w:strike w:val="0"/>
          <w:sz w:val="28"/>
          <w:u w:val="none"/>
        </w:rPr>
        <w:t xml:space="preserve">uncontrolled risks from cause </w:t>
      </w:r>
      <w:r>
        <w:rPr>
          <w:b/>
          <w:i w:val="0"/>
          <w:smallCaps w:val="0"/>
          <w:strike w:val="0"/>
          <w:sz w:val="28"/>
          <w:u w:val="single"/>
        </w:rPr>
        <w:t>rapid shifts</w:t>
      </w:r>
      <w:r>
        <w:rPr>
          <w:b/>
          <w:i w:val="0"/>
          <w:smallCaps w:val="0"/>
          <w:strike w:val="0"/>
          <w:sz w:val="28"/>
          <w:u w:val="none"/>
        </w:rPr>
        <w:t xml:space="preserve"> in </w:t>
      </w:r>
      <w:r>
        <w:rPr>
          <w:b/>
          <w:i w:val="0"/>
          <w:smallCaps w:val="0"/>
          <w:strike w:val="0"/>
          <w:sz w:val="28"/>
          <w:u w:val="single"/>
        </w:rPr>
        <w:t>strategic stability</w:t>
      </w:r>
      <w:r>
        <w:rPr>
          <w:b/>
          <w:i w:val="0"/>
          <w:smallCaps w:val="0"/>
          <w:strike w:val="0"/>
          <w:sz w:val="28"/>
          <w:u w:val="none"/>
        </w:rPr>
        <w:t xml:space="preserve"> and </w:t>
      </w:r>
      <w:r>
        <w:rPr>
          <w:b/>
          <w:i w:val="0"/>
          <w:smallCaps w:val="0"/>
          <w:strike w:val="0"/>
          <w:sz w:val="28"/>
          <w:u w:val="none"/>
        </w:rPr>
        <w:t>misuse</w:t>
      </w:r>
      <w:r>
        <w:rPr>
          <w:b/>
          <w:i w:val="0"/>
          <w:smallCaps w:val="0"/>
          <w:strike w:val="0"/>
          <w:sz w:val="28"/>
          <w:u w:val="none"/>
        </w:rPr>
        <w:t xml:space="preserve">. </w:t>
      </w:r>
      <w:r>
        <w:rPr>
          <w:b/>
          <w:i w:val="0"/>
          <w:smallCaps w:val="0"/>
          <w:strike w:val="0"/>
          <w:sz w:val="28"/>
          <w:u w:val="none"/>
        </w:rPr>
        <w:t>American</w:t>
      </w:r>
      <w:r>
        <w:rPr>
          <w:b/>
          <w:i w:val="0"/>
          <w:smallCaps w:val="0"/>
          <w:strike w:val="0"/>
          <w:sz w:val="28"/>
          <w:u w:val="none"/>
        </w:rPr>
        <w:t xml:space="preserve"> dominance is key.</w:t>
      </w:r>
    </w:p>
    <w:p>
      <w:pPr>
        <w:spacing w:after="80"/>
      </w:pPr>
      <w:r>
        <w:rPr>
          <w:b/>
          <w:i w:val="0"/>
          <w:smallCaps w:val="0"/>
          <w:strike w:val="0"/>
          <w:sz w:val="24"/>
          <w:u w:val="none"/>
        </w:rPr>
        <w:t xml:space="preserve">Jain ’20 </w:t>
      </w:r>
      <w:r>
        <w:rPr>
          <w:b w:val="0"/>
          <w:i w:val="0"/>
          <w:smallCaps w:val="0"/>
          <w:strike w:val="0"/>
          <w:sz w:val="20"/>
          <w:u w:val="none"/>
        </w:rPr>
        <w:t xml:space="preserve">[Ash; 2020; Senior fellow with the Scowcroft Center for Strategy and Security; Strategic Studies Quarterly; “Present at the Re-Creation: A Global Strategy for Revitalizing, Adapting, and Defending a Rules-Based International System,” </w:t>
      </w:r>
      <w:r>
        <w:rPr>
          <w:b w:val="0"/>
          <w:i w:val="0"/>
          <w:smallCaps w:val="0"/>
          <w:strike w:val="0"/>
          <w:sz w:val="20"/>
          <w:u w:val="none"/>
        </w:rPr>
        <w:t>https://www.atlanticcouncil.org/wp-content/uploads/2019/10/Present-at-the-Recreation.pdf</w:t>
      </w:r>
      <w:r>
        <w:rPr>
          <w:b w:val="0"/>
          <w:i w:val="0"/>
          <w:smallCaps w:val="0"/>
          <w:strike w:val="0"/>
          <w:sz w:val="20"/>
          <w:u w:val="none"/>
        </w:rPr>
        <w:t>]</w:t>
      </w:r>
    </w:p>
    <w:p>
      <w:pPr>
        <w:spacing w:after="60"/>
      </w:pPr>
      <w:r>
        <w:rPr>
          <w:b/>
          <w:i w:val="0"/>
          <w:smallCaps w:val="0"/>
          <w:strike w:val="0"/>
          <w:sz w:val="28"/>
          <w:u w:val="single"/>
        </w:rPr>
        <w:t>The system must</w:t>
      </w:r>
      <w:r>
        <w:rPr>
          <w:b w:val="0"/>
          <w:i w:val="0"/>
          <w:smallCaps w:val="0"/>
          <w:strike w:val="0"/>
          <w:sz w:val="16"/>
          <w:u w:val="none"/>
        </w:rPr>
        <w:t xml:space="preserve"> also </w:t>
      </w:r>
      <w:r>
        <w:rPr>
          <w:b/>
          <w:i w:val="0"/>
          <w:smallCaps w:val="0"/>
          <w:strike w:val="0"/>
          <w:sz w:val="28"/>
          <w:u w:val="single"/>
        </w:rPr>
        <w:t>be adapted to deal with</w:t>
      </w:r>
      <w:r>
        <w:rPr>
          <w:b w:val="0"/>
          <w:i w:val="0"/>
          <w:smallCaps w:val="0"/>
          <w:strike w:val="0"/>
          <w:sz w:val="16"/>
          <w:u w:val="none"/>
        </w:rPr>
        <w:t xml:space="preserve"> new issues that were not envisioned when the existing order was designed. Foremost among these issues is </w:t>
      </w:r>
      <w:r>
        <w:rPr>
          <w:b/>
          <w:i w:val="0"/>
          <w:smallCaps w:val="0"/>
          <w:strike w:val="0"/>
          <w:sz w:val="28"/>
          <w:u w:val="single"/>
        </w:rPr>
        <w:t xml:space="preserve">emerging and disruptive technology, including </w:t>
      </w:r>
      <w:r>
        <w:rPr>
          <w:b/>
          <w:i w:val="0"/>
          <w:smallCaps w:val="0"/>
          <w:strike w:val="0"/>
          <w:sz w:val="28"/>
          <w:highlight w:val="yellow"/>
          <w:u w:val="single"/>
        </w:rPr>
        <w:t>AI</w:t>
      </w:r>
      <w:r>
        <w:rPr>
          <w:b/>
          <w:i w:val="0"/>
          <w:smallCaps w:val="0"/>
          <w:strike w:val="0"/>
          <w:sz w:val="28"/>
          <w:u w:val="single"/>
        </w:rPr>
        <w:t xml:space="preserve">, </w:t>
      </w:r>
      <w:r>
        <w:rPr>
          <w:b/>
          <w:i w:val="0"/>
          <w:smallCaps w:val="0"/>
          <w:strike w:val="0"/>
          <w:sz w:val="28"/>
          <w:u w:val="single"/>
        </w:rPr>
        <w:t>additive manufacturing</w:t>
      </w:r>
      <w:r>
        <w:rPr>
          <w:b w:val="0"/>
          <w:i w:val="0"/>
          <w:smallCaps w:val="0"/>
          <w:strike w:val="0"/>
          <w:sz w:val="16"/>
          <w:u w:val="none"/>
        </w:rPr>
        <w:t xml:space="preserve"> (or </w:t>
      </w:r>
      <w:r>
        <w:rPr>
          <w:b/>
          <w:i w:val="0"/>
          <w:smallCaps w:val="0"/>
          <w:strike w:val="0"/>
          <w:sz w:val="28"/>
          <w:highlight w:val="yellow"/>
          <w:u w:val="single"/>
        </w:rPr>
        <w:t>3D printing</w:t>
      </w:r>
      <w:r>
        <w:rPr>
          <w:b w:val="0"/>
          <w:i w:val="0"/>
          <w:smallCaps w:val="0"/>
          <w:strike w:val="0"/>
          <w:sz w:val="16"/>
          <w:u w:val="none"/>
        </w:rPr>
        <w:t xml:space="preserve">), </w:t>
      </w:r>
      <w:r>
        <w:rPr>
          <w:b/>
          <w:i w:val="0"/>
          <w:smallCaps w:val="0"/>
          <w:strike w:val="0"/>
          <w:sz w:val="28"/>
          <w:u w:val="single"/>
        </w:rPr>
        <w:t>quantum computing</w:t>
      </w:r>
      <w:r>
        <w:rPr>
          <w:b w:val="0"/>
          <w:i w:val="0"/>
          <w:smallCaps w:val="0"/>
          <w:strike w:val="0"/>
          <w:sz w:val="16"/>
          <w:u w:val="none"/>
        </w:rPr>
        <w:t xml:space="preserve">, </w:t>
      </w:r>
      <w:r>
        <w:rPr>
          <w:b/>
          <w:i w:val="0"/>
          <w:smallCaps w:val="0"/>
          <w:strike w:val="0"/>
          <w:sz w:val="28"/>
          <w:u w:val="single"/>
        </w:rPr>
        <w:t xml:space="preserve">genetic </w:t>
      </w:r>
      <w:r>
        <w:rPr>
          <w:b/>
          <w:i w:val="0"/>
          <w:smallCaps w:val="0"/>
          <w:strike w:val="0"/>
          <w:sz w:val="28"/>
          <w:highlight w:val="yellow"/>
          <w:u w:val="single"/>
        </w:rPr>
        <w:t>engineering</w:t>
      </w:r>
      <w:r>
        <w:rPr>
          <w:b/>
          <w:i w:val="0"/>
          <w:smallCaps w:val="0"/>
          <w:strike w:val="0"/>
          <w:sz w:val="28"/>
          <w:u w:val="single"/>
        </w:rPr>
        <w:t xml:space="preserve">, </w:t>
      </w:r>
      <w:r>
        <w:rPr>
          <w:b/>
          <w:i w:val="0"/>
          <w:smallCaps w:val="0"/>
          <w:strike w:val="0"/>
          <w:sz w:val="28"/>
          <w:u w:val="single"/>
        </w:rPr>
        <w:t>robotics</w:t>
      </w:r>
      <w:r>
        <w:rPr>
          <w:b/>
          <w:i w:val="0"/>
          <w:smallCaps w:val="0"/>
          <w:strike w:val="0"/>
          <w:sz w:val="28"/>
          <w:u w:val="single"/>
        </w:rPr>
        <w:t xml:space="preserve">, </w:t>
      </w:r>
      <w:r>
        <w:rPr>
          <w:b/>
          <w:i w:val="0"/>
          <w:smallCaps w:val="0"/>
          <w:strike w:val="0"/>
          <w:sz w:val="28"/>
          <w:u w:val="single"/>
        </w:rPr>
        <w:t xml:space="preserve">directed </w:t>
      </w:r>
      <w:r>
        <w:rPr>
          <w:b/>
          <w:i w:val="0"/>
          <w:smallCaps w:val="0"/>
          <w:strike w:val="0"/>
          <w:sz w:val="28"/>
          <w:highlight w:val="yellow"/>
          <w:u w:val="single"/>
        </w:rPr>
        <w:t>energy</w:t>
      </w:r>
      <w:r>
        <w:rPr>
          <w:b/>
          <w:i w:val="0"/>
          <w:smallCaps w:val="0"/>
          <w:strike w:val="0"/>
          <w:sz w:val="28"/>
          <w:highlight w:val="yellow"/>
          <w:u w:val="single"/>
        </w:rPr>
        <w:t>, the</w:t>
      </w:r>
      <w:r>
        <w:rPr>
          <w:b w:val="0"/>
          <w:i w:val="0"/>
          <w:smallCaps w:val="0"/>
          <w:strike w:val="0"/>
          <w:sz w:val="16"/>
          <w:u w:val="none"/>
        </w:rPr>
        <w:t xml:space="preserve"> Internet of things (</w:t>
      </w:r>
      <w:r>
        <w:rPr>
          <w:b/>
          <w:i w:val="0"/>
          <w:smallCaps w:val="0"/>
          <w:strike w:val="0"/>
          <w:sz w:val="28"/>
          <w:highlight w:val="yellow"/>
          <w:u w:val="single"/>
        </w:rPr>
        <w:t>IOT</w:t>
      </w:r>
      <w:r>
        <w:rPr>
          <w:b/>
          <w:i w:val="0"/>
          <w:smallCaps w:val="0"/>
          <w:strike w:val="0"/>
          <w:sz w:val="28"/>
          <w:highlight w:val="yellow"/>
          <w:u w:val="single"/>
        </w:rPr>
        <w:t xml:space="preserve">), </w:t>
      </w:r>
      <w:r>
        <w:rPr>
          <w:b/>
          <w:i w:val="0"/>
          <w:smallCaps w:val="0"/>
          <w:strike w:val="0"/>
          <w:sz w:val="28"/>
          <w:highlight w:val="yellow"/>
          <w:u w:val="single"/>
        </w:rPr>
        <w:t>5G</w:t>
      </w:r>
      <w:r>
        <w:rPr>
          <w:b/>
          <w:i w:val="0"/>
          <w:smallCaps w:val="0"/>
          <w:strike w:val="0"/>
          <w:sz w:val="28"/>
          <w:highlight w:val="yellow"/>
          <w:u w:val="single"/>
        </w:rPr>
        <w:t xml:space="preserve">, </w:t>
      </w:r>
      <w:r>
        <w:rPr>
          <w:b/>
          <w:i w:val="0"/>
          <w:smallCaps w:val="0"/>
          <w:strike w:val="0"/>
          <w:sz w:val="28"/>
          <w:highlight w:val="yellow"/>
          <w:u w:val="single"/>
        </w:rPr>
        <w:t>space</w:t>
      </w:r>
      <w:r>
        <w:rPr>
          <w:b/>
          <w:i w:val="0"/>
          <w:smallCaps w:val="0"/>
          <w:strike w:val="0"/>
          <w:sz w:val="28"/>
          <w:highlight w:val="yellow"/>
          <w:u w:val="single"/>
        </w:rPr>
        <w:t xml:space="preserve">, </w:t>
      </w:r>
      <w:r>
        <w:rPr>
          <w:b/>
          <w:i w:val="0"/>
          <w:smallCaps w:val="0"/>
          <w:strike w:val="0"/>
          <w:sz w:val="28"/>
          <w:highlight w:val="yellow"/>
          <w:u w:val="single"/>
        </w:rPr>
        <w:t>cyber</w:t>
      </w:r>
      <w:r>
        <w:rPr>
          <w:b w:val="0"/>
          <w:i w:val="0"/>
          <w:smallCaps w:val="0"/>
          <w:strike w:val="0"/>
          <w:sz w:val="16"/>
          <w:u w:val="none"/>
        </w:rPr>
        <w:t xml:space="preserve">, and many others. Like other disruptive technologies before them, </w:t>
      </w:r>
      <w:r>
        <w:rPr>
          <w:b/>
          <w:i w:val="0"/>
          <w:smallCaps w:val="0"/>
          <w:strike w:val="0"/>
          <w:sz w:val="28"/>
          <w:u w:val="single"/>
        </w:rPr>
        <w:t xml:space="preserve">these innovations </w:t>
      </w:r>
      <w:r>
        <w:rPr>
          <w:b/>
          <w:i w:val="0"/>
          <w:smallCaps w:val="0"/>
          <w:strike w:val="0"/>
          <w:sz w:val="28"/>
          <w:highlight w:val="yellow"/>
          <w:u w:val="single"/>
        </w:rPr>
        <w:t>promise</w:t>
      </w:r>
      <w:r>
        <w:rPr>
          <w:b/>
          <w:i w:val="0"/>
          <w:smallCaps w:val="0"/>
          <w:strike w:val="0"/>
          <w:sz w:val="28"/>
          <w:u w:val="single"/>
        </w:rPr>
        <w:t xml:space="preserve"> great </w:t>
      </w:r>
      <w:r>
        <w:rPr>
          <w:b/>
          <w:i w:val="0"/>
          <w:smallCaps w:val="0"/>
          <w:strike w:val="0"/>
          <w:sz w:val="28"/>
          <w:highlight w:val="yellow"/>
          <w:u w:val="single"/>
        </w:rPr>
        <w:t>benefits, but</w:t>
      </w:r>
      <w:r>
        <w:rPr>
          <w:b/>
          <w:i w:val="0"/>
          <w:smallCaps w:val="0"/>
          <w:strike w:val="0"/>
          <w:sz w:val="28"/>
          <w:u w:val="single"/>
        </w:rPr>
        <w:t xml:space="preserve"> also </w:t>
      </w:r>
      <w:r>
        <w:rPr>
          <w:b/>
          <w:i w:val="0"/>
          <w:smallCaps w:val="0"/>
          <w:strike w:val="0"/>
          <w:sz w:val="28"/>
          <w:highlight w:val="yellow"/>
          <w:u w:val="single"/>
        </w:rPr>
        <w:t>carry</w:t>
      </w:r>
      <w:r>
        <w:rPr>
          <w:b/>
          <w:i w:val="0"/>
          <w:smallCaps w:val="0"/>
          <w:strike w:val="0"/>
          <w:sz w:val="28"/>
          <w:u w:val="single"/>
        </w:rPr>
        <w:t xml:space="preserve"> </w:t>
      </w:r>
      <w:r>
        <w:rPr>
          <w:b/>
          <w:i w:val="0"/>
          <w:smallCaps w:val="0"/>
          <w:strike w:val="0"/>
          <w:sz w:val="28"/>
          <w:u w:val="single"/>
        </w:rPr>
        <w:t xml:space="preserve">serious </w:t>
      </w:r>
      <w:r>
        <w:rPr>
          <w:b/>
          <w:i w:val="0"/>
          <w:smallCaps w:val="0"/>
          <w:strike w:val="0"/>
          <w:sz w:val="28"/>
          <w:highlight w:val="yellow"/>
          <w:u w:val="single"/>
        </w:rPr>
        <w:t>downside risks</w:t>
      </w:r>
      <w:r>
        <w:rPr>
          <w:b w:val="0"/>
          <w:i w:val="0"/>
          <w:smallCaps w:val="0"/>
          <w:strike w:val="0"/>
          <w:sz w:val="16"/>
          <w:u w:val="none"/>
        </w:rPr>
        <w:t>. For example, AI is already resulting in massive efficiencies and cost savings in the private sector. Routine tasks and other more complicated jobs, such as radiology, are already being automated. In the future, autonomous weapons systems may go to war against each other as human soldiers remain out of harm’s way.</w:t>
      </w:r>
    </w:p>
    <w:p>
      <w:pPr>
        <w:spacing w:after="60"/>
      </w:pPr>
      <w:r>
        <w:rPr>
          <w:b w:val="0"/>
          <w:i w:val="0"/>
          <w:smallCaps w:val="0"/>
          <w:strike w:val="0"/>
          <w:sz w:val="16"/>
          <w:u w:val="none"/>
        </w:rPr>
        <w:t xml:space="preserve">Yet, </w:t>
      </w:r>
      <w:r>
        <w:rPr>
          <w:b/>
          <w:i w:val="0"/>
          <w:smallCaps w:val="0"/>
          <w:strike w:val="0"/>
          <w:sz w:val="28"/>
          <w:u w:val="single"/>
        </w:rPr>
        <w:t>AI is</w:t>
      </w:r>
      <w:r>
        <w:rPr>
          <w:b w:val="0"/>
          <w:i w:val="0"/>
          <w:smallCaps w:val="0"/>
          <w:strike w:val="0"/>
          <w:sz w:val="16"/>
          <w:u w:val="none"/>
        </w:rPr>
        <w:t xml:space="preserve"> also transforming economies and societies, and </w:t>
      </w:r>
      <w:r>
        <w:rPr>
          <w:b/>
          <w:i w:val="0"/>
          <w:smallCaps w:val="0"/>
          <w:strike w:val="0"/>
          <w:sz w:val="28"/>
          <w:u w:val="single"/>
        </w:rPr>
        <w:t>generating new security challenges</w:t>
      </w:r>
      <w:r>
        <w:rPr>
          <w:b w:val="0"/>
          <w:i w:val="0"/>
          <w:smallCaps w:val="0"/>
          <w:strike w:val="0"/>
          <w:sz w:val="16"/>
          <w:u w:val="none"/>
        </w:rPr>
        <w:t xml:space="preserve">. Automation will lead to widespread unemployment. The final realization of driverless cars, for example, will put out of work millions of </w:t>
      </w:r>
      <w:r>
        <w:rPr>
          <w:b w:val="0"/>
          <w:i w:val="0"/>
          <w:smallCaps w:val="0"/>
          <w:strike w:val="0"/>
          <w:sz w:val="16"/>
          <w:u w:val="none"/>
        </w:rPr>
        <w:t>taxi</w:t>
      </w:r>
      <w:r>
        <w:rPr>
          <w:b w:val="0"/>
          <w:i w:val="0"/>
          <w:smallCaps w:val="0"/>
          <w:strike w:val="0"/>
          <w:sz w:val="16"/>
          <w:u w:val="none"/>
        </w:rPr>
        <w:t xml:space="preserve">, Uber, and long-haul truck drivers. Populist movements in the West have been driven by those disaffected by globalization and technology, and mass unemployment caused by automation will further grow those ranks and provide new fuel to grievance politics. Moreover, some fear that </w:t>
      </w:r>
      <w:r>
        <w:rPr>
          <w:b/>
          <w:i w:val="0"/>
          <w:smallCaps w:val="0"/>
          <w:strike w:val="0"/>
          <w:sz w:val="28"/>
          <w:u w:val="single"/>
        </w:rPr>
        <w:t>autonomous weapons</w:t>
      </w:r>
      <w:r>
        <w:rPr>
          <w:b w:val="0"/>
          <w:i w:val="0"/>
          <w:smallCaps w:val="0"/>
          <w:strike w:val="0"/>
          <w:sz w:val="16"/>
          <w:u w:val="none"/>
        </w:rPr>
        <w:t xml:space="preserve"> systems will become “killer robots” that select and engage targets without human input, and </w:t>
      </w:r>
      <w:r>
        <w:rPr>
          <w:b/>
          <w:i w:val="0"/>
          <w:smallCaps w:val="0"/>
          <w:strike w:val="0"/>
          <w:sz w:val="28"/>
          <w:u w:val="single"/>
        </w:rPr>
        <w:t xml:space="preserve">could </w:t>
      </w:r>
      <w:r>
        <w:rPr>
          <w:b/>
          <w:i w:val="0"/>
          <w:smallCaps w:val="0"/>
          <w:strike w:val="0"/>
          <w:sz w:val="28"/>
          <w:highlight w:val="yellow"/>
          <w:u w:val="single"/>
        </w:rPr>
        <w:t>even</w:t>
      </w:r>
      <w:r>
        <w:rPr>
          <w:b/>
          <w:i w:val="0"/>
          <w:smallCaps w:val="0"/>
          <w:strike w:val="0"/>
          <w:sz w:val="28"/>
          <w:u w:val="single"/>
        </w:rPr>
        <w:t xml:space="preserve">tually </w:t>
      </w:r>
      <w:r>
        <w:rPr>
          <w:b/>
          <w:i w:val="0"/>
          <w:smallCaps w:val="0"/>
          <w:strike w:val="0"/>
          <w:sz w:val="28"/>
          <w:u w:val="single"/>
        </w:rPr>
        <w:t xml:space="preserve">turn on their creators, resulting in </w:t>
      </w:r>
      <w:r>
        <w:rPr>
          <w:b/>
          <w:i w:val="0"/>
          <w:smallCaps w:val="0"/>
          <w:strike w:val="0"/>
          <w:sz w:val="28"/>
          <w:highlight w:val="yellow"/>
          <w:u w:val="single"/>
        </w:rPr>
        <w:t>human extinction</w:t>
      </w:r>
      <w:r>
        <w:rPr>
          <w:b/>
          <w:i w:val="0"/>
          <w:smallCaps w:val="0"/>
          <w:strike w:val="0"/>
          <w:sz w:val="28"/>
          <w:u w:val="single"/>
        </w:rPr>
        <w:t xml:space="preserve">. The other technologies on this lisgt similarly balance great potential upside with great downside risk. </w:t>
      </w:r>
      <w:r>
        <w:rPr>
          <w:b/>
          <w:i w:val="0"/>
          <w:smallCaps w:val="0"/>
          <w:strike w:val="0"/>
          <w:sz w:val="28"/>
          <w:highlight w:val="yellow"/>
          <w:u w:val="single"/>
        </w:rPr>
        <w:t>3D printing</w:t>
      </w:r>
      <w:r>
        <w:rPr>
          <w:b w:val="0"/>
          <w:i w:val="0"/>
          <w:smallCaps w:val="0"/>
          <w:strike w:val="0"/>
          <w:sz w:val="16"/>
          <w:u w:val="none"/>
        </w:rPr>
        <w:t xml:space="preserve">, for example, can be used to “make anything anywhere,” reducing costs for a wide range of manufactured goods and encouraging a return of local manufacturing industries.61 At the same time, advanced 3D printers </w:t>
      </w:r>
      <w:r>
        <w:rPr>
          <w:b/>
          <w:i w:val="0"/>
          <w:smallCaps w:val="0"/>
          <w:strike w:val="0"/>
          <w:sz w:val="28"/>
          <w:highlight w:val="yellow"/>
          <w:u w:val="single"/>
        </w:rPr>
        <w:t>can</w:t>
      </w:r>
      <w:r>
        <w:rPr>
          <w:b w:val="0"/>
          <w:i w:val="0"/>
          <w:smallCaps w:val="0"/>
          <w:strike w:val="0"/>
          <w:sz w:val="16"/>
          <w:u w:val="none"/>
        </w:rPr>
        <w:t xml:space="preserve"> also </w:t>
      </w:r>
      <w:r>
        <w:rPr>
          <w:b/>
          <w:i w:val="0"/>
          <w:smallCaps w:val="0"/>
          <w:strike w:val="0"/>
          <w:sz w:val="28"/>
          <w:highlight w:val="yellow"/>
          <w:u w:val="single"/>
        </w:rPr>
        <w:t>be used by</w:t>
      </w:r>
      <w:r>
        <w:rPr>
          <w:b/>
          <w:i w:val="0"/>
          <w:smallCaps w:val="0"/>
          <w:strike w:val="0"/>
          <w:sz w:val="28"/>
          <w:u w:val="single"/>
        </w:rPr>
        <w:t xml:space="preserve"> revisionist and </w:t>
      </w:r>
      <w:r>
        <w:rPr>
          <w:b/>
          <w:i w:val="0"/>
          <w:smallCaps w:val="0"/>
          <w:strike w:val="0"/>
          <w:sz w:val="28"/>
          <w:highlight w:val="yellow"/>
          <w:u w:val="single"/>
        </w:rPr>
        <w:t>rogue states</w:t>
      </w:r>
      <w:r>
        <w:rPr>
          <w:b/>
          <w:i w:val="0"/>
          <w:smallCaps w:val="0"/>
          <w:strike w:val="0"/>
          <w:sz w:val="28"/>
          <w:u w:val="single"/>
        </w:rPr>
        <w:t xml:space="preserve"> to print component parts for advanced weapons systems or</w:t>
      </w:r>
      <w:r>
        <w:rPr>
          <w:b w:val="0"/>
          <w:i w:val="0"/>
          <w:smallCaps w:val="0"/>
          <w:strike w:val="0"/>
          <w:sz w:val="16"/>
          <w:u w:val="none"/>
        </w:rPr>
        <w:t xml:space="preserve"> even </w:t>
      </w:r>
      <w:r>
        <w:rPr>
          <w:b/>
          <w:i w:val="0"/>
          <w:smallCaps w:val="0"/>
          <w:strike w:val="0"/>
          <w:sz w:val="28"/>
          <w:u w:val="single"/>
        </w:rPr>
        <w:t>WMD</w:t>
      </w:r>
      <w:r>
        <w:rPr>
          <w:b w:val="0"/>
          <w:i w:val="0"/>
          <w:smallCaps w:val="0"/>
          <w:strike w:val="0"/>
          <w:sz w:val="16"/>
          <w:u w:val="none"/>
        </w:rPr>
        <w:t xml:space="preserve"> programs, </w:t>
      </w:r>
      <w:r>
        <w:rPr>
          <w:b/>
          <w:i w:val="0"/>
          <w:smallCaps w:val="0"/>
          <w:strike w:val="0"/>
          <w:sz w:val="28"/>
          <w:highlight w:val="yellow"/>
          <w:u w:val="single"/>
        </w:rPr>
        <w:t>spurring arms races and</w:t>
      </w:r>
      <w:r>
        <w:rPr>
          <w:b/>
          <w:i w:val="0"/>
          <w:smallCaps w:val="0"/>
          <w:strike w:val="0"/>
          <w:sz w:val="28"/>
          <w:u w:val="single"/>
        </w:rPr>
        <w:t xml:space="preserve"> weapons </w:t>
      </w:r>
      <w:r>
        <w:rPr>
          <w:b/>
          <w:i w:val="0"/>
          <w:smallCaps w:val="0"/>
          <w:strike w:val="0"/>
          <w:sz w:val="28"/>
          <w:highlight w:val="yellow"/>
          <w:u w:val="single"/>
        </w:rPr>
        <w:t>prolif</w:t>
      </w:r>
      <w:r>
        <w:rPr>
          <w:b/>
          <w:i w:val="0"/>
          <w:smallCaps w:val="0"/>
          <w:strike w:val="0"/>
          <w:sz w:val="28"/>
          <w:u w:val="single"/>
        </w:rPr>
        <w:t>eration</w:t>
      </w:r>
      <w:r>
        <w:rPr>
          <w:b w:val="0"/>
          <w:i w:val="0"/>
          <w:smallCaps w:val="0"/>
          <w:strike w:val="0"/>
          <w:sz w:val="16"/>
          <w:u w:val="none"/>
        </w:rPr>
        <w:t xml:space="preserve">.62 </w:t>
      </w:r>
      <w:r>
        <w:rPr>
          <w:b/>
          <w:i w:val="0"/>
          <w:smallCaps w:val="0"/>
          <w:strike w:val="0"/>
          <w:sz w:val="28"/>
          <w:highlight w:val="yellow"/>
          <w:u w:val="single"/>
        </w:rPr>
        <w:t>Genetic engineering can</w:t>
      </w:r>
      <w:r>
        <w:rPr>
          <w:b w:val="0"/>
          <w:i w:val="0"/>
          <w:smallCaps w:val="0"/>
          <w:strike w:val="0"/>
          <w:sz w:val="16"/>
          <w:u w:val="none"/>
        </w:rPr>
        <w:t xml:space="preserve"> wipe out entire classes of disease through improved medicine, or </w:t>
      </w:r>
      <w:r>
        <w:rPr>
          <w:b/>
          <w:i w:val="0"/>
          <w:smallCaps w:val="0"/>
          <w:strike w:val="0"/>
          <w:sz w:val="28"/>
          <w:highlight w:val="yellow"/>
          <w:u w:val="single"/>
        </w:rPr>
        <w:t>wipe out</w:t>
      </w:r>
      <w:r>
        <w:rPr>
          <w:b/>
          <w:i w:val="0"/>
          <w:smallCaps w:val="0"/>
          <w:strike w:val="0"/>
          <w:sz w:val="28"/>
          <w:u w:val="single"/>
        </w:rPr>
        <w:t xml:space="preserve"> entire </w:t>
      </w:r>
      <w:r>
        <w:rPr>
          <w:b/>
          <w:i w:val="0"/>
          <w:smallCaps w:val="0"/>
          <w:strike w:val="0"/>
          <w:sz w:val="28"/>
          <w:highlight w:val="yellow"/>
          <w:u w:val="single"/>
        </w:rPr>
        <w:t>classes of people</w:t>
      </w:r>
      <w:r>
        <w:rPr>
          <w:b/>
          <w:i w:val="0"/>
          <w:smallCaps w:val="0"/>
          <w:strike w:val="0"/>
          <w:sz w:val="28"/>
          <w:u w:val="single"/>
        </w:rPr>
        <w:t xml:space="preserve"> through genetically engineered superbugs. </w:t>
      </w:r>
      <w:r>
        <w:rPr>
          <w:b/>
          <w:i w:val="0"/>
          <w:smallCaps w:val="0"/>
          <w:strike w:val="0"/>
          <w:sz w:val="28"/>
          <w:highlight w:val="yellow"/>
          <w:u w:val="single"/>
        </w:rPr>
        <w:t>Directed-energy</w:t>
      </w:r>
      <w:r>
        <w:rPr>
          <w:b/>
          <w:i w:val="0"/>
          <w:smallCaps w:val="0"/>
          <w:strike w:val="0"/>
          <w:sz w:val="28"/>
          <w:u w:val="single"/>
        </w:rPr>
        <w:t xml:space="preserve"> missile defenses </w:t>
      </w:r>
      <w:r>
        <w:rPr>
          <w:b/>
          <w:i w:val="0"/>
          <w:smallCaps w:val="0"/>
          <w:strike w:val="0"/>
          <w:sz w:val="28"/>
          <w:highlight w:val="yellow"/>
          <w:u w:val="single"/>
        </w:rPr>
        <w:t>may</w:t>
      </w:r>
      <w:r>
        <w:rPr>
          <w:b/>
          <w:i w:val="0"/>
          <w:smallCaps w:val="0"/>
          <w:strike w:val="0"/>
          <w:sz w:val="28"/>
          <w:u w:val="single"/>
        </w:rPr>
        <w:t xml:space="preserve"> defend against incoming missile attacks, while</w:t>
      </w:r>
      <w:r>
        <w:rPr>
          <w:b w:val="0"/>
          <w:i w:val="0"/>
          <w:smallCaps w:val="0"/>
          <w:strike w:val="0"/>
          <w:sz w:val="16"/>
          <w:u w:val="none"/>
        </w:rPr>
        <w:t xml:space="preserve"> also </w:t>
      </w:r>
      <w:r>
        <w:rPr>
          <w:b/>
          <w:i w:val="0"/>
          <w:smallCaps w:val="0"/>
          <w:strike w:val="0"/>
          <w:sz w:val="28"/>
          <w:highlight w:val="yellow"/>
          <w:u w:val="single"/>
        </w:rPr>
        <w:t>undermin</w:t>
      </w:r>
      <w:r>
        <w:rPr>
          <w:b/>
          <w:i w:val="0"/>
          <w:smallCaps w:val="0"/>
          <w:strike w:val="0"/>
          <w:sz w:val="28"/>
          <w:u w:val="single"/>
        </w:rPr>
        <w:t xml:space="preserve">ing </w:t>
      </w:r>
      <w:r>
        <w:rPr>
          <w:b/>
          <w:i w:val="0"/>
          <w:smallCaps w:val="0"/>
          <w:strike w:val="0"/>
          <w:sz w:val="28"/>
          <w:highlight w:val="yellow"/>
          <w:u w:val="single"/>
        </w:rPr>
        <w:t>global</w:t>
      </w:r>
      <w:r>
        <w:rPr>
          <w:b/>
          <w:i w:val="0"/>
          <w:smallCaps w:val="0"/>
          <w:strike w:val="0"/>
          <w:sz w:val="28"/>
          <w:u w:val="single"/>
        </w:rPr>
        <w:t xml:space="preserve"> strategic </w:t>
      </w:r>
      <w:r>
        <w:rPr>
          <w:b/>
          <w:i w:val="0"/>
          <w:smallCaps w:val="0"/>
          <w:strike w:val="0"/>
          <w:sz w:val="28"/>
          <w:highlight w:val="yellow"/>
          <w:u w:val="single"/>
        </w:rPr>
        <w:t>stability</w:t>
      </w:r>
      <w:r>
        <w:rPr>
          <w:b w:val="0"/>
          <w:i w:val="0"/>
          <w:smallCaps w:val="0"/>
          <w:strike w:val="0"/>
          <w:sz w:val="16"/>
          <w:u w:val="none"/>
        </w:rPr>
        <w:t>.</w:t>
      </w:r>
    </w:p>
    <w:p>
      <w:pPr>
        <w:spacing w:after="60"/>
      </w:pPr>
      <w:r>
        <w:rPr>
          <w:b w:val="0"/>
          <w:i w:val="0"/>
          <w:smallCaps w:val="0"/>
          <w:strike w:val="0"/>
          <w:sz w:val="16"/>
          <w:u w:val="none"/>
        </w:rPr>
        <w:t xml:space="preserve">Perhaps </w:t>
      </w:r>
      <w:r>
        <w:rPr>
          <w:b/>
          <w:i w:val="0"/>
          <w:smallCaps w:val="0"/>
          <w:strike w:val="0"/>
          <w:sz w:val="28"/>
          <w:u w:val="single"/>
        </w:rPr>
        <w:t xml:space="preserve">the </w:t>
      </w:r>
      <w:r>
        <w:rPr>
          <w:b/>
          <w:i w:val="0"/>
          <w:smallCaps w:val="0"/>
          <w:strike w:val="0"/>
          <w:sz w:val="28"/>
          <w:highlight w:val="yellow"/>
          <w:u w:val="single"/>
        </w:rPr>
        <w:t>greatest risk</w:t>
      </w:r>
      <w:r>
        <w:rPr>
          <w:b/>
          <w:i w:val="0"/>
          <w:smallCaps w:val="0"/>
          <w:strike w:val="0"/>
          <w:sz w:val="28"/>
          <w:u w:val="single"/>
        </w:rPr>
        <w:t xml:space="preserve"> to global strategic stability from new technology</w:t>
      </w:r>
      <w:r>
        <w:rPr>
          <w:b w:val="0"/>
          <w:i w:val="0"/>
          <w:smallCaps w:val="0"/>
          <w:strike w:val="0"/>
          <w:sz w:val="16"/>
          <w:u w:val="none"/>
        </w:rPr>
        <w:t xml:space="preserve">, however, </w:t>
      </w:r>
      <w:r>
        <w:rPr>
          <w:b/>
          <w:i w:val="0"/>
          <w:smallCaps w:val="0"/>
          <w:strike w:val="0"/>
          <w:sz w:val="28"/>
          <w:highlight w:val="yellow"/>
          <w:u w:val="single"/>
        </w:rPr>
        <w:t>comes from</w:t>
      </w:r>
      <w:r>
        <w:rPr>
          <w:b/>
          <w:i w:val="0"/>
          <w:smallCaps w:val="0"/>
          <w:strike w:val="0"/>
          <w:sz w:val="28"/>
          <w:u w:val="single"/>
        </w:rPr>
        <w:t xml:space="preserve"> the </w:t>
      </w:r>
      <w:r>
        <w:rPr>
          <w:b/>
          <w:i w:val="0"/>
          <w:smallCaps w:val="0"/>
          <w:strike w:val="0"/>
          <w:sz w:val="28"/>
          <w:highlight w:val="yellow"/>
          <w:u w:val="single"/>
        </w:rPr>
        <w:t>risk</w:t>
      </w:r>
      <w:r>
        <w:rPr>
          <w:b w:val="0"/>
          <w:i w:val="0"/>
          <w:smallCaps w:val="0"/>
          <w:strike w:val="0"/>
          <w:sz w:val="16"/>
          <w:u w:val="none"/>
        </w:rPr>
        <w:t xml:space="preserve"> that </w:t>
      </w:r>
      <w:r>
        <w:rPr>
          <w:b/>
          <w:i w:val="0"/>
          <w:smallCaps w:val="0"/>
          <w:strike w:val="0"/>
          <w:sz w:val="28"/>
          <w:u w:val="single"/>
        </w:rPr>
        <w:t xml:space="preserve">revisionist </w:t>
      </w:r>
      <w:r>
        <w:rPr>
          <w:b/>
          <w:i w:val="0"/>
          <w:smallCaps w:val="0"/>
          <w:strike w:val="0"/>
          <w:sz w:val="28"/>
          <w:highlight w:val="yellow"/>
          <w:u w:val="single"/>
        </w:rPr>
        <w:t>autocracies</w:t>
      </w:r>
      <w:r>
        <w:rPr>
          <w:b/>
          <w:i w:val="0"/>
          <w:smallCaps w:val="0"/>
          <w:strike w:val="0"/>
          <w:sz w:val="28"/>
          <w:u w:val="single"/>
        </w:rPr>
        <w:t xml:space="preserve"> may </w:t>
      </w:r>
      <w:r>
        <w:rPr>
          <w:b/>
          <w:i w:val="0"/>
          <w:smallCaps w:val="0"/>
          <w:strike w:val="0"/>
          <w:sz w:val="28"/>
          <w:highlight w:val="yellow"/>
          <w:u w:val="single"/>
        </w:rPr>
        <w:t>win the</w:t>
      </w:r>
      <w:r>
        <w:rPr>
          <w:b/>
          <w:i w:val="0"/>
          <w:smallCaps w:val="0"/>
          <w:strike w:val="0"/>
          <w:sz w:val="28"/>
          <w:u w:val="single"/>
        </w:rPr>
        <w:t xml:space="preserve"> new </w:t>
      </w:r>
      <w:r>
        <w:rPr>
          <w:b/>
          <w:i w:val="0"/>
          <w:smallCaps w:val="0"/>
          <w:strike w:val="0"/>
          <w:sz w:val="28"/>
          <w:highlight w:val="yellow"/>
          <w:u w:val="single"/>
        </w:rPr>
        <w:t>tech</w:t>
      </w:r>
      <w:r>
        <w:rPr>
          <w:b/>
          <w:i w:val="0"/>
          <w:smallCaps w:val="0"/>
          <w:strike w:val="0"/>
          <w:sz w:val="28"/>
          <w:u w:val="single"/>
        </w:rPr>
        <w:t xml:space="preserve"> arms </w:t>
      </w:r>
      <w:r>
        <w:rPr>
          <w:b/>
          <w:i w:val="0"/>
          <w:smallCaps w:val="0"/>
          <w:strike w:val="0"/>
          <w:sz w:val="28"/>
          <w:highlight w:val="yellow"/>
          <w:u w:val="single"/>
        </w:rPr>
        <w:t>race</w:t>
      </w:r>
      <w:r>
        <w:rPr>
          <w:b w:val="0"/>
          <w:i w:val="0"/>
          <w:smallCaps w:val="0"/>
          <w:strike w:val="0"/>
          <w:sz w:val="16"/>
          <w:u w:val="none"/>
        </w:rPr>
        <w:t xml:space="preserve">. Throughout history, states that have dominated the commanding heights of technological progress have also dominated international relations. The United States has been the world’s innovation leader from Edison’s light bulb to nuclear weapons and the Internet. Accordingly, </w:t>
      </w:r>
      <w:r>
        <w:rPr>
          <w:b/>
          <w:i w:val="0"/>
          <w:smallCaps w:val="0"/>
          <w:strike w:val="0"/>
          <w:sz w:val="28"/>
          <w:u w:val="single"/>
        </w:rPr>
        <w:t>stability has been maintained in Europe and Asia</w:t>
      </w:r>
      <w:r>
        <w:rPr>
          <w:b w:val="0"/>
          <w:i w:val="0"/>
          <w:smallCaps w:val="0"/>
          <w:strike w:val="0"/>
          <w:sz w:val="16"/>
          <w:u w:val="none"/>
        </w:rPr>
        <w:t xml:space="preserve"> for decades </w:t>
      </w:r>
      <w:r>
        <w:rPr>
          <w:b/>
          <w:i w:val="0"/>
          <w:smallCaps w:val="0"/>
          <w:strike w:val="0"/>
          <w:sz w:val="28"/>
          <w:u w:val="single"/>
        </w:rPr>
        <w:t xml:space="preserve">because the </w:t>
      </w:r>
      <w:r>
        <w:rPr>
          <w:b/>
          <w:i w:val="0"/>
          <w:smallCaps w:val="0"/>
          <w:strike w:val="0"/>
          <w:sz w:val="28"/>
          <w:u w:val="single"/>
        </w:rPr>
        <w:t>U</w:t>
      </w:r>
      <w:r>
        <w:rPr>
          <w:b w:val="0"/>
          <w:i w:val="0"/>
          <w:smallCaps w:val="0"/>
          <w:strike w:val="0"/>
          <w:sz w:val="16"/>
          <w:u w:val="none"/>
        </w:rPr>
        <w:t xml:space="preserve">nited </w:t>
      </w:r>
      <w:r>
        <w:rPr>
          <w:b/>
          <w:i w:val="0"/>
          <w:smallCaps w:val="0"/>
          <w:strike w:val="0"/>
          <w:sz w:val="28"/>
          <w:u w:val="single"/>
        </w:rPr>
        <w:t>S</w:t>
      </w:r>
      <w:r>
        <w:rPr>
          <w:b w:val="0"/>
          <w:i w:val="0"/>
          <w:smallCaps w:val="0"/>
          <w:strike w:val="0"/>
          <w:sz w:val="16"/>
          <w:u w:val="none"/>
        </w:rPr>
        <w:t xml:space="preserve">tates </w:t>
      </w:r>
      <w:r>
        <w:rPr>
          <w:b/>
          <w:i w:val="0"/>
          <w:smallCaps w:val="0"/>
          <w:strike w:val="0"/>
          <w:sz w:val="28"/>
          <w:u w:val="single"/>
        </w:rPr>
        <w:t>and its democratic allies possessed a favorable economic and military balance of power</w:t>
      </w:r>
      <w:r>
        <w:rPr>
          <w:b w:val="0"/>
          <w:i w:val="0"/>
          <w:smallCaps w:val="0"/>
          <w:strike w:val="0"/>
          <w:sz w:val="16"/>
          <w:u w:val="none"/>
        </w:rPr>
        <w:t xml:space="preserve"> in those key regions. Many believe, however, that China may now have the lead </w:t>
      </w:r>
      <w:r>
        <w:rPr>
          <w:b/>
          <w:i w:val="0"/>
          <w:smallCaps w:val="0"/>
          <w:strike w:val="0"/>
          <w:sz w:val="28"/>
          <w:highlight w:val="yellow"/>
          <w:u w:val="single"/>
        </w:rPr>
        <w:t>in</w:t>
      </w:r>
      <w:r>
        <w:rPr>
          <w:b w:val="0"/>
          <w:i w:val="0"/>
          <w:smallCaps w:val="0"/>
          <w:strike w:val="0"/>
          <w:sz w:val="16"/>
          <w:u w:val="none"/>
        </w:rPr>
        <w:t xml:space="preserve"> the new technologies of the twenty-first century, including </w:t>
      </w:r>
      <w:r>
        <w:rPr>
          <w:b/>
          <w:i w:val="0"/>
          <w:smallCaps w:val="0"/>
          <w:strike w:val="0"/>
          <w:sz w:val="28"/>
          <w:highlight w:val="yellow"/>
          <w:u w:val="single"/>
        </w:rPr>
        <w:t>AI</w:t>
      </w:r>
      <w:r>
        <w:rPr>
          <w:b/>
          <w:i w:val="0"/>
          <w:smallCaps w:val="0"/>
          <w:strike w:val="0"/>
          <w:sz w:val="28"/>
          <w:u w:val="single"/>
        </w:rPr>
        <w:t xml:space="preserve">, quantum, 5G, </w:t>
      </w:r>
      <w:r>
        <w:rPr>
          <w:b/>
          <w:i w:val="0"/>
          <w:smallCaps w:val="0"/>
          <w:strike w:val="0"/>
          <w:sz w:val="28"/>
          <w:highlight w:val="yellow"/>
          <w:u w:val="single"/>
        </w:rPr>
        <w:t>hypersonic missiles</w:t>
      </w:r>
      <w:r>
        <w:rPr>
          <w:b/>
          <w:i w:val="0"/>
          <w:smallCaps w:val="0"/>
          <w:strike w:val="0"/>
          <w:sz w:val="28"/>
          <w:highlight w:val="yellow"/>
          <w:u w:val="single"/>
        </w:rPr>
        <w:t>, and others</w:t>
      </w:r>
      <w:r>
        <w:rPr>
          <w:b/>
          <w:i w:val="0"/>
          <w:smallCaps w:val="0"/>
          <w:strike w:val="0"/>
          <w:sz w:val="28"/>
          <w:u w:val="single"/>
        </w:rPr>
        <w:t xml:space="preserve">. If China succeeds in mastering the technologies of the future </w:t>
      </w:r>
      <w:r>
        <w:rPr>
          <w:b/>
          <w:i w:val="0"/>
          <w:smallCaps w:val="0"/>
          <w:strike w:val="0"/>
          <w:sz w:val="28"/>
          <w:highlight w:val="yellow"/>
          <w:u w:val="single"/>
        </w:rPr>
        <w:t>before the democratic core</w:t>
      </w:r>
      <w:r>
        <w:rPr>
          <w:b w:val="0"/>
          <w:i w:val="0"/>
          <w:smallCaps w:val="0"/>
          <w:strike w:val="0"/>
          <w:sz w:val="16"/>
          <w:u w:val="none"/>
        </w:rPr>
        <w:t xml:space="preserve">, then </w:t>
      </w:r>
      <w:r>
        <w:rPr>
          <w:b/>
          <w:i w:val="0"/>
          <w:smallCaps w:val="0"/>
          <w:strike w:val="0"/>
          <w:sz w:val="28"/>
          <w:highlight w:val="yellow"/>
          <w:u w:val="single"/>
        </w:rPr>
        <w:t>this could lead to</w:t>
      </w:r>
      <w:r>
        <w:rPr>
          <w:b/>
          <w:i w:val="0"/>
          <w:smallCaps w:val="0"/>
          <w:strike w:val="0"/>
          <w:sz w:val="28"/>
          <w:u w:val="single"/>
        </w:rPr>
        <w:t xml:space="preserve"> a drastic and </w:t>
      </w:r>
      <w:r>
        <w:rPr>
          <w:b/>
          <w:i w:val="0"/>
          <w:smallCaps w:val="0"/>
          <w:strike w:val="0"/>
          <w:sz w:val="28"/>
          <w:highlight w:val="yellow"/>
          <w:u w:val="single"/>
        </w:rPr>
        <w:t>rapid shift</w:t>
      </w:r>
      <w:r>
        <w:rPr>
          <w:b/>
          <w:i w:val="0"/>
          <w:smallCaps w:val="0"/>
          <w:strike w:val="0"/>
          <w:sz w:val="28"/>
          <w:u w:val="single"/>
        </w:rPr>
        <w:t xml:space="preserve"> in the balance of power, </w:t>
      </w:r>
      <w:r>
        <w:rPr>
          <w:b/>
          <w:i w:val="0"/>
          <w:smallCaps w:val="0"/>
          <w:strike w:val="0"/>
          <w:sz w:val="28"/>
          <w:highlight w:val="yellow"/>
          <w:u w:val="single"/>
        </w:rPr>
        <w:t>upsetting</w:t>
      </w:r>
      <w:r>
        <w:rPr>
          <w:b/>
          <w:i w:val="0"/>
          <w:smallCaps w:val="0"/>
          <w:strike w:val="0"/>
          <w:sz w:val="28"/>
          <w:u w:val="single"/>
        </w:rPr>
        <w:t xml:space="preserve"> global </w:t>
      </w:r>
      <w:r>
        <w:rPr>
          <w:b/>
          <w:i w:val="0"/>
          <w:smallCaps w:val="0"/>
          <w:strike w:val="0"/>
          <w:sz w:val="28"/>
          <w:highlight w:val="yellow"/>
          <w:u w:val="single"/>
        </w:rPr>
        <w:t>strategic stability, and the</w:t>
      </w:r>
      <w:r>
        <w:rPr>
          <w:b/>
          <w:i w:val="0"/>
          <w:smallCaps w:val="0"/>
          <w:strike w:val="0"/>
          <w:sz w:val="28"/>
          <w:u w:val="single"/>
        </w:rPr>
        <w:t xml:space="preserve"> call for a democratic- led, </w:t>
      </w:r>
      <w:r>
        <w:rPr>
          <w:b/>
          <w:i w:val="0"/>
          <w:smallCaps w:val="0"/>
          <w:strike w:val="0"/>
          <w:sz w:val="28"/>
          <w:highlight w:val="yellow"/>
          <w:u w:val="single"/>
        </w:rPr>
        <w:t>rules-based system</w:t>
      </w:r>
      <w:r>
        <w:rPr>
          <w:b w:val="0"/>
          <w:i w:val="0"/>
          <w:smallCaps w:val="0"/>
          <w:strike w:val="0"/>
          <w:sz w:val="16"/>
          <w:u w:val="none"/>
        </w:rPr>
        <w:t xml:space="preserve"> outlined in these pages.63</w:t>
      </w:r>
    </w:p>
    <w:p>
      <w:pPr>
        <w:spacing w:after="60"/>
      </w:pPr>
      <w:r>
        <w:rPr>
          <w:b/>
          <w:i w:val="0"/>
          <w:smallCaps w:val="0"/>
          <w:strike w:val="0"/>
          <w:sz w:val="28"/>
          <w:highlight w:val="yellow"/>
          <w:u w:val="single"/>
        </w:rPr>
        <w:t xml:space="preserve">The </w:t>
      </w:r>
      <w:r>
        <w:rPr>
          <w:b/>
          <w:i w:val="0"/>
          <w:smallCaps w:val="0"/>
          <w:strike w:val="0"/>
          <w:sz w:val="28"/>
          <w:highlight w:val="yellow"/>
          <w:u w:val="single"/>
        </w:rPr>
        <w:t>U</w:t>
      </w:r>
      <w:r>
        <w:rPr>
          <w:b w:val="0"/>
          <w:i w:val="0"/>
          <w:smallCaps w:val="0"/>
          <w:strike w:val="0"/>
          <w:sz w:val="16"/>
          <w:u w:val="none"/>
        </w:rPr>
        <w:t xml:space="preserve">nited </w:t>
      </w:r>
      <w:r>
        <w:rPr>
          <w:b/>
          <w:i w:val="0"/>
          <w:smallCaps w:val="0"/>
          <w:strike w:val="0"/>
          <w:sz w:val="28"/>
          <w:highlight w:val="yellow"/>
          <w:u w:val="single"/>
        </w:rPr>
        <w:t>S</w:t>
      </w:r>
      <w:r>
        <w:rPr>
          <w:b w:val="0"/>
          <w:i w:val="0"/>
          <w:smallCaps w:val="0"/>
          <w:strike w:val="0"/>
          <w:sz w:val="16"/>
          <w:u w:val="none"/>
        </w:rPr>
        <w:t xml:space="preserve">tates </w:t>
      </w:r>
      <w:r>
        <w:rPr>
          <w:b/>
          <w:i w:val="0"/>
          <w:smallCaps w:val="0"/>
          <w:strike w:val="0"/>
          <w:sz w:val="28"/>
          <w:highlight w:val="yellow"/>
          <w:u w:val="single"/>
        </w:rPr>
        <w:t>and</w:t>
      </w:r>
      <w:r>
        <w:rPr>
          <w:b/>
          <w:i w:val="0"/>
          <w:smallCaps w:val="0"/>
          <w:strike w:val="0"/>
          <w:sz w:val="28"/>
          <w:u w:val="single"/>
        </w:rPr>
        <w:t xml:space="preserve"> its </w:t>
      </w:r>
      <w:r>
        <w:rPr>
          <w:b/>
          <w:i w:val="0"/>
          <w:smallCaps w:val="0"/>
          <w:strike w:val="0"/>
          <w:sz w:val="28"/>
          <w:highlight w:val="yellow"/>
          <w:u w:val="single"/>
        </w:rPr>
        <w:t>democratic allies need to</w:t>
      </w:r>
      <w:r>
        <w:rPr>
          <w:b/>
          <w:i w:val="0"/>
          <w:smallCaps w:val="0"/>
          <w:strike w:val="0"/>
          <w:sz w:val="28"/>
          <w:u w:val="single"/>
        </w:rPr>
        <w:t xml:space="preserve"> work with other major powers to develop a framework for </w:t>
      </w:r>
      <w:r>
        <w:rPr>
          <w:b/>
          <w:i w:val="0"/>
          <w:smallCaps w:val="0"/>
          <w:strike w:val="0"/>
          <w:sz w:val="28"/>
          <w:highlight w:val="yellow"/>
          <w:u w:val="single"/>
        </w:rPr>
        <w:t>harness</w:t>
      </w:r>
      <w:r>
        <w:rPr>
          <w:b/>
          <w:i w:val="0"/>
          <w:smallCaps w:val="0"/>
          <w:strike w:val="0"/>
          <w:sz w:val="28"/>
          <w:u w:val="single"/>
        </w:rPr>
        <w:t xml:space="preserve">ing emerging </w:t>
      </w:r>
      <w:r>
        <w:rPr>
          <w:b/>
          <w:i w:val="0"/>
          <w:smallCaps w:val="0"/>
          <w:strike w:val="0"/>
          <w:sz w:val="28"/>
          <w:highlight w:val="yellow"/>
          <w:u w:val="single"/>
        </w:rPr>
        <w:t>tech</w:t>
      </w:r>
      <w:r>
        <w:rPr>
          <w:b/>
          <w:i w:val="0"/>
          <w:smallCaps w:val="0"/>
          <w:strike w:val="0"/>
          <w:sz w:val="28"/>
          <w:u w:val="single"/>
        </w:rPr>
        <w:t xml:space="preserve">nology </w:t>
      </w:r>
      <w:r>
        <w:rPr>
          <w:b/>
          <w:i w:val="0"/>
          <w:smallCaps w:val="0"/>
          <w:strike w:val="0"/>
          <w:sz w:val="28"/>
          <w:highlight w:val="yellow"/>
          <w:u w:val="single"/>
        </w:rPr>
        <w:t xml:space="preserve">in a way that </w:t>
      </w:r>
      <w:r>
        <w:rPr>
          <w:b/>
          <w:i w:val="0"/>
          <w:smallCaps w:val="0"/>
          <w:strike w:val="0"/>
          <w:sz w:val="28"/>
          <w:highlight w:val="yellow"/>
          <w:u w:val="single"/>
        </w:rPr>
        <w:t>maximizes</w:t>
      </w:r>
      <w:r>
        <w:rPr>
          <w:b w:val="0"/>
          <w:i w:val="0"/>
          <w:smallCaps w:val="0"/>
          <w:strike w:val="0"/>
          <w:sz w:val="16"/>
          <w:u w:val="none"/>
        </w:rPr>
        <w:t xml:space="preserve"> its </w:t>
      </w:r>
      <w:r>
        <w:rPr>
          <w:b/>
          <w:i w:val="0"/>
          <w:smallCaps w:val="0"/>
          <w:strike w:val="0"/>
          <w:sz w:val="28"/>
          <w:highlight w:val="yellow"/>
          <w:u w:val="single"/>
        </w:rPr>
        <w:t>upside</w:t>
      </w:r>
      <w:r>
        <w:rPr>
          <w:b/>
          <w:i w:val="0"/>
          <w:smallCaps w:val="0"/>
          <w:strike w:val="0"/>
          <w:sz w:val="28"/>
          <w:u w:val="single"/>
        </w:rPr>
        <w:t xml:space="preserve"> potential</w:t>
      </w:r>
      <w:r>
        <w:rPr>
          <w:b/>
          <w:i w:val="0"/>
          <w:smallCaps w:val="0"/>
          <w:strike w:val="0"/>
          <w:sz w:val="28"/>
          <w:u w:val="single"/>
        </w:rPr>
        <w:t xml:space="preserve">, </w:t>
      </w:r>
      <w:r>
        <w:rPr>
          <w:b/>
          <w:i w:val="0"/>
          <w:smallCaps w:val="0"/>
          <w:strike w:val="0"/>
          <w:sz w:val="28"/>
          <w:highlight w:val="yellow"/>
          <w:u w:val="single"/>
        </w:rPr>
        <w:t xml:space="preserve">while </w:t>
      </w:r>
      <w:r>
        <w:rPr>
          <w:b/>
          <w:i w:val="0"/>
          <w:smallCaps w:val="0"/>
          <w:strike w:val="0"/>
          <w:sz w:val="28"/>
          <w:highlight w:val="yellow"/>
          <w:u w:val="single"/>
        </w:rPr>
        <w:t>mitigating</w:t>
      </w:r>
      <w:r>
        <w:rPr>
          <w:b w:val="0"/>
          <w:i w:val="0"/>
          <w:smallCaps w:val="0"/>
          <w:strike w:val="0"/>
          <w:sz w:val="16"/>
          <w:u w:val="none"/>
        </w:rPr>
        <w:t xml:space="preserve"> against its </w:t>
      </w:r>
      <w:r>
        <w:rPr>
          <w:b/>
          <w:i w:val="0"/>
          <w:smallCaps w:val="0"/>
          <w:strike w:val="0"/>
          <w:sz w:val="28"/>
          <w:highlight w:val="yellow"/>
          <w:u w:val="single"/>
        </w:rPr>
        <w:t>downside risks</w:t>
      </w:r>
      <w:r>
        <w:rPr>
          <w:b w:val="0"/>
          <w:i w:val="0"/>
          <w:smallCaps w:val="0"/>
          <w:strike w:val="0"/>
          <w:sz w:val="16"/>
          <w:u w:val="none"/>
        </w:rPr>
        <w:t xml:space="preserve">, </w:t>
      </w:r>
      <w:r>
        <w:rPr>
          <w:b w:val="0"/>
          <w:i w:val="0"/>
          <w:smallCaps w:val="0"/>
          <w:strike w:val="0"/>
          <w:sz w:val="16"/>
          <w:u w:val="none"/>
        </w:rPr>
        <w:t>and also</w:t>
      </w:r>
      <w:r>
        <w:rPr>
          <w:b w:val="0"/>
          <w:i w:val="0"/>
          <w:smallCaps w:val="0"/>
          <w:strike w:val="0"/>
          <w:sz w:val="16"/>
          <w:u w:val="none"/>
        </w:rPr>
        <w:t xml:space="preserve"> </w:t>
      </w:r>
      <w:r>
        <w:rPr>
          <w:b/>
          <w:i w:val="0"/>
          <w:smallCaps w:val="0"/>
          <w:strike w:val="0"/>
          <w:sz w:val="28"/>
          <w:u w:val="single"/>
        </w:rPr>
        <w:t>contributing to the maintenance of global stability</w:t>
      </w:r>
      <w:r>
        <w:rPr>
          <w:b w:val="0"/>
          <w:i w:val="0"/>
          <w:smallCaps w:val="0"/>
          <w:strike w:val="0"/>
          <w:sz w:val="16"/>
          <w:u w:val="none"/>
        </w:rPr>
        <w:t xml:space="preserve">. The existing international order contains a wide range of agreements for harnessing the technologies of the twentieth century, but they need to be updated for the twenty-first century. The world needs an entire new set of arms-control, nonproliferation, export-control, and other agreements to exploit new technology while mitigating downside risk. These agreements should seek to maintain global strategic stability among the major </w:t>
      </w:r>
      <w:r>
        <w:rPr>
          <w:b w:val="0"/>
          <w:i w:val="0"/>
          <w:smallCaps w:val="0"/>
          <w:strike w:val="0"/>
          <w:sz w:val="16"/>
          <w:u w:val="none"/>
        </w:rPr>
        <w:t>powers, and</w:t>
      </w:r>
      <w:r>
        <w:rPr>
          <w:b w:val="0"/>
          <w:i w:val="0"/>
          <w:smallCaps w:val="0"/>
          <w:strike w:val="0"/>
          <w:sz w:val="16"/>
          <w:u w:val="none"/>
        </w:rPr>
        <w:t xml:space="preserve"> prevent the proliferation of dangerous weapons systems to hostile and revisionist states.</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