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8"/>
          <w:u w:val="none"/>
        </w:rPr>
        <w:t xml:space="preserve">It’s key to </w:t>
      </w:r>
      <w:r>
        <w:rPr>
          <w:b/>
          <w:i w:val="0"/>
          <w:smallCaps w:val="0"/>
          <w:strike w:val="0"/>
          <w:sz w:val="28"/>
          <w:u w:val="single"/>
        </w:rPr>
        <w:t>deterrence</w:t>
      </w:r>
      <w:r>
        <w:rPr>
          <w:b/>
          <w:i w:val="0"/>
          <w:smallCaps w:val="0"/>
          <w:strike w:val="0"/>
          <w:sz w:val="28"/>
          <w:u w:val="none"/>
        </w:rPr>
        <w:t>---the alternative is nuclear war.</w:t>
      </w:r>
    </w:p>
    <w:p>
      <w:pPr>
        <w:spacing w:after="80"/>
      </w:pPr>
      <w:r>
        <w:rPr>
          <w:b w:val="0"/>
          <w:i w:val="0"/>
          <w:smallCaps w:val="0"/>
          <w:strike w:val="0"/>
          <w:sz w:val="20"/>
          <w:u w:val="none"/>
        </w:rPr>
        <w:t xml:space="preserve">Matthew </w:t>
      </w:r>
      <w:r>
        <w:rPr>
          <w:b/>
          <w:i w:val="0"/>
          <w:smallCaps w:val="0"/>
          <w:strike w:val="0"/>
          <w:sz w:val="24"/>
          <w:u w:val="none"/>
        </w:rPr>
        <w:t>Kroenig 18</w:t>
      </w:r>
      <w:r>
        <w:rPr>
          <w:b w:val="0"/>
          <w:i w:val="0"/>
          <w:smallCaps w:val="0"/>
          <w:strike w:val="0"/>
          <w:sz w:val="20"/>
          <w:u w:val="none"/>
        </w:rPr>
        <w:t xml:space="preserve">, Associate Professor of Government and Foreign Service at Georgetown University, Deputy Director for Strategy in the Scowcroft Center for Strategy and Security at the Atlantic Council, 11/12/18, “Will disruptive technology cause nuclear war?”, </w:t>
      </w:r>
      <w:r>
        <w:rPr>
          <w:b w:val="0"/>
          <w:i w:val="0"/>
          <w:smallCaps w:val="0"/>
          <w:strike w:val="0"/>
          <w:sz w:val="20"/>
          <w:u w:val="none"/>
        </w:rPr>
        <w:t>, vivi!</w:t>
      </w:r>
    </w:p>
    <w:p>
      <w:pPr>
        <w:spacing w:after="60"/>
      </w:pPr>
      <w:r>
        <w:rPr>
          <w:b w:val="0"/>
          <w:i w:val="0"/>
          <w:smallCaps w:val="0"/>
          <w:strike w:val="0"/>
          <w:sz w:val="14"/>
          <w:u w:val="none"/>
        </w:rPr>
        <w:t xml:space="preserve">Recently, </w:t>
      </w:r>
      <w:r>
        <w:rPr>
          <w:b/>
          <w:i w:val="0"/>
          <w:smallCaps w:val="0"/>
          <w:strike w:val="0"/>
          <w:sz w:val="28"/>
          <w:u w:val="single"/>
        </w:rPr>
        <w:t xml:space="preserve">analysts have argued that </w:t>
      </w:r>
      <w:r>
        <w:rPr>
          <w:b/>
          <w:i w:val="0"/>
          <w:smallCaps w:val="0"/>
          <w:strike w:val="0"/>
          <w:sz w:val="28"/>
          <w:u w:val="single"/>
        </w:rPr>
        <w:t>emerging technologies</w:t>
      </w:r>
      <w:r>
        <w:rPr>
          <w:b/>
          <w:i w:val="0"/>
          <w:smallCaps w:val="0"/>
          <w:strike w:val="0"/>
          <w:sz w:val="28"/>
          <w:u w:val="single"/>
        </w:rPr>
        <w:t xml:space="preserve"> with military applications may </w:t>
      </w:r>
      <w:r>
        <w:rPr>
          <w:b/>
          <w:i w:val="0"/>
          <w:smallCaps w:val="0"/>
          <w:strike w:val="0"/>
          <w:sz w:val="28"/>
          <w:u w:val="single"/>
        </w:rPr>
        <w:t>undermine nuclear stability</w:t>
      </w:r>
      <w:r>
        <w:rPr>
          <w:b w:val="0"/>
          <w:i w:val="0"/>
          <w:smallCaps w:val="0"/>
          <w:strike w:val="0"/>
          <w:sz w:val="14"/>
          <w:u w:val="none"/>
        </w:rPr>
        <w:t xml:space="preserve"> (see here, here, and here), but the logic of these arguments is debatable and overlooks a more straightforward reason why new technology might cause nuclear conflict: </w:t>
      </w:r>
      <w:r>
        <w:rPr>
          <w:b/>
          <w:i w:val="0"/>
          <w:smallCaps w:val="0"/>
          <w:strike w:val="0"/>
          <w:sz w:val="28"/>
          <w:highlight w:val="yellow"/>
          <w:u w:val="single"/>
        </w:rPr>
        <w:t>by upending the</w:t>
      </w:r>
      <w:r>
        <w:rPr>
          <w:b/>
          <w:i w:val="0"/>
          <w:smallCaps w:val="0"/>
          <w:strike w:val="0"/>
          <w:sz w:val="28"/>
          <w:u w:val="single"/>
        </w:rPr>
        <w:t xml:space="preserve"> existing </w:t>
      </w:r>
      <w:r>
        <w:rPr>
          <w:b/>
          <w:i w:val="0"/>
          <w:smallCaps w:val="0"/>
          <w:strike w:val="0"/>
          <w:sz w:val="28"/>
          <w:highlight w:val="yellow"/>
          <w:u w:val="single"/>
        </w:rPr>
        <w:t>balance of power</w:t>
      </w:r>
      <w:r>
        <w:rPr>
          <w:b/>
          <w:i w:val="0"/>
          <w:smallCaps w:val="0"/>
          <w:strike w:val="0"/>
          <w:sz w:val="28"/>
          <w:highlight w:val="yellow"/>
          <w:u w:val="single"/>
        </w:rPr>
        <w:t xml:space="preserve"> among nuclear</w:t>
      </w:r>
      <w:r>
        <w:rPr>
          <w:b/>
          <w:i w:val="0"/>
          <w:smallCaps w:val="0"/>
          <w:strike w:val="0"/>
          <w:sz w:val="28"/>
          <w:u w:val="single"/>
        </w:rPr>
        <w:t xml:space="preserve">-armed </w:t>
      </w:r>
      <w:r>
        <w:rPr>
          <w:b/>
          <w:i w:val="0"/>
          <w:smallCaps w:val="0"/>
          <w:strike w:val="0"/>
          <w:sz w:val="28"/>
          <w:highlight w:val="yellow"/>
          <w:u w:val="single"/>
        </w:rPr>
        <w:t>states</w:t>
      </w:r>
      <w:r>
        <w:rPr>
          <w:b/>
          <w:i w:val="0"/>
          <w:smallCaps w:val="0"/>
          <w:strike w:val="0"/>
          <w:sz w:val="28"/>
          <w:u w:val="single"/>
        </w:rPr>
        <w:t>. This</w:t>
      </w:r>
      <w:r>
        <w:rPr>
          <w:b w:val="0"/>
          <w:i w:val="0"/>
          <w:smallCaps w:val="0"/>
          <w:strike w:val="0"/>
          <w:sz w:val="14"/>
          <w:u w:val="none"/>
        </w:rPr>
        <w:t xml:space="preserve"> latter </w:t>
      </w:r>
      <w:r>
        <w:rPr>
          <w:b/>
          <w:i w:val="0"/>
          <w:smallCaps w:val="0"/>
          <w:strike w:val="0"/>
          <w:sz w:val="28"/>
          <w:highlight w:val="yellow"/>
          <w:u w:val="single"/>
        </w:rPr>
        <w:t>concern is</w:t>
      </w:r>
      <w:r>
        <w:rPr>
          <w:b w:val="0"/>
          <w:i w:val="0"/>
          <w:smallCaps w:val="0"/>
          <w:strike w:val="0"/>
          <w:sz w:val="14"/>
          <w:u w:val="none"/>
        </w:rPr>
        <w:t xml:space="preserve"> more </w:t>
      </w:r>
      <w:r>
        <w:rPr>
          <w:b/>
          <w:i w:val="0"/>
          <w:smallCaps w:val="0"/>
          <w:strike w:val="0"/>
          <w:sz w:val="28"/>
          <w:highlight w:val="yellow"/>
          <w:u w:val="single"/>
        </w:rPr>
        <w:t>probable</w:t>
      </w:r>
      <w:r>
        <w:rPr>
          <w:b/>
          <w:i w:val="0"/>
          <w:smallCaps w:val="0"/>
          <w:strike w:val="0"/>
          <w:sz w:val="28"/>
          <w:highlight w:val="yellow"/>
          <w:u w:val="single"/>
        </w:rPr>
        <w:t xml:space="preserve"> and </w:t>
      </w:r>
      <w:r>
        <w:rPr>
          <w:b/>
          <w:i w:val="0"/>
          <w:smallCaps w:val="0"/>
          <w:strike w:val="0"/>
          <w:sz w:val="28"/>
          <w:highlight w:val="yellow"/>
          <w:u w:val="single"/>
        </w:rPr>
        <w:t>dangerous</w:t>
      </w:r>
      <w:r>
        <w:rPr>
          <w:b/>
          <w:i w:val="0"/>
          <w:smallCaps w:val="0"/>
          <w:strike w:val="0"/>
          <w:sz w:val="28"/>
          <w:u w:val="single"/>
        </w:rPr>
        <w:t xml:space="preserve"> and demands </w:t>
      </w:r>
      <w:r>
        <w:rPr>
          <w:b/>
          <w:i w:val="0"/>
          <w:smallCaps w:val="0"/>
          <w:strike w:val="0"/>
          <w:sz w:val="28"/>
          <w:u w:val="single"/>
        </w:rPr>
        <w:t xml:space="preserve">an </w:t>
      </w:r>
      <w:r>
        <w:rPr>
          <w:b/>
          <w:i w:val="0"/>
          <w:smallCaps w:val="0"/>
          <w:strike w:val="0"/>
          <w:sz w:val="28"/>
          <w:u w:val="single"/>
        </w:rPr>
        <w:t>immediate policy response</w:t>
      </w:r>
      <w:r>
        <w:rPr>
          <w:b w:val="0"/>
          <w:i w:val="0"/>
          <w:smallCaps w:val="0"/>
          <w:strike w:val="0"/>
          <w:sz w:val="14"/>
          <w:u w:val="none"/>
        </w:rPr>
        <w:t>.</w:t>
      </w:r>
    </w:p>
    <w:p>
      <w:pPr>
        <w:spacing w:after="60"/>
      </w:pPr>
      <w:r>
        <w:rPr>
          <w:b/>
          <w:i w:val="0"/>
          <w:smallCaps w:val="0"/>
          <w:strike w:val="0"/>
          <w:sz w:val="28"/>
          <w:u w:val="single"/>
        </w:rPr>
        <w:t xml:space="preserve">For more than 70 years, </w:t>
      </w:r>
      <w:r>
        <w:rPr>
          <w:b/>
          <w:i w:val="0"/>
          <w:smallCaps w:val="0"/>
          <w:strike w:val="0"/>
          <w:sz w:val="28"/>
          <w:highlight w:val="yellow"/>
          <w:u w:val="single"/>
        </w:rPr>
        <w:t xml:space="preserve">the world has avoided </w:t>
      </w:r>
      <w:r>
        <w:rPr>
          <w:b/>
          <w:i w:val="0"/>
          <w:smallCaps w:val="0"/>
          <w:strike w:val="0"/>
          <w:sz w:val="28"/>
          <w:highlight w:val="yellow"/>
          <w:u w:val="single"/>
        </w:rPr>
        <w:t>major power conflict</w:t>
      </w:r>
      <w:r>
        <w:rPr>
          <w:b w:val="0"/>
          <w:i w:val="0"/>
          <w:smallCaps w:val="0"/>
          <w:strike w:val="0"/>
          <w:sz w:val="14"/>
          <w:u w:val="none"/>
        </w:rPr>
        <w:t xml:space="preserve">, and </w:t>
      </w:r>
      <w:r>
        <w:rPr>
          <w:b/>
          <w:i w:val="0"/>
          <w:smallCaps w:val="0"/>
          <w:strike w:val="0"/>
          <w:sz w:val="28"/>
          <w:highlight w:val="yellow"/>
          <w:u w:val="single"/>
        </w:rPr>
        <w:t>many attribute this</w:t>
      </w:r>
      <w:r>
        <w:rPr>
          <w:b w:val="0"/>
          <w:i w:val="0"/>
          <w:smallCaps w:val="0"/>
          <w:strike w:val="0"/>
          <w:sz w:val="14"/>
          <w:u w:val="none"/>
        </w:rPr>
        <w:t xml:space="preserve"> era of peace </w:t>
      </w:r>
      <w:r>
        <w:rPr>
          <w:b/>
          <w:i w:val="0"/>
          <w:smallCaps w:val="0"/>
          <w:strike w:val="0"/>
          <w:sz w:val="28"/>
          <w:highlight w:val="yellow"/>
          <w:u w:val="single"/>
        </w:rPr>
        <w:t>to</w:t>
      </w:r>
      <w:r>
        <w:rPr>
          <w:b w:val="0"/>
          <w:i w:val="0"/>
          <w:smallCaps w:val="0"/>
          <w:strike w:val="0"/>
          <w:sz w:val="14"/>
          <w:u w:val="none"/>
        </w:rPr>
        <w:t xml:space="preserve"> nuclear weapons. </w:t>
      </w:r>
      <w:r>
        <w:rPr>
          <w:b/>
          <w:i w:val="0"/>
          <w:smallCaps w:val="0"/>
          <w:strike w:val="0"/>
          <w:sz w:val="28"/>
          <w:u w:val="single"/>
        </w:rPr>
        <w:t>In situations of mutually assured destruction (</w:t>
      </w:r>
      <w:r>
        <w:rPr>
          <w:b/>
          <w:i w:val="0"/>
          <w:smallCaps w:val="0"/>
          <w:strike w:val="0"/>
          <w:sz w:val="28"/>
          <w:highlight w:val="yellow"/>
          <w:u w:val="single"/>
        </w:rPr>
        <w:t>MAD</w:t>
      </w:r>
      <w:r>
        <w:rPr>
          <w:b/>
          <w:i w:val="0"/>
          <w:smallCaps w:val="0"/>
          <w:strike w:val="0"/>
          <w:sz w:val="28"/>
          <w:u w:val="single"/>
        </w:rPr>
        <w:t>), neither side has an incentive to start a conflict</w:t>
      </w:r>
      <w:r>
        <w:rPr>
          <w:b w:val="0"/>
          <w:i w:val="0"/>
          <w:smallCaps w:val="0"/>
          <w:strike w:val="0"/>
          <w:sz w:val="14"/>
          <w:u w:val="none"/>
        </w:rPr>
        <w:t xml:space="preserve"> because doing so will only result in its own annihilation. </w:t>
      </w:r>
      <w:r>
        <w:rPr>
          <w:b/>
          <w:i w:val="0"/>
          <w:smallCaps w:val="0"/>
          <w:strike w:val="0"/>
          <w:sz w:val="28"/>
          <w:highlight w:val="yellow"/>
          <w:u w:val="single"/>
        </w:rPr>
        <w:t>The key to this model of deterrence is</w:t>
      </w:r>
      <w:r>
        <w:rPr>
          <w:b/>
          <w:i w:val="0"/>
          <w:smallCaps w:val="0"/>
          <w:strike w:val="0"/>
          <w:sz w:val="28"/>
          <w:u w:val="single"/>
        </w:rPr>
        <w:t xml:space="preserve"> the maintenance of secure </w:t>
      </w:r>
      <w:r>
        <w:rPr>
          <w:b/>
          <w:i w:val="0"/>
          <w:smallCaps w:val="0"/>
          <w:strike w:val="0"/>
          <w:sz w:val="28"/>
          <w:highlight w:val="yellow"/>
          <w:u w:val="single"/>
        </w:rPr>
        <w:t>second-strike capabilities</w:t>
      </w:r>
      <w:r>
        <w:rPr>
          <w:b/>
          <w:i w:val="0"/>
          <w:smallCaps w:val="0"/>
          <w:strike w:val="0"/>
          <w:sz w:val="28"/>
          <w:u w:val="single"/>
        </w:rPr>
        <w:t xml:space="preserve">—the ability to absorb an enemy nuclear attack and respond with a </w:t>
      </w:r>
      <w:r>
        <w:rPr>
          <w:b/>
          <w:i w:val="0"/>
          <w:smallCaps w:val="0"/>
          <w:strike w:val="0"/>
          <w:sz w:val="28"/>
          <w:u w:val="single"/>
        </w:rPr>
        <w:t>devastating counterattack</w:t>
      </w:r>
      <w:r>
        <w:rPr>
          <w:b w:val="0"/>
          <w:i w:val="0"/>
          <w:smallCaps w:val="0"/>
          <w:strike w:val="0"/>
          <w:sz w:val="14"/>
          <w:u w:val="none"/>
        </w:rPr>
        <w:t>.</w:t>
      </w:r>
    </w:p>
    <w:p>
      <w:pPr>
        <w:spacing w:after="60"/>
      </w:pPr>
      <w:r>
        <w:rPr>
          <w:b w:val="0"/>
          <w:i w:val="0"/>
          <w:smallCaps w:val="0"/>
          <w:strike w:val="0"/>
          <w:sz w:val="14"/>
          <w:u w:val="none"/>
        </w:rPr>
        <w:t xml:space="preserve">Recently analysts have begun to worry, however, that </w:t>
      </w:r>
      <w:r>
        <w:rPr>
          <w:b/>
          <w:i w:val="0"/>
          <w:smallCaps w:val="0"/>
          <w:strike w:val="0"/>
          <w:sz w:val="28"/>
          <w:highlight w:val="yellow"/>
          <w:u w:val="single"/>
        </w:rPr>
        <w:t>new</w:t>
      </w:r>
      <w:r>
        <w:rPr>
          <w:b/>
          <w:i w:val="0"/>
          <w:smallCaps w:val="0"/>
          <w:strike w:val="0"/>
          <w:sz w:val="28"/>
          <w:u w:val="single"/>
        </w:rPr>
        <w:t xml:space="preserve"> strategic </w:t>
      </w:r>
      <w:r>
        <w:rPr>
          <w:b/>
          <w:i w:val="0"/>
          <w:smallCaps w:val="0"/>
          <w:strike w:val="0"/>
          <w:sz w:val="28"/>
          <w:highlight w:val="yellow"/>
          <w:u w:val="single"/>
        </w:rPr>
        <w:t>military tech</w:t>
      </w:r>
      <w:r>
        <w:rPr>
          <w:b/>
          <w:i w:val="0"/>
          <w:smallCaps w:val="0"/>
          <w:strike w:val="0"/>
          <w:sz w:val="28"/>
          <w:u w:val="single"/>
        </w:rPr>
        <w:t xml:space="preserve">nologies may </w:t>
      </w:r>
      <w:r>
        <w:rPr>
          <w:b/>
          <w:i w:val="0"/>
          <w:smallCaps w:val="0"/>
          <w:strike w:val="0"/>
          <w:sz w:val="28"/>
          <w:highlight w:val="yellow"/>
          <w:u w:val="single"/>
        </w:rPr>
        <w:t xml:space="preserve">make it possible for a state to conduct a successful </w:t>
      </w:r>
      <w:r>
        <w:rPr>
          <w:b/>
          <w:i w:val="0"/>
          <w:smallCaps w:val="0"/>
          <w:strike w:val="0"/>
          <w:sz w:val="28"/>
          <w:highlight w:val="yellow"/>
          <w:u w:val="single"/>
        </w:rPr>
        <w:t>first strike</w:t>
      </w:r>
      <w:r>
        <w:rPr>
          <w:b/>
          <w:i w:val="0"/>
          <w:smallCaps w:val="0"/>
          <w:strike w:val="0"/>
          <w:sz w:val="28"/>
          <w:u w:val="single"/>
        </w:rPr>
        <w:t xml:space="preserve"> on an enemy</w:t>
      </w:r>
      <w:r>
        <w:rPr>
          <w:b w:val="0"/>
          <w:i w:val="0"/>
          <w:smallCaps w:val="0"/>
          <w:strike w:val="0"/>
          <w:sz w:val="14"/>
          <w:u w:val="none"/>
        </w:rPr>
        <w:t xml:space="preserve">. For example, Chinese colleagues have complained to me in Track II dialogues that </w:t>
      </w:r>
      <w:r>
        <w:rPr>
          <w:b/>
          <w:i w:val="0"/>
          <w:smallCaps w:val="0"/>
          <w:strike w:val="0"/>
          <w:sz w:val="28"/>
          <w:highlight w:val="yellow"/>
          <w:u w:val="single"/>
        </w:rPr>
        <w:t>the U</w:t>
      </w:r>
      <w:r>
        <w:rPr>
          <w:b/>
          <w:i w:val="0"/>
          <w:smallCaps w:val="0"/>
          <w:strike w:val="0"/>
          <w:sz w:val="28"/>
          <w:u w:val="single"/>
        </w:rPr>
        <w:t xml:space="preserve">nited </w:t>
      </w:r>
      <w:r>
        <w:rPr>
          <w:b/>
          <w:i w:val="0"/>
          <w:smallCaps w:val="0"/>
          <w:strike w:val="0"/>
          <w:sz w:val="28"/>
          <w:highlight w:val="yellow"/>
          <w:u w:val="single"/>
        </w:rPr>
        <w:t>S</w:t>
      </w:r>
      <w:r>
        <w:rPr>
          <w:b/>
          <w:i w:val="0"/>
          <w:smallCaps w:val="0"/>
          <w:strike w:val="0"/>
          <w:sz w:val="28"/>
          <w:u w:val="single"/>
        </w:rPr>
        <w:t xml:space="preserve">tates </w:t>
      </w:r>
      <w:r>
        <w:rPr>
          <w:b/>
          <w:i w:val="0"/>
          <w:smallCaps w:val="0"/>
          <w:strike w:val="0"/>
          <w:sz w:val="28"/>
          <w:highlight w:val="yellow"/>
          <w:u w:val="single"/>
        </w:rPr>
        <w:t>may</w:t>
      </w:r>
      <w:r>
        <w:rPr>
          <w:b/>
          <w:i w:val="0"/>
          <w:smallCaps w:val="0"/>
          <w:strike w:val="0"/>
          <w:sz w:val="28"/>
          <w:u w:val="single"/>
        </w:rPr>
        <w:t xml:space="preserve"> decide to </w:t>
      </w:r>
      <w:r>
        <w:rPr>
          <w:b/>
          <w:i w:val="0"/>
          <w:smallCaps w:val="0"/>
          <w:strike w:val="0"/>
          <w:sz w:val="28"/>
          <w:highlight w:val="yellow"/>
          <w:u w:val="single"/>
        </w:rPr>
        <w:t>launch a</w:t>
      </w:r>
      <w:r>
        <w:rPr>
          <w:b/>
          <w:i w:val="0"/>
          <w:smallCaps w:val="0"/>
          <w:strike w:val="0"/>
          <w:sz w:val="28"/>
          <w:u w:val="single"/>
        </w:rPr>
        <w:t xml:space="preserve"> </w:t>
      </w:r>
      <w:r>
        <w:rPr>
          <w:b/>
          <w:i w:val="0"/>
          <w:smallCaps w:val="0"/>
          <w:strike w:val="0"/>
          <w:sz w:val="28"/>
          <w:u w:val="single"/>
        </w:rPr>
        <w:t xml:space="preserve">sophisticated </w:t>
      </w:r>
      <w:r>
        <w:rPr>
          <w:b/>
          <w:i w:val="0"/>
          <w:smallCaps w:val="0"/>
          <w:strike w:val="0"/>
          <w:sz w:val="28"/>
          <w:highlight w:val="yellow"/>
          <w:u w:val="single"/>
        </w:rPr>
        <w:t>cyberattack</w:t>
      </w:r>
      <w:r>
        <w:rPr>
          <w:b/>
          <w:i w:val="0"/>
          <w:smallCaps w:val="0"/>
          <w:strike w:val="0"/>
          <w:sz w:val="28"/>
          <w:highlight w:val="yellow"/>
          <w:u w:val="single"/>
        </w:rPr>
        <w:t xml:space="preserve"> </w:t>
      </w:r>
      <w:r>
        <w:rPr>
          <w:b/>
          <w:i w:val="0"/>
          <w:smallCaps w:val="0"/>
          <w:strike w:val="0"/>
          <w:sz w:val="28"/>
          <w:highlight w:val="yellow"/>
          <w:u w:val="single"/>
        </w:rPr>
        <w:t xml:space="preserve">against Chinese </w:t>
      </w:r>
      <w:r>
        <w:rPr>
          <w:b/>
          <w:i w:val="0"/>
          <w:smallCaps w:val="0"/>
          <w:strike w:val="0"/>
          <w:sz w:val="28"/>
          <w:highlight w:val="yellow"/>
          <w:u w:val="single"/>
        </w:rPr>
        <w:t>nuc</w:t>
      </w:r>
      <w:r>
        <w:rPr>
          <w:b/>
          <w:i w:val="0"/>
          <w:smallCaps w:val="0"/>
          <w:strike w:val="0"/>
          <w:sz w:val="28"/>
          <w:u w:val="single"/>
        </w:rPr>
        <w:t xml:space="preserve">lear </w:t>
      </w:r>
      <w:r>
        <w:rPr>
          <w:b/>
          <w:i w:val="0"/>
          <w:smallCaps w:val="0"/>
          <w:strike w:val="0"/>
          <w:sz w:val="28"/>
          <w:highlight w:val="yellow"/>
          <w:u w:val="single"/>
        </w:rPr>
        <w:t>c</w:t>
      </w:r>
      <w:r>
        <w:rPr>
          <w:b/>
          <w:i w:val="0"/>
          <w:smallCaps w:val="0"/>
          <w:strike w:val="0"/>
          <w:sz w:val="28"/>
          <w:u w:val="single"/>
        </w:rPr>
        <w:t xml:space="preserve">ommand </w:t>
      </w:r>
      <w:r>
        <w:rPr>
          <w:b/>
          <w:i w:val="0"/>
          <w:smallCaps w:val="0"/>
          <w:strike w:val="0"/>
          <w:sz w:val="28"/>
          <w:highlight w:val="yellow"/>
          <w:u w:val="single"/>
        </w:rPr>
        <w:t>and</w:t>
      </w:r>
      <w:r>
        <w:rPr>
          <w:b/>
          <w:i w:val="0"/>
          <w:smallCaps w:val="0"/>
          <w:strike w:val="0"/>
          <w:sz w:val="28"/>
          <w:u w:val="single"/>
        </w:rPr>
        <w:t xml:space="preserve"> </w:t>
      </w:r>
      <w:r>
        <w:rPr>
          <w:b/>
          <w:i w:val="0"/>
          <w:smallCaps w:val="0"/>
          <w:strike w:val="0"/>
          <w:sz w:val="28"/>
          <w:highlight w:val="yellow"/>
          <w:u w:val="single"/>
        </w:rPr>
        <w:t>c</w:t>
      </w:r>
      <w:r>
        <w:rPr>
          <w:b/>
          <w:i w:val="0"/>
          <w:smallCaps w:val="0"/>
          <w:strike w:val="0"/>
          <w:sz w:val="28"/>
          <w:u w:val="single"/>
        </w:rPr>
        <w:t xml:space="preserve">ontrol, essentially </w:t>
      </w:r>
      <w:r>
        <w:rPr>
          <w:b/>
          <w:i w:val="0"/>
          <w:smallCaps w:val="0"/>
          <w:strike w:val="0"/>
          <w:sz w:val="28"/>
          <w:u w:val="single"/>
        </w:rPr>
        <w:t>turning off China’s nuclear forces</w:t>
      </w:r>
      <w:r>
        <w:rPr>
          <w:b/>
          <w:i w:val="0"/>
          <w:smallCaps w:val="0"/>
          <w:strike w:val="0"/>
          <w:sz w:val="28"/>
          <w:u w:val="single"/>
        </w:rPr>
        <w:t xml:space="preserve">. </w:t>
      </w:r>
      <w:r>
        <w:rPr>
          <w:b/>
          <w:i w:val="0"/>
          <w:smallCaps w:val="0"/>
          <w:strike w:val="0"/>
          <w:sz w:val="28"/>
          <w:highlight w:val="yellow"/>
          <w:u w:val="single"/>
        </w:rPr>
        <w:t>Then</w:t>
      </w:r>
      <w:r>
        <w:rPr>
          <w:b/>
          <w:i w:val="0"/>
          <w:smallCaps w:val="0"/>
          <w:strike w:val="0"/>
          <w:sz w:val="28"/>
          <w:u w:val="single"/>
        </w:rPr>
        <w:t xml:space="preserve">, Washington will </w:t>
      </w:r>
      <w:r>
        <w:rPr>
          <w:b/>
          <w:i w:val="0"/>
          <w:smallCaps w:val="0"/>
          <w:strike w:val="0"/>
          <w:sz w:val="28"/>
          <w:highlight w:val="yellow"/>
          <w:u w:val="single"/>
        </w:rPr>
        <w:t xml:space="preserve">follow up with a </w:t>
      </w:r>
      <w:r>
        <w:rPr>
          <w:b/>
          <w:i w:val="0"/>
          <w:smallCaps w:val="0"/>
          <w:strike w:val="0"/>
          <w:sz w:val="28"/>
          <w:highlight w:val="yellow"/>
          <w:u w:val="single"/>
        </w:rPr>
        <w:t>massive strike</w:t>
      </w:r>
      <w:r>
        <w:rPr>
          <w:b/>
          <w:i w:val="0"/>
          <w:smallCaps w:val="0"/>
          <w:strike w:val="0"/>
          <w:sz w:val="28"/>
          <w:u w:val="single"/>
        </w:rPr>
        <w:t xml:space="preserve"> with conventional cruise and hypersonic missiles </w:t>
      </w:r>
      <w:r>
        <w:rPr>
          <w:b/>
          <w:i w:val="0"/>
          <w:smallCaps w:val="0"/>
          <w:strike w:val="0"/>
          <w:sz w:val="28"/>
          <w:highlight w:val="yellow"/>
          <w:u w:val="single"/>
        </w:rPr>
        <w:t>to destroy China’s nuc</w:t>
      </w:r>
      <w:r>
        <w:rPr>
          <w:b/>
          <w:i w:val="0"/>
          <w:smallCaps w:val="0"/>
          <w:strike w:val="0"/>
          <w:sz w:val="28"/>
          <w:u w:val="single"/>
        </w:rPr>
        <w:t>lear weapon</w:t>
      </w:r>
      <w:r>
        <w:rPr>
          <w:b/>
          <w:i w:val="0"/>
          <w:smallCaps w:val="0"/>
          <w:strike w:val="0"/>
          <w:sz w:val="28"/>
          <w:highlight w:val="yellow"/>
          <w:u w:val="single"/>
        </w:rPr>
        <w:t>s</w:t>
      </w:r>
      <w:r>
        <w:rPr>
          <w:b w:val="0"/>
          <w:i w:val="0"/>
          <w:smallCaps w:val="0"/>
          <w:strike w:val="0"/>
          <w:sz w:val="14"/>
          <w:u w:val="none"/>
        </w:rPr>
        <w:t xml:space="preserve">. Finally, </w:t>
      </w:r>
      <w:r>
        <w:rPr>
          <w:b/>
          <w:i w:val="0"/>
          <w:smallCaps w:val="0"/>
          <w:strike w:val="0"/>
          <w:sz w:val="28"/>
          <w:u w:val="single"/>
        </w:rPr>
        <w:t xml:space="preserve">if any Chinese forces happen to survive, the United States can simply mop up China’s ragged retaliatory strike with advanced missile defenses. </w:t>
      </w:r>
      <w:r>
        <w:rPr>
          <w:b/>
          <w:i w:val="0"/>
          <w:smallCaps w:val="0"/>
          <w:strike w:val="0"/>
          <w:sz w:val="28"/>
          <w:highlight w:val="yellow"/>
          <w:u w:val="single"/>
        </w:rPr>
        <w:t xml:space="preserve">China will be </w:t>
      </w:r>
      <w:r>
        <w:rPr>
          <w:b/>
          <w:i w:val="0"/>
          <w:smallCaps w:val="0"/>
          <w:strike w:val="0"/>
          <w:sz w:val="28"/>
          <w:highlight w:val="yellow"/>
          <w:u w:val="single"/>
        </w:rPr>
        <w:t>disarmed</w:t>
      </w:r>
      <w:r>
        <w:rPr>
          <w:b/>
          <w:i w:val="0"/>
          <w:smallCaps w:val="0"/>
          <w:strike w:val="0"/>
          <w:sz w:val="28"/>
          <w:highlight w:val="yellow"/>
          <w:u w:val="single"/>
        </w:rPr>
        <w:t xml:space="preserve"> and US nuc</w:t>
      </w:r>
      <w:r>
        <w:rPr>
          <w:b/>
          <w:i w:val="0"/>
          <w:smallCaps w:val="0"/>
          <w:strike w:val="0"/>
          <w:sz w:val="28"/>
          <w:u w:val="single"/>
        </w:rPr>
        <w:t>lear weapon</w:t>
      </w:r>
      <w:r>
        <w:rPr>
          <w:b/>
          <w:i w:val="0"/>
          <w:smallCaps w:val="0"/>
          <w:strike w:val="0"/>
          <w:sz w:val="28"/>
          <w:highlight w:val="yellow"/>
          <w:u w:val="single"/>
        </w:rPr>
        <w:t>s will</w:t>
      </w:r>
      <w:r>
        <w:rPr>
          <w:b/>
          <w:i w:val="0"/>
          <w:smallCaps w:val="0"/>
          <w:strike w:val="0"/>
          <w:sz w:val="28"/>
          <w:u w:val="single"/>
        </w:rPr>
        <w:t xml:space="preserve"> still </w:t>
      </w:r>
      <w:r>
        <w:rPr>
          <w:b/>
          <w:i w:val="0"/>
          <w:smallCaps w:val="0"/>
          <w:strike w:val="0"/>
          <w:sz w:val="28"/>
          <w:highlight w:val="yellow"/>
          <w:u w:val="single"/>
        </w:rPr>
        <w:t>be</w:t>
      </w:r>
      <w:r>
        <w:rPr>
          <w:b/>
          <w:i w:val="0"/>
          <w:smallCaps w:val="0"/>
          <w:strike w:val="0"/>
          <w:sz w:val="28"/>
          <w:u w:val="single"/>
        </w:rPr>
        <w:t xml:space="preserve"> </w:t>
      </w:r>
      <w:r>
        <w:rPr>
          <w:b/>
          <w:i w:val="0"/>
          <w:smallCaps w:val="0"/>
          <w:strike w:val="0"/>
          <w:sz w:val="28"/>
          <w:u w:val="single"/>
        </w:rPr>
        <w:t>sitting on the shelf</w:t>
      </w:r>
      <w:r>
        <w:rPr>
          <w:b/>
          <w:i w:val="0"/>
          <w:smallCaps w:val="0"/>
          <w:strike w:val="0"/>
          <w:sz w:val="28"/>
          <w:u w:val="single"/>
        </w:rPr>
        <w:t xml:space="preserve">, </w:t>
      </w:r>
      <w:r>
        <w:rPr>
          <w:b/>
          <w:i w:val="0"/>
          <w:smallCaps w:val="0"/>
          <w:strike w:val="0"/>
          <w:sz w:val="28"/>
          <w:highlight w:val="yellow"/>
          <w:u w:val="single"/>
        </w:rPr>
        <w:t>untouched</w:t>
      </w:r>
      <w:r>
        <w:rPr>
          <w:b/>
          <w:i w:val="0"/>
          <w:smallCaps w:val="0"/>
          <w:strike w:val="0"/>
          <w:sz w:val="28"/>
          <w:u w:val="single"/>
        </w:rPr>
        <w:t>.</w:t>
      </w:r>
    </w:p>
    <w:p>
      <w:pPr>
        <w:spacing w:after="60"/>
      </w:pPr>
      <w:r>
        <w:rPr>
          <w:b w:val="0"/>
          <w:i w:val="0"/>
          <w:smallCaps w:val="0"/>
          <w:strike w:val="0"/>
          <w:sz w:val="14"/>
          <w:u w:val="none"/>
        </w:rPr>
        <w:t xml:space="preserve">If the United States, or any other state acquires such a first-strike capability, then </w:t>
      </w:r>
      <w:r>
        <w:rPr>
          <w:b/>
          <w:i w:val="0"/>
          <w:smallCaps w:val="0"/>
          <w:strike w:val="0"/>
          <w:sz w:val="28"/>
          <w:highlight w:val="yellow"/>
          <w:u w:val="single"/>
        </w:rPr>
        <w:t>the logic of MAD would be undermined</w:t>
      </w:r>
      <w:r>
        <w:rPr>
          <w:b/>
          <w:i w:val="0"/>
          <w:smallCaps w:val="0"/>
          <w:strike w:val="0"/>
          <w:sz w:val="28"/>
          <w:u w:val="single"/>
        </w:rPr>
        <w:t>. Washington may be tempted to launch a nuclear first strike. Or China may choose</w:t>
      </w:r>
      <w:r>
        <w:rPr>
          <w:b w:val="0"/>
          <w:i w:val="0"/>
          <w:smallCaps w:val="0"/>
          <w:strike w:val="0"/>
          <w:sz w:val="14"/>
          <w:u w:val="none"/>
        </w:rPr>
        <w:t xml:space="preserve"> instead </w:t>
      </w:r>
      <w:r>
        <w:rPr>
          <w:b/>
          <w:i w:val="0"/>
          <w:smallCaps w:val="0"/>
          <w:strike w:val="0"/>
          <w:sz w:val="28"/>
          <w:u w:val="single"/>
        </w:rPr>
        <w:t xml:space="preserve">to use its nuclear weapons </w:t>
      </w:r>
      <w:r>
        <w:rPr>
          <w:b/>
          <w:i w:val="0"/>
          <w:smallCaps w:val="0"/>
          <w:strike w:val="0"/>
          <w:sz w:val="28"/>
          <w:u w:val="single"/>
        </w:rPr>
        <w:t>early in a conflict</w:t>
      </w:r>
      <w:r>
        <w:rPr>
          <w:b w:val="0"/>
          <w:i w:val="0"/>
          <w:smallCaps w:val="0"/>
          <w:strike w:val="0"/>
          <w:sz w:val="14"/>
          <w:u w:val="none"/>
        </w:rPr>
        <w:t xml:space="preserve"> before they can be wiped out—</w:t>
      </w:r>
      <w:r>
        <w:rPr>
          <w:b/>
          <w:i w:val="0"/>
          <w:smallCaps w:val="0"/>
          <w:strike w:val="0"/>
          <w:sz w:val="28"/>
          <w:u w:val="single"/>
        </w:rPr>
        <w:t xml:space="preserve">the so-called </w:t>
      </w:r>
      <w:r>
        <w:rPr>
          <w:b/>
          <w:i w:val="0"/>
          <w:smallCaps w:val="0"/>
          <w:strike w:val="0"/>
          <w:sz w:val="28"/>
          <w:highlight w:val="yellow"/>
          <w:u w:val="single"/>
        </w:rPr>
        <w:t>“use ‘em or lose ‘em” problem</w:t>
      </w:r>
      <w:r>
        <w:rPr>
          <w:b w:val="0"/>
          <w:i w:val="0"/>
          <w:smallCaps w:val="0"/>
          <w:strike w:val="0"/>
          <w:sz w:val="14"/>
          <w:u w:val="none"/>
        </w:rPr>
        <w:t>.</w:t>
      </w:r>
    </w:p>
    <w:p>
      <w:pPr>
        <w:spacing w:after="60"/>
      </w:pPr>
      <w:r>
        <w:rPr>
          <w:b w:val="0"/>
          <w:i w:val="0"/>
          <w:smallCaps w:val="0"/>
          <w:strike w:val="0"/>
          <w:sz w:val="14"/>
          <w:u w:val="none"/>
        </w:rPr>
        <w:t>According to this logic, therefore, the appropriate policy response would be to ban outright or control any new weapon systems that might threaten second-strike capabilities.</w:t>
      </w:r>
    </w:p>
    <w:p>
      <w:pPr>
        <w:spacing w:after="60"/>
      </w:pPr>
      <w:r>
        <w:rPr>
          <w:b w:val="0"/>
          <w:i w:val="0"/>
          <w:smallCaps w:val="0"/>
          <w:strike w:val="0"/>
          <w:sz w:val="14"/>
          <w:u w:val="none"/>
        </w:rPr>
        <w:t>This way of thinking about new technology and stability, however, is open to question. Would any US president truly decide to launch a massive, bolt-out-of-the-blue nuclear attack because he or she [they] thought s/he [they] could get away with it? And why does it make sense for the country in the inferior position, in this case China, to intentionally start a nuclear war that it will almost certainly lose? More important, this conceptualization of how new technology affects stability is too narrow, focused exclusively on how new military technologies might be used against nuclear forces directly.</w:t>
      </w:r>
    </w:p>
    <w:p>
      <w:pPr>
        <w:spacing w:after="60"/>
      </w:pPr>
      <w:r>
        <w:rPr>
          <w:b w:val="0"/>
          <w:i w:val="0"/>
          <w:smallCaps w:val="0"/>
          <w:strike w:val="0"/>
          <w:sz w:val="14"/>
          <w:u w:val="none"/>
        </w:rPr>
        <w:t xml:space="preserve">Rather, </w:t>
      </w:r>
      <w:r>
        <w:rPr>
          <w:b/>
          <w:i w:val="0"/>
          <w:smallCaps w:val="0"/>
          <w:strike w:val="0"/>
          <w:sz w:val="28"/>
          <w:u w:val="single"/>
        </w:rPr>
        <w:t xml:space="preserve">we should think more broadly about how new technology might affect </w:t>
      </w:r>
      <w:r>
        <w:rPr>
          <w:b/>
          <w:i w:val="0"/>
          <w:smallCaps w:val="0"/>
          <w:strike w:val="0"/>
          <w:sz w:val="28"/>
          <w:u w:val="single"/>
        </w:rPr>
        <w:t>global politics</w:t>
      </w:r>
      <w:r>
        <w:rPr>
          <w:b w:val="0"/>
          <w:i w:val="0"/>
          <w:smallCaps w:val="0"/>
          <w:strike w:val="0"/>
          <w:sz w:val="14"/>
          <w:u w:val="none"/>
        </w:rPr>
        <w:t xml:space="preserve">, and, for this, </w:t>
      </w:r>
      <w:r>
        <w:rPr>
          <w:b/>
          <w:i w:val="0"/>
          <w:smallCaps w:val="0"/>
          <w:strike w:val="0"/>
          <w:sz w:val="28"/>
          <w:u w:val="single"/>
        </w:rPr>
        <w:t>it is helpful to turn to</w:t>
      </w:r>
      <w:r>
        <w:rPr>
          <w:b w:val="0"/>
          <w:i w:val="0"/>
          <w:smallCaps w:val="0"/>
          <w:strike w:val="0"/>
          <w:sz w:val="14"/>
          <w:u w:val="none"/>
        </w:rPr>
        <w:t xml:space="preserve"> scholarly </w:t>
      </w:r>
      <w:r>
        <w:rPr>
          <w:b/>
          <w:i w:val="0"/>
          <w:smallCaps w:val="0"/>
          <w:strike w:val="0"/>
          <w:sz w:val="28"/>
          <w:highlight w:val="yellow"/>
          <w:u w:val="single"/>
        </w:rPr>
        <w:t>i</w:t>
      </w:r>
      <w:r>
        <w:rPr>
          <w:b/>
          <w:i w:val="0"/>
          <w:smallCaps w:val="0"/>
          <w:strike w:val="0"/>
          <w:sz w:val="28"/>
          <w:u w:val="single"/>
        </w:rPr>
        <w:t xml:space="preserve">nternational </w:t>
      </w:r>
      <w:r>
        <w:rPr>
          <w:b/>
          <w:i w:val="0"/>
          <w:smallCaps w:val="0"/>
          <w:strike w:val="0"/>
          <w:sz w:val="28"/>
          <w:highlight w:val="yellow"/>
          <w:u w:val="single"/>
        </w:rPr>
        <w:t>r</w:t>
      </w:r>
      <w:r>
        <w:rPr>
          <w:b/>
          <w:i w:val="0"/>
          <w:smallCaps w:val="0"/>
          <w:strike w:val="0"/>
          <w:sz w:val="28"/>
          <w:u w:val="single"/>
        </w:rPr>
        <w:t xml:space="preserve">elations </w:t>
      </w:r>
      <w:r>
        <w:rPr>
          <w:b/>
          <w:i w:val="0"/>
          <w:smallCaps w:val="0"/>
          <w:strike w:val="0"/>
          <w:sz w:val="28"/>
          <w:highlight w:val="yellow"/>
          <w:u w:val="single"/>
        </w:rPr>
        <w:t>theory</w:t>
      </w:r>
      <w:r>
        <w:rPr>
          <w:b/>
          <w:i w:val="0"/>
          <w:smallCaps w:val="0"/>
          <w:strike w:val="0"/>
          <w:sz w:val="28"/>
          <w:u w:val="single"/>
        </w:rPr>
        <w:t xml:space="preserve">. The </w:t>
      </w:r>
      <w:r>
        <w:rPr>
          <w:b/>
          <w:i w:val="0"/>
          <w:smallCaps w:val="0"/>
          <w:strike w:val="0"/>
          <w:sz w:val="28"/>
          <w:highlight w:val="yellow"/>
          <w:u w:val="single"/>
        </w:rPr>
        <w:t>dominant</w:t>
      </w:r>
      <w:r>
        <w:rPr>
          <w:b/>
          <w:i w:val="0"/>
          <w:smallCaps w:val="0"/>
          <w:strike w:val="0"/>
          <w:sz w:val="28"/>
          <w:u w:val="single"/>
        </w:rPr>
        <w:t xml:space="preserve"> theory of the </w:t>
      </w:r>
      <w:r>
        <w:rPr>
          <w:b/>
          <w:i w:val="0"/>
          <w:smallCaps w:val="0"/>
          <w:strike w:val="0"/>
          <w:sz w:val="28"/>
          <w:highlight w:val="yellow"/>
          <w:u w:val="single"/>
        </w:rPr>
        <w:t>cause</w:t>
      </w:r>
      <w:r>
        <w:rPr>
          <w:b/>
          <w:i w:val="0"/>
          <w:smallCaps w:val="0"/>
          <w:strike w:val="0"/>
          <w:sz w:val="28"/>
          <w:u w:val="single"/>
        </w:rPr>
        <w:t xml:space="preserve">s </w:t>
      </w:r>
      <w:r>
        <w:rPr>
          <w:b/>
          <w:i w:val="0"/>
          <w:smallCaps w:val="0"/>
          <w:strike w:val="0"/>
          <w:sz w:val="28"/>
          <w:highlight w:val="yellow"/>
          <w:u w:val="single"/>
        </w:rPr>
        <w:t>of war</w:t>
      </w:r>
      <w:r>
        <w:rPr>
          <w:b/>
          <w:i w:val="0"/>
          <w:smallCaps w:val="0"/>
          <w:strike w:val="0"/>
          <w:sz w:val="28"/>
          <w:u w:val="single"/>
        </w:rPr>
        <w:t xml:space="preserve"> in the academy </w:t>
      </w:r>
      <w:r>
        <w:rPr>
          <w:b/>
          <w:i w:val="0"/>
          <w:smallCaps w:val="0"/>
          <w:strike w:val="0"/>
          <w:sz w:val="28"/>
          <w:highlight w:val="yellow"/>
          <w:u w:val="single"/>
        </w:rPr>
        <w:t>is</w:t>
      </w:r>
      <w:r>
        <w:rPr>
          <w:b/>
          <w:i w:val="0"/>
          <w:smallCaps w:val="0"/>
          <w:strike w:val="0"/>
          <w:sz w:val="28"/>
          <w:u w:val="single"/>
        </w:rPr>
        <w:t xml:space="preserve"> the “bargaining model of war</w:t>
      </w:r>
      <w:r>
        <w:rPr>
          <w:b/>
          <w:i w:val="0"/>
          <w:smallCaps w:val="0"/>
          <w:strike w:val="0"/>
          <w:sz w:val="28"/>
          <w:u w:val="single"/>
        </w:rPr>
        <w:t xml:space="preserve">.” This theory identifies </w:t>
      </w:r>
      <w:r>
        <w:rPr>
          <w:b/>
          <w:i w:val="0"/>
          <w:smallCaps w:val="0"/>
          <w:strike w:val="0"/>
          <w:sz w:val="28"/>
          <w:highlight w:val="yellow"/>
          <w:u w:val="single"/>
        </w:rPr>
        <w:t>rapid shifts in the balance of power</w:t>
      </w:r>
      <w:r>
        <w:rPr>
          <w:b/>
          <w:i w:val="0"/>
          <w:smallCaps w:val="0"/>
          <w:strike w:val="0"/>
          <w:sz w:val="28"/>
          <w:u w:val="single"/>
        </w:rPr>
        <w:t xml:space="preserve"> as a primary cause of conflict.</w:t>
      </w:r>
    </w:p>
    <w:p>
      <w:pPr>
        <w:spacing w:after="60"/>
      </w:pPr>
      <w:r>
        <w:rPr>
          <w:b w:val="0"/>
          <w:i w:val="0"/>
          <w:smallCaps w:val="0"/>
          <w:strike w:val="0"/>
          <w:sz w:val="14"/>
          <w:u w:val="none"/>
        </w:rPr>
        <w:t xml:space="preserve">International politics often presents states with conflicts that they can settle through peaceful bargaining, but </w:t>
      </w:r>
      <w:r>
        <w:rPr>
          <w:b/>
          <w:i w:val="0"/>
          <w:smallCaps w:val="0"/>
          <w:strike w:val="0"/>
          <w:sz w:val="28"/>
          <w:u w:val="single"/>
        </w:rPr>
        <w:t>when bargaining breaks down, war results</w:t>
      </w:r>
      <w:r>
        <w:rPr>
          <w:b/>
          <w:i w:val="0"/>
          <w:smallCaps w:val="0"/>
          <w:strike w:val="0"/>
          <w:sz w:val="28"/>
          <w:u w:val="single"/>
        </w:rPr>
        <w:t xml:space="preserve">. </w:t>
      </w:r>
      <w:r>
        <w:rPr>
          <w:b/>
          <w:i w:val="0"/>
          <w:smallCaps w:val="0"/>
          <w:strike w:val="0"/>
          <w:sz w:val="28"/>
          <w:highlight w:val="yellow"/>
          <w:u w:val="single"/>
        </w:rPr>
        <w:t>Shifts</w:t>
      </w:r>
      <w:r>
        <w:rPr>
          <w:b/>
          <w:i w:val="0"/>
          <w:smallCaps w:val="0"/>
          <w:strike w:val="0"/>
          <w:sz w:val="28"/>
          <w:u w:val="single"/>
        </w:rPr>
        <w:t xml:space="preserve"> in the balance of power are </w:t>
      </w:r>
      <w:r>
        <w:rPr>
          <w:b/>
          <w:i w:val="0"/>
          <w:smallCaps w:val="0"/>
          <w:strike w:val="0"/>
          <w:sz w:val="28"/>
          <w:u w:val="single"/>
        </w:rPr>
        <w:t>problematic</w:t>
      </w:r>
      <w:r>
        <w:rPr>
          <w:b/>
          <w:i w:val="0"/>
          <w:smallCaps w:val="0"/>
          <w:strike w:val="0"/>
          <w:sz w:val="28"/>
          <w:u w:val="single"/>
        </w:rPr>
        <w:t xml:space="preserve"> because they </w:t>
      </w:r>
      <w:r>
        <w:rPr>
          <w:b/>
          <w:i w:val="0"/>
          <w:smallCaps w:val="0"/>
          <w:strike w:val="0"/>
          <w:sz w:val="28"/>
          <w:highlight w:val="yellow"/>
          <w:u w:val="single"/>
        </w:rPr>
        <w:t>undermine effective bargaining</w:t>
      </w:r>
      <w:r>
        <w:rPr>
          <w:b w:val="0"/>
          <w:i w:val="0"/>
          <w:smallCaps w:val="0"/>
          <w:strike w:val="0"/>
          <w:sz w:val="14"/>
          <w:u w:val="none"/>
        </w:rPr>
        <w:t xml:space="preserve">. After all, </w:t>
      </w:r>
      <w:r>
        <w:rPr>
          <w:b/>
          <w:i w:val="0"/>
          <w:smallCaps w:val="0"/>
          <w:strike w:val="0"/>
          <w:sz w:val="28"/>
          <w:u w:val="single"/>
        </w:rPr>
        <w:t>why agree to a deal today if your bargaining position will be stronger tomorrow?</w:t>
      </w:r>
      <w:r>
        <w:rPr>
          <w:b w:val="0"/>
          <w:i w:val="0"/>
          <w:smallCaps w:val="0"/>
          <w:strike w:val="0"/>
          <w:sz w:val="14"/>
          <w:u w:val="none"/>
        </w:rPr>
        <w:t xml:space="preserve"> </w:t>
      </w:r>
      <w:r>
        <w:rPr>
          <w:b w:val="0"/>
          <w:i w:val="0"/>
          <w:smallCaps w:val="0"/>
          <w:strike w:val="0"/>
          <w:sz w:val="14"/>
          <w:u w:val="none"/>
        </w:rPr>
        <w:t>And,</w:t>
      </w:r>
      <w:r>
        <w:rPr>
          <w:b w:val="0"/>
          <w:i w:val="0"/>
          <w:smallCaps w:val="0"/>
          <w:strike w:val="0"/>
          <w:sz w:val="14"/>
          <w:u w:val="none"/>
        </w:rPr>
        <w:t xml:space="preserve"> a clear understanding of the military balance of power can contribute to peace. (Why start a war you are likely to lose?) But </w:t>
      </w:r>
      <w:r>
        <w:rPr>
          <w:b/>
          <w:i w:val="0"/>
          <w:smallCaps w:val="0"/>
          <w:strike w:val="0"/>
          <w:sz w:val="28"/>
          <w:u w:val="single"/>
        </w:rPr>
        <w:t xml:space="preserve">shifts in the balance of power </w:t>
      </w:r>
      <w:r>
        <w:rPr>
          <w:b/>
          <w:i w:val="0"/>
          <w:smallCaps w:val="0"/>
          <w:strike w:val="0"/>
          <w:sz w:val="28"/>
          <w:highlight w:val="yellow"/>
          <w:u w:val="single"/>
        </w:rPr>
        <w:t xml:space="preserve">muddy understandings of which states have the </w:t>
      </w:r>
      <w:r>
        <w:rPr>
          <w:b/>
          <w:i w:val="0"/>
          <w:smallCaps w:val="0"/>
          <w:strike w:val="0"/>
          <w:sz w:val="28"/>
          <w:highlight w:val="yellow"/>
          <w:u w:val="single"/>
        </w:rPr>
        <w:t>advantage</w:t>
      </w:r>
      <w:r>
        <w:rPr>
          <w:b/>
          <w:i w:val="0"/>
          <w:smallCaps w:val="0"/>
          <w:strike w:val="0"/>
          <w:sz w:val="28"/>
          <w:highlight w:val="yellow"/>
          <w:u w:val="single"/>
        </w:rPr>
        <w:t>.</w:t>
      </w:r>
    </w:p>
    <w:p>
      <w:pPr>
        <w:spacing w:after="60"/>
      </w:pPr>
      <w:r>
        <w:rPr>
          <w:b w:val="0"/>
          <w:i w:val="0"/>
          <w:smallCaps w:val="0"/>
          <w:strike w:val="0"/>
          <w:sz w:val="14"/>
          <w:u w:val="none"/>
        </w:rPr>
        <w:t xml:space="preserve">You may see where this is going. </w:t>
      </w:r>
      <w:r>
        <w:rPr>
          <w:b/>
          <w:i w:val="0"/>
          <w:smallCaps w:val="0"/>
          <w:strike w:val="0"/>
          <w:sz w:val="28"/>
          <w:highlight w:val="yellow"/>
          <w:u w:val="single"/>
        </w:rPr>
        <w:t>New tech</w:t>
      </w:r>
      <w:r>
        <w:rPr>
          <w:b/>
          <w:i w:val="0"/>
          <w:smallCaps w:val="0"/>
          <w:strike w:val="0"/>
          <w:sz w:val="28"/>
          <w:u w:val="single"/>
        </w:rPr>
        <w:t xml:space="preserve">nologies </w:t>
      </w:r>
      <w:r>
        <w:rPr>
          <w:b/>
          <w:i w:val="0"/>
          <w:smallCaps w:val="0"/>
          <w:strike w:val="0"/>
          <w:sz w:val="28"/>
          <w:highlight w:val="yellow"/>
          <w:u w:val="single"/>
        </w:rPr>
        <w:t>threaten</w:t>
      </w:r>
      <w:r>
        <w:rPr>
          <w:b/>
          <w:i w:val="0"/>
          <w:smallCaps w:val="0"/>
          <w:strike w:val="0"/>
          <w:sz w:val="28"/>
          <w:u w:val="single"/>
        </w:rPr>
        <w:t xml:space="preserve"> to create </w:t>
      </w:r>
      <w:r>
        <w:rPr>
          <w:b/>
          <w:i w:val="0"/>
          <w:smallCaps w:val="0"/>
          <w:strike w:val="0"/>
          <w:sz w:val="28"/>
          <w:u w:val="single"/>
        </w:rPr>
        <w:t>potentially destabilizing</w:t>
      </w:r>
      <w:r>
        <w:rPr>
          <w:b/>
          <w:i w:val="0"/>
          <w:smallCaps w:val="0"/>
          <w:strike w:val="0"/>
          <w:sz w:val="28"/>
          <w:u w:val="single"/>
        </w:rPr>
        <w:t xml:space="preserve"> shifts in </w:t>
      </w:r>
      <w:r>
        <w:rPr>
          <w:b/>
          <w:i w:val="0"/>
          <w:smallCaps w:val="0"/>
          <w:strike w:val="0"/>
          <w:sz w:val="28"/>
          <w:highlight w:val="yellow"/>
          <w:u w:val="single"/>
        </w:rPr>
        <w:t xml:space="preserve">the </w:t>
      </w:r>
      <w:r>
        <w:rPr>
          <w:b/>
          <w:i w:val="0"/>
          <w:smallCaps w:val="0"/>
          <w:strike w:val="0"/>
          <w:sz w:val="28"/>
          <w:highlight w:val="yellow"/>
          <w:u w:val="single"/>
        </w:rPr>
        <w:t>balance of powe</w:t>
      </w:r>
      <w:r>
        <w:rPr>
          <w:b/>
          <w:i w:val="0"/>
          <w:smallCaps w:val="0"/>
          <w:strike w:val="0"/>
          <w:sz w:val="28"/>
          <w:highlight w:val="yellow"/>
          <w:u w:val="single"/>
        </w:rPr>
        <w:t>r</w:t>
      </w:r>
      <w:r>
        <w:rPr>
          <w:b w:val="0"/>
          <w:i w:val="0"/>
          <w:smallCaps w:val="0"/>
          <w:strike w:val="0"/>
          <w:sz w:val="14"/>
          <w:u w:val="none"/>
        </w:rPr>
        <w:t>.</w:t>
      </w:r>
    </w:p>
    <w:p>
      <w:pPr>
        <w:pStyle w:val="Caption"/>
      </w:pPr>
      <w:r>
        <w:t>Source: Sui Generis CP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