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Loss of tech competitiveness causes nuclear </w:t>
      </w:r>
      <w:r>
        <w:rPr>
          <w:b/>
          <w:i w:val="0"/>
          <w:smallCaps w:val="0"/>
          <w:strike w:val="0"/>
          <w:sz w:val="28"/>
          <w:u w:val="none"/>
        </w:rPr>
        <w:t>war</w:t>
      </w:r>
      <w:r>
        <w:rPr>
          <w:b/>
          <w:i w:val="0"/>
          <w:smallCaps w:val="0"/>
          <w:strike w:val="0"/>
          <w:sz w:val="28"/>
          <w:u w:val="none"/>
        </w:rPr>
        <w:t xml:space="preserve"> </w:t>
      </w:r>
    </w:p>
    <w:p>
      <w:pPr>
        <w:spacing w:after="80"/>
      </w:pPr>
      <w:r>
        <w:rPr>
          <w:b/>
          <w:i w:val="0"/>
          <w:smallCaps w:val="0"/>
          <w:strike w:val="0"/>
          <w:sz w:val="24"/>
          <w:u w:val="none"/>
        </w:rPr>
        <w:t>Kroenig ’21</w:t>
      </w:r>
      <w:r>
        <w:rPr>
          <w:b w:val="0"/>
          <w:i w:val="0"/>
          <w:smallCaps w:val="0"/>
          <w:strike w:val="0"/>
          <w:sz w:val="20"/>
          <w:u w:val="none"/>
        </w:rPr>
        <w:t xml:space="preserve"> [Matthew; Winter; professor of government and foreign service at Georgetown University and the director of the Scowcroft Strategy Initiative at the Atlantic Council; Strategic Studies Quarterly, “Will Emerging Technology Cause Nuclear </w:t>
      </w:r>
      <w:r>
        <w:rPr>
          <w:b w:val="0"/>
          <w:i w:val="0"/>
          <w:smallCaps w:val="0"/>
          <w:strike w:val="0"/>
          <w:sz w:val="20"/>
          <w:u w:val="none"/>
        </w:rPr>
        <w:t>War?:</w:t>
      </w:r>
      <w:r>
        <w:rPr>
          <w:b w:val="0"/>
          <w:i w:val="0"/>
          <w:smallCaps w:val="0"/>
          <w:strike w:val="0"/>
          <w:sz w:val="20"/>
          <w:u w:val="none"/>
        </w:rPr>
        <w:t xml:space="preserve"> Bringing Geopolitics Back In,” Vol. 15, Issue 4]</w:t>
      </w:r>
    </w:p>
    <w:p>
      <w:pPr>
        <w:spacing w:after="60"/>
      </w:pPr>
      <w:r>
        <w:rPr>
          <w:b w:val="0"/>
          <w:i w:val="0"/>
          <w:smallCaps w:val="0"/>
          <w:strike w:val="0"/>
          <w:sz w:val="16"/>
          <w:u w:val="none"/>
        </w:rPr>
        <w:t xml:space="preserve">How will states use such a newfound advantage? Technology rarely fundamentally changes the nature or objectives of states. More often, </w:t>
      </w:r>
      <w:r>
        <w:rPr>
          <w:b/>
          <w:i w:val="0"/>
          <w:smallCaps w:val="0"/>
          <w:strike w:val="0"/>
          <w:sz w:val="28"/>
          <w:u w:val="single"/>
        </w:rPr>
        <w:t>states use tech</w:t>
      </w:r>
      <w:r>
        <w:rPr>
          <w:b w:val="0"/>
          <w:i w:val="0"/>
          <w:smallCaps w:val="0"/>
          <w:strike w:val="0"/>
          <w:sz w:val="16"/>
          <w:u w:val="none"/>
        </w:rPr>
        <w:t xml:space="preserve">nology </w:t>
      </w:r>
      <w:r>
        <w:rPr>
          <w:b/>
          <w:i w:val="0"/>
          <w:smallCaps w:val="0"/>
          <w:strike w:val="0"/>
          <w:sz w:val="28"/>
          <w:u w:val="single"/>
        </w:rPr>
        <w:t xml:space="preserve">to advance </w:t>
      </w:r>
      <w:r>
        <w:rPr>
          <w:b/>
          <w:i w:val="0"/>
          <w:smallCaps w:val="0"/>
          <w:strike w:val="0"/>
          <w:sz w:val="28"/>
          <w:u w:val="single"/>
        </w:rPr>
        <w:t>preexisting geopolitical aims</w:t>
      </w:r>
      <w:r>
        <w:rPr>
          <w:b/>
          <w:i w:val="0"/>
          <w:smallCaps w:val="0"/>
          <w:strike w:val="0"/>
          <w:sz w:val="28"/>
          <w:u w:val="single"/>
        </w:rPr>
        <w:t>.</w:t>
      </w:r>
      <w:r>
        <w:rPr>
          <w:b w:val="0"/>
          <w:i w:val="0"/>
          <w:smallCaps w:val="0"/>
          <w:strike w:val="0"/>
          <w:sz w:val="16"/>
          <w:u w:val="none"/>
        </w:rPr>
        <w:t xml:space="preserve"> Moreover, </w:t>
      </w:r>
      <w:r>
        <w:rPr>
          <w:b/>
          <w:i w:val="0"/>
          <w:smallCaps w:val="0"/>
          <w:strike w:val="0"/>
          <w:sz w:val="28"/>
          <w:u w:val="single"/>
        </w:rPr>
        <w:t>enhanced power can result in greater ambition. Given the geopolitical landscape</w:t>
      </w:r>
      <w:r>
        <w:rPr>
          <w:b w:val="0"/>
          <w:i w:val="0"/>
          <w:smallCaps w:val="0"/>
          <w:strike w:val="0"/>
          <w:sz w:val="16"/>
          <w:u w:val="none"/>
        </w:rPr>
        <w:t xml:space="preserve"> described, </w:t>
      </w:r>
      <w:r>
        <w:rPr>
          <w:b/>
          <w:i w:val="0"/>
          <w:smallCaps w:val="0"/>
          <w:strike w:val="0"/>
          <w:sz w:val="28"/>
          <w:u w:val="single"/>
        </w:rPr>
        <w:t>it is likely the U</w:t>
      </w:r>
      <w:r>
        <w:rPr>
          <w:b w:val="0"/>
          <w:i w:val="0"/>
          <w:smallCaps w:val="0"/>
          <w:strike w:val="0"/>
          <w:sz w:val="16"/>
          <w:u w:val="none"/>
        </w:rPr>
        <w:t xml:space="preserve">nited </w:t>
      </w:r>
      <w:r>
        <w:rPr>
          <w:b/>
          <w:i w:val="0"/>
          <w:smallCaps w:val="0"/>
          <w:strike w:val="0"/>
          <w:sz w:val="28"/>
          <w:u w:val="single"/>
        </w:rPr>
        <w:t>S</w:t>
      </w:r>
      <w:r>
        <w:rPr>
          <w:b w:val="0"/>
          <w:i w:val="0"/>
          <w:smallCaps w:val="0"/>
          <w:strike w:val="0"/>
          <w:sz w:val="16"/>
          <w:u w:val="none"/>
        </w:rPr>
        <w:t xml:space="preserve">tates </w:t>
      </w:r>
      <w:r>
        <w:rPr>
          <w:b/>
          <w:i w:val="0"/>
          <w:smallCaps w:val="0"/>
          <w:strike w:val="0"/>
          <w:sz w:val="28"/>
          <w:u w:val="single"/>
        </w:rPr>
        <w:t>and its Allies and partners at the core</w:t>
      </w:r>
      <w:r>
        <w:rPr>
          <w:b w:val="0"/>
          <w:i w:val="0"/>
          <w:smallCaps w:val="0"/>
          <w:strike w:val="0"/>
          <w:sz w:val="16"/>
          <w:u w:val="none"/>
        </w:rPr>
        <w:t xml:space="preserve"> [end page 66] </w:t>
      </w:r>
      <w:r>
        <w:rPr>
          <w:b/>
          <w:i w:val="0"/>
          <w:smallCaps w:val="0"/>
          <w:strike w:val="0"/>
          <w:sz w:val="28"/>
          <w:u w:val="single"/>
        </w:rPr>
        <w:t>of the international system will behave differently with new military tech</w:t>
      </w:r>
      <w:r>
        <w:rPr>
          <w:b w:val="0"/>
          <w:i w:val="0"/>
          <w:smallCaps w:val="0"/>
          <w:strike w:val="0"/>
          <w:sz w:val="16"/>
          <w:u w:val="none"/>
        </w:rPr>
        <w:t xml:space="preserve">nologies </w:t>
      </w:r>
      <w:r>
        <w:rPr>
          <w:b/>
          <w:i w:val="0"/>
          <w:smallCaps w:val="0"/>
          <w:strike w:val="0"/>
          <w:sz w:val="28"/>
          <w:u w:val="single"/>
        </w:rPr>
        <w:t>than will revisionist powers</w:t>
      </w:r>
      <w:r>
        <w:rPr>
          <w:b w:val="0"/>
          <w:i w:val="0"/>
          <w:smallCaps w:val="0"/>
          <w:strike w:val="0"/>
          <w:sz w:val="16"/>
          <w:u w:val="none"/>
        </w:rPr>
        <w:t xml:space="preserve">, </w:t>
      </w:r>
      <w:r>
        <w:rPr>
          <w:b/>
          <w:i w:val="0"/>
          <w:smallCaps w:val="0"/>
          <w:strike w:val="0"/>
          <w:sz w:val="28"/>
          <w:u w:val="single"/>
        </w:rPr>
        <w:t>such as Russia and China.</w:t>
      </w:r>
    </w:p>
    <w:p>
      <w:pPr>
        <w:spacing w:after="60"/>
      </w:pPr>
      <w:r>
        <w:rPr>
          <w:b/>
          <w:i w:val="0"/>
          <w:smallCaps w:val="0"/>
          <w:strike w:val="0"/>
          <w:sz w:val="28"/>
          <w:u w:val="single"/>
        </w:rPr>
        <w:t xml:space="preserve">The </w:t>
      </w:r>
      <w:r>
        <w:rPr>
          <w:b/>
          <w:i w:val="0"/>
          <w:smallCaps w:val="0"/>
          <w:strike w:val="0"/>
          <w:sz w:val="28"/>
          <w:highlight w:val="yellow"/>
          <w:u w:val="single"/>
        </w:rPr>
        <w:t>spread of new tech</w:t>
      </w:r>
      <w:r>
        <w:rPr>
          <w:b w:val="0"/>
          <w:i w:val="0"/>
          <w:smallCaps w:val="0"/>
          <w:strike w:val="0"/>
          <w:sz w:val="16"/>
          <w:u w:val="none"/>
        </w:rPr>
        <w:t xml:space="preserve">nology </w:t>
      </w:r>
      <w:r>
        <w:rPr>
          <w:b/>
          <w:i w:val="0"/>
          <w:smallCaps w:val="0"/>
          <w:strike w:val="0"/>
          <w:sz w:val="28"/>
          <w:highlight w:val="yellow"/>
          <w:u w:val="single"/>
        </w:rPr>
        <w:t>to the U</w:t>
      </w:r>
      <w:r>
        <w:rPr>
          <w:b w:val="0"/>
          <w:i w:val="0"/>
          <w:smallCaps w:val="0"/>
          <w:strike w:val="0"/>
          <w:sz w:val="16"/>
          <w:u w:val="none"/>
        </w:rPr>
        <w:t xml:space="preserve">nited </w:t>
      </w:r>
      <w:r>
        <w:rPr>
          <w:b/>
          <w:i w:val="0"/>
          <w:smallCaps w:val="0"/>
          <w:strike w:val="0"/>
          <w:sz w:val="28"/>
          <w:highlight w:val="yellow"/>
          <w:u w:val="single"/>
        </w:rPr>
        <w:t>S</w:t>
      </w:r>
      <w:r>
        <w:rPr>
          <w:b w:val="0"/>
          <w:i w:val="0"/>
          <w:smallCaps w:val="0"/>
          <w:strike w:val="0"/>
          <w:sz w:val="16"/>
          <w:u w:val="none"/>
        </w:rPr>
        <w:t xml:space="preserve">tates </w:t>
      </w:r>
      <w:r>
        <w:rPr>
          <w:b/>
          <w:i w:val="0"/>
          <w:smallCaps w:val="0"/>
          <w:strike w:val="0"/>
          <w:sz w:val="28"/>
          <w:highlight w:val="yellow"/>
          <w:u w:val="single"/>
        </w:rPr>
        <w:t xml:space="preserve">and </w:t>
      </w:r>
      <w:r>
        <w:rPr>
          <w:b/>
          <w:i w:val="0"/>
          <w:smallCaps w:val="0"/>
          <w:strike w:val="0"/>
          <w:sz w:val="28"/>
          <w:u w:val="single"/>
        </w:rPr>
        <w:t xml:space="preserve">its </w:t>
      </w:r>
      <w:r>
        <w:rPr>
          <w:b/>
          <w:i w:val="0"/>
          <w:smallCaps w:val="0"/>
          <w:strike w:val="0"/>
          <w:sz w:val="28"/>
          <w:highlight w:val="yellow"/>
          <w:u w:val="single"/>
        </w:rPr>
        <w:t>Allies</w:t>
      </w:r>
      <w:r>
        <w:rPr>
          <w:b/>
          <w:i w:val="0"/>
          <w:smallCaps w:val="0"/>
          <w:strike w:val="0"/>
          <w:sz w:val="28"/>
          <w:u w:val="single"/>
        </w:rPr>
        <w:t xml:space="preserve"> and partners would likely serve</w:t>
      </w:r>
      <w:r>
        <w:rPr>
          <w:b w:val="0"/>
          <w:i w:val="0"/>
          <w:smallCaps w:val="0"/>
          <w:strike w:val="0"/>
          <w:sz w:val="16"/>
          <w:u w:val="none"/>
        </w:rPr>
        <w:t xml:space="preserve">, </w:t>
      </w:r>
      <w:r>
        <w:rPr>
          <w:b/>
          <w:i w:val="0"/>
          <w:smallCaps w:val="0"/>
          <w:strike w:val="0"/>
          <w:sz w:val="28"/>
          <w:u w:val="single"/>
        </w:rPr>
        <w:t>on balance</w:t>
      </w:r>
      <w:r>
        <w:rPr>
          <w:b w:val="0"/>
          <w:i w:val="0"/>
          <w:smallCaps w:val="0"/>
          <w:strike w:val="0"/>
          <w:sz w:val="16"/>
          <w:u w:val="none"/>
        </w:rPr>
        <w:t xml:space="preserve">, </w:t>
      </w:r>
      <w:r>
        <w:rPr>
          <w:b/>
          <w:i w:val="0"/>
          <w:smallCaps w:val="0"/>
          <w:strike w:val="0"/>
          <w:sz w:val="28"/>
          <w:u w:val="single"/>
        </w:rPr>
        <w:t xml:space="preserve">to </w:t>
      </w:r>
      <w:r>
        <w:rPr>
          <w:b/>
          <w:i w:val="0"/>
          <w:smallCaps w:val="0"/>
          <w:strike w:val="0"/>
          <w:sz w:val="28"/>
          <w:highlight w:val="yellow"/>
          <w:u w:val="single"/>
        </w:rPr>
        <w:t>reinforce</w:t>
      </w:r>
      <w:r>
        <w:rPr>
          <w:b/>
          <w:i w:val="0"/>
          <w:smallCaps w:val="0"/>
          <w:strike w:val="0"/>
          <w:sz w:val="28"/>
          <w:u w:val="single"/>
        </w:rPr>
        <w:t xml:space="preserve"> the existing sources of </w:t>
      </w:r>
      <w:r>
        <w:rPr>
          <w:b/>
          <w:i w:val="0"/>
          <w:smallCaps w:val="0"/>
          <w:strike w:val="0"/>
          <w:sz w:val="28"/>
          <w:highlight w:val="yellow"/>
          <w:u w:val="single"/>
        </w:rPr>
        <w:t>stability</w:t>
      </w:r>
      <w:r>
        <w:rPr>
          <w:b/>
          <w:i w:val="0"/>
          <w:smallCaps w:val="0"/>
          <w:strike w:val="0"/>
          <w:sz w:val="28"/>
          <w:u w:val="single"/>
        </w:rPr>
        <w:t xml:space="preserve"> in the prevailing international system.</w:t>
      </w:r>
      <w:r>
        <w:rPr>
          <w:b w:val="0"/>
          <w:i w:val="0"/>
          <w:smallCaps w:val="0"/>
          <w:strike w:val="0"/>
          <w:sz w:val="16"/>
          <w:u w:val="none"/>
        </w:rPr>
        <w:t xml:space="preserve"> At the end of the Cold War, the United States and its Allies and partners achieved a technological- military advantage over its great power rivals, with the US using its unipolar position to deepen and expand a rules-based system. They also employed their military dominance to counter perceived threats from rogue states and terrorist networks. The United States, its Allies, and partners did not, however, engage in military aggression against great power, nuclear-armed </w:t>
      </w:r>
      <w:r>
        <w:rPr>
          <w:b w:val="0"/>
          <w:i w:val="0"/>
          <w:smallCaps w:val="0"/>
          <w:strike w:val="0"/>
          <w:sz w:val="16"/>
          <w:u w:val="none"/>
        </w:rPr>
        <w:t>rivals</w:t>
      </w:r>
      <w:r>
        <w:rPr>
          <w:b w:val="0"/>
          <w:i w:val="0"/>
          <w:smallCaps w:val="0"/>
          <w:strike w:val="0"/>
          <w:sz w:val="16"/>
          <w:u w:val="none"/>
        </w:rPr>
        <w:t xml:space="preserve"> or their allies.</w:t>
      </w:r>
    </w:p>
    <w:p>
      <w:pPr>
        <w:spacing w:after="60"/>
      </w:pPr>
      <w:r>
        <w:rPr>
          <w:b/>
          <w:i w:val="0"/>
          <w:smallCaps w:val="0"/>
          <w:strike w:val="0"/>
          <w:sz w:val="28"/>
          <w:u w:val="single"/>
        </w:rPr>
        <w:t xml:space="preserve">In the future, these status quo powers are apt to use military advantages to reinforce their position in the international system and to </w:t>
      </w:r>
      <w:r>
        <w:rPr>
          <w:b/>
          <w:i w:val="0"/>
          <w:smallCaps w:val="0"/>
          <w:strike w:val="0"/>
          <w:sz w:val="28"/>
          <w:highlight w:val="yellow"/>
          <w:u w:val="single"/>
        </w:rPr>
        <w:t>deter attacks</w:t>
      </w:r>
      <w:r>
        <w:rPr>
          <w:b/>
          <w:i w:val="0"/>
          <w:smallCaps w:val="0"/>
          <w:strike w:val="0"/>
          <w:sz w:val="28"/>
          <w:u w:val="single"/>
        </w:rPr>
        <w:t xml:space="preserve"> against Allies and partners in Europe and </w:t>
      </w:r>
      <w:r>
        <w:rPr>
          <w:b/>
          <w:i w:val="0"/>
          <w:smallCaps w:val="0"/>
          <w:strike w:val="0"/>
          <w:sz w:val="28"/>
          <w:u w:val="single"/>
        </w:rPr>
        <w:t xml:space="preserve">the Indo-Pacific. These states might also employ military power to deal with threats posed by </w:t>
      </w:r>
      <w:r>
        <w:rPr>
          <w:b/>
          <w:i w:val="0"/>
          <w:smallCaps w:val="0"/>
          <w:strike w:val="0"/>
          <w:sz w:val="28"/>
          <w:u w:val="single"/>
        </w:rPr>
        <w:t>terrorist networks</w:t>
      </w:r>
      <w:r>
        <w:rPr>
          <w:b/>
          <w:i w:val="0"/>
          <w:smallCaps w:val="0"/>
          <w:strike w:val="0"/>
          <w:sz w:val="28"/>
          <w:u w:val="single"/>
        </w:rPr>
        <w:t xml:space="preserve"> or by regional revisionist powers such as </w:t>
      </w:r>
      <w:r>
        <w:rPr>
          <w:b/>
          <w:i w:val="0"/>
          <w:smallCaps w:val="0"/>
          <w:strike w:val="0"/>
          <w:sz w:val="28"/>
          <w:u w:val="single"/>
        </w:rPr>
        <w:t>Iran</w:t>
      </w:r>
      <w:r>
        <w:rPr>
          <w:b/>
          <w:i w:val="0"/>
          <w:smallCaps w:val="0"/>
          <w:strike w:val="0"/>
          <w:sz w:val="28"/>
          <w:u w:val="single"/>
        </w:rPr>
        <w:t xml:space="preserve"> and </w:t>
      </w:r>
      <w:r>
        <w:rPr>
          <w:b/>
          <w:i w:val="0"/>
          <w:smallCaps w:val="0"/>
          <w:strike w:val="0"/>
          <w:sz w:val="28"/>
          <w:u w:val="single"/>
        </w:rPr>
        <w:t>North Korea</w:t>
      </w:r>
      <w:r>
        <w:rPr>
          <w:b/>
          <w:i w:val="0"/>
          <w:smallCaps w:val="0"/>
          <w:strike w:val="0"/>
          <w:sz w:val="28"/>
          <w:u w:val="single"/>
        </w:rPr>
        <w:t>. But it is extremely difficult to imagine scenarios in which Washington or its Allies or partners would use newfound military advantages provided by emerging tech</w:t>
      </w:r>
      <w:r>
        <w:rPr>
          <w:b w:val="0"/>
          <w:i w:val="0"/>
          <w:smallCaps w:val="0"/>
          <w:strike w:val="0"/>
          <w:sz w:val="16"/>
          <w:u w:val="none"/>
        </w:rPr>
        <w:t xml:space="preserve">nology </w:t>
      </w:r>
      <w:r>
        <w:rPr>
          <w:b/>
          <w:i w:val="0"/>
          <w:smallCaps w:val="0"/>
          <w:strike w:val="0"/>
          <w:sz w:val="28"/>
          <w:u w:val="single"/>
        </w:rPr>
        <w:t>to conduct an armed attack against Russia or China.</w:t>
      </w:r>
    </w:p>
    <w:p>
      <w:pPr>
        <w:spacing w:after="60"/>
      </w:pPr>
      <w:r>
        <w:rPr>
          <w:b w:val="0"/>
          <w:i w:val="0"/>
          <w:smallCaps w:val="0"/>
          <w:strike w:val="0"/>
          <w:sz w:val="16"/>
          <w:u w:val="none"/>
        </w:rPr>
        <w:t xml:space="preserve">Similarly, </w:t>
      </w:r>
      <w:r>
        <w:rPr>
          <w:b/>
          <w:i w:val="0"/>
          <w:smallCaps w:val="0"/>
          <w:strike w:val="0"/>
          <w:sz w:val="28"/>
          <w:u w:val="single"/>
        </w:rPr>
        <w:t>Moscow</w:t>
      </w:r>
      <w:r>
        <w:rPr>
          <w:b/>
          <w:i w:val="0"/>
          <w:smallCaps w:val="0"/>
          <w:strike w:val="0"/>
          <w:sz w:val="28"/>
          <w:u w:val="single"/>
        </w:rPr>
        <w:t xml:space="preserve"> and </w:t>
      </w:r>
      <w:r>
        <w:rPr>
          <w:b/>
          <w:i w:val="0"/>
          <w:smallCaps w:val="0"/>
          <w:strike w:val="0"/>
          <w:sz w:val="28"/>
          <w:highlight w:val="yellow"/>
          <w:u w:val="single"/>
        </w:rPr>
        <w:t>Beijing</w:t>
      </w:r>
      <w:r>
        <w:rPr>
          <w:b/>
          <w:i w:val="0"/>
          <w:smallCaps w:val="0"/>
          <w:strike w:val="0"/>
          <w:sz w:val="28"/>
          <w:u w:val="single"/>
        </w:rPr>
        <w:t xml:space="preserve"> would</w:t>
      </w:r>
      <w:r>
        <w:rPr>
          <w:b w:val="0"/>
          <w:i w:val="0"/>
          <w:smallCaps w:val="0"/>
          <w:strike w:val="0"/>
          <w:sz w:val="16"/>
          <w:u w:val="none"/>
        </w:rPr>
        <w:t xml:space="preserve"> likely </w:t>
      </w:r>
      <w:r>
        <w:rPr>
          <w:b/>
          <w:i w:val="0"/>
          <w:smallCaps w:val="0"/>
          <w:strike w:val="0"/>
          <w:sz w:val="28"/>
          <w:u w:val="single"/>
        </w:rPr>
        <w:t xml:space="preserve">use any newfound military strength to advance their preexisting </w:t>
      </w:r>
      <w:r>
        <w:rPr>
          <w:b/>
          <w:i w:val="0"/>
          <w:smallCaps w:val="0"/>
          <w:strike w:val="0"/>
          <w:sz w:val="28"/>
          <w:u w:val="single"/>
        </w:rPr>
        <w:t>geopolitical aims</w:t>
      </w:r>
      <w:r>
        <w:rPr>
          <w:b w:val="0"/>
          <w:i w:val="0"/>
          <w:smallCaps w:val="0"/>
          <w:strike w:val="0"/>
          <w:sz w:val="16"/>
          <w:u w:val="none"/>
        </w:rPr>
        <w:t xml:space="preserve">. Given their very different positions in the international system, however, </w:t>
      </w:r>
      <w:r>
        <w:rPr>
          <w:b/>
          <w:i w:val="0"/>
          <w:smallCaps w:val="0"/>
          <w:strike w:val="0"/>
          <w:sz w:val="28"/>
          <w:u w:val="single"/>
        </w:rPr>
        <w:t xml:space="preserve">these states are likely to </w:t>
      </w:r>
      <w:r>
        <w:rPr>
          <w:b/>
          <w:i w:val="0"/>
          <w:smallCaps w:val="0"/>
          <w:strike w:val="0"/>
          <w:sz w:val="28"/>
          <w:highlight w:val="yellow"/>
          <w:u w:val="single"/>
        </w:rPr>
        <w:t>employ new</w:t>
      </w:r>
      <w:r>
        <w:rPr>
          <w:b w:val="0"/>
          <w:i w:val="0"/>
          <w:smallCaps w:val="0"/>
          <w:strike w:val="0"/>
          <w:sz w:val="16"/>
          <w:u w:val="none"/>
        </w:rPr>
        <w:t xml:space="preserve"> military </w:t>
      </w:r>
      <w:r>
        <w:rPr>
          <w:b/>
          <w:i w:val="0"/>
          <w:smallCaps w:val="0"/>
          <w:strike w:val="0"/>
          <w:sz w:val="28"/>
          <w:highlight w:val="yellow"/>
          <w:u w:val="single"/>
        </w:rPr>
        <w:t>tech</w:t>
      </w:r>
      <w:r>
        <w:rPr>
          <w:b w:val="0"/>
          <w:i w:val="0"/>
          <w:smallCaps w:val="0"/>
          <w:strike w:val="0"/>
          <w:sz w:val="16"/>
          <w:u w:val="none"/>
        </w:rPr>
        <w:t xml:space="preserve">nologies </w:t>
      </w:r>
      <w:r>
        <w:rPr>
          <w:b/>
          <w:i w:val="0"/>
          <w:smallCaps w:val="0"/>
          <w:strike w:val="0"/>
          <w:sz w:val="28"/>
          <w:highlight w:val="yellow"/>
          <w:u w:val="single"/>
        </w:rPr>
        <w:t xml:space="preserve">in ways that are </w:t>
      </w:r>
      <w:r>
        <w:rPr>
          <w:b/>
          <w:i w:val="0"/>
          <w:smallCaps w:val="0"/>
          <w:strike w:val="0"/>
          <w:sz w:val="28"/>
          <w:highlight w:val="yellow"/>
          <w:u w:val="single"/>
        </w:rPr>
        <w:t>destabilizing</w:t>
      </w:r>
      <w:r>
        <w:rPr>
          <w:b w:val="0"/>
          <w:i w:val="0"/>
          <w:smallCaps w:val="0"/>
          <w:strike w:val="0"/>
          <w:sz w:val="16"/>
          <w:u w:val="none"/>
        </w:rPr>
        <w:t>. These states have made clear their dissatisfaction with the existing international system and their desire to revise it. Both countries have ongoing border disputes with multiple neighboring countries.</w:t>
      </w:r>
    </w:p>
    <w:p>
      <w:pPr>
        <w:spacing w:after="60"/>
      </w:pPr>
      <w:r>
        <w:rPr>
          <w:b/>
          <w:i w:val="0"/>
          <w:smallCaps w:val="0"/>
          <w:strike w:val="0"/>
          <w:sz w:val="28"/>
          <w:highlight w:val="yellow"/>
          <w:u w:val="single"/>
        </w:rPr>
        <w:t>If Moscow</w:t>
      </w:r>
      <w:r>
        <w:rPr>
          <w:b/>
          <w:i w:val="0"/>
          <w:smallCaps w:val="0"/>
          <w:strike w:val="0"/>
          <w:sz w:val="28"/>
          <w:u w:val="single"/>
        </w:rPr>
        <w:t xml:space="preserve"> </w:t>
      </w:r>
      <w:r>
        <w:rPr>
          <w:b/>
          <w:i w:val="0"/>
          <w:smallCaps w:val="0"/>
          <w:strike w:val="0"/>
          <w:sz w:val="28"/>
          <w:u w:val="single"/>
        </w:rPr>
        <w:t>developed</w:t>
      </w:r>
      <w:r>
        <w:rPr>
          <w:b/>
          <w:i w:val="0"/>
          <w:smallCaps w:val="0"/>
          <w:strike w:val="0"/>
          <w:sz w:val="28"/>
          <w:u w:val="single"/>
        </w:rPr>
        <w:t xml:space="preserve"> new</w:t>
      </w:r>
      <w:r>
        <w:rPr>
          <w:b w:val="0"/>
          <w:i w:val="0"/>
          <w:smallCaps w:val="0"/>
          <w:strike w:val="0"/>
          <w:sz w:val="16"/>
          <w:u w:val="none"/>
        </w:rPr>
        <w:t xml:space="preserve"> military </w:t>
      </w:r>
      <w:r>
        <w:rPr>
          <w:b/>
          <w:i w:val="0"/>
          <w:smallCaps w:val="0"/>
          <w:strike w:val="0"/>
          <w:sz w:val="28"/>
          <w:u w:val="single"/>
        </w:rPr>
        <w:t>tech</w:t>
      </w:r>
      <w:r>
        <w:rPr>
          <w:b w:val="0"/>
          <w:i w:val="0"/>
          <w:smallCaps w:val="0"/>
          <w:strike w:val="0"/>
          <w:sz w:val="16"/>
          <w:u w:val="none"/>
        </w:rPr>
        <w:t xml:space="preserve">nologies </w:t>
      </w:r>
      <w:r>
        <w:rPr>
          <w:b/>
          <w:i w:val="0"/>
          <w:smallCaps w:val="0"/>
          <w:strike w:val="0"/>
          <w:sz w:val="28"/>
          <w:u w:val="single"/>
        </w:rPr>
        <w:t xml:space="preserve">and operational concepts that </w:t>
      </w:r>
      <w:r>
        <w:rPr>
          <w:b/>
          <w:i w:val="0"/>
          <w:smallCaps w:val="0"/>
          <w:strike w:val="0"/>
          <w:sz w:val="28"/>
          <w:highlight w:val="yellow"/>
          <w:u w:val="single"/>
        </w:rPr>
        <w:t>shift</w:t>
      </w:r>
      <w:r>
        <w:rPr>
          <w:b/>
          <w:i w:val="0"/>
          <w:smallCaps w:val="0"/>
          <w:strike w:val="0"/>
          <w:sz w:val="28"/>
          <w:u w:val="single"/>
        </w:rPr>
        <w:t xml:space="preserve">ed </w:t>
      </w:r>
      <w:r>
        <w:rPr>
          <w:b/>
          <w:i w:val="0"/>
          <w:smallCaps w:val="0"/>
          <w:strike w:val="0"/>
          <w:sz w:val="28"/>
          <w:highlight w:val="yellow"/>
          <w:u w:val="single"/>
        </w:rPr>
        <w:t>the</w:t>
      </w:r>
      <w:r>
        <w:rPr>
          <w:b/>
          <w:i w:val="0"/>
          <w:smallCaps w:val="0"/>
          <w:strike w:val="0"/>
          <w:sz w:val="28"/>
          <w:u w:val="single"/>
        </w:rPr>
        <w:t xml:space="preserve"> </w:t>
      </w:r>
      <w:r>
        <w:rPr>
          <w:b/>
          <w:i w:val="0"/>
          <w:smallCaps w:val="0"/>
          <w:strike w:val="0"/>
          <w:sz w:val="28"/>
          <w:highlight w:val="yellow"/>
          <w:u w:val="single"/>
        </w:rPr>
        <w:t>balance of power</w:t>
      </w:r>
      <w:r>
        <w:rPr>
          <w:b/>
          <w:i w:val="0"/>
          <w:smallCaps w:val="0"/>
          <w:strike w:val="0"/>
          <w:sz w:val="28"/>
          <w:u w:val="single"/>
        </w:rPr>
        <w:t xml:space="preserve"> in its favor, </w:t>
      </w:r>
      <w:r>
        <w:rPr>
          <w:b/>
          <w:i w:val="0"/>
          <w:smallCaps w:val="0"/>
          <w:strike w:val="0"/>
          <w:sz w:val="28"/>
          <w:highlight w:val="yellow"/>
          <w:u w:val="single"/>
        </w:rPr>
        <w:t>it would</w:t>
      </w:r>
      <w:r>
        <w:rPr>
          <w:b w:val="0"/>
          <w:i w:val="0"/>
          <w:smallCaps w:val="0"/>
          <w:strike w:val="0"/>
          <w:sz w:val="16"/>
          <w:u w:val="none"/>
        </w:rPr>
        <w:t xml:space="preserve"> likely </w:t>
      </w:r>
      <w:r>
        <w:rPr>
          <w:b/>
          <w:i w:val="0"/>
          <w:smallCaps w:val="0"/>
          <w:strike w:val="0"/>
          <w:sz w:val="28"/>
          <w:u w:val="single"/>
        </w:rPr>
        <w:t>use this</w:t>
      </w:r>
      <w:r>
        <w:rPr>
          <w:b w:val="0"/>
          <w:i w:val="0"/>
          <w:smallCaps w:val="0"/>
          <w:strike w:val="0"/>
          <w:sz w:val="16"/>
          <w:u w:val="none"/>
        </w:rPr>
        <w:t xml:space="preserve"> advantage </w:t>
      </w:r>
      <w:r>
        <w:rPr>
          <w:b/>
          <w:i w:val="0"/>
          <w:smallCaps w:val="0"/>
          <w:strike w:val="0"/>
          <w:sz w:val="28"/>
          <w:u w:val="single"/>
        </w:rPr>
        <w:t xml:space="preserve">to </w:t>
      </w:r>
      <w:r>
        <w:rPr>
          <w:b/>
          <w:i w:val="0"/>
          <w:smallCaps w:val="0"/>
          <w:strike w:val="0"/>
          <w:sz w:val="28"/>
          <w:highlight w:val="yellow"/>
          <w:u w:val="single"/>
        </w:rPr>
        <w:t xml:space="preserve">pursue </w:t>
      </w:r>
      <w:r>
        <w:rPr>
          <w:b/>
          <w:i w:val="0"/>
          <w:smallCaps w:val="0"/>
          <w:strike w:val="0"/>
          <w:sz w:val="28"/>
          <w:highlight w:val="yellow"/>
          <w:u w:val="single"/>
        </w:rPr>
        <w:t>revisionist aims</w:t>
      </w:r>
      <w:r>
        <w:rPr>
          <w:b/>
          <w:i w:val="0"/>
          <w:smallCaps w:val="0"/>
          <w:strike w:val="0"/>
          <w:sz w:val="28"/>
          <w:u w:val="single"/>
        </w:rPr>
        <w:t xml:space="preserve">. If Moscow acquired a </w:t>
      </w:r>
      <w:r>
        <w:rPr>
          <w:b/>
          <w:i w:val="0"/>
          <w:smallCaps w:val="0"/>
          <w:strike w:val="0"/>
          <w:sz w:val="28"/>
          <w:u w:val="single"/>
        </w:rPr>
        <w:t>newfound ability</w:t>
      </w:r>
      <w:r>
        <w:rPr>
          <w:b/>
          <w:i w:val="0"/>
          <w:smallCaps w:val="0"/>
          <w:strike w:val="0"/>
          <w:sz w:val="28"/>
          <w:u w:val="single"/>
        </w:rPr>
        <w:t xml:space="preserve"> to</w:t>
      </w:r>
      <w:r>
        <w:rPr>
          <w:b w:val="0"/>
          <w:i w:val="0"/>
          <w:smallCaps w:val="0"/>
          <w:strike w:val="0"/>
          <w:sz w:val="16"/>
          <w:u w:val="none"/>
        </w:rPr>
        <w:t xml:space="preserve"> </w:t>
      </w:r>
      <w:r>
        <w:rPr>
          <w:b w:val="0"/>
          <w:i w:val="0"/>
          <w:smallCaps w:val="0"/>
          <w:strike w:val="0"/>
          <w:sz w:val="16"/>
          <w:u w:val="none"/>
        </w:rPr>
        <w:t xml:space="preserve">more </w:t>
      </w:r>
      <w:r>
        <w:rPr>
          <w:b/>
          <w:i w:val="0"/>
          <w:smallCaps w:val="0"/>
          <w:strike w:val="0"/>
          <w:sz w:val="28"/>
          <w:u w:val="single"/>
        </w:rPr>
        <w:t>easily invade</w:t>
      </w:r>
      <w:r>
        <w:rPr>
          <w:b/>
          <w:i w:val="0"/>
          <w:smallCaps w:val="0"/>
          <w:strike w:val="0"/>
          <w:sz w:val="28"/>
          <w:u w:val="single"/>
        </w:rPr>
        <w:t xml:space="preserve"> and </w:t>
      </w:r>
      <w:r>
        <w:rPr>
          <w:b/>
          <w:i w:val="0"/>
          <w:smallCaps w:val="0"/>
          <w:strike w:val="0"/>
          <w:sz w:val="28"/>
          <w:u w:val="single"/>
        </w:rPr>
        <w:t>occupy territory</w:t>
      </w:r>
      <w:r>
        <w:rPr>
          <w:b w:val="0"/>
          <w:i w:val="0"/>
          <w:smallCaps w:val="0"/>
          <w:strike w:val="0"/>
          <w:sz w:val="16"/>
          <w:u w:val="none"/>
        </w:rPr>
        <w:t xml:space="preserve"> in Eastern Europe, for example (or if Putin believed Russia had such a capability), it is more likely </w:t>
      </w:r>
      <w:r>
        <w:rPr>
          <w:b/>
          <w:i w:val="0"/>
          <w:smallCaps w:val="0"/>
          <w:strike w:val="0"/>
          <w:sz w:val="28"/>
          <w:u w:val="single"/>
        </w:rPr>
        <w:t xml:space="preserve">Russia would be tempted to engage in </w:t>
      </w:r>
      <w:r>
        <w:rPr>
          <w:b/>
          <w:i w:val="0"/>
          <w:smallCaps w:val="0"/>
          <w:strike w:val="0"/>
          <w:sz w:val="28"/>
          <w:u w:val="single"/>
        </w:rPr>
        <w:t>aggression</w:t>
      </w:r>
      <w:r>
        <w:rPr>
          <w:b w:val="0"/>
          <w:i w:val="0"/>
          <w:smallCaps w:val="0"/>
          <w:strike w:val="0"/>
          <w:sz w:val="16"/>
          <w:u w:val="none"/>
        </w:rPr>
        <w:t>.</w:t>
      </w:r>
    </w:p>
    <w:p>
      <w:pPr>
        <w:spacing w:after="60"/>
      </w:pPr>
      <w:r>
        <w:rPr>
          <w:b w:val="0"/>
          <w:i w:val="0"/>
          <w:smallCaps w:val="0"/>
          <w:strike w:val="0"/>
          <w:sz w:val="16"/>
          <w:u w:val="none"/>
        </w:rPr>
        <w:t xml:space="preserve">Likewise, </w:t>
      </w:r>
      <w:r>
        <w:rPr>
          <w:b/>
          <w:i w:val="0"/>
          <w:smallCaps w:val="0"/>
          <w:strike w:val="0"/>
          <w:sz w:val="28"/>
          <w:highlight w:val="yellow"/>
          <w:u w:val="single"/>
        </w:rPr>
        <w:t>if China acquired</w:t>
      </w:r>
      <w:r>
        <w:rPr>
          <w:b/>
          <w:i w:val="0"/>
          <w:smallCaps w:val="0"/>
          <w:strike w:val="0"/>
          <w:sz w:val="28"/>
          <w:u w:val="single"/>
        </w:rPr>
        <w:t xml:space="preserve"> an </w:t>
      </w:r>
      <w:r>
        <w:rPr>
          <w:b/>
          <w:i w:val="0"/>
          <w:smallCaps w:val="0"/>
          <w:strike w:val="0"/>
          <w:sz w:val="28"/>
          <w:highlight w:val="yellow"/>
          <w:u w:val="single"/>
        </w:rPr>
        <w:t>enhanced ability</w:t>
      </w:r>
      <w:r>
        <w:rPr>
          <w:b w:val="0"/>
          <w:i w:val="0"/>
          <w:smallCaps w:val="0"/>
          <w:strike w:val="0"/>
          <w:sz w:val="16"/>
          <w:u w:val="none"/>
        </w:rPr>
        <w:t xml:space="preserve"> through new technology </w:t>
      </w:r>
      <w:r>
        <w:rPr>
          <w:b/>
          <w:i w:val="0"/>
          <w:smallCaps w:val="0"/>
          <w:strike w:val="0"/>
          <w:sz w:val="28"/>
          <w:u w:val="single"/>
        </w:rPr>
        <w:t xml:space="preserve">to </w:t>
      </w:r>
      <w:r>
        <w:rPr>
          <w:b/>
          <w:i w:val="0"/>
          <w:smallCaps w:val="0"/>
          <w:strike w:val="0"/>
          <w:sz w:val="28"/>
          <w:highlight w:val="yellow"/>
          <w:u w:val="single"/>
        </w:rPr>
        <w:t>invade</w:t>
      </w:r>
      <w:r>
        <w:rPr>
          <w:b/>
          <w:i w:val="0"/>
          <w:smallCaps w:val="0"/>
          <w:strike w:val="0"/>
          <w:sz w:val="28"/>
          <w:u w:val="single"/>
        </w:rPr>
        <w:t xml:space="preserve"> and </w:t>
      </w:r>
      <w:r>
        <w:rPr>
          <w:b/>
          <w:i w:val="0"/>
          <w:smallCaps w:val="0"/>
          <w:strike w:val="0"/>
          <w:sz w:val="28"/>
          <w:u w:val="single"/>
        </w:rPr>
        <w:t xml:space="preserve">occupy </w:t>
      </w:r>
      <w:r>
        <w:rPr>
          <w:b/>
          <w:i w:val="0"/>
          <w:smallCaps w:val="0"/>
          <w:strike w:val="0"/>
          <w:sz w:val="28"/>
          <w:highlight w:val="yellow"/>
          <w:u w:val="single"/>
        </w:rPr>
        <w:t>Taiwan</w:t>
      </w:r>
      <w:r>
        <w:rPr>
          <w:b/>
          <w:i w:val="0"/>
          <w:smallCaps w:val="0"/>
          <w:strike w:val="0"/>
          <w:sz w:val="28"/>
          <w:highlight w:val="yellow"/>
          <w:u w:val="single"/>
        </w:rPr>
        <w:t xml:space="preserve"> or</w:t>
      </w:r>
      <w:r>
        <w:rPr>
          <w:b/>
          <w:i w:val="0"/>
          <w:smallCaps w:val="0"/>
          <w:strike w:val="0"/>
          <w:sz w:val="28"/>
          <w:u w:val="single"/>
        </w:rPr>
        <w:t xml:space="preserve"> </w:t>
      </w:r>
      <w:r>
        <w:rPr>
          <w:b w:val="0"/>
          <w:i w:val="0"/>
          <w:smallCaps w:val="0"/>
          <w:strike w:val="0"/>
          <w:sz w:val="16"/>
          <w:u w:val="none"/>
        </w:rPr>
        <w:t xml:space="preserve">contested </w:t>
      </w:r>
      <w:r>
        <w:rPr>
          <w:b/>
          <w:i w:val="0"/>
          <w:smallCaps w:val="0"/>
          <w:strike w:val="0"/>
          <w:sz w:val="28"/>
          <w:u w:val="single"/>
        </w:rPr>
        <w:t xml:space="preserve">islands in the </w:t>
      </w:r>
      <w:r>
        <w:rPr>
          <w:b/>
          <w:i w:val="0"/>
          <w:smallCaps w:val="0"/>
          <w:strike w:val="0"/>
          <w:sz w:val="28"/>
          <w:u w:val="single"/>
        </w:rPr>
        <w:t>E</w:t>
      </w:r>
      <w:r>
        <w:rPr>
          <w:b w:val="0"/>
          <w:i w:val="0"/>
          <w:smallCaps w:val="0"/>
          <w:strike w:val="0"/>
          <w:sz w:val="16"/>
          <w:u w:val="none"/>
        </w:rPr>
        <w:t xml:space="preserve">ast </w:t>
      </w:r>
      <w:r>
        <w:rPr>
          <w:b/>
          <w:i w:val="0"/>
          <w:smallCaps w:val="0"/>
          <w:strike w:val="0"/>
          <w:sz w:val="28"/>
          <w:u w:val="single"/>
        </w:rPr>
        <w:t xml:space="preserve">or </w:t>
      </w:r>
      <w:r>
        <w:rPr>
          <w:b/>
          <w:i w:val="0"/>
          <w:smallCaps w:val="0"/>
          <w:strike w:val="0"/>
          <w:sz w:val="28"/>
          <w:highlight w:val="yellow"/>
          <w:u w:val="single"/>
        </w:rPr>
        <w:t>S</w:t>
      </w:r>
      <w:r>
        <w:rPr>
          <w:b w:val="0"/>
          <w:i w:val="0"/>
          <w:smallCaps w:val="0"/>
          <w:strike w:val="0"/>
          <w:sz w:val="16"/>
          <w:u w:val="none"/>
        </w:rPr>
        <w:t xml:space="preserve">outh </w:t>
      </w:r>
      <w:r>
        <w:rPr>
          <w:b/>
          <w:i w:val="0"/>
          <w:smallCaps w:val="0"/>
          <w:strike w:val="0"/>
          <w:sz w:val="28"/>
          <w:highlight w:val="yellow"/>
          <w:u w:val="single"/>
        </w:rPr>
        <w:t>C</w:t>
      </w:r>
      <w:r>
        <w:rPr>
          <w:b w:val="0"/>
          <w:i w:val="0"/>
          <w:smallCaps w:val="0"/>
          <w:strike w:val="0"/>
          <w:sz w:val="16"/>
          <w:u w:val="none"/>
        </w:rPr>
        <w:t xml:space="preserve">hina </w:t>
      </w:r>
      <w:r>
        <w:rPr>
          <w:b/>
          <w:i w:val="0"/>
          <w:smallCaps w:val="0"/>
          <w:strike w:val="0"/>
          <w:sz w:val="28"/>
          <w:highlight w:val="yellow"/>
          <w:u w:val="single"/>
        </w:rPr>
        <w:t>S</w:t>
      </w:r>
      <w:r>
        <w:rPr>
          <w:b w:val="0"/>
          <w:i w:val="0"/>
          <w:smallCaps w:val="0"/>
          <w:strike w:val="0"/>
          <w:sz w:val="16"/>
          <w:u w:val="none"/>
        </w:rPr>
        <w:t xml:space="preserve">eas, </w:t>
      </w:r>
      <w:r>
        <w:rPr>
          <w:b/>
          <w:i w:val="0"/>
          <w:smallCaps w:val="0"/>
          <w:strike w:val="0"/>
          <w:sz w:val="28"/>
          <w:u w:val="single"/>
        </w:rPr>
        <w:t>Beijing</w:t>
      </w:r>
      <w:r>
        <w:rPr>
          <w:b w:val="0"/>
          <w:i w:val="0"/>
          <w:smallCaps w:val="0"/>
          <w:strike w:val="0"/>
          <w:sz w:val="16"/>
          <w:u w:val="none"/>
        </w:rPr>
        <w:t xml:space="preserve">’s leaders </w:t>
      </w:r>
      <w:r>
        <w:rPr>
          <w:b/>
          <w:i w:val="0"/>
          <w:smallCaps w:val="0"/>
          <w:strike w:val="0"/>
          <w:sz w:val="28"/>
          <w:u w:val="single"/>
        </w:rPr>
        <w:t>might</w:t>
      </w:r>
      <w:r>
        <w:rPr>
          <w:b w:val="0"/>
          <w:i w:val="0"/>
          <w:smallCaps w:val="0"/>
          <w:strike w:val="0"/>
          <w:sz w:val="16"/>
          <w:u w:val="none"/>
        </w:rPr>
        <w:t xml:space="preserve"> also </w:t>
      </w:r>
      <w:r>
        <w:rPr>
          <w:b/>
          <w:i w:val="0"/>
          <w:smallCaps w:val="0"/>
          <w:strike w:val="0"/>
          <w:sz w:val="28"/>
          <w:u w:val="single"/>
        </w:rPr>
        <w:t>find this</w:t>
      </w:r>
      <w:r>
        <w:rPr>
          <w:b w:val="0"/>
          <w:i w:val="0"/>
          <w:smallCaps w:val="0"/>
          <w:strike w:val="0"/>
          <w:sz w:val="16"/>
          <w:u w:val="none"/>
        </w:rPr>
        <w:t xml:space="preserve"> opportunity </w:t>
      </w:r>
      <w:r>
        <w:rPr>
          <w:b/>
          <w:i w:val="0"/>
          <w:smallCaps w:val="0"/>
          <w:strike w:val="0"/>
          <w:sz w:val="28"/>
          <w:u w:val="single"/>
        </w:rPr>
        <w:t>tempting</w:t>
      </w:r>
      <w:r>
        <w:rPr>
          <w:b w:val="0"/>
          <w:i w:val="0"/>
          <w:smallCaps w:val="0"/>
          <w:strike w:val="0"/>
          <w:sz w:val="16"/>
          <w:u w:val="none"/>
        </w:rPr>
        <w:t xml:space="preserve">. If new technology enhances either power’s anti-access, area-denial network, then </w:t>
      </w:r>
      <w:r>
        <w:rPr>
          <w:b/>
          <w:i w:val="0"/>
          <w:smallCaps w:val="0"/>
          <w:strike w:val="0"/>
          <w:sz w:val="28"/>
          <w:u w:val="single"/>
        </w:rPr>
        <w:t>its leaders may be more confident</w:t>
      </w:r>
      <w:r>
        <w:rPr>
          <w:b w:val="0"/>
          <w:i w:val="0"/>
          <w:smallCaps w:val="0"/>
          <w:strike w:val="0"/>
          <w:sz w:val="16"/>
          <w:u w:val="none"/>
        </w:rPr>
        <w:t xml:space="preserve"> in their ability </w:t>
      </w:r>
      <w:r>
        <w:rPr>
          <w:b/>
          <w:i w:val="0"/>
          <w:smallCaps w:val="0"/>
          <w:strike w:val="0"/>
          <w:sz w:val="28"/>
          <w:u w:val="single"/>
        </w:rPr>
        <w:t xml:space="preserve">to achieve a </w:t>
      </w:r>
      <w:r>
        <w:rPr>
          <w:b/>
          <w:i w:val="0"/>
          <w:smallCaps w:val="0"/>
          <w:strike w:val="0"/>
          <w:sz w:val="28"/>
          <w:u w:val="single"/>
        </w:rPr>
        <w:t>fait accompli</w:t>
      </w:r>
      <w:r>
        <w:rPr>
          <w:b/>
          <w:i w:val="0"/>
          <w:smallCaps w:val="0"/>
          <w:strike w:val="0"/>
          <w:sz w:val="28"/>
          <w:u w:val="single"/>
        </w:rPr>
        <w:t xml:space="preserve"> attack against a </w:t>
      </w:r>
      <w:r>
        <w:rPr>
          <w:b/>
          <w:i w:val="0"/>
          <w:smallCaps w:val="0"/>
          <w:strike w:val="0"/>
          <w:sz w:val="28"/>
          <w:u w:val="single"/>
        </w:rPr>
        <w:t>neighbor</w:t>
      </w:r>
      <w:r>
        <w:rPr>
          <w:b/>
          <w:i w:val="0"/>
          <w:smallCaps w:val="0"/>
          <w:strike w:val="0"/>
          <w:sz w:val="28"/>
          <w:u w:val="single"/>
        </w:rPr>
        <w:t xml:space="preserve"> and</w:t>
      </w:r>
      <w:r>
        <w:rPr>
          <w:b w:val="0"/>
          <w:i w:val="0"/>
          <w:smallCaps w:val="0"/>
          <w:strike w:val="0"/>
          <w:sz w:val="16"/>
          <w:u w:val="none"/>
        </w:rPr>
        <w:t xml:space="preserve"> then </w:t>
      </w:r>
      <w:r>
        <w:rPr>
          <w:b/>
          <w:i w:val="0"/>
          <w:smallCaps w:val="0"/>
          <w:strike w:val="0"/>
          <w:sz w:val="28"/>
          <w:u w:val="single"/>
        </w:rPr>
        <w:t>block</w:t>
      </w:r>
      <w:r>
        <w:rPr>
          <w:b/>
          <w:i w:val="0"/>
          <w:smallCaps w:val="0"/>
          <w:strike w:val="0"/>
          <w:sz w:val="28"/>
          <w:u w:val="single"/>
        </w:rPr>
        <w:t xml:space="preserve"> a </w:t>
      </w:r>
      <w:r>
        <w:rPr>
          <w:b/>
          <w:i w:val="0"/>
          <w:smallCaps w:val="0"/>
          <w:strike w:val="0"/>
          <w:sz w:val="28"/>
          <w:u w:val="single"/>
        </w:rPr>
        <w:t>US-led liberation</w:t>
      </w:r>
      <w:r>
        <w:rPr>
          <w:b w:val="0"/>
          <w:i w:val="0"/>
          <w:smallCaps w:val="0"/>
          <w:strike w:val="0"/>
          <w:sz w:val="16"/>
          <w:u w:val="none"/>
        </w:rPr>
        <w:t>.</w:t>
      </w:r>
    </w:p>
    <w:p>
      <w:pPr>
        <w:spacing w:after="60"/>
      </w:pPr>
      <w:r>
        <w:rPr>
          <w:b/>
          <w:i w:val="0"/>
          <w:smallCaps w:val="0"/>
          <w:strike w:val="0"/>
          <w:sz w:val="28"/>
          <w:u w:val="single"/>
        </w:rPr>
        <w:t xml:space="preserve">These are </w:t>
      </w:r>
      <w:r>
        <w:rPr>
          <w:b/>
          <w:i w:val="0"/>
          <w:smallCaps w:val="0"/>
          <w:strike w:val="0"/>
          <w:sz w:val="28"/>
          <w:u w:val="single"/>
        </w:rPr>
        <w:t>precisely</w:t>
      </w:r>
      <w:r>
        <w:rPr>
          <w:b/>
          <w:i w:val="0"/>
          <w:smallCaps w:val="0"/>
          <w:strike w:val="0"/>
          <w:sz w:val="28"/>
          <w:u w:val="single"/>
        </w:rPr>
        <w:t xml:space="preserve"> the types of </w:t>
      </w:r>
      <w:r>
        <w:rPr>
          <w:b/>
          <w:i w:val="0"/>
          <w:smallCaps w:val="0"/>
          <w:strike w:val="0"/>
          <w:sz w:val="28"/>
          <w:highlight w:val="yellow"/>
          <w:u w:val="single"/>
        </w:rPr>
        <w:t>shifts in</w:t>
      </w:r>
      <w:r>
        <w:rPr>
          <w:b/>
          <w:i w:val="0"/>
          <w:smallCaps w:val="0"/>
          <w:strike w:val="0"/>
          <w:sz w:val="28"/>
          <w:u w:val="single"/>
        </w:rPr>
        <w:t xml:space="preserve"> the balance of </w:t>
      </w:r>
      <w:r>
        <w:rPr>
          <w:b/>
          <w:i w:val="0"/>
          <w:smallCaps w:val="0"/>
          <w:strike w:val="0"/>
          <w:sz w:val="28"/>
          <w:highlight w:val="yellow"/>
          <w:u w:val="single"/>
        </w:rPr>
        <w:t>power</w:t>
      </w:r>
      <w:r>
        <w:rPr>
          <w:b/>
          <w:i w:val="0"/>
          <w:smallCaps w:val="0"/>
          <w:strike w:val="0"/>
          <w:sz w:val="28"/>
          <w:u w:val="single"/>
        </w:rPr>
        <w:t xml:space="preserve"> that can </w:t>
      </w:r>
      <w:r>
        <w:rPr>
          <w:b/>
          <w:i w:val="0"/>
          <w:smallCaps w:val="0"/>
          <w:strike w:val="0"/>
          <w:sz w:val="28"/>
          <w:highlight w:val="yellow"/>
          <w:u w:val="single"/>
        </w:rPr>
        <w:t>lead to war</w:t>
      </w:r>
      <w:r>
        <w:rPr>
          <w:b w:val="0"/>
          <w:i w:val="0"/>
          <w:smallCaps w:val="0"/>
          <w:strike w:val="0"/>
          <w:sz w:val="16"/>
          <w:u w:val="none"/>
        </w:rPr>
        <w:t xml:space="preserve">. As mentioned previously, </w:t>
      </w:r>
      <w:r>
        <w:rPr>
          <w:b/>
          <w:i w:val="0"/>
          <w:smallCaps w:val="0"/>
          <w:strike w:val="0"/>
          <w:sz w:val="28"/>
          <w:u w:val="single"/>
        </w:rPr>
        <w:t xml:space="preserve">the predominant </w:t>
      </w:r>
      <w:r>
        <w:rPr>
          <w:b/>
          <w:i w:val="0"/>
          <w:smallCaps w:val="0"/>
          <w:strike w:val="0"/>
          <w:sz w:val="28"/>
          <w:u w:val="single"/>
        </w:rPr>
        <w:t>scholarly theory</w:t>
      </w:r>
      <w:r>
        <w:rPr>
          <w:b/>
          <w:i w:val="0"/>
          <w:smallCaps w:val="0"/>
          <w:strike w:val="0"/>
          <w:sz w:val="28"/>
          <w:u w:val="single"/>
        </w:rPr>
        <w:t xml:space="preserve"> on the causes of war</w:t>
      </w:r>
      <w:r>
        <w:rPr>
          <w:b w:val="0"/>
          <w:i w:val="0"/>
          <w:smallCaps w:val="0"/>
          <w:strike w:val="0"/>
          <w:sz w:val="16"/>
          <w:u w:val="none"/>
        </w:rPr>
        <w:t>—</w:t>
      </w:r>
      <w:r>
        <w:rPr>
          <w:b/>
          <w:i w:val="0"/>
          <w:smallCaps w:val="0"/>
          <w:strike w:val="0"/>
          <w:sz w:val="28"/>
          <w:u w:val="single"/>
        </w:rPr>
        <w:t>the bargaining model</w:t>
      </w:r>
      <w:r>
        <w:rPr>
          <w:b w:val="0"/>
          <w:i w:val="0"/>
          <w:smallCaps w:val="0"/>
          <w:strike w:val="0"/>
          <w:sz w:val="16"/>
          <w:u w:val="none"/>
        </w:rPr>
        <w:t xml:space="preserve">—maintains that </w:t>
      </w:r>
      <w:r>
        <w:rPr>
          <w:b/>
          <w:i w:val="0"/>
          <w:smallCaps w:val="0"/>
          <w:strike w:val="0"/>
          <w:sz w:val="28"/>
          <w:u w:val="single"/>
        </w:rPr>
        <w:t xml:space="preserve">imperfect information on the </w:t>
      </w:r>
      <w:r>
        <w:rPr>
          <w:b/>
          <w:i w:val="0"/>
          <w:smallCaps w:val="0"/>
          <w:strike w:val="0"/>
          <w:sz w:val="28"/>
          <w:u w:val="single"/>
        </w:rPr>
        <w:t>balance of power</w:t>
      </w:r>
      <w:r>
        <w:rPr>
          <w:b/>
          <w:i w:val="0"/>
          <w:smallCaps w:val="0"/>
          <w:strike w:val="0"/>
          <w:sz w:val="28"/>
          <w:u w:val="single"/>
        </w:rPr>
        <w:t xml:space="preserve"> and the </w:t>
      </w:r>
      <w:r>
        <w:rPr>
          <w:b/>
          <w:i w:val="0"/>
          <w:smallCaps w:val="0"/>
          <w:strike w:val="0"/>
          <w:sz w:val="28"/>
          <w:u w:val="single"/>
        </w:rPr>
        <w:t>balance of resolve</w:t>
      </w:r>
      <w:r>
        <w:rPr>
          <w:b w:val="0"/>
          <w:i w:val="0"/>
          <w:smallCaps w:val="0"/>
          <w:strike w:val="0"/>
          <w:sz w:val="16"/>
          <w:u w:val="none"/>
        </w:rPr>
        <w:t xml:space="preserve"> and credible commitment problems </w:t>
      </w:r>
      <w:r>
        <w:rPr>
          <w:b/>
          <w:i w:val="0"/>
          <w:smallCaps w:val="0"/>
          <w:strike w:val="0"/>
          <w:sz w:val="28"/>
          <w:u w:val="single"/>
        </w:rPr>
        <w:t xml:space="preserve">result in </w:t>
      </w:r>
      <w:r>
        <w:rPr>
          <w:b/>
          <w:i w:val="0"/>
          <w:smallCaps w:val="0"/>
          <w:strike w:val="0"/>
          <w:sz w:val="28"/>
          <w:u w:val="single"/>
        </w:rPr>
        <w:t>international conflict</w:t>
      </w:r>
      <w:r>
        <w:rPr>
          <w:b w:val="0"/>
          <w:i w:val="0"/>
          <w:smallCaps w:val="0"/>
          <w:strike w:val="0"/>
          <w:sz w:val="16"/>
          <w:u w:val="none"/>
        </w:rPr>
        <w:t xml:space="preserve">.52 </w:t>
      </w:r>
      <w:r>
        <w:rPr>
          <w:b/>
          <w:i w:val="0"/>
          <w:smallCaps w:val="0"/>
          <w:strike w:val="0"/>
          <w:sz w:val="28"/>
          <w:highlight w:val="yellow"/>
          <w:u w:val="single"/>
        </w:rPr>
        <w:t>New tech</w:t>
      </w:r>
      <w:r>
        <w:rPr>
          <w:b w:val="0"/>
          <w:i w:val="0"/>
          <w:smallCaps w:val="0"/>
          <w:strike w:val="0"/>
          <w:sz w:val="16"/>
          <w:u w:val="none"/>
        </w:rPr>
        <w:t xml:space="preserve">nology </w:t>
      </w:r>
      <w:r>
        <w:rPr>
          <w:b/>
          <w:i w:val="0"/>
          <w:smallCaps w:val="0"/>
          <w:strike w:val="0"/>
          <w:sz w:val="28"/>
          <w:u w:val="single"/>
        </w:rPr>
        <w:t xml:space="preserve">can </w:t>
      </w:r>
      <w:r>
        <w:rPr>
          <w:b/>
          <w:i w:val="0"/>
          <w:smallCaps w:val="0"/>
          <w:strike w:val="0"/>
          <w:sz w:val="28"/>
          <w:highlight w:val="yellow"/>
          <w:u w:val="single"/>
        </w:rPr>
        <w:t xml:space="preserve">exacerbate </w:t>
      </w:r>
      <w:r>
        <w:rPr>
          <w:b/>
          <w:i w:val="0"/>
          <w:smallCaps w:val="0"/>
          <w:strike w:val="0"/>
          <w:sz w:val="28"/>
          <w:u w:val="single"/>
        </w:rPr>
        <w:t>these</w:t>
      </w:r>
      <w:r>
        <w:rPr>
          <w:b w:val="0"/>
          <w:i w:val="0"/>
          <w:smallCaps w:val="0"/>
          <w:strike w:val="0"/>
          <w:sz w:val="16"/>
          <w:u w:val="none"/>
        </w:rPr>
        <w:t xml:space="preserve"> causal </w:t>
      </w:r>
      <w:r>
        <w:rPr>
          <w:b/>
          <w:i w:val="0"/>
          <w:smallCaps w:val="0"/>
          <w:strike w:val="0"/>
          <w:sz w:val="28"/>
          <w:u w:val="single"/>
        </w:rPr>
        <w:t xml:space="preserve">mechanisms by increasing </w:t>
      </w:r>
      <w:r>
        <w:rPr>
          <w:b/>
          <w:i w:val="0"/>
          <w:smallCaps w:val="0"/>
          <w:strike w:val="0"/>
          <w:sz w:val="28"/>
          <w:highlight w:val="yellow"/>
          <w:u w:val="single"/>
        </w:rPr>
        <w:t>uncertainty</w:t>
      </w:r>
      <w:r>
        <w:rPr>
          <w:b/>
          <w:i w:val="0"/>
          <w:smallCaps w:val="0"/>
          <w:strike w:val="0"/>
          <w:sz w:val="28"/>
          <w:u w:val="single"/>
        </w:rPr>
        <w:t xml:space="preserve"> about, or causing rapid </w:t>
      </w:r>
      <w:r>
        <w:rPr>
          <w:b/>
          <w:i w:val="0"/>
          <w:smallCaps w:val="0"/>
          <w:strike w:val="0"/>
          <w:sz w:val="28"/>
          <w:u w:val="single"/>
        </w:rPr>
        <w:t>shifts</w:t>
      </w:r>
      <w:r>
        <w:rPr>
          <w:b/>
          <w:i w:val="0"/>
          <w:smallCaps w:val="0"/>
          <w:strike w:val="0"/>
          <w:sz w:val="28"/>
          <w:u w:val="single"/>
        </w:rPr>
        <w:t xml:space="preserve"> in, the balance of power</w:t>
      </w:r>
      <w:r>
        <w:rPr>
          <w:b w:val="0"/>
          <w:i w:val="0"/>
          <w:smallCaps w:val="0"/>
          <w:strike w:val="0"/>
          <w:sz w:val="16"/>
          <w:u w:val="none"/>
        </w:rPr>
        <w:t xml:space="preserve">. </w:t>
      </w:r>
      <w:r>
        <w:rPr>
          <w:b w:val="0"/>
          <w:i w:val="0"/>
          <w:smallCaps w:val="0"/>
          <w:strike w:val="0"/>
          <w:sz w:val="16"/>
          <w:u w:val="none"/>
        </w:rPr>
        <w:t>Indeed</w:t>
      </w:r>
      <w:r>
        <w:rPr>
          <w:b w:val="0"/>
          <w:i w:val="0"/>
          <w:smallCaps w:val="0"/>
          <w:strike w:val="0"/>
          <w:sz w:val="16"/>
          <w:u w:val="none"/>
        </w:rPr>
        <w:t xml:space="preserve"> as noted above, </w:t>
      </w:r>
      <w:r>
        <w:rPr>
          <w:b/>
          <w:i w:val="0"/>
          <w:smallCaps w:val="0"/>
          <w:strike w:val="0"/>
          <w:sz w:val="28"/>
          <w:u w:val="single"/>
        </w:rPr>
        <w:t>new</w:t>
      </w:r>
      <w:r>
        <w:rPr>
          <w:b w:val="0"/>
          <w:i w:val="0"/>
          <w:smallCaps w:val="0"/>
          <w:strike w:val="0"/>
          <w:sz w:val="16"/>
          <w:u w:val="none"/>
        </w:rPr>
        <w:t xml:space="preserve"> military </w:t>
      </w:r>
      <w:r>
        <w:rPr>
          <w:b/>
          <w:i w:val="0"/>
          <w:smallCaps w:val="0"/>
          <w:strike w:val="0"/>
          <w:sz w:val="28"/>
          <w:u w:val="single"/>
        </w:rPr>
        <w:t>tech</w:t>
      </w:r>
      <w:r>
        <w:rPr>
          <w:b w:val="0"/>
          <w:i w:val="0"/>
          <w:smallCaps w:val="0"/>
          <w:strike w:val="0"/>
          <w:sz w:val="16"/>
          <w:u w:val="none"/>
        </w:rPr>
        <w:t xml:space="preserve">nology </w:t>
      </w:r>
      <w:r>
        <w:rPr>
          <w:b/>
          <w:i w:val="0"/>
          <w:smallCaps w:val="0"/>
          <w:strike w:val="0"/>
          <w:sz w:val="28"/>
          <w:u w:val="single"/>
        </w:rPr>
        <w:t xml:space="preserve">and the </w:t>
      </w:r>
      <w:r>
        <w:rPr>
          <w:b/>
          <w:i w:val="0"/>
          <w:smallCaps w:val="0"/>
          <w:strike w:val="0"/>
          <w:sz w:val="28"/>
          <w:u w:val="single"/>
        </w:rPr>
        <w:t>development</w:t>
      </w:r>
      <w:r>
        <w:rPr>
          <w:b/>
          <w:i w:val="0"/>
          <w:smallCaps w:val="0"/>
          <w:strike w:val="0"/>
          <w:sz w:val="28"/>
          <w:u w:val="single"/>
        </w:rPr>
        <w:t xml:space="preserve"> of</w:t>
      </w:r>
      <w:r>
        <w:rPr>
          <w:b w:val="0"/>
          <w:i w:val="0"/>
          <w:smallCaps w:val="0"/>
          <w:strike w:val="0"/>
          <w:sz w:val="16"/>
          <w:u w:val="none"/>
        </w:rPr>
        <w:t xml:space="preserve"> new </w:t>
      </w:r>
      <w:r>
        <w:rPr>
          <w:b/>
          <w:i w:val="0"/>
          <w:smallCaps w:val="0"/>
          <w:strike w:val="0"/>
          <w:sz w:val="28"/>
          <w:u w:val="single"/>
        </w:rPr>
        <w:t>operational concepts</w:t>
      </w:r>
      <w:r>
        <w:rPr>
          <w:b/>
          <w:i w:val="0"/>
          <w:smallCaps w:val="0"/>
          <w:strike w:val="0"/>
          <w:sz w:val="28"/>
          <w:u w:val="single"/>
        </w:rPr>
        <w:t xml:space="preserve"> have shifted the balance of power</w:t>
      </w:r>
      <w:r>
        <w:rPr>
          <w:b w:val="0"/>
          <w:i w:val="0"/>
          <w:smallCaps w:val="0"/>
          <w:strike w:val="0"/>
          <w:sz w:val="16"/>
          <w:u w:val="none"/>
        </w:rPr>
        <w:t xml:space="preserve"> </w:t>
      </w:r>
      <w:r>
        <w:rPr>
          <w:b/>
          <w:i w:val="0"/>
          <w:smallCaps w:val="0"/>
          <w:strike w:val="0"/>
          <w:sz w:val="28"/>
          <w:highlight w:val="yellow"/>
          <w:u w:val="single"/>
        </w:rPr>
        <w:t>and</w:t>
      </w:r>
      <w:r>
        <w:rPr>
          <w:b w:val="0"/>
          <w:i w:val="0"/>
          <w:smallCaps w:val="0"/>
          <w:strike w:val="0"/>
          <w:sz w:val="16"/>
          <w:u w:val="none"/>
        </w:rPr>
        <w:t xml:space="preserve"> </w:t>
      </w:r>
      <w:r>
        <w:rPr>
          <w:b/>
          <w:i w:val="0"/>
          <w:smallCaps w:val="0"/>
          <w:strike w:val="0"/>
          <w:sz w:val="28"/>
          <w:highlight w:val="yellow"/>
          <w:u w:val="single"/>
        </w:rPr>
        <w:t>result</w:t>
      </w:r>
      <w:r>
        <w:rPr>
          <w:b/>
          <w:i w:val="0"/>
          <w:smallCaps w:val="0"/>
          <w:strike w:val="0"/>
          <w:sz w:val="28"/>
          <w:u w:val="single"/>
        </w:rPr>
        <w:t xml:space="preserve">ed </w:t>
      </w:r>
      <w:r>
        <w:rPr>
          <w:b/>
          <w:i w:val="0"/>
          <w:smallCaps w:val="0"/>
          <w:strike w:val="0"/>
          <w:sz w:val="28"/>
          <w:highlight w:val="yellow"/>
          <w:u w:val="single"/>
        </w:rPr>
        <w:t>in</w:t>
      </w:r>
      <w:r>
        <w:rPr>
          <w:b/>
          <w:i w:val="0"/>
          <w:smallCaps w:val="0"/>
          <w:strike w:val="0"/>
          <w:sz w:val="28"/>
          <w:u w:val="single"/>
        </w:rPr>
        <w:t xml:space="preserve"> </w:t>
      </w:r>
      <w:r>
        <w:rPr>
          <w:b/>
          <w:i w:val="0"/>
          <w:smallCaps w:val="0"/>
          <w:strike w:val="0"/>
          <w:sz w:val="28"/>
          <w:u w:val="single"/>
        </w:rPr>
        <w:t xml:space="preserve">military </w:t>
      </w:r>
      <w:r>
        <w:rPr>
          <w:b/>
          <w:i w:val="0"/>
          <w:smallCaps w:val="0"/>
          <w:strike w:val="0"/>
          <w:sz w:val="28"/>
          <w:highlight w:val="yellow"/>
          <w:u w:val="single"/>
        </w:rPr>
        <w:t>conflict</w:t>
      </w:r>
      <w:r>
        <w:rPr>
          <w:b/>
          <w:i w:val="0"/>
          <w:smallCaps w:val="0"/>
          <w:strike w:val="0"/>
          <w:sz w:val="28"/>
          <w:highlight w:val="yellow"/>
          <w:u w:val="single"/>
        </w:rPr>
        <w:t xml:space="preserve"> </w:t>
      </w:r>
      <w:r>
        <w:rPr>
          <w:b/>
          <w:i w:val="0"/>
          <w:smallCaps w:val="0"/>
          <w:strike w:val="0"/>
          <w:sz w:val="28"/>
          <w:u w:val="single"/>
        </w:rPr>
        <w:t>throughout history</w:t>
      </w:r>
      <w:r>
        <w:rPr>
          <w:b w:val="0"/>
          <w:i w:val="0"/>
          <w:smallCaps w:val="0"/>
          <w:strike w:val="0"/>
          <w:sz w:val="16"/>
          <w:u w:val="none"/>
        </w:rPr>
        <w:t>.</w:t>
      </w:r>
    </w:p>
    <w:p>
      <w:pPr>
        <w:spacing w:after="60"/>
      </w:pPr>
      <w:r>
        <w:rPr>
          <w:b w:val="0"/>
          <w:i w:val="0"/>
          <w:smallCaps w:val="0"/>
          <w:strike w:val="0"/>
          <w:sz w:val="16"/>
          <w:u w:val="none"/>
        </w:rPr>
        <w:t xml:space="preserve">Some may argue emerging military technology is more likely to result in a new tech arms race than in conflict. This is possible. But </w:t>
      </w:r>
      <w:r>
        <w:rPr>
          <w:b/>
          <w:i w:val="0"/>
          <w:smallCaps w:val="0"/>
          <w:strike w:val="0"/>
          <w:sz w:val="28"/>
          <w:u w:val="single"/>
        </w:rPr>
        <w:t>Moscow and Beijing may</w:t>
      </w:r>
      <w:r>
        <w:rPr>
          <w:b w:val="0"/>
          <w:i w:val="0"/>
          <w:smallCaps w:val="0"/>
          <w:strike w:val="0"/>
          <w:sz w:val="16"/>
          <w:u w:val="none"/>
        </w:rPr>
        <w:t xml:space="preserve"> come to </w:t>
      </w:r>
      <w:r>
        <w:rPr>
          <w:b/>
          <w:i w:val="0"/>
          <w:smallCaps w:val="0"/>
          <w:strike w:val="0"/>
          <w:sz w:val="28"/>
          <w:u w:val="single"/>
        </w:rPr>
        <w:t>believe</w:t>
      </w:r>
      <w:r>
        <w:rPr>
          <w:b w:val="0"/>
          <w:i w:val="0"/>
          <w:smallCaps w:val="0"/>
          <w:strike w:val="0"/>
          <w:sz w:val="16"/>
          <w:u w:val="none"/>
        </w:rPr>
        <w:t xml:space="preserve"> (</w:t>
      </w:r>
      <w:r>
        <w:rPr>
          <w:b/>
          <w:i w:val="0"/>
          <w:smallCaps w:val="0"/>
          <w:strike w:val="0"/>
          <w:sz w:val="28"/>
          <w:u w:val="single"/>
        </w:rPr>
        <w:t>correctly or not</w:t>
      </w:r>
      <w:r>
        <w:rPr>
          <w:b/>
          <w:i w:val="0"/>
          <w:smallCaps w:val="0"/>
          <w:strike w:val="0"/>
          <w:sz w:val="28"/>
          <w:u w:val="single"/>
        </w:rPr>
        <w:t xml:space="preserve">) </w:t>
      </w:r>
      <w:r>
        <w:rPr>
          <w:b/>
          <w:i w:val="0"/>
          <w:smallCaps w:val="0"/>
          <w:strike w:val="0"/>
          <w:sz w:val="28"/>
          <w:u w:val="single"/>
        </w:rPr>
        <w:t>that new tech</w:t>
      </w:r>
      <w:r>
        <w:rPr>
          <w:b w:val="0"/>
          <w:i w:val="0"/>
          <w:smallCaps w:val="0"/>
          <w:strike w:val="0"/>
          <w:sz w:val="16"/>
          <w:u w:val="none"/>
        </w:rPr>
        <w:t xml:space="preserve">nology </w:t>
      </w:r>
      <w:r>
        <w:rPr>
          <w:b/>
          <w:i w:val="0"/>
          <w:smallCaps w:val="0"/>
          <w:strike w:val="0"/>
          <w:sz w:val="28"/>
          <w:u w:val="single"/>
        </w:rPr>
        <w:t>provides</w:t>
      </w:r>
      <w:r>
        <w:rPr>
          <w:b w:val="0"/>
          <w:i w:val="0"/>
          <w:smallCaps w:val="0"/>
          <w:strike w:val="0"/>
          <w:sz w:val="16"/>
          <w:u w:val="none"/>
        </w:rPr>
        <w:t xml:space="preserve"> them </w:t>
      </w:r>
      <w:r>
        <w:rPr>
          <w:b/>
          <w:i w:val="0"/>
          <w:smallCaps w:val="0"/>
          <w:strike w:val="0"/>
          <w:sz w:val="28"/>
          <w:u w:val="single"/>
        </w:rPr>
        <w:t xml:space="preserve">a </w:t>
      </w:r>
      <w:r>
        <w:rPr>
          <w:b/>
          <w:i w:val="0"/>
          <w:smallCaps w:val="0"/>
          <w:strike w:val="0"/>
          <w:sz w:val="28"/>
          <w:u w:val="single"/>
        </w:rPr>
        <w:t>usable</w:t>
      </w:r>
      <w:r>
        <w:rPr>
          <w:b/>
          <w:i w:val="0"/>
          <w:smallCaps w:val="0"/>
          <w:strike w:val="0"/>
          <w:sz w:val="28"/>
          <w:u w:val="single"/>
        </w:rPr>
        <w:t xml:space="preserve"> military </w:t>
      </w:r>
      <w:r>
        <w:rPr>
          <w:b/>
          <w:i w:val="0"/>
          <w:smallCaps w:val="0"/>
          <w:strike w:val="0"/>
          <w:sz w:val="28"/>
          <w:u w:val="single"/>
        </w:rPr>
        <w:t>advantage</w:t>
      </w:r>
      <w:r>
        <w:rPr>
          <w:b/>
          <w:i w:val="0"/>
          <w:smallCaps w:val="0"/>
          <w:strike w:val="0"/>
          <w:sz w:val="28"/>
          <w:u w:val="single"/>
        </w:rPr>
        <w:t xml:space="preserve"> over the </w:t>
      </w:r>
      <w:r>
        <w:rPr>
          <w:b/>
          <w:i w:val="0"/>
          <w:smallCaps w:val="0"/>
          <w:strike w:val="0"/>
          <w:sz w:val="28"/>
          <w:u w:val="single"/>
        </w:rPr>
        <w:t>U</w:t>
      </w:r>
      <w:r>
        <w:rPr>
          <w:b w:val="0"/>
          <w:i w:val="0"/>
          <w:smallCaps w:val="0"/>
          <w:strike w:val="0"/>
          <w:sz w:val="16"/>
          <w:u w:val="none"/>
        </w:rPr>
        <w:t xml:space="preserve">nited </w:t>
      </w:r>
      <w:r>
        <w:rPr>
          <w:b/>
          <w:i w:val="0"/>
          <w:smallCaps w:val="0"/>
          <w:strike w:val="0"/>
          <w:sz w:val="28"/>
          <w:u w:val="single"/>
        </w:rPr>
        <w:t>S</w:t>
      </w:r>
      <w:r>
        <w:rPr>
          <w:b w:val="0"/>
          <w:i w:val="0"/>
          <w:smallCaps w:val="0"/>
          <w:strike w:val="0"/>
          <w:sz w:val="16"/>
          <w:u w:val="none"/>
        </w:rPr>
        <w:t xml:space="preserve">tates </w:t>
      </w:r>
      <w:r>
        <w:rPr>
          <w:b/>
          <w:i w:val="0"/>
          <w:smallCaps w:val="0"/>
          <w:strike w:val="0"/>
          <w:sz w:val="28"/>
          <w:u w:val="single"/>
        </w:rPr>
        <w:t xml:space="preserve">and its </w:t>
      </w:r>
      <w:r>
        <w:rPr>
          <w:b/>
          <w:i w:val="0"/>
          <w:smallCaps w:val="0"/>
          <w:strike w:val="0"/>
          <w:sz w:val="28"/>
          <w:u w:val="single"/>
        </w:rPr>
        <w:t>Allies</w:t>
      </w:r>
      <w:r>
        <w:rPr>
          <w:b w:val="0"/>
          <w:i w:val="0"/>
          <w:smallCaps w:val="0"/>
          <w:strike w:val="0"/>
          <w:sz w:val="16"/>
          <w:u w:val="none"/>
        </w:rPr>
        <w:t xml:space="preserve"> and partners. In so doing, they may underestimate Washington.</w:t>
      </w:r>
    </w:p>
    <w:p>
      <w:pPr>
        <w:spacing w:after="60"/>
      </w:pPr>
      <w:r>
        <w:rPr>
          <w:b/>
          <w:i w:val="0"/>
          <w:smallCaps w:val="0"/>
          <w:strike w:val="0"/>
          <w:sz w:val="28"/>
          <w:u w:val="single"/>
        </w:rPr>
        <w:t xml:space="preserve">If </w:t>
      </w:r>
      <w:r>
        <w:rPr>
          <w:b/>
          <w:i w:val="0"/>
          <w:smallCaps w:val="0"/>
          <w:strike w:val="0"/>
          <w:sz w:val="28"/>
          <w:u w:val="single"/>
        </w:rPr>
        <w:t>Moscow</w:t>
      </w:r>
      <w:r>
        <w:rPr>
          <w:b/>
          <w:i w:val="0"/>
          <w:smallCaps w:val="0"/>
          <w:strike w:val="0"/>
          <w:sz w:val="28"/>
          <w:u w:val="single"/>
        </w:rPr>
        <w:t xml:space="preserve"> or </w:t>
      </w:r>
      <w:r>
        <w:rPr>
          <w:b/>
          <w:i w:val="0"/>
          <w:smallCaps w:val="0"/>
          <w:strike w:val="0"/>
          <w:sz w:val="28"/>
          <w:u w:val="single"/>
        </w:rPr>
        <w:t>Beijing</w:t>
      </w:r>
      <w:r>
        <w:rPr>
          <w:b/>
          <w:i w:val="0"/>
          <w:smallCaps w:val="0"/>
          <w:strike w:val="0"/>
          <w:sz w:val="28"/>
          <w:u w:val="single"/>
        </w:rPr>
        <w:t xml:space="preserve"> attacked a vulnerable </w:t>
      </w:r>
      <w:r>
        <w:rPr>
          <w:b/>
          <w:i w:val="0"/>
          <w:smallCaps w:val="0"/>
          <w:strike w:val="0"/>
          <w:sz w:val="28"/>
          <w:u w:val="single"/>
        </w:rPr>
        <w:t>US Ally</w:t>
      </w:r>
      <w:r>
        <w:rPr>
          <w:b/>
          <w:i w:val="0"/>
          <w:smallCaps w:val="0"/>
          <w:strike w:val="0"/>
          <w:sz w:val="28"/>
          <w:u w:val="single"/>
        </w:rPr>
        <w:t xml:space="preserve"> or </w:t>
      </w:r>
      <w:r>
        <w:rPr>
          <w:b/>
          <w:i w:val="0"/>
          <w:smallCaps w:val="0"/>
          <w:strike w:val="0"/>
          <w:sz w:val="28"/>
          <w:u w:val="single"/>
        </w:rPr>
        <w:t>partner</w:t>
      </w:r>
      <w:r>
        <w:rPr>
          <w:b/>
          <w:i w:val="0"/>
          <w:smallCaps w:val="0"/>
          <w:strike w:val="0"/>
          <w:sz w:val="28"/>
          <w:u w:val="single"/>
        </w:rPr>
        <w:t xml:space="preserve"> in their near abroad</w:t>
      </w:r>
      <w:r>
        <w:rPr>
          <w:b w:val="0"/>
          <w:i w:val="0"/>
          <w:smallCaps w:val="0"/>
          <w:strike w:val="0"/>
          <w:sz w:val="16"/>
          <w:u w:val="none"/>
        </w:rPr>
        <w:t xml:space="preserve">, therefore, </w:t>
      </w:r>
      <w:r>
        <w:rPr>
          <w:b/>
          <w:i w:val="0"/>
          <w:smallCaps w:val="0"/>
          <w:strike w:val="0"/>
          <w:sz w:val="28"/>
          <w:highlight w:val="yellow"/>
          <w:u w:val="single"/>
        </w:rPr>
        <w:t>there would be a risk of</w:t>
      </w:r>
      <w:r>
        <w:rPr>
          <w:b/>
          <w:i w:val="0"/>
          <w:smallCaps w:val="0"/>
          <w:strike w:val="0"/>
          <w:sz w:val="28"/>
          <w:u w:val="single"/>
        </w:rPr>
        <w:t xml:space="preserve"> </w:t>
      </w:r>
      <w:r>
        <w:rPr>
          <w:b w:val="0"/>
          <w:i w:val="0"/>
          <w:smallCaps w:val="0"/>
          <w:strike w:val="0"/>
          <w:sz w:val="16"/>
          <w:u w:val="none"/>
        </w:rPr>
        <w:t xml:space="preserve">major war with the potential for </w:t>
      </w:r>
      <w:r>
        <w:rPr>
          <w:b/>
          <w:i w:val="0"/>
          <w:smallCaps w:val="0"/>
          <w:strike w:val="0"/>
          <w:sz w:val="28"/>
          <w:highlight w:val="yellow"/>
          <w:u w:val="single"/>
        </w:rPr>
        <w:t>nuclear escalation</w:t>
      </w:r>
      <w:r>
        <w:rPr>
          <w:b w:val="0"/>
          <w:i w:val="0"/>
          <w:smallCaps w:val="0"/>
          <w:strike w:val="0"/>
          <w:sz w:val="16"/>
          <w:u w:val="none"/>
        </w:rPr>
        <w:t xml:space="preserve">. The United States has formal treaty commitments with several frontline states as well as an ambiguous defense obligation to Taiwan. If Russia or China were to attack these states, it is likely, or at least possible, that the United States would come to the defense of the victims. While many question the wisdom or credibility of America’s global commitments, </w:t>
      </w:r>
      <w:r>
        <w:rPr>
          <w:b/>
          <w:i w:val="0"/>
          <w:smallCaps w:val="0"/>
          <w:strike w:val="0"/>
          <w:sz w:val="28"/>
          <w:u w:val="single"/>
        </w:rPr>
        <w:t xml:space="preserve">it would be </w:t>
      </w:r>
      <w:r>
        <w:rPr>
          <w:b/>
          <w:i w:val="0"/>
          <w:smallCaps w:val="0"/>
          <w:strike w:val="0"/>
          <w:sz w:val="28"/>
          <w:highlight w:val="yellow"/>
          <w:u w:val="single"/>
        </w:rPr>
        <w:t>difficult for the U</w:t>
      </w:r>
      <w:r>
        <w:rPr>
          <w:b w:val="0"/>
          <w:i w:val="0"/>
          <w:smallCaps w:val="0"/>
          <w:strike w:val="0"/>
          <w:sz w:val="16"/>
          <w:u w:val="none"/>
        </w:rPr>
        <w:t xml:space="preserve">nited </w:t>
      </w:r>
      <w:r>
        <w:rPr>
          <w:b/>
          <w:i w:val="0"/>
          <w:smallCaps w:val="0"/>
          <w:strike w:val="0"/>
          <w:sz w:val="28"/>
          <w:highlight w:val="yellow"/>
          <w:u w:val="single"/>
        </w:rPr>
        <w:t>S</w:t>
      </w:r>
      <w:r>
        <w:rPr>
          <w:b w:val="0"/>
          <w:i w:val="0"/>
          <w:smallCaps w:val="0"/>
          <w:strike w:val="0"/>
          <w:sz w:val="16"/>
          <w:u w:val="none"/>
        </w:rPr>
        <w:t xml:space="preserve">tates </w:t>
      </w:r>
      <w:r>
        <w:rPr>
          <w:b/>
          <w:i w:val="0"/>
          <w:smallCaps w:val="0"/>
          <w:strike w:val="0"/>
          <w:sz w:val="28"/>
          <w:highlight w:val="yellow"/>
          <w:u w:val="single"/>
        </w:rPr>
        <w:t>to</w:t>
      </w:r>
      <w:r>
        <w:rPr>
          <w:b/>
          <w:i w:val="0"/>
          <w:smallCaps w:val="0"/>
          <w:strike w:val="0"/>
          <w:sz w:val="28"/>
          <w:u w:val="single"/>
        </w:rPr>
        <w:t xml:space="preserve"> </w:t>
      </w:r>
      <w:r>
        <w:rPr>
          <w:b/>
          <w:i w:val="0"/>
          <w:smallCaps w:val="0"/>
          <w:strike w:val="0"/>
          <w:sz w:val="28"/>
          <w:u w:val="single"/>
        </w:rPr>
        <w:t xml:space="preserve">simply </w:t>
      </w:r>
      <w:r>
        <w:rPr>
          <w:b/>
          <w:i w:val="0"/>
          <w:smallCaps w:val="0"/>
          <w:strike w:val="0"/>
          <w:sz w:val="28"/>
          <w:highlight w:val="yellow"/>
          <w:u w:val="single"/>
        </w:rPr>
        <w:t>back down</w:t>
      </w:r>
      <w:r>
        <w:rPr>
          <w:b w:val="0"/>
          <w:i w:val="0"/>
          <w:smallCaps w:val="0"/>
          <w:strike w:val="0"/>
          <w:sz w:val="16"/>
          <w:u w:val="none"/>
        </w:rPr>
        <w:t>. Abandoning a treaty ally could cause fears that America’s global commitments would unravel. Any US president, therefore, would feel great pressure to come to an Ally’s defense and expel Russian or Chinese forces.</w:t>
      </w:r>
    </w:p>
    <w:p>
      <w:pPr>
        <w:spacing w:after="60"/>
      </w:pPr>
      <w:r>
        <w:rPr>
          <w:b/>
          <w:i w:val="0"/>
          <w:smallCaps w:val="0"/>
          <w:strike w:val="0"/>
          <w:sz w:val="28"/>
          <w:u w:val="single"/>
        </w:rPr>
        <w:t>Once the U</w:t>
      </w:r>
      <w:r>
        <w:rPr>
          <w:b w:val="0"/>
          <w:i w:val="0"/>
          <w:smallCaps w:val="0"/>
          <w:strike w:val="0"/>
          <w:sz w:val="16"/>
          <w:u w:val="none"/>
        </w:rPr>
        <w:t xml:space="preserve">nited </w:t>
      </w:r>
      <w:r>
        <w:rPr>
          <w:b/>
          <w:i w:val="0"/>
          <w:smallCaps w:val="0"/>
          <w:strike w:val="0"/>
          <w:sz w:val="28"/>
          <w:u w:val="single"/>
        </w:rPr>
        <w:t>S</w:t>
      </w:r>
      <w:r>
        <w:rPr>
          <w:b w:val="0"/>
          <w:i w:val="0"/>
          <w:smallCaps w:val="0"/>
          <w:strike w:val="0"/>
          <w:sz w:val="16"/>
          <w:u w:val="none"/>
        </w:rPr>
        <w:t xml:space="preserve">tates </w:t>
      </w:r>
      <w:r>
        <w:rPr>
          <w:b/>
          <w:i w:val="0"/>
          <w:smallCaps w:val="0"/>
          <w:strike w:val="0"/>
          <w:sz w:val="28"/>
          <w:u w:val="single"/>
        </w:rPr>
        <w:t xml:space="preserve">and </w:t>
      </w:r>
      <w:r>
        <w:rPr>
          <w:b/>
          <w:i w:val="0"/>
          <w:smallCaps w:val="0"/>
          <w:strike w:val="0"/>
          <w:sz w:val="28"/>
          <w:u w:val="single"/>
        </w:rPr>
        <w:t>Russia</w:t>
      </w:r>
      <w:r>
        <w:rPr>
          <w:b/>
          <w:i w:val="0"/>
          <w:smallCaps w:val="0"/>
          <w:strike w:val="0"/>
          <w:sz w:val="28"/>
          <w:u w:val="single"/>
        </w:rPr>
        <w:t xml:space="preserve"> or </w:t>
      </w:r>
      <w:r>
        <w:rPr>
          <w:b/>
          <w:i w:val="0"/>
          <w:smallCaps w:val="0"/>
          <w:strike w:val="0"/>
          <w:sz w:val="28"/>
          <w:u w:val="single"/>
        </w:rPr>
        <w:t>China</w:t>
      </w:r>
      <w:r>
        <w:rPr>
          <w:b/>
          <w:i w:val="0"/>
          <w:smallCaps w:val="0"/>
          <w:strike w:val="0"/>
          <w:sz w:val="28"/>
          <w:u w:val="single"/>
        </w:rPr>
        <w:t xml:space="preserve"> are at war, there would be</w:t>
      </w:r>
      <w:r>
        <w:rPr>
          <w:b w:val="0"/>
          <w:i w:val="0"/>
          <w:smallCaps w:val="0"/>
          <w:strike w:val="0"/>
          <w:sz w:val="16"/>
          <w:u w:val="none"/>
        </w:rPr>
        <w:t xml:space="preserve"> a risk of </w:t>
      </w:r>
      <w:r>
        <w:rPr>
          <w:b/>
          <w:i w:val="0"/>
          <w:smallCaps w:val="0"/>
          <w:strike w:val="0"/>
          <w:sz w:val="28"/>
          <w:u w:val="single"/>
        </w:rPr>
        <w:t>nuclear escalation</w:t>
      </w:r>
      <w:r>
        <w:rPr>
          <w:b w:val="0"/>
          <w:i w:val="0"/>
          <w:smallCaps w:val="0"/>
          <w:strike w:val="0"/>
          <w:sz w:val="16"/>
          <w:u w:val="none"/>
        </w:rPr>
        <w:t xml:space="preserve">. As noted previously, experts assess </w:t>
      </w:r>
      <w:r>
        <w:rPr>
          <w:b/>
          <w:i w:val="0"/>
          <w:smallCaps w:val="0"/>
          <w:strike w:val="0"/>
          <w:sz w:val="28"/>
          <w:u w:val="single"/>
        </w:rPr>
        <w:t>the greatest risk of nuc</w:t>
      </w:r>
      <w:r>
        <w:rPr>
          <w:b w:val="0"/>
          <w:i w:val="0"/>
          <w:smallCaps w:val="0"/>
          <w:strike w:val="0"/>
          <w:sz w:val="16"/>
          <w:u w:val="none"/>
        </w:rPr>
        <w:t xml:space="preserve">lear </w:t>
      </w:r>
      <w:r>
        <w:rPr>
          <w:b/>
          <w:i w:val="0"/>
          <w:smallCaps w:val="0"/>
          <w:strike w:val="0"/>
          <w:sz w:val="28"/>
          <w:u w:val="single"/>
        </w:rPr>
        <w:t>war today</w:t>
      </w:r>
      <w:r>
        <w:rPr>
          <w:b w:val="0"/>
          <w:i w:val="0"/>
          <w:smallCaps w:val="0"/>
          <w:strike w:val="0"/>
          <w:sz w:val="16"/>
          <w:u w:val="none"/>
        </w:rPr>
        <w:t xml:space="preserve"> does not </w:t>
      </w:r>
      <w:r>
        <w:rPr>
          <w:b/>
          <w:i w:val="0"/>
          <w:smallCaps w:val="0"/>
          <w:strike w:val="0"/>
          <w:sz w:val="28"/>
          <w:u w:val="single"/>
        </w:rPr>
        <w:t>come from</w:t>
      </w:r>
      <w:r>
        <w:rPr>
          <w:b w:val="0"/>
          <w:i w:val="0"/>
          <w:smallCaps w:val="0"/>
          <w:strike w:val="0"/>
          <w:sz w:val="16"/>
          <w:u w:val="none"/>
        </w:rPr>
        <w:t xml:space="preserve"> a bolt-out-of-the-blue strike but from nuclear </w:t>
      </w:r>
      <w:r>
        <w:rPr>
          <w:b/>
          <w:i w:val="0"/>
          <w:smallCaps w:val="0"/>
          <w:strike w:val="0"/>
          <w:sz w:val="28"/>
          <w:u w:val="single"/>
        </w:rPr>
        <w:t xml:space="preserve">escalation in a </w:t>
      </w:r>
      <w:r>
        <w:rPr>
          <w:b/>
          <w:i w:val="0"/>
          <w:smallCaps w:val="0"/>
          <w:strike w:val="0"/>
          <w:sz w:val="28"/>
          <w:u w:val="single"/>
        </w:rPr>
        <w:t>regional</w:t>
      </w:r>
      <w:r>
        <w:rPr>
          <w:b/>
          <w:i w:val="0"/>
          <w:smallCaps w:val="0"/>
          <w:strike w:val="0"/>
          <w:sz w:val="28"/>
          <w:u w:val="single"/>
        </w:rPr>
        <w:t xml:space="preserve">, </w:t>
      </w:r>
      <w:r>
        <w:rPr>
          <w:b/>
          <w:i w:val="0"/>
          <w:smallCaps w:val="0"/>
          <w:strike w:val="0"/>
          <w:sz w:val="28"/>
          <w:u w:val="single"/>
        </w:rPr>
        <w:t>conventional</w:t>
      </w:r>
      <w:r>
        <w:rPr>
          <w:b/>
          <w:i w:val="0"/>
          <w:smallCaps w:val="0"/>
          <w:strike w:val="0"/>
          <w:sz w:val="28"/>
          <w:u w:val="single"/>
        </w:rPr>
        <w:t xml:space="preserve"> conflict</w:t>
      </w:r>
      <w:r>
        <w:rPr>
          <w:b w:val="0"/>
          <w:i w:val="0"/>
          <w:smallCaps w:val="0"/>
          <w:strike w:val="0"/>
          <w:sz w:val="16"/>
          <w:u w:val="none"/>
        </w:rPr>
        <w:t xml:space="preserve">.53 Russian leaders </w:t>
      </w:r>
      <w:r>
        <w:rPr>
          <w:b/>
          <w:i w:val="0"/>
          <w:smallCaps w:val="0"/>
          <w:strike w:val="0"/>
          <w:sz w:val="28"/>
          <w:u w:val="single"/>
        </w:rPr>
        <w:t>may believe it is in their interest to use nuc</w:t>
      </w:r>
      <w:r>
        <w:rPr>
          <w:b w:val="0"/>
          <w:i w:val="0"/>
          <w:smallCaps w:val="0"/>
          <w:strike w:val="0"/>
          <w:sz w:val="16"/>
          <w:u w:val="none"/>
        </w:rPr>
        <w:t>lear weapon</w:t>
      </w:r>
      <w:r>
        <w:rPr>
          <w:b/>
          <w:i w:val="0"/>
          <w:smallCaps w:val="0"/>
          <w:strike w:val="0"/>
          <w:sz w:val="28"/>
          <w:u w:val="single"/>
        </w:rPr>
        <w:t>s</w:t>
      </w:r>
      <w:r>
        <w:rPr>
          <w:b w:val="0"/>
          <w:i w:val="0"/>
          <w:smallCaps w:val="0"/>
          <w:strike w:val="0"/>
          <w:sz w:val="16"/>
          <w:u w:val="none"/>
        </w:rPr>
        <w:t xml:space="preserve"> early </w:t>
      </w:r>
      <w:r>
        <w:rPr>
          <w:b/>
          <w:i w:val="0"/>
          <w:smallCaps w:val="0"/>
          <w:strike w:val="0"/>
          <w:sz w:val="28"/>
          <w:u w:val="single"/>
        </w:rPr>
        <w:t>in a conflict with the U</w:t>
      </w:r>
      <w:r>
        <w:rPr>
          <w:b w:val="0"/>
          <w:i w:val="0"/>
          <w:smallCaps w:val="0"/>
          <w:strike w:val="0"/>
          <w:sz w:val="16"/>
          <w:u w:val="none"/>
        </w:rPr>
        <w:t xml:space="preserve">nited </w:t>
      </w:r>
      <w:r>
        <w:rPr>
          <w:b/>
          <w:i w:val="0"/>
          <w:smallCaps w:val="0"/>
          <w:strike w:val="0"/>
          <w:sz w:val="28"/>
          <w:u w:val="single"/>
        </w:rPr>
        <w:t>S</w:t>
      </w:r>
      <w:r>
        <w:rPr>
          <w:b w:val="0"/>
          <w:i w:val="0"/>
          <w:smallCaps w:val="0"/>
          <w:strike w:val="0"/>
          <w:sz w:val="16"/>
          <w:u w:val="none"/>
        </w:rPr>
        <w:t>tates and NATO.54 Russia possesses a large and diverse arsenal, including thousands of nonstrategic nuclear weapons, to support this nuclear strategy.</w:t>
      </w:r>
    </w:p>
    <w:p>
      <w:pPr>
        <w:spacing w:after="60"/>
      </w:pPr>
      <w:r>
        <w:rPr>
          <w:b w:val="0"/>
          <w:i w:val="0"/>
          <w:smallCaps w:val="0"/>
          <w:strike w:val="0"/>
          <w:sz w:val="16"/>
          <w:u w:val="none"/>
        </w:rPr>
        <w:t xml:space="preserve">In the 2018 Nuclear Posture Review, Washington indicates it could retaliate against any Russian nuclear “de-escalation” strikes with limited nuclear strikes of its own using low-yield nuclear weapons.55 The purpose of US strategy is to deter Russian strikes. If </w:t>
      </w:r>
      <w:r>
        <w:rPr>
          <w:b/>
          <w:i w:val="0"/>
          <w:smallCaps w:val="0"/>
          <w:strike w:val="0"/>
          <w:sz w:val="28"/>
          <w:u w:val="single"/>
        </w:rPr>
        <w:t>deterrence fails</w:t>
      </w:r>
      <w:r>
        <w:rPr>
          <w:b w:val="0"/>
          <w:i w:val="0"/>
          <w:smallCaps w:val="0"/>
          <w:strike w:val="0"/>
          <w:sz w:val="16"/>
          <w:u w:val="none"/>
        </w:rPr>
        <w:t xml:space="preserve">, however, there is a clear pathway to nuclear war between the United States and Russia. As Henry Kissinger pointed out decades ago, </w:t>
      </w:r>
      <w:r>
        <w:rPr>
          <w:b/>
          <w:i w:val="0"/>
          <w:smallCaps w:val="0"/>
          <w:strike w:val="0"/>
          <w:sz w:val="28"/>
          <w:u w:val="single"/>
        </w:rPr>
        <w:t xml:space="preserve">there is </w:t>
      </w:r>
      <w:r>
        <w:rPr>
          <w:b/>
          <w:i w:val="0"/>
          <w:smallCaps w:val="0"/>
          <w:strike w:val="0"/>
          <w:sz w:val="28"/>
          <w:u w:val="single"/>
        </w:rPr>
        <w:t>no guarantee</w:t>
      </w:r>
      <w:r>
        <w:rPr>
          <w:b/>
          <w:i w:val="0"/>
          <w:smallCaps w:val="0"/>
          <w:strike w:val="0"/>
          <w:sz w:val="28"/>
          <w:u w:val="single"/>
        </w:rPr>
        <w:t xml:space="preserve"> that</w:t>
      </w:r>
      <w:r>
        <w:rPr>
          <w:b w:val="0"/>
          <w:i w:val="0"/>
          <w:smallCaps w:val="0"/>
          <w:strike w:val="0"/>
          <w:sz w:val="16"/>
          <w:u w:val="none"/>
        </w:rPr>
        <w:t xml:space="preserve">, once begun, </w:t>
      </w:r>
      <w:r>
        <w:rPr>
          <w:b/>
          <w:i w:val="0"/>
          <w:smallCaps w:val="0"/>
          <w:strike w:val="0"/>
          <w:sz w:val="28"/>
          <w:u w:val="single"/>
        </w:rPr>
        <w:t xml:space="preserve">a </w:t>
      </w:r>
      <w:r>
        <w:rPr>
          <w:b/>
          <w:i w:val="0"/>
          <w:smallCaps w:val="0"/>
          <w:strike w:val="0"/>
          <w:sz w:val="28"/>
          <w:u w:val="single"/>
        </w:rPr>
        <w:t>limited</w:t>
      </w:r>
      <w:r>
        <w:rPr>
          <w:b/>
          <w:i w:val="0"/>
          <w:smallCaps w:val="0"/>
          <w:strike w:val="0"/>
          <w:sz w:val="28"/>
          <w:u w:val="single"/>
        </w:rPr>
        <w:t xml:space="preserve"> nuclear war </w:t>
      </w:r>
      <w:r>
        <w:rPr>
          <w:b/>
          <w:i w:val="0"/>
          <w:smallCaps w:val="0"/>
          <w:strike w:val="0"/>
          <w:sz w:val="28"/>
          <w:u w:val="single"/>
        </w:rPr>
        <w:t>stays limited</w:t>
      </w:r>
      <w:r>
        <w:rPr>
          <w:b w:val="0"/>
          <w:i w:val="0"/>
          <w:smallCaps w:val="0"/>
          <w:strike w:val="0"/>
          <w:sz w:val="16"/>
          <w:u w:val="none"/>
        </w:rPr>
        <w:t>.56</w:t>
      </w:r>
    </w:p>
    <w:p>
      <w:pPr>
        <w:spacing w:after="60"/>
      </w:pPr>
      <w:r>
        <w:rPr>
          <w:b/>
          <w:i w:val="0"/>
          <w:smallCaps w:val="0"/>
          <w:strike w:val="0"/>
          <w:sz w:val="28"/>
          <w:u w:val="single"/>
        </w:rPr>
        <w:t>There are</w:t>
      </w:r>
      <w:r>
        <w:rPr>
          <w:b w:val="0"/>
          <w:i w:val="0"/>
          <w:smallCaps w:val="0"/>
          <w:strike w:val="0"/>
          <w:sz w:val="16"/>
          <w:u w:val="none"/>
        </w:rPr>
        <w:t xml:space="preserve"> similar </w:t>
      </w:r>
      <w:r>
        <w:rPr>
          <w:b/>
          <w:i w:val="0"/>
          <w:smallCaps w:val="0"/>
          <w:strike w:val="0"/>
          <w:sz w:val="28"/>
          <w:u w:val="single"/>
        </w:rPr>
        <w:t xml:space="preserve">risks of nuclear escalation in the event of a </w:t>
      </w:r>
      <w:r>
        <w:rPr>
          <w:b/>
          <w:i w:val="0"/>
          <w:smallCaps w:val="0"/>
          <w:strike w:val="0"/>
          <w:sz w:val="28"/>
          <w:u w:val="single"/>
        </w:rPr>
        <w:t>US-China conflict</w:t>
      </w:r>
      <w:r>
        <w:rPr>
          <w:b w:val="0"/>
          <w:i w:val="0"/>
          <w:smallCaps w:val="0"/>
          <w:strike w:val="0"/>
          <w:sz w:val="16"/>
          <w:u w:val="none"/>
        </w:rPr>
        <w:t xml:space="preserve">. China has traditionally possessed a relaxed nuclear posture with a small “lean and effective” deterrent and a formal “no first use” policy. But </w:t>
      </w:r>
      <w:r>
        <w:rPr>
          <w:b/>
          <w:i w:val="0"/>
          <w:smallCaps w:val="0"/>
          <w:strike w:val="0"/>
          <w:sz w:val="28"/>
          <w:highlight w:val="yellow"/>
          <w:u w:val="single"/>
        </w:rPr>
        <w:t>China is</w:t>
      </w:r>
      <w:r>
        <w:rPr>
          <w:b/>
          <w:i w:val="0"/>
          <w:smallCaps w:val="0"/>
          <w:strike w:val="0"/>
          <w:sz w:val="28"/>
          <w:u w:val="single"/>
        </w:rPr>
        <w:t xml:space="preserve"> relying more on its </w:t>
      </w:r>
      <w:r>
        <w:rPr>
          <w:b/>
          <w:i w:val="0"/>
          <w:smallCaps w:val="0"/>
          <w:strike w:val="0"/>
          <w:sz w:val="28"/>
          <w:u w:val="single"/>
        </w:rPr>
        <w:t>strategic forces</w:t>
      </w:r>
      <w:r>
        <w:rPr>
          <w:b/>
          <w:i w:val="0"/>
          <w:smallCaps w:val="0"/>
          <w:strike w:val="0"/>
          <w:sz w:val="28"/>
          <w:u w:val="single"/>
        </w:rPr>
        <w:t xml:space="preserve">. It is </w:t>
      </w:r>
      <w:r>
        <w:rPr>
          <w:b/>
          <w:i w:val="0"/>
          <w:smallCaps w:val="0"/>
          <w:strike w:val="0"/>
          <w:sz w:val="28"/>
          <w:highlight w:val="yellow"/>
          <w:u w:val="single"/>
        </w:rPr>
        <w:t>projected to</w:t>
      </w:r>
      <w:r>
        <w:rPr>
          <w:b w:val="0"/>
          <w:i w:val="0"/>
          <w:smallCaps w:val="0"/>
          <w:strike w:val="0"/>
          <w:sz w:val="16"/>
          <w:u w:val="none"/>
        </w:rPr>
        <w:t xml:space="preserve"> double—if not triple or </w:t>
      </w:r>
      <w:r>
        <w:rPr>
          <w:b/>
          <w:i w:val="0"/>
          <w:smallCaps w:val="0"/>
          <w:strike w:val="0"/>
          <w:sz w:val="28"/>
          <w:highlight w:val="yellow"/>
          <w:u w:val="single"/>
        </w:rPr>
        <w:t>quadruple</w:t>
      </w:r>
      <w:r>
        <w:rPr>
          <w:b w:val="0"/>
          <w:i w:val="0"/>
          <w:smallCaps w:val="0"/>
          <w:strike w:val="0"/>
          <w:sz w:val="16"/>
          <w:u w:val="none"/>
        </w:rPr>
        <w:t>—</w:t>
      </w:r>
      <w:r>
        <w:rPr>
          <w:b/>
          <w:i w:val="0"/>
          <w:smallCaps w:val="0"/>
          <w:strike w:val="0"/>
          <w:sz w:val="28"/>
          <w:u w:val="single"/>
        </w:rPr>
        <w:t xml:space="preserve">the size of </w:t>
      </w:r>
      <w:r>
        <w:rPr>
          <w:b/>
          <w:i w:val="0"/>
          <w:smallCaps w:val="0"/>
          <w:strike w:val="0"/>
          <w:sz w:val="28"/>
          <w:highlight w:val="yellow"/>
          <w:u w:val="single"/>
        </w:rPr>
        <w:t xml:space="preserve">its </w:t>
      </w:r>
      <w:r>
        <w:rPr>
          <w:b/>
          <w:i w:val="0"/>
          <w:smallCaps w:val="0"/>
          <w:strike w:val="0"/>
          <w:sz w:val="28"/>
          <w:u w:val="single"/>
        </w:rPr>
        <w:t xml:space="preserve">nuclear </w:t>
      </w:r>
      <w:r>
        <w:rPr>
          <w:b/>
          <w:i w:val="0"/>
          <w:smallCaps w:val="0"/>
          <w:strike w:val="0"/>
          <w:sz w:val="28"/>
          <w:highlight w:val="yellow"/>
          <w:u w:val="single"/>
        </w:rPr>
        <w:t>arsenal</w:t>
      </w:r>
      <w:r>
        <w:rPr>
          <w:b w:val="0"/>
          <w:i w:val="0"/>
          <w:smallCaps w:val="0"/>
          <w:strike w:val="0"/>
          <w:sz w:val="16"/>
          <w:u w:val="none"/>
        </w:rPr>
        <w:t xml:space="preserve"> in the coming decade.57</w:t>
      </w:r>
    </w:p>
    <w:p>
      <w:pPr>
        <w:spacing w:after="60"/>
      </w:pPr>
      <w:r>
        <w:rPr>
          <w:b/>
          <w:i w:val="0"/>
          <w:smallCaps w:val="0"/>
          <w:strike w:val="0"/>
          <w:sz w:val="16"/>
          <w:u w:val="single"/>
        </w:rPr>
        <w:t>Chinese experts have acknowledged there is a narrow range of contingencies in which China might use nuclear weapons first.</w:t>
      </w:r>
      <w:r>
        <w:rPr>
          <w:b w:val="0"/>
          <w:i w:val="0"/>
          <w:smallCaps w:val="0"/>
          <w:strike w:val="0"/>
          <w:sz w:val="16"/>
          <w:u w:val="none"/>
        </w:rPr>
        <w:t xml:space="preserve">58 As in the case of Russia, </w:t>
      </w:r>
      <w:r>
        <w:rPr>
          <w:b/>
          <w:i w:val="0"/>
          <w:smallCaps w:val="0"/>
          <w:strike w:val="0"/>
          <w:sz w:val="16"/>
          <w:u w:val="single"/>
        </w:rPr>
        <w:t>the US Nuclear Posture Review recognizes the possibility of limited Chinese nuclear attacks and also holds out the potential of a limited US reprisal with low-yield nuclear weapons as a deterrent.</w:t>
      </w:r>
      <w:r>
        <w:rPr>
          <w:b w:val="0"/>
          <w:i w:val="0"/>
          <w:smallCaps w:val="0"/>
          <w:strike w:val="0"/>
          <w:sz w:val="16"/>
          <w:u w:val="none"/>
        </w:rPr>
        <w:t xml:space="preserve">59 </w:t>
      </w:r>
      <w:r>
        <w:rPr>
          <w:b/>
          <w:i w:val="0"/>
          <w:smallCaps w:val="0"/>
          <w:strike w:val="0"/>
          <w:sz w:val="28"/>
          <w:u w:val="single"/>
        </w:rPr>
        <w:t>If the nuclear threshold is breached in a conflict between the U</w:t>
      </w:r>
      <w:r>
        <w:rPr>
          <w:b w:val="0"/>
          <w:i w:val="0"/>
          <w:smallCaps w:val="0"/>
          <w:strike w:val="0"/>
          <w:sz w:val="16"/>
          <w:u w:val="none"/>
        </w:rPr>
        <w:t xml:space="preserve">nited </w:t>
      </w:r>
      <w:r>
        <w:rPr>
          <w:b/>
          <w:i w:val="0"/>
          <w:smallCaps w:val="0"/>
          <w:strike w:val="0"/>
          <w:sz w:val="28"/>
          <w:u w:val="single"/>
        </w:rPr>
        <w:t>S</w:t>
      </w:r>
      <w:r>
        <w:rPr>
          <w:b w:val="0"/>
          <w:i w:val="0"/>
          <w:smallCaps w:val="0"/>
          <w:strike w:val="0"/>
          <w:sz w:val="16"/>
          <w:u w:val="none"/>
        </w:rPr>
        <w:t xml:space="preserve">tates </w:t>
      </w:r>
      <w:r>
        <w:rPr>
          <w:b/>
          <w:i w:val="0"/>
          <w:smallCaps w:val="0"/>
          <w:strike w:val="0"/>
          <w:sz w:val="28"/>
          <w:u w:val="single"/>
        </w:rPr>
        <w:t xml:space="preserve">and China, </w:t>
      </w:r>
      <w:r>
        <w:rPr>
          <w:b/>
          <w:i w:val="0"/>
          <w:smallCaps w:val="0"/>
          <w:strike w:val="0"/>
          <w:sz w:val="28"/>
          <w:u w:val="single"/>
        </w:rPr>
        <w:t>the risk of nuclear exchange is real</w:t>
      </w:r>
      <w:r>
        <w:rPr>
          <w:b/>
          <w:i w:val="0"/>
          <w:smallCaps w:val="0"/>
          <w:strike w:val="0"/>
          <w:sz w:val="28"/>
          <w:u w:val="single"/>
        </w:rPr>
        <w:t>.</w:t>
      </w:r>
    </w:p>
    <w:p>
      <w:pPr>
        <w:spacing w:after="60"/>
      </w:pPr>
      <w:r>
        <w:rPr>
          <w:b w:val="0"/>
          <w:i w:val="0"/>
          <w:smallCaps w:val="0"/>
          <w:strike w:val="0"/>
          <w:sz w:val="16"/>
          <w:u w:val="none"/>
        </w:rPr>
        <w:t xml:space="preserve">In short, </w:t>
      </w:r>
      <w:r>
        <w:rPr>
          <w:b/>
          <w:i w:val="0"/>
          <w:smallCaps w:val="0"/>
          <w:strike w:val="0"/>
          <w:sz w:val="28"/>
          <w:u w:val="single"/>
        </w:rPr>
        <w:t xml:space="preserve">if </w:t>
      </w:r>
      <w:r>
        <w:rPr>
          <w:b/>
          <w:i w:val="0"/>
          <w:smallCaps w:val="0"/>
          <w:strike w:val="0"/>
          <w:sz w:val="28"/>
          <w:highlight w:val="yellow"/>
          <w:u w:val="single"/>
        </w:rPr>
        <w:t>a coming r</w:t>
      </w:r>
      <w:r>
        <w:rPr>
          <w:b w:val="0"/>
          <w:i w:val="0"/>
          <w:smallCaps w:val="0"/>
          <w:strike w:val="0"/>
          <w:sz w:val="16"/>
          <w:u w:val="none"/>
        </w:rPr>
        <w:t xml:space="preserve">evolution in </w:t>
      </w:r>
      <w:r>
        <w:rPr>
          <w:b/>
          <w:i w:val="0"/>
          <w:smallCaps w:val="0"/>
          <w:strike w:val="0"/>
          <w:sz w:val="28"/>
          <w:highlight w:val="yellow"/>
          <w:u w:val="single"/>
        </w:rPr>
        <w:t>m</w:t>
      </w:r>
      <w:r>
        <w:rPr>
          <w:b w:val="0"/>
          <w:i w:val="0"/>
          <w:smallCaps w:val="0"/>
          <w:strike w:val="0"/>
          <w:sz w:val="16"/>
          <w:u w:val="none"/>
        </w:rPr>
        <w:t xml:space="preserve">ilitary </w:t>
      </w:r>
      <w:r>
        <w:rPr>
          <w:b/>
          <w:i w:val="0"/>
          <w:smallCaps w:val="0"/>
          <w:strike w:val="0"/>
          <w:sz w:val="28"/>
          <w:highlight w:val="yellow"/>
          <w:u w:val="single"/>
        </w:rPr>
        <w:t>a</w:t>
      </w:r>
      <w:r>
        <w:rPr>
          <w:b w:val="0"/>
          <w:i w:val="0"/>
          <w:smallCaps w:val="0"/>
          <w:strike w:val="0"/>
          <w:sz w:val="16"/>
          <w:u w:val="none"/>
        </w:rPr>
        <w:t xml:space="preserve">ffairs </w:t>
      </w:r>
      <w:r>
        <w:rPr>
          <w:b/>
          <w:i w:val="0"/>
          <w:smallCaps w:val="0"/>
          <w:strike w:val="0"/>
          <w:sz w:val="28"/>
          <w:highlight w:val="yellow"/>
          <w:u w:val="single"/>
        </w:rPr>
        <w:t>provides</w:t>
      </w:r>
      <w:r>
        <w:rPr>
          <w:b/>
          <w:i w:val="0"/>
          <w:smallCaps w:val="0"/>
          <w:strike w:val="0"/>
          <w:sz w:val="28"/>
          <w:u w:val="single"/>
        </w:rPr>
        <w:t xml:space="preserve"> a </w:t>
      </w:r>
      <w:r>
        <w:rPr>
          <w:b/>
          <w:i w:val="0"/>
          <w:smallCaps w:val="0"/>
          <w:strike w:val="0"/>
          <w:sz w:val="28"/>
          <w:highlight w:val="yellow"/>
          <w:u w:val="single"/>
        </w:rPr>
        <w:t>real or perceived</w:t>
      </w:r>
      <w:r>
        <w:rPr>
          <w:b/>
          <w:i w:val="0"/>
          <w:smallCaps w:val="0"/>
          <w:strike w:val="0"/>
          <w:sz w:val="28"/>
          <w:u w:val="single"/>
        </w:rPr>
        <w:t xml:space="preserve"> battlefield </w:t>
      </w:r>
      <w:r>
        <w:rPr>
          <w:b/>
          <w:i w:val="0"/>
          <w:smallCaps w:val="0"/>
          <w:strike w:val="0"/>
          <w:sz w:val="28"/>
          <w:highlight w:val="yellow"/>
          <w:u w:val="single"/>
        </w:rPr>
        <w:t xml:space="preserve">advantage </w:t>
      </w:r>
      <w:r>
        <w:rPr>
          <w:b/>
          <w:i w:val="0"/>
          <w:smallCaps w:val="0"/>
          <w:strike w:val="0"/>
          <w:sz w:val="28"/>
          <w:u w:val="single"/>
        </w:rPr>
        <w:t>for Russia or China</w:t>
      </w:r>
      <w:r>
        <w:rPr>
          <w:b w:val="0"/>
          <w:i w:val="0"/>
          <w:smallCaps w:val="0"/>
          <w:strike w:val="0"/>
          <w:sz w:val="16"/>
          <w:u w:val="none"/>
        </w:rPr>
        <w:t xml:space="preserve">, </w:t>
      </w:r>
      <w:r>
        <w:rPr>
          <w:b/>
          <w:i w:val="0"/>
          <w:smallCaps w:val="0"/>
          <w:strike w:val="0"/>
          <w:sz w:val="28"/>
          <w:u w:val="single"/>
        </w:rPr>
        <w:t xml:space="preserve">such a development </w:t>
      </w:r>
      <w:r>
        <w:rPr>
          <w:b/>
          <w:i w:val="0"/>
          <w:smallCaps w:val="0"/>
          <w:strike w:val="0"/>
          <w:sz w:val="28"/>
          <w:highlight w:val="yellow"/>
          <w:u w:val="single"/>
        </w:rPr>
        <w:t xml:space="preserve">raises </w:t>
      </w:r>
      <w:r>
        <w:rPr>
          <w:b/>
          <w:i w:val="0"/>
          <w:smallCaps w:val="0"/>
          <w:strike w:val="0"/>
          <w:sz w:val="28"/>
          <w:u w:val="single"/>
        </w:rPr>
        <w:t xml:space="preserve">the </w:t>
      </w:r>
      <w:r>
        <w:rPr>
          <w:b/>
          <w:i w:val="0"/>
          <w:smallCaps w:val="0"/>
          <w:strike w:val="0"/>
          <w:sz w:val="28"/>
          <w:highlight w:val="yellow"/>
          <w:u w:val="single"/>
        </w:rPr>
        <w:t xml:space="preserve">likelihood of </w:t>
      </w:r>
      <w:r>
        <w:rPr>
          <w:b/>
          <w:i w:val="0"/>
          <w:smallCaps w:val="0"/>
          <w:strike w:val="0"/>
          <w:sz w:val="28"/>
          <w:u w:val="single"/>
        </w:rPr>
        <w:t xml:space="preserve">armed </w:t>
      </w:r>
      <w:r>
        <w:rPr>
          <w:b/>
          <w:i w:val="0"/>
          <w:smallCaps w:val="0"/>
          <w:strike w:val="0"/>
          <w:sz w:val="28"/>
          <w:highlight w:val="yellow"/>
          <w:u w:val="single"/>
        </w:rPr>
        <w:t>aggression against</w:t>
      </w:r>
      <w:r>
        <w:rPr>
          <w:b/>
          <w:i w:val="0"/>
          <w:smallCaps w:val="0"/>
          <w:strike w:val="0"/>
          <w:sz w:val="28"/>
          <w:u w:val="single"/>
        </w:rPr>
        <w:t xml:space="preserve"> US regional </w:t>
      </w:r>
      <w:r>
        <w:rPr>
          <w:b/>
          <w:i w:val="0"/>
          <w:smallCaps w:val="0"/>
          <w:strike w:val="0"/>
          <w:sz w:val="28"/>
          <w:highlight w:val="yellow"/>
          <w:u w:val="single"/>
        </w:rPr>
        <w:t>allies</w:t>
      </w:r>
      <w:r>
        <w:rPr>
          <w:b/>
          <w:i w:val="0"/>
          <w:smallCaps w:val="0"/>
          <w:strike w:val="0"/>
          <w:sz w:val="28"/>
          <w:highlight w:val="yellow"/>
          <w:u w:val="single"/>
        </w:rPr>
        <w:t xml:space="preserve">, </w:t>
      </w:r>
      <w:r>
        <w:rPr>
          <w:b/>
          <w:i w:val="0"/>
          <w:smallCaps w:val="0"/>
          <w:strike w:val="0"/>
          <w:sz w:val="28"/>
          <w:u w:val="single"/>
        </w:rPr>
        <w:t>major power war</w:t>
      </w:r>
      <w:r>
        <w:rPr>
          <w:b/>
          <w:i w:val="0"/>
          <w:smallCaps w:val="0"/>
          <w:strike w:val="0"/>
          <w:sz w:val="28"/>
          <w:u w:val="single"/>
        </w:rPr>
        <w:t xml:space="preserve">, </w:t>
      </w:r>
      <w:r>
        <w:rPr>
          <w:b/>
          <w:i w:val="0"/>
          <w:smallCaps w:val="0"/>
          <w:strike w:val="0"/>
          <w:sz w:val="28"/>
          <w:highlight w:val="yellow"/>
          <w:u w:val="single"/>
        </w:rPr>
        <w:t>and</w:t>
      </w:r>
      <w:r>
        <w:rPr>
          <w:b/>
          <w:i w:val="0"/>
          <w:smallCaps w:val="0"/>
          <w:strike w:val="0"/>
          <w:sz w:val="28"/>
          <w:u w:val="single"/>
        </w:rPr>
        <w:t xml:space="preserve"> </w:t>
      </w:r>
      <w:r>
        <w:rPr>
          <w:b/>
          <w:i w:val="0"/>
          <w:smallCaps w:val="0"/>
          <w:strike w:val="0"/>
          <w:sz w:val="28"/>
          <w:u w:val="single"/>
        </w:rPr>
        <w:t xml:space="preserve">an increased risk of </w:t>
      </w:r>
      <w:r>
        <w:rPr>
          <w:b/>
          <w:i w:val="0"/>
          <w:smallCaps w:val="0"/>
          <w:strike w:val="0"/>
          <w:sz w:val="28"/>
          <w:highlight w:val="yellow"/>
          <w:u w:val="single"/>
        </w:rPr>
        <w:t>nuclear</w:t>
      </w:r>
      <w:r>
        <w:rPr>
          <w:b/>
          <w:i w:val="0"/>
          <w:smallCaps w:val="0"/>
          <w:strike w:val="0"/>
          <w:sz w:val="28"/>
          <w:u w:val="single"/>
        </w:rPr>
        <w:t xml:space="preserve"> </w:t>
      </w:r>
      <w:r>
        <w:rPr>
          <w:b/>
          <w:i w:val="0"/>
          <w:smallCaps w:val="0"/>
          <w:strike w:val="0"/>
          <w:sz w:val="28"/>
          <w:highlight w:val="yellow"/>
          <w:u w:val="single"/>
        </w:rPr>
        <w:t>escalation</w:t>
      </w:r>
      <w:r>
        <w:rPr>
          <w:b/>
          <w:i w:val="0"/>
          <w:smallCaps w:val="0"/>
          <w:strike w:val="0"/>
          <w:sz w:val="28"/>
          <w:highlight w:val="yellow"/>
          <w:u w:val="single"/>
        </w:rPr>
        <w:t>.</w:t>
      </w:r>
    </w:p>
    <w:p>
      <w:pPr>
        <w:spacing w:after="60"/>
      </w:pPr>
      <w:r>
        <w:rPr>
          <w:b w:val="0"/>
          <w:i w:val="0"/>
          <w:smallCaps w:val="0"/>
          <w:strike w:val="0"/>
          <w:sz w:val="16"/>
          <w:u w:val="none"/>
        </w:rPr>
        <w:t>Implications</w:t>
      </w:r>
    </w:p>
    <w:p>
      <w:pPr>
        <w:spacing w:after="60"/>
      </w:pPr>
      <w:r>
        <w:rPr>
          <w:b w:val="0"/>
          <w:i w:val="0"/>
          <w:smallCaps w:val="0"/>
          <w:strike w:val="0"/>
          <w:sz w:val="16"/>
          <w:u w:val="none"/>
        </w:rPr>
        <w:t>Future scholarship should incorporate geopolitical conditions and the related foreign policy goals of the states in question when theorizing the effects of technology on international politics. Often scholars attempt to conceptualize the effects of weapons systems in isolation from the political context in which they are embedded.</w:t>
      </w:r>
    </w:p>
    <w:p>
      <w:pPr>
        <w:spacing w:after="60"/>
      </w:pPr>
      <w:r>
        <w:rPr>
          <w:b w:val="0"/>
          <w:i w:val="0"/>
          <w:smallCaps w:val="0"/>
          <w:strike w:val="0"/>
          <w:sz w:val="16"/>
          <w:u w:val="none"/>
        </w:rPr>
        <w:t xml:space="preserve">Studies treat technology as disembodied from geopolitics and as exerting independent effects on the international system. But technology does not float freely. </w:t>
      </w:r>
      <w:r>
        <w:rPr>
          <w:b/>
          <w:i w:val="0"/>
          <w:smallCaps w:val="0"/>
          <w:strike w:val="0"/>
          <w:sz w:val="28"/>
          <w:u w:val="single"/>
        </w:rPr>
        <w:t>Tech</w:t>
      </w:r>
      <w:r>
        <w:rPr>
          <w:b w:val="0"/>
          <w:i w:val="0"/>
          <w:smallCaps w:val="0"/>
          <w:strike w:val="0"/>
          <w:sz w:val="16"/>
          <w:u w:val="none"/>
        </w:rPr>
        <w:t xml:space="preserve">nology </w:t>
      </w:r>
      <w:r>
        <w:rPr>
          <w:b/>
          <w:i w:val="0"/>
          <w:smallCaps w:val="0"/>
          <w:strike w:val="0"/>
          <w:sz w:val="28"/>
          <w:u w:val="single"/>
        </w:rPr>
        <w:t xml:space="preserve">is a tool different actors can use in different ways. Bakers and arsonists employ fire in their crafts to strikingly different ends. In the current international environment, </w:t>
      </w:r>
      <w:r>
        <w:rPr>
          <w:b/>
          <w:i w:val="0"/>
          <w:smallCaps w:val="0"/>
          <w:strike w:val="0"/>
          <w:sz w:val="28"/>
          <w:highlight w:val="yellow"/>
          <w:u w:val="single"/>
        </w:rPr>
        <w:t>Russia and China would</w:t>
      </w:r>
      <w:r>
        <w:rPr>
          <w:b/>
          <w:i w:val="0"/>
          <w:smallCaps w:val="0"/>
          <w:strike w:val="0"/>
          <w:sz w:val="28"/>
          <w:u w:val="single"/>
        </w:rPr>
        <w:t xml:space="preserve"> tend to employ tech</w:t>
      </w:r>
      <w:r>
        <w:rPr>
          <w:b w:val="0"/>
          <w:i w:val="0"/>
          <w:smallCaps w:val="0"/>
          <w:strike w:val="0"/>
          <w:sz w:val="16"/>
          <w:u w:val="none"/>
        </w:rPr>
        <w:t xml:space="preserve">nology </w:t>
      </w:r>
      <w:r>
        <w:rPr>
          <w:b/>
          <w:i w:val="0"/>
          <w:smallCaps w:val="0"/>
          <w:strike w:val="0"/>
          <w:sz w:val="28"/>
          <w:u w:val="single"/>
        </w:rPr>
        <w:t>toward advancing revisionist aims. Tech</w:t>
      </w:r>
      <w:r>
        <w:rPr>
          <w:b w:val="0"/>
          <w:i w:val="0"/>
          <w:smallCaps w:val="0"/>
          <w:strike w:val="0"/>
          <w:sz w:val="16"/>
          <w:u w:val="none"/>
        </w:rPr>
        <w:t xml:space="preserve">nological </w:t>
      </w:r>
      <w:r>
        <w:rPr>
          <w:b/>
          <w:i w:val="0"/>
          <w:smallCaps w:val="0"/>
          <w:strike w:val="0"/>
          <w:sz w:val="28"/>
          <w:u w:val="single"/>
        </w:rPr>
        <w:t>advances in these countries are</w:t>
      </w:r>
      <w:r>
        <w:rPr>
          <w:b w:val="0"/>
          <w:i w:val="0"/>
          <w:smallCaps w:val="0"/>
          <w:strike w:val="0"/>
          <w:sz w:val="16"/>
          <w:u w:val="none"/>
        </w:rPr>
        <w:t xml:space="preserve"> therefore </w:t>
      </w:r>
      <w:r>
        <w:rPr>
          <w:b/>
          <w:i w:val="0"/>
          <w:smallCaps w:val="0"/>
          <w:strike w:val="0"/>
          <w:sz w:val="28"/>
          <w:u w:val="single"/>
        </w:rPr>
        <w:t xml:space="preserve">much more likely to </w:t>
      </w:r>
      <w:r>
        <w:rPr>
          <w:b/>
          <w:i w:val="0"/>
          <w:smallCaps w:val="0"/>
          <w:strike w:val="0"/>
          <w:sz w:val="28"/>
          <w:highlight w:val="yellow"/>
          <w:u w:val="single"/>
        </w:rPr>
        <w:t>disrupt the</w:t>
      </w:r>
      <w:r>
        <w:rPr>
          <w:b/>
          <w:i w:val="0"/>
          <w:smallCaps w:val="0"/>
          <w:strike w:val="0"/>
          <w:sz w:val="28"/>
          <w:u w:val="single"/>
        </w:rPr>
        <w:t xml:space="preserve"> prevailing </w:t>
      </w:r>
      <w:r>
        <w:rPr>
          <w:b/>
          <w:i w:val="0"/>
          <w:smallCaps w:val="0"/>
          <w:strike w:val="0"/>
          <w:sz w:val="28"/>
          <w:highlight w:val="yellow"/>
          <w:u w:val="single"/>
        </w:rPr>
        <w:t>international order</w:t>
      </w:r>
      <w:r>
        <w:rPr>
          <w:b/>
          <w:i w:val="0"/>
          <w:smallCaps w:val="0"/>
          <w:strike w:val="0"/>
          <w:sz w:val="28"/>
          <w:highlight w:val="yellow"/>
          <w:u w:val="single"/>
        </w:rPr>
        <w:t xml:space="preserve"> </w:t>
      </w:r>
      <w:r>
        <w:rPr>
          <w:b/>
          <w:i w:val="0"/>
          <w:smallCaps w:val="0"/>
          <w:strike w:val="0"/>
          <w:sz w:val="28"/>
          <w:u w:val="single"/>
        </w:rPr>
        <w:t xml:space="preserve">and </w:t>
      </w:r>
      <w:r>
        <w:rPr>
          <w:b/>
          <w:i w:val="0"/>
          <w:smallCaps w:val="0"/>
          <w:strike w:val="0"/>
          <w:sz w:val="28"/>
          <w:u w:val="single"/>
        </w:rPr>
        <w:t>nuclear strategic stability</w:t>
      </w:r>
      <w:r>
        <w:rPr>
          <w:b/>
          <w:i w:val="0"/>
          <w:smallCaps w:val="0"/>
          <w:strike w:val="0"/>
          <w:sz w:val="28"/>
          <w:highlight w:val="yellow"/>
          <w:u w:val="single"/>
        </w:rPr>
        <w:t>.</w:t>
      </w:r>
    </w:p>
    <w:p>
      <w:pPr>
        <w:spacing w:after="60"/>
      </w:pPr>
      <w:r>
        <w:rPr>
          <w:b w:val="0"/>
          <w:i w:val="0"/>
          <w:smallCaps w:val="0"/>
          <w:strike w:val="0"/>
          <w:sz w:val="16"/>
          <w:u w:val="none"/>
        </w:rPr>
        <w:t xml:space="preserve">This approach also suggests </w:t>
      </w:r>
      <w:r>
        <w:rPr>
          <w:b/>
          <w:i w:val="0"/>
          <w:smallCaps w:val="0"/>
          <w:strike w:val="0"/>
          <w:sz w:val="28"/>
          <w:u w:val="single"/>
        </w:rPr>
        <w:t>the potential threat new tech</w:t>
      </w:r>
      <w:r>
        <w:rPr>
          <w:b w:val="0"/>
          <w:i w:val="0"/>
          <w:smallCaps w:val="0"/>
          <w:strike w:val="0"/>
          <w:sz w:val="16"/>
          <w:u w:val="none"/>
        </w:rPr>
        <w:t xml:space="preserve">nology </w:t>
      </w:r>
      <w:r>
        <w:rPr>
          <w:b/>
          <w:i w:val="0"/>
          <w:smallCaps w:val="0"/>
          <w:strike w:val="0"/>
          <w:sz w:val="28"/>
          <w:u w:val="single"/>
        </w:rPr>
        <w:t xml:space="preserve">poses to nuclear strategic stability is </w:t>
      </w:r>
      <w:r>
        <w:rPr>
          <w:b/>
          <w:i w:val="0"/>
          <w:smallCaps w:val="0"/>
          <w:strike w:val="0"/>
          <w:sz w:val="28"/>
          <w:u w:val="single"/>
        </w:rPr>
        <w:t>more pervasive</w:t>
      </w:r>
      <w:r>
        <w:rPr>
          <w:b/>
          <w:i w:val="0"/>
          <w:smallCaps w:val="0"/>
          <w:strike w:val="0"/>
          <w:sz w:val="28"/>
          <w:u w:val="single"/>
        </w:rPr>
        <w:t xml:space="preserve"> than previously understood. To undermine strategic stability, new tech</w:t>
      </w:r>
      <w:r>
        <w:rPr>
          <w:b w:val="0"/>
          <w:i w:val="0"/>
          <w:smallCaps w:val="0"/>
          <w:strike w:val="0"/>
          <w:sz w:val="16"/>
          <w:u w:val="none"/>
        </w:rPr>
        <w:t xml:space="preserve">nology </w:t>
      </w:r>
      <w:r>
        <w:rPr>
          <w:b/>
          <w:i w:val="0"/>
          <w:smallCaps w:val="0"/>
          <w:strike w:val="0"/>
          <w:sz w:val="28"/>
          <w:u w:val="single"/>
        </w:rPr>
        <w:t xml:space="preserve">need </w:t>
      </w:r>
      <w:r>
        <w:rPr>
          <w:b/>
          <w:i w:val="0"/>
          <w:smallCaps w:val="0"/>
          <w:strike w:val="0"/>
          <w:sz w:val="28"/>
          <w:u w:val="single"/>
        </w:rPr>
        <w:t>not</w:t>
      </w:r>
      <w:r>
        <w:rPr>
          <w:b/>
          <w:i w:val="0"/>
          <w:smallCaps w:val="0"/>
          <w:strike w:val="0"/>
          <w:sz w:val="28"/>
          <w:u w:val="single"/>
        </w:rPr>
        <w:t xml:space="preserve"> directly impact strategic capabilities.</w:t>
      </w:r>
      <w:r>
        <w:rPr>
          <w:b w:val="0"/>
          <w:i w:val="0"/>
          <w:smallCaps w:val="0"/>
          <w:strike w:val="0"/>
          <w:sz w:val="16"/>
          <w:u w:val="none"/>
        </w:rPr>
        <w:t xml:space="preserve"> Rather, </w:t>
      </w:r>
      <w:r>
        <w:rPr>
          <w:b/>
          <w:i w:val="0"/>
          <w:smallCaps w:val="0"/>
          <w:strike w:val="0"/>
          <w:sz w:val="28"/>
          <w:highlight w:val="yellow"/>
          <w:u w:val="single"/>
        </w:rPr>
        <w:t>any</w:t>
      </w:r>
      <w:r>
        <w:rPr>
          <w:b/>
          <w:i w:val="0"/>
          <w:smallCaps w:val="0"/>
          <w:strike w:val="0"/>
          <w:sz w:val="28"/>
          <w:highlight w:val="yellow"/>
          <w:u w:val="single"/>
        </w:rPr>
        <w:t xml:space="preserve"> tech</w:t>
      </w:r>
      <w:r>
        <w:rPr>
          <w:b w:val="0"/>
          <w:i w:val="0"/>
          <w:smallCaps w:val="0"/>
          <w:strike w:val="0"/>
          <w:sz w:val="16"/>
          <w:u w:val="none"/>
        </w:rPr>
        <w:t xml:space="preserve">nology </w:t>
      </w:r>
      <w:r>
        <w:rPr>
          <w:b/>
          <w:i w:val="0"/>
          <w:smallCaps w:val="0"/>
          <w:strike w:val="0"/>
          <w:sz w:val="28"/>
          <w:highlight w:val="yellow"/>
          <w:u w:val="single"/>
        </w:rPr>
        <w:t>that promises to shift the</w:t>
      </w:r>
      <w:r>
        <w:rPr>
          <w:b/>
          <w:i w:val="0"/>
          <w:smallCaps w:val="0"/>
          <w:strike w:val="0"/>
          <w:sz w:val="28"/>
          <w:u w:val="single"/>
        </w:rPr>
        <w:t xml:space="preserve"> local </w:t>
      </w:r>
      <w:r>
        <w:rPr>
          <w:b/>
          <w:i w:val="0"/>
          <w:smallCaps w:val="0"/>
          <w:strike w:val="0"/>
          <w:sz w:val="28"/>
          <w:highlight w:val="yellow"/>
          <w:u w:val="single"/>
        </w:rPr>
        <w:t>balance of power</w:t>
      </w:r>
      <w:r>
        <w:rPr>
          <w:b/>
          <w:i w:val="0"/>
          <w:smallCaps w:val="0"/>
          <w:strike w:val="0"/>
          <w:sz w:val="28"/>
          <w:u w:val="single"/>
        </w:rPr>
        <w:t xml:space="preserve"> in Eastern Europe or the Indo-Pacific has the potential to </w:t>
      </w:r>
      <w:r>
        <w:rPr>
          <w:b/>
          <w:i w:val="0"/>
          <w:smallCaps w:val="0"/>
          <w:strike w:val="0"/>
          <w:sz w:val="28"/>
          <w:highlight w:val="yellow"/>
          <w:u w:val="single"/>
        </w:rPr>
        <w:t>threaten nuclear strategic stability</w:t>
      </w:r>
      <w:r>
        <w:rPr>
          <w:b/>
          <w:i w:val="0"/>
          <w:smallCaps w:val="0"/>
          <w:strike w:val="0"/>
          <w:sz w:val="28"/>
          <w:highlight w:val="yellow"/>
          <w:u w:val="single"/>
        </w:rPr>
        <w:t>.</w:t>
      </w:r>
      <w:r>
        <w:rPr>
          <w:b w:val="0"/>
          <w:i w:val="0"/>
          <w:smallCaps w:val="0"/>
          <w:strike w:val="0"/>
          <w:sz w:val="16"/>
          <w:u w:val="none"/>
        </w:rPr>
        <w:t xml:space="preserve">  </w:t>
      </w:r>
    </w:p>
    <w:p>
      <w:pPr>
        <w:spacing w:after="60"/>
      </w:pPr>
      <w:r>
        <w:rPr>
          <w:b/>
          <w:i w:val="0"/>
          <w:smallCaps w:val="0"/>
          <w:strike w:val="0"/>
          <w:sz w:val="28"/>
          <w:u w:val="single"/>
        </w:rPr>
        <w:t>This understanding of this issue leads to different policy prescriptions. If the tech</w:t>
      </w:r>
      <w:r>
        <w:rPr>
          <w:b w:val="0"/>
          <w:i w:val="0"/>
          <w:smallCaps w:val="0"/>
          <w:strike w:val="0"/>
          <w:sz w:val="16"/>
          <w:u w:val="none"/>
        </w:rPr>
        <w:t xml:space="preserve">nology </w:t>
      </w:r>
      <w:r>
        <w:rPr>
          <w:b/>
          <w:i w:val="0"/>
          <w:smallCaps w:val="0"/>
          <w:strike w:val="0"/>
          <w:sz w:val="28"/>
          <w:u w:val="single"/>
        </w:rPr>
        <w:t xml:space="preserve">itself is the problem, then it must be controlled and should not be allowed to spread to any states. In contrast, the framework outlined here suggests a different recommendation: preserve the prevailing balance of power in Europe and Asia. </w:t>
      </w:r>
      <w:r>
        <w:rPr>
          <w:b/>
          <w:i w:val="0"/>
          <w:smallCaps w:val="0"/>
          <w:strike w:val="0"/>
          <w:sz w:val="28"/>
          <w:highlight w:val="yellow"/>
          <w:u w:val="single"/>
        </w:rPr>
        <w:t>Tech</w:t>
      </w:r>
      <w:r>
        <w:rPr>
          <w:b w:val="0"/>
          <w:i w:val="0"/>
          <w:smallCaps w:val="0"/>
          <w:strike w:val="0"/>
          <w:sz w:val="16"/>
          <w:u w:val="none"/>
        </w:rPr>
        <w:t xml:space="preserve">nological </w:t>
      </w:r>
      <w:r>
        <w:rPr>
          <w:b/>
          <w:i w:val="0"/>
          <w:smallCaps w:val="0"/>
          <w:strike w:val="0"/>
          <w:sz w:val="28"/>
          <w:highlight w:val="yellow"/>
          <w:u w:val="single"/>
        </w:rPr>
        <w:t>change that</w:t>
      </w:r>
      <w:r>
        <w:rPr>
          <w:b w:val="0"/>
          <w:i w:val="0"/>
          <w:smallCaps w:val="0"/>
          <w:strike w:val="0"/>
          <w:sz w:val="16"/>
          <w:u w:val="none"/>
        </w:rPr>
        <w:t xml:space="preserve">, </w:t>
      </w:r>
      <w:r>
        <w:rPr>
          <w:b/>
          <w:i w:val="0"/>
          <w:smallCaps w:val="0"/>
          <w:strike w:val="0"/>
          <w:sz w:val="28"/>
          <w:u w:val="single"/>
        </w:rPr>
        <w:t>on balance</w:t>
      </w:r>
      <w:r>
        <w:rPr>
          <w:b w:val="0"/>
          <w:i w:val="0"/>
          <w:smallCaps w:val="0"/>
          <w:strike w:val="0"/>
          <w:sz w:val="16"/>
          <w:u w:val="none"/>
        </w:rPr>
        <w:t xml:space="preserve">, </w:t>
      </w:r>
      <w:r>
        <w:rPr>
          <w:b/>
          <w:i w:val="0"/>
          <w:smallCaps w:val="0"/>
          <w:strike w:val="0"/>
          <w:sz w:val="28"/>
          <w:highlight w:val="yellow"/>
          <w:u w:val="single"/>
        </w:rPr>
        <w:t>reinforces</w:t>
      </w:r>
      <w:r>
        <w:rPr>
          <w:b/>
          <w:i w:val="0"/>
          <w:smallCaps w:val="0"/>
          <w:strike w:val="0"/>
          <w:sz w:val="28"/>
          <w:highlight w:val="yellow"/>
          <w:u w:val="single"/>
        </w:rPr>
        <w:t xml:space="preserve"> </w:t>
      </w:r>
      <w:r>
        <w:rPr>
          <w:b/>
          <w:i w:val="0"/>
          <w:smallCaps w:val="0"/>
          <w:strike w:val="0"/>
          <w:sz w:val="28"/>
          <w:u w:val="single"/>
        </w:rPr>
        <w:t xml:space="preserve">the </w:t>
      </w:r>
      <w:r>
        <w:rPr>
          <w:b/>
          <w:i w:val="0"/>
          <w:smallCaps w:val="0"/>
          <w:strike w:val="0"/>
          <w:sz w:val="28"/>
          <w:highlight w:val="yellow"/>
          <w:u w:val="single"/>
        </w:rPr>
        <w:t>prevailing</w:t>
      </w:r>
      <w:r>
        <w:rPr>
          <w:b/>
          <w:i w:val="0"/>
          <w:smallCaps w:val="0"/>
          <w:strike w:val="0"/>
          <w:sz w:val="28"/>
          <w:u w:val="single"/>
        </w:rPr>
        <w:t xml:space="preserve"> international </w:t>
      </w:r>
      <w:r>
        <w:rPr>
          <w:b/>
          <w:i w:val="0"/>
          <w:smallCaps w:val="0"/>
          <w:strike w:val="0"/>
          <w:sz w:val="28"/>
          <w:highlight w:val="yellow"/>
          <w:u w:val="single"/>
        </w:rPr>
        <w:t xml:space="preserve">system </w:t>
      </w:r>
      <w:r>
        <w:rPr>
          <w:b/>
          <w:i w:val="0"/>
          <w:smallCaps w:val="0"/>
          <w:strike w:val="0"/>
          <w:sz w:val="28"/>
          <w:u w:val="single"/>
        </w:rPr>
        <w:t xml:space="preserve">should </w:t>
      </w:r>
      <w:r>
        <w:rPr>
          <w:b/>
          <w:i w:val="0"/>
          <w:smallCaps w:val="0"/>
          <w:strike w:val="0"/>
          <w:sz w:val="28"/>
          <w:highlight w:val="yellow"/>
          <w:u w:val="single"/>
        </w:rPr>
        <w:t>strengthen</w:t>
      </w:r>
      <w:r>
        <w:rPr>
          <w:b/>
          <w:i w:val="0"/>
          <w:smallCaps w:val="0"/>
          <w:strike w:val="0"/>
          <w:sz w:val="28"/>
          <w:highlight w:val="yellow"/>
          <w:u w:val="single"/>
        </w:rPr>
        <w:t xml:space="preserve"> stability.</w:t>
      </w:r>
    </w:p>
    <w:p>
      <w:pPr>
        <w:spacing w:after="60"/>
      </w:pPr>
      <w:r>
        <w:rPr>
          <w:b/>
          <w:i w:val="0"/>
          <w:smallCaps w:val="0"/>
          <w:strike w:val="0"/>
          <w:sz w:val="28"/>
          <w:u w:val="single"/>
        </w:rPr>
        <w:t xml:space="preserve">Leading </w:t>
      </w:r>
      <w:r>
        <w:rPr>
          <w:b/>
          <w:i w:val="0"/>
          <w:smallCaps w:val="0"/>
          <w:strike w:val="0"/>
          <w:sz w:val="28"/>
          <w:highlight w:val="yellow"/>
          <w:u w:val="single"/>
        </w:rPr>
        <w:t>democracies</w:t>
      </w:r>
      <w:r>
        <w:rPr>
          <w:b w:val="0"/>
          <w:i w:val="0"/>
          <w:smallCaps w:val="0"/>
          <w:strike w:val="0"/>
          <w:sz w:val="16"/>
          <w:u w:val="none"/>
        </w:rPr>
        <w:t xml:space="preserve">, </w:t>
      </w:r>
      <w:r>
        <w:rPr>
          <w:b/>
          <w:i w:val="0"/>
          <w:smallCaps w:val="0"/>
          <w:strike w:val="0"/>
          <w:sz w:val="28"/>
          <w:u w:val="single"/>
        </w:rPr>
        <w:t>therefore</w:t>
      </w:r>
      <w:r>
        <w:rPr>
          <w:b w:val="0"/>
          <w:i w:val="0"/>
          <w:smallCaps w:val="0"/>
          <w:strike w:val="0"/>
          <w:sz w:val="16"/>
          <w:u w:val="none"/>
        </w:rPr>
        <w:t xml:space="preserve">, </w:t>
      </w:r>
      <w:r>
        <w:rPr>
          <w:b/>
          <w:i w:val="0"/>
          <w:smallCaps w:val="0"/>
          <w:strike w:val="0"/>
          <w:sz w:val="28"/>
          <w:highlight w:val="yellow"/>
          <w:u w:val="single"/>
        </w:rPr>
        <w:t xml:space="preserve">should </w:t>
      </w:r>
      <w:r>
        <w:rPr>
          <w:b/>
          <w:i w:val="0"/>
          <w:smallCaps w:val="0"/>
          <w:strike w:val="0"/>
          <w:sz w:val="28"/>
          <w:u w:val="single"/>
        </w:rPr>
        <w:t xml:space="preserve">increase </w:t>
      </w:r>
      <w:r>
        <w:rPr>
          <w:b/>
          <w:i w:val="0"/>
          <w:smallCaps w:val="0"/>
          <w:strike w:val="0"/>
          <w:sz w:val="28"/>
          <w:highlight w:val="yellow"/>
          <w:u w:val="single"/>
        </w:rPr>
        <w:t>invest</w:t>
      </w:r>
      <w:r>
        <w:rPr>
          <w:b/>
          <w:i w:val="0"/>
          <w:smallCaps w:val="0"/>
          <w:strike w:val="0"/>
          <w:sz w:val="28"/>
          <w:u w:val="single"/>
        </w:rPr>
        <w:t>ments in emerging tech</w:t>
      </w:r>
      <w:r>
        <w:rPr>
          <w:b w:val="0"/>
          <w:i w:val="0"/>
          <w:smallCaps w:val="0"/>
          <w:strike w:val="0"/>
          <w:sz w:val="16"/>
          <w:u w:val="none"/>
        </w:rPr>
        <w:t xml:space="preserve">nology </w:t>
      </w:r>
      <w:r>
        <w:rPr>
          <w:b/>
          <w:i w:val="0"/>
          <w:smallCaps w:val="0"/>
          <w:strike w:val="0"/>
          <w:sz w:val="28"/>
          <w:highlight w:val="yellow"/>
          <w:u w:val="single"/>
        </w:rPr>
        <w:t xml:space="preserve">to maintain </w:t>
      </w:r>
      <w:r>
        <w:rPr>
          <w:b/>
          <w:i w:val="0"/>
          <w:smallCaps w:val="0"/>
          <w:strike w:val="0"/>
          <w:sz w:val="28"/>
          <w:u w:val="single"/>
        </w:rPr>
        <w:t>a tech</w:t>
      </w:r>
      <w:r>
        <w:rPr>
          <w:b w:val="0"/>
          <w:i w:val="0"/>
          <w:smallCaps w:val="0"/>
          <w:strike w:val="0"/>
          <w:sz w:val="16"/>
          <w:u w:val="none"/>
        </w:rPr>
        <w:t xml:space="preserve">nological </w:t>
      </w:r>
      <w:r>
        <w:rPr>
          <w:b/>
          <w:i w:val="0"/>
          <w:smallCaps w:val="0"/>
          <w:strike w:val="0"/>
          <w:sz w:val="28"/>
          <w:highlight w:val="yellow"/>
          <w:u w:val="single"/>
        </w:rPr>
        <w:t>edge</w:t>
      </w:r>
      <w:r>
        <w:rPr>
          <w:b/>
          <w:i w:val="0"/>
          <w:smallCaps w:val="0"/>
          <w:strike w:val="0"/>
          <w:sz w:val="28"/>
          <w:u w:val="single"/>
        </w:rPr>
        <w:t xml:space="preserve"> over their adversaries.</w:t>
      </w:r>
      <w:r>
        <w:rPr>
          <w:b w:val="0"/>
          <w:i w:val="0"/>
          <w:smallCaps w:val="0"/>
          <w:strike w:val="0"/>
          <w:sz w:val="16"/>
          <w:u w:val="none"/>
        </w:rPr>
        <w:t xml:space="preserve"> Export control and nonproliferation measures should be designed to deny emerging military technology to Russia and China. Arms control should be negotiated with the primary objective of sustaining the current international distribution of power. </w:t>
      </w:r>
      <w:r>
        <w:rPr>
          <w:b/>
          <w:i w:val="0"/>
          <w:smallCaps w:val="0"/>
          <w:strike w:val="0"/>
          <w:sz w:val="28"/>
          <w:u w:val="single"/>
        </w:rPr>
        <w:t xml:space="preserve">Making progress in these areas will be difficult. But the consequences of failure could be </w:t>
      </w:r>
      <w:r>
        <w:rPr>
          <w:b/>
          <w:i w:val="0"/>
          <w:smallCaps w:val="0"/>
          <w:strike w:val="0"/>
          <w:sz w:val="28"/>
          <w:u w:val="single"/>
        </w:rPr>
        <w:t>shifts in the international balance of power</w:t>
      </w:r>
      <w:r>
        <w:rPr>
          <w:b/>
          <w:i w:val="0"/>
          <w:smallCaps w:val="0"/>
          <w:strike w:val="0"/>
          <w:sz w:val="28"/>
          <w:u w:val="single"/>
        </w:rPr>
        <w:t xml:space="preserve">, </w:t>
      </w:r>
      <w:r>
        <w:rPr>
          <w:b/>
          <w:i w:val="0"/>
          <w:smallCaps w:val="0"/>
          <w:strike w:val="0"/>
          <w:sz w:val="28"/>
          <w:u w:val="single"/>
        </w:rPr>
        <w:t>conflict among great powers</w:t>
      </w:r>
      <w:r>
        <w:rPr>
          <w:b/>
          <w:i w:val="0"/>
          <w:smallCaps w:val="0"/>
          <w:strike w:val="0"/>
          <w:sz w:val="28"/>
          <w:u w:val="single"/>
        </w:rPr>
        <w:t xml:space="preserve">, and </w:t>
      </w:r>
      <w:r>
        <w:rPr>
          <w:b/>
          <w:i w:val="0"/>
          <w:smallCaps w:val="0"/>
          <w:strike w:val="0"/>
          <w:sz w:val="28"/>
          <w:u w:val="single"/>
        </w:rPr>
        <w:t>an increased risk of nuclear war</w:t>
      </w:r>
      <w:r>
        <w:rPr>
          <w:b w:val="0"/>
          <w:i w:val="0"/>
          <w:smallCaps w:val="0"/>
          <w:strike w:val="0"/>
          <w:sz w:val="16"/>
          <w:u w:val="none"/>
        </w:rPr>
        <w:t>.</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