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single"/>
        </w:rPr>
        <w:t>3.Centralization</w:t>
      </w:r>
      <w:r>
        <w:rPr>
          <w:b/>
          <w:i w:val="0"/>
          <w:smallCaps w:val="0"/>
          <w:strike w:val="0"/>
          <w:sz w:val="28"/>
          <w:u w:val="none"/>
        </w:rPr>
        <w:t xml:space="preserve">. Err neg---their ev overlooks Chinese </w:t>
      </w:r>
      <w:r>
        <w:rPr>
          <w:b/>
          <w:i w:val="0"/>
          <w:smallCaps w:val="0"/>
          <w:strike w:val="0"/>
          <w:sz w:val="28"/>
          <w:u w:val="single"/>
        </w:rPr>
        <w:t>censorship</w:t>
      </w:r>
      <w:r>
        <w:rPr>
          <w:b/>
          <w:i w:val="0"/>
          <w:smallCaps w:val="0"/>
          <w:strike w:val="0"/>
          <w:sz w:val="28"/>
          <w:u w:val="none"/>
        </w:rPr>
        <w:t xml:space="preserve"> and </w:t>
      </w:r>
      <w:r>
        <w:rPr>
          <w:b/>
          <w:i w:val="0"/>
          <w:smallCaps w:val="0"/>
          <w:strike w:val="0"/>
          <w:sz w:val="28"/>
          <w:u w:val="single"/>
        </w:rPr>
        <w:t>overregulation</w:t>
      </w:r>
      <w:r>
        <w:rPr>
          <w:b/>
          <w:i w:val="0"/>
          <w:smallCaps w:val="0"/>
          <w:strike w:val="0"/>
          <w:sz w:val="28"/>
          <w:u w:val="none"/>
        </w:rPr>
        <w:t>, which limit the utility of innovation.</w:t>
      </w:r>
    </w:p>
    <w:p>
      <w:pPr>
        <w:spacing w:after="80"/>
      </w:pPr>
      <w:r>
        <w:rPr>
          <w:b w:val="0"/>
          <w:i w:val="0"/>
          <w:smallCaps w:val="0"/>
          <w:strike w:val="0"/>
          <w:sz w:val="20"/>
          <w:u w:val="none"/>
        </w:rPr>
        <w:t xml:space="preserve">Helen </w:t>
      </w:r>
      <w:r>
        <w:rPr>
          <w:b/>
          <w:i w:val="0"/>
          <w:smallCaps w:val="0"/>
          <w:strike w:val="0"/>
          <w:sz w:val="24"/>
          <w:u w:val="none"/>
        </w:rPr>
        <w:t>Toner et al. 23</w:t>
      </w:r>
      <w:r>
        <w:rPr>
          <w:b w:val="0"/>
          <w:i w:val="0"/>
          <w:smallCaps w:val="0"/>
          <w:strike w:val="0"/>
          <w:sz w:val="20"/>
          <w:u w:val="none"/>
        </w:rPr>
        <w:t xml:space="preserve">, </w:t>
      </w:r>
      <w:r>
        <w:rPr>
          <w:b w:val="0"/>
          <w:i w:val="0"/>
          <w:smallCaps w:val="0"/>
          <w:strike w:val="0"/>
          <w:sz w:val="20"/>
          <w:u w:val="none"/>
        </w:rPr>
        <w:t>Director of Strategy and Foundational Research Grants at Georgetown University’s Center for Security and Emerging Technology and member of OpenAI’s Board of Directors</w:t>
      </w:r>
      <w:r>
        <w:rPr>
          <w:b w:val="0"/>
          <w:i w:val="0"/>
          <w:smallCaps w:val="0"/>
          <w:strike w:val="0"/>
          <w:sz w:val="20"/>
          <w:u w:val="none"/>
        </w:rPr>
        <w:t xml:space="preserve">, 6/2/23, </w:t>
      </w:r>
      <w:r>
        <w:rPr>
          <w:b w:val="0"/>
          <w:i w:val="0"/>
          <w:smallCaps w:val="0"/>
          <w:strike w:val="0"/>
          <w:sz w:val="20"/>
          <w:u w:val="none"/>
        </w:rPr>
        <w:t>“</w:t>
      </w:r>
      <w:r>
        <w:rPr>
          <w:b w:val="0"/>
          <w:i w:val="0"/>
          <w:smallCaps w:val="0"/>
          <w:strike w:val="0"/>
          <w:sz w:val="20"/>
          <w:u w:val="none"/>
        </w:rPr>
        <w:t>The Illusion of China’s AI Prowess</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 vivi!</w:t>
      </w:r>
    </w:p>
    <w:p>
      <w:pPr>
        <w:spacing w:after="60"/>
      </w:pPr>
      <w:r>
        <w:rPr>
          <w:b/>
          <w:i w:val="0"/>
          <w:smallCaps w:val="0"/>
          <w:strike w:val="0"/>
          <w:sz w:val="28"/>
          <w:highlight w:val="yellow"/>
          <w:u w:val="single"/>
        </w:rPr>
        <w:t xml:space="preserve">Chinese AI developers </w:t>
      </w:r>
      <w:r>
        <w:rPr>
          <w:b/>
          <w:i w:val="0"/>
          <w:smallCaps w:val="0"/>
          <w:strike w:val="0"/>
          <w:sz w:val="28"/>
          <w:highlight w:val="yellow"/>
          <w:u w:val="single"/>
        </w:rPr>
        <w:t>struggle</w:t>
      </w:r>
      <w:r>
        <w:rPr>
          <w:b w:val="0"/>
          <w:i w:val="0"/>
          <w:smallCaps w:val="0"/>
          <w:strike w:val="0"/>
          <w:sz w:val="16"/>
          <w:u w:val="none"/>
        </w:rPr>
        <w:t xml:space="preserve"> with the pressure </w:t>
      </w:r>
      <w:r>
        <w:rPr>
          <w:b/>
          <w:i w:val="0"/>
          <w:smallCaps w:val="0"/>
          <w:strike w:val="0"/>
          <w:sz w:val="28"/>
          <w:highlight w:val="yellow"/>
          <w:u w:val="single"/>
        </w:rPr>
        <w:t xml:space="preserve">to keep up with their </w:t>
      </w:r>
      <w:r>
        <w:rPr>
          <w:b/>
          <w:i w:val="0"/>
          <w:smallCaps w:val="0"/>
          <w:strike w:val="0"/>
          <w:sz w:val="28"/>
          <w:highlight w:val="yellow"/>
          <w:u w:val="single"/>
        </w:rPr>
        <w:t>U.S. counterparts</w:t>
      </w:r>
      <w:r>
        <w:rPr>
          <w:b w:val="0"/>
          <w:i w:val="0"/>
          <w:smallCaps w:val="0"/>
          <w:strike w:val="0"/>
          <w:sz w:val="16"/>
          <w:u w:val="none"/>
        </w:rPr>
        <w:t>. In August 2021, more than 100 researchers at Stanford collaborated on a major paper about the future of so-called foundation models, a category of AI systems that includes LLMs. Seven months later, the Beijing Academy of AI released a similarly lengthy literature review on a related subject, with almost as many co-authors. But within a few weeks, a researcher at Google discovered that large sections of the Chinese paper had been plagiarized from a handful of international papers—perhaps, Chinese-language media speculated, because the graduate students involved in drafting the paper faced extreme pressure and were up against very short deadlines.</w:t>
      </w:r>
    </w:p>
    <w:p>
      <w:pPr>
        <w:spacing w:after="60"/>
      </w:pPr>
      <w:r>
        <w:rPr>
          <w:b w:val="0"/>
          <w:i w:val="0"/>
          <w:smallCaps w:val="0"/>
          <w:strike w:val="0"/>
          <w:sz w:val="16"/>
          <w:u w:val="none"/>
        </w:rPr>
        <w:t xml:space="preserve">Americans should not be haunted by the specter of an imminent Chinese surge in LLM development. </w:t>
      </w:r>
      <w:r>
        <w:rPr>
          <w:b/>
          <w:i w:val="0"/>
          <w:smallCaps w:val="0"/>
          <w:strike w:val="0"/>
          <w:sz w:val="28"/>
          <w:u w:val="single"/>
        </w:rPr>
        <w:t>Chinese AI teams</w:t>
      </w:r>
      <w:r>
        <w:rPr>
          <w:b/>
          <w:i w:val="0"/>
          <w:smallCaps w:val="0"/>
          <w:strike w:val="0"/>
          <w:sz w:val="28"/>
          <w:u w:val="single"/>
        </w:rPr>
        <w:t xml:space="preserve"> are fighting</w:t>
      </w:r>
      <w:r>
        <w:rPr>
          <w:b w:val="0"/>
          <w:i w:val="0"/>
          <w:smallCaps w:val="0"/>
          <w:strike w:val="0"/>
          <w:sz w:val="16"/>
          <w:u w:val="none"/>
        </w:rPr>
        <w:t>—</w:t>
      </w:r>
      <w:r>
        <w:rPr>
          <w:b/>
          <w:i w:val="0"/>
          <w:smallCaps w:val="0"/>
          <w:strike w:val="0"/>
          <w:sz w:val="28"/>
          <w:u w:val="single"/>
        </w:rPr>
        <w:t>and</w:t>
      </w:r>
      <w:r>
        <w:rPr>
          <w:b w:val="0"/>
          <w:i w:val="0"/>
          <w:smallCaps w:val="0"/>
          <w:strike w:val="0"/>
          <w:sz w:val="16"/>
          <w:u w:val="none"/>
        </w:rPr>
        <w:t xml:space="preserve"> often </w:t>
      </w:r>
      <w:r>
        <w:rPr>
          <w:b/>
          <w:i w:val="0"/>
          <w:smallCaps w:val="0"/>
          <w:strike w:val="0"/>
          <w:sz w:val="28"/>
          <w:u w:val="single"/>
        </w:rPr>
        <w:t>failing</w:t>
      </w:r>
      <w:r>
        <w:rPr>
          <w:b w:val="0"/>
          <w:i w:val="0"/>
          <w:smallCaps w:val="0"/>
          <w:strike w:val="0"/>
          <w:sz w:val="16"/>
          <w:u w:val="none"/>
        </w:rPr>
        <w:t>—</w:t>
      </w:r>
      <w:r>
        <w:rPr>
          <w:b/>
          <w:i w:val="0"/>
          <w:smallCaps w:val="0"/>
          <w:strike w:val="0"/>
          <w:sz w:val="28"/>
          <w:u w:val="single"/>
        </w:rPr>
        <w:t xml:space="preserve">to keep up with the blistering speed of </w:t>
      </w:r>
      <w:r>
        <w:rPr>
          <w:b/>
          <w:i w:val="0"/>
          <w:smallCaps w:val="0"/>
          <w:strike w:val="0"/>
          <w:sz w:val="28"/>
          <w:u w:val="single"/>
        </w:rPr>
        <w:t>new research</w:t>
      </w:r>
      <w:r>
        <w:rPr>
          <w:b/>
          <w:i w:val="0"/>
          <w:smallCaps w:val="0"/>
          <w:strike w:val="0"/>
          <w:sz w:val="28"/>
          <w:u w:val="single"/>
        </w:rPr>
        <w:t xml:space="preserve"> and </w:t>
      </w:r>
      <w:r>
        <w:rPr>
          <w:b/>
          <w:i w:val="0"/>
          <w:smallCaps w:val="0"/>
          <w:strike w:val="0"/>
          <w:sz w:val="28"/>
          <w:u w:val="single"/>
        </w:rPr>
        <w:t>products</w:t>
      </w:r>
      <w:r>
        <w:rPr>
          <w:b w:val="0"/>
          <w:i w:val="0"/>
          <w:smallCaps w:val="0"/>
          <w:strike w:val="0"/>
          <w:sz w:val="16"/>
          <w:u w:val="none"/>
        </w:rPr>
        <w:t xml:space="preserve"> emerging elsewhere. When it comes to LLMs, </w:t>
      </w:r>
      <w:r>
        <w:rPr>
          <w:b/>
          <w:i w:val="0"/>
          <w:smallCaps w:val="0"/>
          <w:strike w:val="0"/>
          <w:sz w:val="28"/>
          <w:u w:val="single"/>
        </w:rPr>
        <w:t>China trails</w:t>
      </w:r>
      <w:r>
        <w:rPr>
          <w:b w:val="0"/>
          <w:i w:val="0"/>
          <w:smallCaps w:val="0"/>
          <w:strike w:val="0"/>
          <w:sz w:val="16"/>
          <w:u w:val="none"/>
        </w:rPr>
        <w:t xml:space="preserve"> years, not months, </w:t>
      </w:r>
      <w:r>
        <w:rPr>
          <w:b/>
          <w:i w:val="0"/>
          <w:smallCaps w:val="0"/>
          <w:strike w:val="0"/>
          <w:sz w:val="28"/>
          <w:u w:val="single"/>
        </w:rPr>
        <w:t xml:space="preserve">behind its </w:t>
      </w:r>
      <w:r>
        <w:rPr>
          <w:b/>
          <w:i w:val="0"/>
          <w:smallCaps w:val="0"/>
          <w:strike w:val="0"/>
          <w:sz w:val="28"/>
          <w:u w:val="single"/>
        </w:rPr>
        <w:t>international competitors</w:t>
      </w:r>
      <w:r>
        <w:rPr>
          <w:b w:val="0"/>
          <w:i w:val="0"/>
          <w:smallCaps w:val="0"/>
          <w:strike w:val="0"/>
          <w:sz w:val="16"/>
          <w:u w:val="none"/>
        </w:rPr>
        <w:t>.</w:t>
      </w:r>
    </w:p>
    <w:p>
      <w:pPr>
        <w:spacing w:after="60"/>
      </w:pPr>
      <w:r>
        <w:rPr>
          <w:b w:val="0"/>
          <w:i w:val="0"/>
          <w:smallCaps w:val="0"/>
          <w:strike w:val="0"/>
          <w:sz w:val="16"/>
          <w:u w:val="none"/>
        </w:rPr>
        <w:t>HEADWINDS AND HANDICAPS</w:t>
      </w:r>
    </w:p>
    <w:p>
      <w:pPr>
        <w:spacing w:after="60"/>
      </w:pPr>
      <w:r>
        <w:rPr>
          <w:b/>
          <w:i w:val="0"/>
          <w:smallCaps w:val="0"/>
          <w:strike w:val="0"/>
          <w:sz w:val="28"/>
          <w:highlight w:val="yellow"/>
          <w:u w:val="single"/>
        </w:rPr>
        <w:t xml:space="preserve">Forces </w:t>
      </w:r>
      <w:r>
        <w:rPr>
          <w:b/>
          <w:i w:val="0"/>
          <w:smallCaps w:val="0"/>
          <w:strike w:val="0"/>
          <w:sz w:val="28"/>
          <w:highlight w:val="yellow"/>
          <w:u w:val="single"/>
        </w:rPr>
        <w:t>external</w:t>
      </w:r>
      <w:r>
        <w:rPr>
          <w:b/>
          <w:i w:val="0"/>
          <w:smallCaps w:val="0"/>
          <w:strike w:val="0"/>
          <w:sz w:val="28"/>
          <w:highlight w:val="yellow"/>
          <w:u w:val="single"/>
        </w:rPr>
        <w:t xml:space="preserve"> to</w:t>
      </w:r>
      <w:r>
        <w:rPr>
          <w:b/>
          <w:i w:val="0"/>
          <w:smallCaps w:val="0"/>
          <w:strike w:val="0"/>
          <w:sz w:val="28"/>
          <w:u w:val="single"/>
        </w:rPr>
        <w:t xml:space="preserve"> the </w:t>
      </w:r>
      <w:r>
        <w:rPr>
          <w:b/>
          <w:i w:val="0"/>
          <w:smallCaps w:val="0"/>
          <w:strike w:val="0"/>
          <w:sz w:val="28"/>
          <w:highlight w:val="yellow"/>
          <w:u w:val="single"/>
        </w:rPr>
        <w:t>AI</w:t>
      </w:r>
      <w:r>
        <w:rPr>
          <w:b/>
          <w:i w:val="0"/>
          <w:smallCaps w:val="0"/>
          <w:strike w:val="0"/>
          <w:sz w:val="28"/>
          <w:u w:val="single"/>
        </w:rPr>
        <w:t xml:space="preserve"> industry</w:t>
      </w:r>
      <w:r>
        <w:rPr>
          <w:b w:val="0"/>
          <w:i w:val="0"/>
          <w:smallCaps w:val="0"/>
          <w:strike w:val="0"/>
          <w:sz w:val="16"/>
          <w:u w:val="none"/>
        </w:rPr>
        <w:t xml:space="preserve"> also </w:t>
      </w:r>
      <w:r>
        <w:rPr>
          <w:b/>
          <w:i w:val="0"/>
          <w:smallCaps w:val="0"/>
          <w:strike w:val="0"/>
          <w:sz w:val="28"/>
          <w:highlight w:val="yellow"/>
          <w:u w:val="single"/>
        </w:rPr>
        <w:t>impede</w:t>
      </w:r>
      <w:r>
        <w:rPr>
          <w:b w:val="0"/>
          <w:i w:val="0"/>
          <w:smallCaps w:val="0"/>
          <w:strike w:val="0"/>
          <w:sz w:val="16"/>
          <w:u w:val="none"/>
        </w:rPr>
        <w:t xml:space="preserve"> the pace of </w:t>
      </w:r>
      <w:r>
        <w:rPr>
          <w:b/>
          <w:i w:val="0"/>
          <w:smallCaps w:val="0"/>
          <w:strike w:val="0"/>
          <w:sz w:val="28"/>
          <w:highlight w:val="yellow"/>
          <w:u w:val="single"/>
        </w:rPr>
        <w:t>innovation</w:t>
      </w:r>
      <w:r>
        <w:rPr>
          <w:b/>
          <w:i w:val="0"/>
          <w:smallCaps w:val="0"/>
          <w:strike w:val="0"/>
          <w:sz w:val="28"/>
          <w:u w:val="single"/>
        </w:rPr>
        <w:t xml:space="preserve"> in China</w:t>
      </w:r>
      <w:r>
        <w:rPr>
          <w:b w:val="0"/>
          <w:i w:val="0"/>
          <w:smallCaps w:val="0"/>
          <w:strike w:val="0"/>
          <w:sz w:val="16"/>
          <w:u w:val="none"/>
        </w:rPr>
        <w:t xml:space="preserve">. Because of the outsize computational demands of LLMs, the </w:t>
      </w:r>
      <w:r>
        <w:rPr>
          <w:b/>
          <w:i w:val="0"/>
          <w:smallCaps w:val="0"/>
          <w:strike w:val="0"/>
          <w:sz w:val="28"/>
          <w:u w:val="single"/>
        </w:rPr>
        <w:t xml:space="preserve">international </w:t>
      </w:r>
      <w:r>
        <w:rPr>
          <w:b/>
          <w:i w:val="0"/>
          <w:smallCaps w:val="0"/>
          <w:strike w:val="0"/>
          <w:sz w:val="28"/>
          <w:highlight w:val="yellow"/>
          <w:u w:val="single"/>
        </w:rPr>
        <w:t xml:space="preserve">competition over </w:t>
      </w:r>
      <w:r>
        <w:rPr>
          <w:b/>
          <w:i w:val="0"/>
          <w:smallCaps w:val="0"/>
          <w:strike w:val="0"/>
          <w:sz w:val="28"/>
          <w:highlight w:val="yellow"/>
          <w:u w:val="single"/>
        </w:rPr>
        <w:t>semiconductors</w:t>
      </w:r>
      <w:r>
        <w:rPr>
          <w:b/>
          <w:i w:val="0"/>
          <w:smallCaps w:val="0"/>
          <w:strike w:val="0"/>
          <w:sz w:val="28"/>
          <w:u w:val="single"/>
        </w:rPr>
        <w:t xml:space="preserve"> inevitably </w:t>
      </w:r>
      <w:r>
        <w:rPr>
          <w:b/>
          <w:i w:val="0"/>
          <w:smallCaps w:val="0"/>
          <w:strike w:val="0"/>
          <w:sz w:val="28"/>
          <w:highlight w:val="yellow"/>
          <w:u w:val="single"/>
        </w:rPr>
        <w:t>affects</w:t>
      </w:r>
      <w:r>
        <w:rPr>
          <w:b/>
          <w:i w:val="0"/>
          <w:smallCaps w:val="0"/>
          <w:strike w:val="0"/>
          <w:sz w:val="28"/>
          <w:u w:val="single"/>
        </w:rPr>
        <w:t xml:space="preserve"> AI </w:t>
      </w:r>
      <w:r>
        <w:rPr>
          <w:b/>
          <w:i w:val="0"/>
          <w:smallCaps w:val="0"/>
          <w:strike w:val="0"/>
          <w:sz w:val="28"/>
          <w:highlight w:val="yellow"/>
          <w:u w:val="single"/>
        </w:rPr>
        <w:t>research and development</w:t>
      </w:r>
      <w:r>
        <w:rPr>
          <w:b w:val="0"/>
          <w:i w:val="0"/>
          <w:smallCaps w:val="0"/>
          <w:strike w:val="0"/>
          <w:sz w:val="16"/>
          <w:u w:val="none"/>
        </w:rPr>
        <w:t xml:space="preserve">. The </w:t>
      </w:r>
      <w:r>
        <w:rPr>
          <w:b/>
          <w:i w:val="0"/>
          <w:smallCaps w:val="0"/>
          <w:strike w:val="0"/>
          <w:sz w:val="28"/>
          <w:highlight w:val="yellow"/>
          <w:u w:val="single"/>
        </w:rPr>
        <w:t xml:space="preserve">Chinese semiconductor industry can only produce chips </w:t>
      </w:r>
      <w:r>
        <w:rPr>
          <w:b/>
          <w:i w:val="0"/>
          <w:smallCaps w:val="0"/>
          <w:strike w:val="0"/>
          <w:sz w:val="28"/>
          <w:highlight w:val="yellow"/>
          <w:u w:val="single"/>
        </w:rPr>
        <w:t>several generations behind</w:t>
      </w:r>
      <w:r>
        <w:rPr>
          <w:b/>
          <w:i w:val="0"/>
          <w:smallCaps w:val="0"/>
          <w:strike w:val="0"/>
          <w:sz w:val="28"/>
          <w:u w:val="single"/>
        </w:rPr>
        <w:t xml:space="preserve"> the latest </w:t>
      </w:r>
      <w:r>
        <w:rPr>
          <w:b/>
          <w:i w:val="0"/>
          <w:smallCaps w:val="0"/>
          <w:strike w:val="0"/>
          <w:sz w:val="28"/>
          <w:u w:val="single"/>
        </w:rPr>
        <w:t>cutting-edge</w:t>
      </w:r>
      <w:r>
        <w:rPr>
          <w:b/>
          <w:i w:val="0"/>
          <w:smallCaps w:val="0"/>
          <w:strike w:val="0"/>
          <w:sz w:val="28"/>
          <w:u w:val="single"/>
        </w:rPr>
        <w:t xml:space="preserve"> ones, forcing many </w:t>
      </w:r>
      <w:r>
        <w:rPr>
          <w:b/>
          <w:i w:val="0"/>
          <w:smallCaps w:val="0"/>
          <w:strike w:val="0"/>
          <w:sz w:val="28"/>
          <w:highlight w:val="yellow"/>
          <w:u w:val="single"/>
        </w:rPr>
        <w:t>Chinese labs</w:t>
      </w:r>
      <w:r>
        <w:rPr>
          <w:b/>
          <w:i w:val="0"/>
          <w:smallCaps w:val="0"/>
          <w:strike w:val="0"/>
          <w:sz w:val="28"/>
          <w:u w:val="single"/>
        </w:rPr>
        <w:t xml:space="preserve"> to </w:t>
      </w:r>
      <w:r>
        <w:rPr>
          <w:b/>
          <w:i w:val="0"/>
          <w:smallCaps w:val="0"/>
          <w:strike w:val="0"/>
          <w:sz w:val="28"/>
          <w:highlight w:val="yellow"/>
          <w:u w:val="single"/>
        </w:rPr>
        <w:t>rely on</w:t>
      </w:r>
      <w:r>
        <w:rPr>
          <w:b w:val="0"/>
          <w:i w:val="0"/>
          <w:smallCaps w:val="0"/>
          <w:strike w:val="0"/>
          <w:sz w:val="16"/>
          <w:u w:val="none"/>
        </w:rPr>
        <w:t xml:space="preserve"> high-end chips developed by </w:t>
      </w:r>
      <w:r>
        <w:rPr>
          <w:b/>
          <w:i w:val="0"/>
          <w:smallCaps w:val="0"/>
          <w:strike w:val="0"/>
          <w:sz w:val="28"/>
          <w:highlight w:val="yellow"/>
          <w:u w:val="single"/>
        </w:rPr>
        <w:t>U.S. firms</w:t>
      </w:r>
      <w:r>
        <w:rPr>
          <w:b w:val="0"/>
          <w:i w:val="0"/>
          <w:smallCaps w:val="0"/>
          <w:strike w:val="0"/>
          <w:sz w:val="16"/>
          <w:u w:val="none"/>
        </w:rPr>
        <w:t>. In recent research analyzing Chinese LLMs, we found 17 models that used chips produced by the California-based firm NVIDIA; by contrast, we identified only three models built with Chinese-made chips.</w:t>
      </w:r>
    </w:p>
    <w:p>
      <w:pPr>
        <w:spacing w:after="60"/>
      </w:pPr>
      <w:r>
        <w:rPr>
          <w:b w:val="0"/>
          <w:i w:val="0"/>
          <w:smallCaps w:val="0"/>
          <w:strike w:val="0"/>
          <w:sz w:val="16"/>
          <w:u w:val="none"/>
        </w:rPr>
        <w:t xml:space="preserve">Huawei’s PanGu-​​α, released in 2021, was one of the three exceptions. Trained using Huawei’s in-house Ascend processors, the model appears to have been developed with significantly less computational power than best practices would recommend. </w:t>
      </w:r>
      <w:r>
        <w:rPr>
          <w:b/>
          <w:i w:val="0"/>
          <w:smallCaps w:val="0"/>
          <w:strike w:val="0"/>
          <w:sz w:val="28"/>
          <w:u w:val="single"/>
        </w:rPr>
        <w:t>Although it is currently</w:t>
      </w:r>
      <w:r>
        <w:rPr>
          <w:b/>
          <w:i w:val="0"/>
          <w:smallCaps w:val="0"/>
          <w:strike w:val="0"/>
          <w:sz w:val="28"/>
          <w:u w:val="single"/>
        </w:rPr>
        <w:t xml:space="preserve"> </w:t>
      </w:r>
      <w:r>
        <w:rPr>
          <w:b/>
          <w:i w:val="0"/>
          <w:smallCaps w:val="0"/>
          <w:strike w:val="0"/>
          <w:sz w:val="28"/>
          <w:u w:val="single"/>
        </w:rPr>
        <w:t>perfectly legal</w:t>
      </w:r>
      <w:r>
        <w:rPr>
          <w:b/>
          <w:i w:val="0"/>
          <w:smallCaps w:val="0"/>
          <w:strike w:val="0"/>
          <w:sz w:val="28"/>
          <w:u w:val="single"/>
        </w:rPr>
        <w:t xml:space="preserve"> for Chinese research groups to access </w:t>
      </w:r>
      <w:r>
        <w:rPr>
          <w:b w:val="0"/>
          <w:i w:val="0"/>
          <w:smallCaps w:val="0"/>
          <w:strike w:val="0"/>
          <w:sz w:val="16"/>
          <w:u w:val="none"/>
        </w:rPr>
        <w:t xml:space="preserve">cutting-edge </w:t>
      </w:r>
      <w:r>
        <w:rPr>
          <w:b/>
          <w:i w:val="0"/>
          <w:smallCaps w:val="0"/>
          <w:strike w:val="0"/>
          <w:sz w:val="28"/>
          <w:u w:val="single"/>
        </w:rPr>
        <w:t>U.S. chips</w:t>
      </w:r>
      <w:r>
        <w:rPr>
          <w:b w:val="0"/>
          <w:i w:val="0"/>
          <w:smallCaps w:val="0"/>
          <w:strike w:val="0"/>
          <w:sz w:val="16"/>
          <w:u w:val="none"/>
        </w:rPr>
        <w:t xml:space="preserve"> by renting hardware from cloud providers such as Amazon or Microsoft, </w:t>
      </w:r>
      <w:r>
        <w:rPr>
          <w:b/>
          <w:i w:val="0"/>
          <w:smallCaps w:val="0"/>
          <w:strike w:val="0"/>
          <w:sz w:val="28"/>
          <w:u w:val="single"/>
        </w:rPr>
        <w:t>Beijing must be worried that</w:t>
      </w:r>
      <w:r>
        <w:rPr>
          <w:b w:val="0"/>
          <w:i w:val="0"/>
          <w:smallCaps w:val="0"/>
          <w:strike w:val="0"/>
          <w:sz w:val="16"/>
          <w:u w:val="none"/>
        </w:rPr>
        <w:t xml:space="preserve"> the intensifying rhetoric and </w:t>
      </w:r>
      <w:r>
        <w:rPr>
          <w:b/>
          <w:i w:val="0"/>
          <w:smallCaps w:val="0"/>
          <w:strike w:val="0"/>
          <w:sz w:val="28"/>
          <w:highlight w:val="yellow"/>
          <w:u w:val="single"/>
        </w:rPr>
        <w:t>restrictions</w:t>
      </w:r>
      <w:r>
        <w:rPr>
          <w:b/>
          <w:i w:val="0"/>
          <w:smallCaps w:val="0"/>
          <w:strike w:val="0"/>
          <w:sz w:val="28"/>
          <w:u w:val="single"/>
        </w:rPr>
        <w:t xml:space="preserve"> around semiconductors </w:t>
      </w:r>
      <w:r>
        <w:rPr>
          <w:b/>
          <w:i w:val="0"/>
          <w:smallCaps w:val="0"/>
          <w:strike w:val="0"/>
          <w:sz w:val="28"/>
          <w:highlight w:val="yellow"/>
          <w:u w:val="single"/>
        </w:rPr>
        <w:t xml:space="preserve">will </w:t>
      </w:r>
      <w:r>
        <w:rPr>
          <w:b/>
          <w:i w:val="0"/>
          <w:smallCaps w:val="0"/>
          <w:strike w:val="0"/>
          <w:sz w:val="28"/>
          <w:highlight w:val="yellow"/>
          <w:u w:val="single"/>
        </w:rPr>
        <w:t>hobble</w:t>
      </w:r>
      <w:r>
        <w:rPr>
          <w:b/>
          <w:i w:val="0"/>
          <w:smallCaps w:val="0"/>
          <w:strike w:val="0"/>
          <w:sz w:val="28"/>
          <w:u w:val="single"/>
        </w:rPr>
        <w:t xml:space="preserve"> its </w:t>
      </w:r>
      <w:r>
        <w:rPr>
          <w:b/>
          <w:i w:val="0"/>
          <w:smallCaps w:val="0"/>
          <w:strike w:val="0"/>
          <w:sz w:val="28"/>
          <w:highlight w:val="yellow"/>
          <w:u w:val="single"/>
        </w:rPr>
        <w:t>AI companies</w:t>
      </w:r>
      <w:r>
        <w:rPr>
          <w:b/>
          <w:i w:val="0"/>
          <w:smallCaps w:val="0"/>
          <w:strike w:val="0"/>
          <w:sz w:val="28"/>
          <w:u w:val="single"/>
        </w:rPr>
        <w:t xml:space="preserve"> and researchers</w:t>
      </w:r>
      <w:r>
        <w:rPr>
          <w:b w:val="0"/>
          <w:i w:val="0"/>
          <w:smallCaps w:val="0"/>
          <w:strike w:val="0"/>
          <w:sz w:val="16"/>
          <w:u w:val="none"/>
        </w:rPr>
        <w:t>.</w:t>
      </w:r>
    </w:p>
    <w:p>
      <w:pPr>
        <w:spacing w:after="60"/>
      </w:pPr>
      <w:r>
        <w:rPr>
          <w:b w:val="0"/>
          <w:i w:val="0"/>
          <w:smallCaps w:val="0"/>
          <w:strike w:val="0"/>
          <w:sz w:val="16"/>
          <w:u w:val="none"/>
        </w:rPr>
        <w:t xml:space="preserve">More broadly, </w:t>
      </w:r>
      <w:r>
        <w:rPr>
          <w:b/>
          <w:i w:val="0"/>
          <w:smallCaps w:val="0"/>
          <w:strike w:val="0"/>
          <w:sz w:val="28"/>
          <w:highlight w:val="yellow"/>
          <w:u w:val="single"/>
        </w:rPr>
        <w:t>pessimism</w:t>
      </w:r>
      <w:r>
        <w:rPr>
          <w:b/>
          <w:i w:val="0"/>
          <w:smallCaps w:val="0"/>
          <w:strike w:val="0"/>
          <w:sz w:val="28"/>
          <w:u w:val="single"/>
        </w:rPr>
        <w:t xml:space="preserve"> about the overall </w:t>
      </w:r>
      <w:r>
        <w:rPr>
          <w:b/>
          <w:i w:val="0"/>
          <w:smallCaps w:val="0"/>
          <w:strike w:val="0"/>
          <w:sz w:val="28"/>
          <w:u w:val="single"/>
        </w:rPr>
        <w:t>economic</w:t>
      </w:r>
      <w:r>
        <w:rPr>
          <w:b/>
          <w:i w:val="0"/>
          <w:smallCaps w:val="0"/>
          <w:strike w:val="0"/>
          <w:sz w:val="28"/>
          <w:u w:val="single"/>
        </w:rPr>
        <w:t xml:space="preserve"> and </w:t>
      </w:r>
      <w:r>
        <w:rPr>
          <w:b/>
          <w:i w:val="0"/>
          <w:smallCaps w:val="0"/>
          <w:strike w:val="0"/>
          <w:sz w:val="28"/>
          <w:u w:val="single"/>
        </w:rPr>
        <w:t>technological outlook</w:t>
      </w:r>
      <w:r>
        <w:rPr>
          <w:b/>
          <w:i w:val="0"/>
          <w:smallCaps w:val="0"/>
          <w:strike w:val="0"/>
          <w:sz w:val="28"/>
          <w:u w:val="single"/>
        </w:rPr>
        <w:t xml:space="preserve"> in China </w:t>
      </w:r>
      <w:r>
        <w:rPr>
          <w:b/>
          <w:i w:val="0"/>
          <w:smallCaps w:val="0"/>
          <w:strike w:val="0"/>
          <w:sz w:val="28"/>
          <w:highlight w:val="yellow"/>
          <w:u w:val="single"/>
        </w:rPr>
        <w:t>may hamper domestic</w:t>
      </w:r>
      <w:r>
        <w:rPr>
          <w:b/>
          <w:i w:val="0"/>
          <w:smallCaps w:val="0"/>
          <w:strike w:val="0"/>
          <w:sz w:val="28"/>
          <w:u w:val="single"/>
        </w:rPr>
        <w:t xml:space="preserve"> </w:t>
      </w:r>
      <w:r>
        <w:rPr>
          <w:b/>
          <w:i w:val="0"/>
          <w:smallCaps w:val="0"/>
          <w:strike w:val="0"/>
          <w:sz w:val="28"/>
          <w:u w:val="single"/>
        </w:rPr>
        <w:t xml:space="preserve">AI </w:t>
      </w:r>
      <w:r>
        <w:rPr>
          <w:b/>
          <w:i w:val="0"/>
          <w:smallCaps w:val="0"/>
          <w:strike w:val="0"/>
          <w:sz w:val="28"/>
          <w:highlight w:val="yellow"/>
          <w:u w:val="single"/>
        </w:rPr>
        <w:t>efforts</w:t>
      </w:r>
      <w:r>
        <w:rPr>
          <w:b w:val="0"/>
          <w:i w:val="0"/>
          <w:smallCaps w:val="0"/>
          <w:strike w:val="0"/>
          <w:sz w:val="16"/>
          <w:u w:val="none"/>
        </w:rPr>
        <w:t xml:space="preserve">. In response to a wave of regulatory scrutiny and a significant economic slowdown in the country, many </w:t>
      </w:r>
      <w:r>
        <w:rPr>
          <w:b/>
          <w:i w:val="0"/>
          <w:smallCaps w:val="0"/>
          <w:strike w:val="0"/>
          <w:sz w:val="28"/>
          <w:highlight w:val="yellow"/>
          <w:u w:val="single"/>
        </w:rPr>
        <w:t xml:space="preserve">Chinese </w:t>
      </w:r>
      <w:r>
        <w:rPr>
          <w:b/>
          <w:i w:val="0"/>
          <w:smallCaps w:val="0"/>
          <w:strike w:val="0"/>
          <w:sz w:val="28"/>
          <w:highlight w:val="yellow"/>
          <w:u w:val="single"/>
        </w:rPr>
        <w:t>startups</w:t>
      </w:r>
      <w:r>
        <w:rPr>
          <w:b/>
          <w:i w:val="0"/>
          <w:smallCaps w:val="0"/>
          <w:strike w:val="0"/>
          <w:sz w:val="28"/>
          <w:highlight w:val="yellow"/>
          <w:u w:val="single"/>
        </w:rPr>
        <w:t xml:space="preserve"> are</w:t>
      </w:r>
      <w:r>
        <w:rPr>
          <w:b/>
          <w:i w:val="0"/>
          <w:smallCaps w:val="0"/>
          <w:strike w:val="0"/>
          <w:sz w:val="28"/>
          <w:u w:val="single"/>
        </w:rPr>
        <w:t xml:space="preserve"> now </w:t>
      </w:r>
      <w:r>
        <w:rPr>
          <w:b/>
          <w:i w:val="0"/>
          <w:smallCaps w:val="0"/>
          <w:strike w:val="0"/>
          <w:sz w:val="28"/>
          <w:highlight w:val="yellow"/>
          <w:u w:val="single"/>
        </w:rPr>
        <w:t xml:space="preserve">opting to base their operations </w:t>
      </w:r>
      <w:r>
        <w:rPr>
          <w:b/>
          <w:i w:val="0"/>
          <w:smallCaps w:val="0"/>
          <w:strike w:val="0"/>
          <w:sz w:val="28"/>
          <w:highlight w:val="yellow"/>
          <w:u w:val="single"/>
        </w:rPr>
        <w:t>overseas</w:t>
      </w:r>
      <w:r>
        <w:rPr>
          <w:b/>
          <w:i w:val="0"/>
          <w:smallCaps w:val="0"/>
          <w:strike w:val="0"/>
          <w:sz w:val="28"/>
          <w:u w:val="single"/>
        </w:rPr>
        <w:t xml:space="preserve"> and sell to an </w:t>
      </w:r>
      <w:r>
        <w:rPr>
          <w:b/>
          <w:i w:val="0"/>
          <w:smallCaps w:val="0"/>
          <w:strike w:val="0"/>
          <w:sz w:val="28"/>
          <w:u w:val="single"/>
        </w:rPr>
        <w:t>international market</w:t>
      </w:r>
      <w:r>
        <w:rPr>
          <w:b w:val="0"/>
          <w:i w:val="0"/>
          <w:smallCaps w:val="0"/>
          <w:strike w:val="0"/>
          <w:sz w:val="16"/>
          <w:u w:val="none"/>
        </w:rPr>
        <w:t xml:space="preserve"> instead of selling primarily to the Chinese market. </w:t>
      </w:r>
      <w:r>
        <w:rPr>
          <w:b/>
          <w:i w:val="0"/>
          <w:smallCaps w:val="0"/>
          <w:strike w:val="0"/>
          <w:sz w:val="28"/>
          <w:u w:val="single"/>
        </w:rPr>
        <w:t xml:space="preserve">This shift has been driven by the </w:t>
      </w:r>
      <w:r>
        <w:rPr>
          <w:b/>
          <w:i w:val="0"/>
          <w:smallCaps w:val="0"/>
          <w:strike w:val="0"/>
          <w:sz w:val="28"/>
          <w:highlight w:val="yellow"/>
          <w:u w:val="single"/>
        </w:rPr>
        <w:t>increasing desire</w:t>
      </w:r>
      <w:r>
        <w:rPr>
          <w:b w:val="0"/>
          <w:i w:val="0"/>
          <w:smallCaps w:val="0"/>
          <w:strike w:val="0"/>
          <w:sz w:val="16"/>
          <w:u w:val="none"/>
        </w:rPr>
        <w:t xml:space="preserve"> among Chinese entrepreneurs to gain easier access to foreign investment and </w:t>
      </w:r>
      <w:r>
        <w:rPr>
          <w:b/>
          <w:i w:val="0"/>
          <w:smallCaps w:val="0"/>
          <w:strike w:val="0"/>
          <w:sz w:val="28"/>
          <w:highlight w:val="yellow"/>
          <w:u w:val="single"/>
        </w:rPr>
        <w:t xml:space="preserve">to escape China’s stringent </w:t>
      </w:r>
      <w:r>
        <w:rPr>
          <w:b/>
          <w:i w:val="0"/>
          <w:smallCaps w:val="0"/>
          <w:strike w:val="0"/>
          <w:sz w:val="28"/>
          <w:highlight w:val="yellow"/>
          <w:u w:val="single"/>
        </w:rPr>
        <w:t>regulatory environment</w:t>
      </w:r>
      <w:r>
        <w:rPr>
          <w:b w:val="0"/>
          <w:i w:val="0"/>
          <w:smallCaps w:val="0"/>
          <w:strike w:val="0"/>
          <w:sz w:val="16"/>
          <w:u w:val="none"/>
        </w:rPr>
        <w:t>—while also skirting restrictions imposed on Chinese companies by the United States.</w:t>
      </w:r>
    </w:p>
    <w:p>
      <w:pPr>
        <w:spacing w:after="60"/>
      </w:pPr>
      <w:r>
        <w:rPr>
          <w:b w:val="0"/>
          <w:i w:val="0"/>
          <w:smallCaps w:val="0"/>
          <w:strike w:val="0"/>
          <w:sz w:val="16"/>
          <w:u w:val="none"/>
        </w:rPr>
        <w:t>HAL, MEET BIG BROTHER</w:t>
      </w:r>
    </w:p>
    <w:p>
      <w:pPr>
        <w:spacing w:after="60"/>
      </w:pPr>
      <w:r>
        <w:rPr>
          <w:b w:val="0"/>
          <w:i w:val="0"/>
          <w:smallCaps w:val="0"/>
          <w:strike w:val="0"/>
          <w:sz w:val="16"/>
          <w:u w:val="none"/>
        </w:rPr>
        <w:t xml:space="preserve">China’s thicket of restrictions on speech also </w:t>
      </w:r>
      <w:r>
        <w:rPr>
          <w:b w:val="0"/>
          <w:i w:val="0"/>
          <w:smallCaps w:val="0"/>
          <w:strike w:val="0"/>
          <w:sz w:val="16"/>
          <w:u w:val="none"/>
        </w:rPr>
        <w:t>pose</w:t>
      </w:r>
      <w:r>
        <w:rPr>
          <w:b w:val="0"/>
          <w:i w:val="0"/>
          <w:smallCaps w:val="0"/>
          <w:strike w:val="0"/>
          <w:sz w:val="16"/>
          <w:u w:val="none"/>
        </w:rPr>
        <w:t xml:space="preserve"> a unique challenge to the development and deployment of LLMs. The freewheeling way in which LLMs operate—following the user’s </w:t>
      </w:r>
      <w:r>
        <w:rPr>
          <w:b w:val="0"/>
          <w:i w:val="0"/>
          <w:smallCaps w:val="0"/>
          <w:strike w:val="0"/>
          <w:sz w:val="16"/>
          <w:u w:val="none"/>
        </w:rPr>
        <w:t>lead</w:t>
      </w:r>
      <w:r>
        <w:rPr>
          <w:b w:val="0"/>
          <w:i w:val="0"/>
          <w:smallCaps w:val="0"/>
          <w:strike w:val="0"/>
          <w:sz w:val="16"/>
          <w:u w:val="none"/>
        </w:rPr>
        <w:t xml:space="preserve"> to produce text on any topic, in any style—is a poor fit for China’s strict censorship rules. In a private conversation with one of us (Xiao), one Chinese CEO quipped that China’s LLMs are not even allowed to count to 10, as that would include the numbers eight and nine—a reference to the state’s sensitivity about the number 89 and any discussion of the 1989 Tiananmen Square protests.</w:t>
      </w:r>
    </w:p>
    <w:p>
      <w:pPr>
        <w:spacing w:after="60"/>
      </w:pPr>
      <w:r>
        <w:rPr>
          <w:b w:val="0"/>
          <w:i w:val="0"/>
          <w:smallCaps w:val="0"/>
          <w:strike w:val="0"/>
          <w:sz w:val="16"/>
          <w:u w:val="none"/>
        </w:rPr>
        <w:t xml:space="preserve">Because the inner workings of LLMs are poorly understood—even by their creators—existing methods for putting boundaries around what they can and cannot say function more like sledgehammers than scalpels. This means that </w:t>
      </w:r>
      <w:r>
        <w:rPr>
          <w:b/>
          <w:i w:val="0"/>
          <w:smallCaps w:val="0"/>
          <w:strike w:val="0"/>
          <w:sz w:val="28"/>
          <w:u w:val="single"/>
        </w:rPr>
        <w:t xml:space="preserve">companies face </w:t>
      </w:r>
      <w:r>
        <w:rPr>
          <w:b/>
          <w:i w:val="0"/>
          <w:smallCaps w:val="0"/>
          <w:strike w:val="0"/>
          <w:sz w:val="28"/>
          <w:u w:val="single"/>
        </w:rPr>
        <w:t xml:space="preserve">a stark </w:t>
      </w:r>
      <w:r>
        <w:rPr>
          <w:b/>
          <w:i w:val="0"/>
          <w:smallCaps w:val="0"/>
          <w:strike w:val="0"/>
          <w:sz w:val="28"/>
          <w:u w:val="single"/>
        </w:rPr>
        <w:t>tradeoff</w:t>
      </w:r>
      <w:r>
        <w:rPr>
          <w:b/>
          <w:i w:val="0"/>
          <w:smallCaps w:val="0"/>
          <w:strike w:val="0"/>
          <w:sz w:val="28"/>
          <w:u w:val="single"/>
        </w:rPr>
        <w:t xml:space="preserve"> between how </w:t>
      </w:r>
      <w:r>
        <w:rPr>
          <w:b/>
          <w:i w:val="0"/>
          <w:smallCaps w:val="0"/>
          <w:strike w:val="0"/>
          <w:sz w:val="28"/>
          <w:u w:val="single"/>
        </w:rPr>
        <w:t>useful</w:t>
      </w:r>
      <w:r>
        <w:rPr>
          <w:b/>
          <w:i w:val="0"/>
          <w:smallCaps w:val="0"/>
          <w:strike w:val="0"/>
          <w:sz w:val="28"/>
          <w:u w:val="single"/>
        </w:rPr>
        <w:t xml:space="preserve"> the AI’s responses are and how</w:t>
      </w:r>
      <w:r>
        <w:rPr>
          <w:b w:val="0"/>
          <w:i w:val="0"/>
          <w:smallCaps w:val="0"/>
          <w:strike w:val="0"/>
          <w:sz w:val="16"/>
          <w:u w:val="none"/>
        </w:rPr>
        <w:t xml:space="preserve"> well </w:t>
      </w:r>
      <w:r>
        <w:rPr>
          <w:b/>
          <w:i w:val="0"/>
          <w:smallCaps w:val="0"/>
          <w:strike w:val="0"/>
          <w:sz w:val="28"/>
          <w:u w:val="single"/>
        </w:rPr>
        <w:t xml:space="preserve">they avoid </w:t>
      </w:r>
      <w:r>
        <w:rPr>
          <w:b/>
          <w:i w:val="0"/>
          <w:smallCaps w:val="0"/>
          <w:strike w:val="0"/>
          <w:sz w:val="28"/>
          <w:u w:val="single"/>
        </w:rPr>
        <w:t>undesirable topics</w:t>
      </w:r>
      <w:r>
        <w:rPr>
          <w:b w:val="0"/>
          <w:i w:val="0"/>
          <w:smallCaps w:val="0"/>
          <w:strike w:val="0"/>
          <w:sz w:val="16"/>
          <w:u w:val="none"/>
        </w:rPr>
        <w:t>. LLM</w:t>
      </w:r>
      <w:r>
        <w:rPr>
          <w:b w:val="0"/>
          <w:i w:val="0"/>
          <w:smallCaps w:val="0"/>
          <w:strike w:val="0"/>
          <w:sz w:val="16"/>
          <w:u w:val="none"/>
        </w:rPr>
        <w:t xml:space="preserve"> providers everywhere are still figuring out how to navigate this tradeoff, but </w:t>
      </w:r>
      <w:r>
        <w:rPr>
          <w:b/>
          <w:i w:val="0"/>
          <w:smallCaps w:val="0"/>
          <w:strike w:val="0"/>
          <w:sz w:val="28"/>
          <w:u w:val="single"/>
        </w:rPr>
        <w:t>the</w:t>
      </w:r>
      <w:r>
        <w:rPr>
          <w:b w:val="0"/>
          <w:i w:val="0"/>
          <w:smallCaps w:val="0"/>
          <w:strike w:val="0"/>
          <w:sz w:val="16"/>
          <w:u w:val="none"/>
        </w:rPr>
        <w:t xml:space="preserve"> potentially </w:t>
      </w:r>
      <w:r>
        <w:rPr>
          <w:b/>
          <w:i w:val="0"/>
          <w:smallCaps w:val="0"/>
          <w:strike w:val="0"/>
          <w:sz w:val="28"/>
          <w:u w:val="single"/>
        </w:rPr>
        <w:t xml:space="preserve">severe </w:t>
      </w:r>
      <w:r>
        <w:rPr>
          <w:b/>
          <w:i w:val="0"/>
          <w:smallCaps w:val="0"/>
          <w:strike w:val="0"/>
          <w:sz w:val="28"/>
          <w:highlight w:val="yellow"/>
          <w:u w:val="single"/>
        </w:rPr>
        <w:t>ramifications</w:t>
      </w:r>
      <w:r>
        <w:rPr>
          <w:b/>
          <w:i w:val="0"/>
          <w:smallCaps w:val="0"/>
          <w:strike w:val="0"/>
          <w:sz w:val="28"/>
          <w:highlight w:val="yellow"/>
          <w:u w:val="single"/>
        </w:rPr>
        <w:t xml:space="preserve"> of a misstep</w:t>
      </w:r>
      <w:r>
        <w:rPr>
          <w:b w:val="0"/>
          <w:i w:val="0"/>
          <w:smallCaps w:val="0"/>
          <w:strike w:val="0"/>
          <w:sz w:val="16"/>
          <w:u w:val="none"/>
        </w:rPr>
        <w:t xml:space="preserve"> in China </w:t>
      </w:r>
      <w:r>
        <w:rPr>
          <w:b/>
          <w:i w:val="0"/>
          <w:smallCaps w:val="0"/>
          <w:strike w:val="0"/>
          <w:sz w:val="28"/>
          <w:highlight w:val="yellow"/>
          <w:u w:val="single"/>
        </w:rPr>
        <w:t>force</w:t>
      </w:r>
      <w:r>
        <w:rPr>
          <w:b/>
          <w:i w:val="0"/>
          <w:smallCaps w:val="0"/>
          <w:strike w:val="0"/>
          <w:sz w:val="28"/>
          <w:u w:val="single"/>
        </w:rPr>
        <w:t xml:space="preserve"> companies</w:t>
      </w:r>
      <w:r>
        <w:rPr>
          <w:b w:val="0"/>
          <w:i w:val="0"/>
          <w:smallCaps w:val="0"/>
          <w:strike w:val="0"/>
          <w:sz w:val="16"/>
          <w:u w:val="none"/>
        </w:rPr>
        <w:t xml:space="preserve"> there </w:t>
      </w:r>
      <w:r>
        <w:rPr>
          <w:b/>
          <w:i w:val="0"/>
          <w:smallCaps w:val="0"/>
          <w:strike w:val="0"/>
          <w:sz w:val="28"/>
          <w:u w:val="single"/>
        </w:rPr>
        <w:t xml:space="preserve">to choose </w:t>
      </w:r>
      <w:r>
        <w:rPr>
          <w:b/>
          <w:i w:val="0"/>
          <w:smallCaps w:val="0"/>
          <w:strike w:val="0"/>
          <w:sz w:val="28"/>
          <w:highlight w:val="yellow"/>
          <w:u w:val="single"/>
        </w:rPr>
        <w:t>a</w:t>
      </w:r>
      <w:r>
        <w:rPr>
          <w:b/>
          <w:i w:val="0"/>
          <w:smallCaps w:val="0"/>
          <w:strike w:val="0"/>
          <w:sz w:val="28"/>
          <w:u w:val="single"/>
        </w:rPr>
        <w:t xml:space="preserve"> </w:t>
      </w:r>
      <w:r>
        <w:rPr>
          <w:b/>
          <w:i w:val="0"/>
          <w:smallCaps w:val="0"/>
          <w:strike w:val="0"/>
          <w:sz w:val="28"/>
          <w:u w:val="single"/>
        </w:rPr>
        <w:t xml:space="preserve">more </w:t>
      </w:r>
      <w:r>
        <w:rPr>
          <w:b/>
          <w:i w:val="0"/>
          <w:smallCaps w:val="0"/>
          <w:strike w:val="0"/>
          <w:sz w:val="28"/>
          <w:highlight w:val="yellow"/>
          <w:u w:val="single"/>
        </w:rPr>
        <w:t>conservative</w:t>
      </w:r>
      <w:r>
        <w:rPr>
          <w:b/>
          <w:i w:val="0"/>
          <w:smallCaps w:val="0"/>
          <w:strike w:val="0"/>
          <w:sz w:val="28"/>
          <w:highlight w:val="yellow"/>
          <w:u w:val="single"/>
        </w:rPr>
        <w:t xml:space="preserve"> approach</w:t>
      </w:r>
      <w:r>
        <w:rPr>
          <w:b/>
          <w:i w:val="0"/>
          <w:smallCaps w:val="0"/>
          <w:strike w:val="0"/>
          <w:sz w:val="28"/>
          <w:u w:val="single"/>
        </w:rPr>
        <w:t xml:space="preserve">. </w:t>
      </w:r>
      <w:r>
        <w:rPr>
          <w:b/>
          <w:i w:val="0"/>
          <w:smallCaps w:val="0"/>
          <w:strike w:val="0"/>
          <w:sz w:val="28"/>
          <w:u w:val="single"/>
        </w:rPr>
        <w:t>Popular products</w:t>
      </w:r>
      <w:r>
        <w:rPr>
          <w:b w:val="0"/>
          <w:i w:val="0"/>
          <w:smallCaps w:val="0"/>
          <w:strike w:val="0"/>
          <w:sz w:val="16"/>
          <w:u w:val="none"/>
        </w:rPr>
        <w:t xml:space="preserve"> such as the Microsoft spinout XiaoIce </w:t>
      </w:r>
      <w:r>
        <w:rPr>
          <w:b/>
          <w:i w:val="0"/>
          <w:smallCaps w:val="0"/>
          <w:strike w:val="0"/>
          <w:sz w:val="28"/>
          <w:u w:val="single"/>
        </w:rPr>
        <w:t xml:space="preserve">are </w:t>
      </w:r>
      <w:r>
        <w:rPr>
          <w:b/>
          <w:i w:val="0"/>
          <w:smallCaps w:val="0"/>
          <w:strike w:val="0"/>
          <w:sz w:val="28"/>
          <w:u w:val="single"/>
        </w:rPr>
        <w:t>prohibited</w:t>
      </w:r>
      <w:r>
        <w:rPr>
          <w:b/>
          <w:i w:val="0"/>
          <w:smallCaps w:val="0"/>
          <w:strike w:val="0"/>
          <w:sz w:val="28"/>
          <w:u w:val="single"/>
        </w:rPr>
        <w:t xml:space="preserve"> from discussing </w:t>
      </w:r>
      <w:r>
        <w:rPr>
          <w:b/>
          <w:i w:val="0"/>
          <w:smallCaps w:val="0"/>
          <w:strike w:val="0"/>
          <w:sz w:val="28"/>
          <w:u w:val="single"/>
        </w:rPr>
        <w:t>politically sensitive topics</w:t>
      </w:r>
      <w:r>
        <w:rPr>
          <w:b w:val="0"/>
          <w:i w:val="0"/>
          <w:smallCaps w:val="0"/>
          <w:strike w:val="0"/>
          <w:sz w:val="16"/>
          <w:u w:val="none"/>
        </w:rPr>
        <w:t xml:space="preserve"> such as the Tiananmen Square protests or Chinese leader Xi Jinping. Some users we spoke to even claim that XiaoIce has gotten less functional over time, perhaps as </w:t>
      </w:r>
      <w:r>
        <w:rPr>
          <w:b/>
          <w:i w:val="0"/>
          <w:smallCaps w:val="0"/>
          <w:strike w:val="0"/>
          <w:sz w:val="28"/>
          <w:u w:val="single"/>
        </w:rPr>
        <w:t xml:space="preserve">Microsoft has added </w:t>
      </w:r>
      <w:r>
        <w:rPr>
          <w:b/>
          <w:i w:val="0"/>
          <w:smallCaps w:val="0"/>
          <w:strike w:val="0"/>
          <w:sz w:val="28"/>
          <w:u w:val="single"/>
        </w:rPr>
        <w:t>additional guardrails</w:t>
      </w:r>
      <w:r>
        <w:rPr>
          <w:b w:val="0"/>
          <w:i w:val="0"/>
          <w:smallCaps w:val="0"/>
          <w:strike w:val="0"/>
          <w:sz w:val="16"/>
          <w:u w:val="none"/>
        </w:rPr>
        <w:t>. Journalists have likewise found that Baidu’s Ernie Bot gives canned answers to questions about Xi and refuses to respond on other politically charged topics. Given the wide range of censored opinions and subjects in China—from the health of the Chinese economy to the progress of the war in Ukraine to the definition of “democracy”—developers will struggle to make chatbots that do not cross redlines while still being able to answer most questions normally and effectively.</w:t>
      </w:r>
    </w:p>
    <w:p>
      <w:pPr>
        <w:spacing w:after="60"/>
      </w:pPr>
      <w:r>
        <w:rPr>
          <w:b w:val="0"/>
          <w:i w:val="0"/>
          <w:smallCaps w:val="0"/>
          <w:strike w:val="0"/>
          <w:sz w:val="16"/>
          <w:u w:val="none"/>
        </w:rPr>
        <w:t xml:space="preserve">In addition to these political constraints on speech, </w:t>
      </w:r>
      <w:r>
        <w:rPr>
          <w:b/>
          <w:i w:val="0"/>
          <w:smallCaps w:val="0"/>
          <w:strike w:val="0"/>
          <w:sz w:val="28"/>
          <w:u w:val="single"/>
        </w:rPr>
        <w:t>Chinese AI companies</w:t>
      </w:r>
      <w:r>
        <w:rPr>
          <w:b/>
          <w:i w:val="0"/>
          <w:smallCaps w:val="0"/>
          <w:strike w:val="0"/>
          <w:sz w:val="28"/>
          <w:u w:val="single"/>
        </w:rPr>
        <w:t xml:space="preserve"> are also subject to the country’s </w:t>
      </w:r>
      <w:r>
        <w:rPr>
          <w:b/>
          <w:i w:val="0"/>
          <w:smallCaps w:val="0"/>
          <w:strike w:val="0"/>
          <w:sz w:val="28"/>
          <w:u w:val="single"/>
        </w:rPr>
        <w:t>unusually detailed</w:t>
      </w:r>
      <w:r>
        <w:rPr>
          <w:b w:val="0"/>
          <w:i w:val="0"/>
          <w:smallCaps w:val="0"/>
          <w:strike w:val="0"/>
          <w:sz w:val="16"/>
          <w:u w:val="none"/>
        </w:rPr>
        <w:t xml:space="preserve"> and demanding </w:t>
      </w:r>
      <w:r>
        <w:rPr>
          <w:b/>
          <w:i w:val="0"/>
          <w:smallCaps w:val="0"/>
          <w:strike w:val="0"/>
          <w:sz w:val="28"/>
          <w:u w:val="single"/>
        </w:rPr>
        <w:t>regulatory regime</w:t>
      </w:r>
      <w:r>
        <w:rPr>
          <w:b w:val="0"/>
          <w:i w:val="0"/>
          <w:smallCaps w:val="0"/>
          <w:strike w:val="0"/>
          <w:sz w:val="16"/>
          <w:u w:val="none"/>
        </w:rPr>
        <w:t xml:space="preserve"> for AI. One set of rules came into force in January 2023 and applies to providers of online services that use generative AI, including LLMs. A draft of further requirements, which would apply to research and development practices in addition to AI products, was released for comment in April.</w:t>
      </w:r>
    </w:p>
    <w:p>
      <w:pPr>
        <w:spacing w:after="60"/>
      </w:pPr>
      <w:r>
        <w:rPr>
          <w:b w:val="0"/>
          <w:i w:val="0"/>
          <w:smallCaps w:val="0"/>
          <w:strike w:val="0"/>
          <w:sz w:val="16"/>
          <w:u w:val="none"/>
        </w:rPr>
        <w:t xml:space="preserve">Some of the rules are straightforward, such as requiring that sensitive data must be handled according to China’s broader data governance regime. Other </w:t>
      </w:r>
      <w:r>
        <w:rPr>
          <w:b/>
          <w:i w:val="0"/>
          <w:smallCaps w:val="0"/>
          <w:strike w:val="0"/>
          <w:sz w:val="28"/>
          <w:u w:val="single"/>
        </w:rPr>
        <w:t>provisions</w:t>
      </w:r>
      <w:r>
        <w:rPr>
          <w:b w:val="0"/>
          <w:i w:val="0"/>
          <w:smallCaps w:val="0"/>
          <w:strike w:val="0"/>
          <w:sz w:val="16"/>
          <w:u w:val="none"/>
        </w:rPr>
        <w:t xml:space="preserve"> may </w:t>
      </w:r>
      <w:r>
        <w:rPr>
          <w:b/>
          <w:i w:val="0"/>
          <w:smallCaps w:val="0"/>
          <w:strike w:val="0"/>
          <w:sz w:val="28"/>
          <w:u w:val="single"/>
        </w:rPr>
        <w:t xml:space="preserve">prove </w:t>
      </w:r>
      <w:r>
        <w:rPr>
          <w:b/>
          <w:i w:val="0"/>
          <w:smallCaps w:val="0"/>
          <w:strike w:val="0"/>
          <w:sz w:val="28"/>
          <w:u w:val="single"/>
        </w:rPr>
        <w:t>quite onerous</w:t>
      </w:r>
      <w:r>
        <w:rPr>
          <w:b w:val="0"/>
          <w:i w:val="0"/>
          <w:smallCaps w:val="0"/>
          <w:strike w:val="0"/>
          <w:sz w:val="16"/>
          <w:u w:val="none"/>
        </w:rPr>
        <w:t xml:space="preserve">. The January regulations, for instance, oblige providers to “dispel rumors” spread using content generated by their products, meaning that </w:t>
      </w:r>
      <w:r>
        <w:rPr>
          <w:b/>
          <w:i w:val="0"/>
          <w:smallCaps w:val="0"/>
          <w:strike w:val="0"/>
          <w:sz w:val="28"/>
          <w:highlight w:val="yellow"/>
          <w:u w:val="single"/>
        </w:rPr>
        <w:t xml:space="preserve">companies are </w:t>
      </w:r>
      <w:r>
        <w:rPr>
          <w:b/>
          <w:i w:val="0"/>
          <w:smallCaps w:val="0"/>
          <w:strike w:val="0"/>
          <w:sz w:val="28"/>
          <w:highlight w:val="yellow"/>
          <w:u w:val="single"/>
        </w:rPr>
        <w:t>on the hook</w:t>
      </w:r>
      <w:r>
        <w:rPr>
          <w:b/>
          <w:i w:val="0"/>
          <w:smallCaps w:val="0"/>
          <w:strike w:val="0"/>
          <w:sz w:val="28"/>
          <w:highlight w:val="yellow"/>
          <w:u w:val="single"/>
        </w:rPr>
        <w:t xml:space="preserve"> if their AI tools</w:t>
      </w:r>
      <w:r>
        <w:rPr>
          <w:b/>
          <w:i w:val="0"/>
          <w:smallCaps w:val="0"/>
          <w:strike w:val="0"/>
          <w:sz w:val="28"/>
          <w:u w:val="single"/>
        </w:rPr>
        <w:t xml:space="preserve"> produce</w:t>
      </w:r>
      <w:r>
        <w:rPr>
          <w:b/>
          <w:i w:val="0"/>
          <w:smallCaps w:val="0"/>
          <w:strike w:val="0"/>
          <w:sz w:val="28"/>
          <w:u w:val="single"/>
        </w:rPr>
        <w:t xml:space="preserve"> </w:t>
      </w:r>
      <w:r>
        <w:rPr>
          <w:b/>
          <w:i w:val="0"/>
          <w:smallCaps w:val="0"/>
          <w:strike w:val="0"/>
          <w:sz w:val="28"/>
          <w:u w:val="single"/>
        </w:rPr>
        <w:t>information</w:t>
      </w:r>
      <w:r>
        <w:rPr>
          <w:b/>
          <w:i w:val="0"/>
          <w:smallCaps w:val="0"/>
          <w:strike w:val="0"/>
          <w:sz w:val="28"/>
          <w:u w:val="single"/>
        </w:rPr>
        <w:t xml:space="preserve"> or </w:t>
      </w:r>
      <w:r>
        <w:rPr>
          <w:b/>
          <w:i w:val="0"/>
          <w:smallCaps w:val="0"/>
          <w:strike w:val="0"/>
          <w:sz w:val="28"/>
          <w:u w:val="single"/>
        </w:rPr>
        <w:t>opinions</w:t>
      </w:r>
      <w:r>
        <w:rPr>
          <w:b/>
          <w:i w:val="0"/>
          <w:smallCaps w:val="0"/>
          <w:strike w:val="0"/>
          <w:sz w:val="28"/>
          <w:u w:val="single"/>
        </w:rPr>
        <w:t xml:space="preserve"> that </w:t>
      </w:r>
      <w:r>
        <w:rPr>
          <w:b/>
          <w:i w:val="0"/>
          <w:smallCaps w:val="0"/>
          <w:strike w:val="0"/>
          <w:sz w:val="28"/>
          <w:highlight w:val="yellow"/>
          <w:u w:val="single"/>
        </w:rPr>
        <w:t xml:space="preserve">go against the </w:t>
      </w:r>
      <w:r>
        <w:rPr>
          <w:b/>
          <w:i w:val="0"/>
          <w:smallCaps w:val="0"/>
          <w:strike w:val="0"/>
          <w:sz w:val="28"/>
          <w:highlight w:val="yellow"/>
          <w:u w:val="single"/>
        </w:rPr>
        <w:t>C</w:t>
      </w:r>
      <w:r>
        <w:rPr>
          <w:b w:val="0"/>
          <w:i w:val="0"/>
          <w:smallCaps w:val="0"/>
          <w:strike w:val="0"/>
          <w:sz w:val="16"/>
          <w:u w:val="none"/>
        </w:rPr>
        <w:t xml:space="preserve">hinese </w:t>
      </w:r>
      <w:r>
        <w:rPr>
          <w:b/>
          <w:i w:val="0"/>
          <w:smallCaps w:val="0"/>
          <w:strike w:val="0"/>
          <w:sz w:val="28"/>
          <w:highlight w:val="yellow"/>
          <w:u w:val="single"/>
        </w:rPr>
        <w:t>C</w:t>
      </w:r>
      <w:r>
        <w:rPr>
          <w:b w:val="0"/>
          <w:i w:val="0"/>
          <w:smallCaps w:val="0"/>
          <w:strike w:val="0"/>
          <w:sz w:val="16"/>
          <w:u w:val="none"/>
        </w:rPr>
        <w:t xml:space="preserve">ommunist </w:t>
      </w:r>
      <w:r>
        <w:rPr>
          <w:b/>
          <w:i w:val="0"/>
          <w:smallCaps w:val="0"/>
          <w:strike w:val="0"/>
          <w:sz w:val="28"/>
          <w:highlight w:val="yellow"/>
          <w:u w:val="single"/>
        </w:rPr>
        <w:t>P</w:t>
      </w:r>
      <w:r>
        <w:rPr>
          <w:b w:val="0"/>
          <w:i w:val="0"/>
          <w:smallCaps w:val="0"/>
          <w:strike w:val="0"/>
          <w:sz w:val="16"/>
          <w:u w:val="none"/>
        </w:rPr>
        <w:t>arty line. The April draft would go further still, forcing LLM developers to verify the truth and accuracy not just of what the AI programs produce but also of the material used to train the programs in the first place. This requirement could be a serious headache in a field that relies on massive stores of data scraped from the Web. When carefully designed, regulation need not obstruct innovation. But so far, the CCP’s approach to regulating LLMs and other generative AI technology appears so heavy-handed that it could prove a real impediment to Chinese firms and researchers.</w:t>
      </w:r>
    </w:p>
    <w:p>
      <w:pPr>
        <w:spacing w:after="60"/>
      </w:pPr>
      <w:r>
        <w:rPr>
          <w:b w:val="0"/>
          <w:i w:val="0"/>
          <w:smallCaps w:val="0"/>
          <w:strike w:val="0"/>
          <w:sz w:val="16"/>
          <w:u w:val="none"/>
        </w:rPr>
        <w:t>FEAR OF THE CHIMERA</w:t>
      </w:r>
    </w:p>
    <w:p>
      <w:pPr>
        <w:spacing w:after="60"/>
      </w:pPr>
      <w:r>
        <w:rPr>
          <w:b w:val="0"/>
          <w:i w:val="0"/>
          <w:smallCaps w:val="0"/>
          <w:strike w:val="0"/>
          <w:sz w:val="16"/>
          <w:u w:val="none"/>
        </w:rPr>
        <w:t xml:space="preserve">Despite the difficulties it currently faces, </w:t>
      </w:r>
      <w:r>
        <w:rPr>
          <w:b/>
          <w:i w:val="0"/>
          <w:smallCaps w:val="0"/>
          <w:strike w:val="0"/>
          <w:sz w:val="28"/>
          <w:u w:val="single"/>
        </w:rPr>
        <w:t xml:space="preserve">Chinese AI development may yet </w:t>
      </w:r>
      <w:r>
        <w:rPr>
          <w:b/>
          <w:i w:val="0"/>
          <w:smallCaps w:val="0"/>
          <w:strike w:val="0"/>
          <w:sz w:val="28"/>
          <w:u w:val="single"/>
        </w:rPr>
        <w:t>turn a corner</w:t>
      </w:r>
      <w:r>
        <w:rPr>
          <w:b w:val="0"/>
          <w:i w:val="0"/>
          <w:smallCaps w:val="0"/>
          <w:strike w:val="0"/>
          <w:sz w:val="16"/>
          <w:u w:val="none"/>
        </w:rPr>
        <w:t xml:space="preserve"> and establish a greater track record of success and innovation. </w:t>
      </w:r>
      <w:r>
        <w:rPr>
          <w:b/>
          <w:i w:val="0"/>
          <w:smallCaps w:val="0"/>
          <w:strike w:val="0"/>
          <w:sz w:val="28"/>
          <w:highlight w:val="yellow"/>
          <w:u w:val="single"/>
        </w:rPr>
        <w:t>Americans</w:t>
      </w:r>
      <w:r>
        <w:rPr>
          <w:b/>
          <w:i w:val="0"/>
          <w:smallCaps w:val="0"/>
          <w:strike w:val="0"/>
          <w:sz w:val="28"/>
          <w:u w:val="single"/>
        </w:rPr>
        <w:t>, however,</w:t>
      </w:r>
      <w:r>
        <w:rPr>
          <w:b w:val="0"/>
          <w:i w:val="0"/>
          <w:smallCaps w:val="0"/>
          <w:strike w:val="0"/>
          <w:sz w:val="16"/>
          <w:u w:val="none"/>
        </w:rPr>
        <w:t xml:space="preserve"> have a history of </w:t>
      </w:r>
      <w:r>
        <w:rPr>
          <w:b/>
          <w:i w:val="0"/>
          <w:smallCaps w:val="0"/>
          <w:strike w:val="0"/>
          <w:sz w:val="28"/>
          <w:highlight w:val="yellow"/>
          <w:u w:val="single"/>
        </w:rPr>
        <w:t>overestimat</w:t>
      </w:r>
      <w:r>
        <w:rPr>
          <w:b w:val="0"/>
          <w:i w:val="0"/>
          <w:smallCaps w:val="0"/>
          <w:strike w:val="0"/>
          <w:sz w:val="16"/>
          <w:u w:val="none"/>
        </w:rPr>
        <w:t xml:space="preserve">ing </w:t>
      </w:r>
      <w:r>
        <w:rPr>
          <w:b/>
          <w:i w:val="0"/>
          <w:smallCaps w:val="0"/>
          <w:strike w:val="0"/>
          <w:sz w:val="28"/>
          <w:highlight w:val="yellow"/>
          <w:u w:val="single"/>
        </w:rPr>
        <w:t>the technological prowess of</w:t>
      </w:r>
      <w:r>
        <w:rPr>
          <w:b/>
          <w:i w:val="0"/>
          <w:smallCaps w:val="0"/>
          <w:strike w:val="0"/>
          <w:sz w:val="28"/>
          <w:u w:val="single"/>
        </w:rPr>
        <w:t xml:space="preserve"> their </w:t>
      </w:r>
      <w:r>
        <w:rPr>
          <w:b/>
          <w:i w:val="0"/>
          <w:smallCaps w:val="0"/>
          <w:strike w:val="0"/>
          <w:sz w:val="28"/>
          <w:highlight w:val="yellow"/>
          <w:u w:val="single"/>
        </w:rPr>
        <w:t>competitors</w:t>
      </w:r>
      <w:r>
        <w:rPr>
          <w:b w:val="0"/>
          <w:i w:val="0"/>
          <w:smallCaps w:val="0"/>
          <w:strike w:val="0"/>
          <w:sz w:val="16"/>
          <w:u w:val="none"/>
        </w:rPr>
        <w:t xml:space="preserve">. During the Cold War, </w:t>
      </w:r>
      <w:r>
        <w:rPr>
          <w:b/>
          <w:i w:val="0"/>
          <w:smallCaps w:val="0"/>
          <w:strike w:val="0"/>
          <w:sz w:val="28"/>
          <w:u w:val="single"/>
        </w:rPr>
        <w:t>bloated estimates</w:t>
      </w:r>
      <w:r>
        <w:rPr>
          <w:b/>
          <w:i w:val="0"/>
          <w:smallCaps w:val="0"/>
          <w:strike w:val="0"/>
          <w:sz w:val="28"/>
          <w:u w:val="single"/>
        </w:rPr>
        <w:t xml:space="preserve"> of Soviet capabilities</w:t>
      </w:r>
      <w:r>
        <w:rPr>
          <w:b w:val="0"/>
          <w:i w:val="0"/>
          <w:smallCaps w:val="0"/>
          <w:strike w:val="0"/>
          <w:sz w:val="16"/>
          <w:u w:val="none"/>
        </w:rPr>
        <w:t xml:space="preserve"> led U.S. officials to make policy </w:t>
      </w:r>
      <w:r>
        <w:rPr>
          <w:b w:val="0"/>
          <w:i w:val="0"/>
          <w:smallCaps w:val="0"/>
          <w:strike w:val="0"/>
          <w:sz w:val="16"/>
          <w:u w:val="none"/>
        </w:rPr>
        <w:t>on the basis of</w:t>
      </w:r>
      <w:r>
        <w:rPr>
          <w:b w:val="0"/>
          <w:i w:val="0"/>
          <w:smallCaps w:val="0"/>
          <w:strike w:val="0"/>
          <w:sz w:val="16"/>
          <w:u w:val="none"/>
        </w:rPr>
        <w:t xml:space="preserve"> a hypothesized “bomber gap” and then “missile gap,” both of which were later </w:t>
      </w:r>
      <w:r>
        <w:rPr>
          <w:b/>
          <w:i w:val="0"/>
          <w:smallCaps w:val="0"/>
          <w:strike w:val="0"/>
          <w:sz w:val="28"/>
          <w:u w:val="single"/>
        </w:rPr>
        <w:t xml:space="preserve">proved to be </w:t>
      </w:r>
      <w:r>
        <w:rPr>
          <w:b/>
          <w:i w:val="0"/>
          <w:smallCaps w:val="0"/>
          <w:strike w:val="0"/>
          <w:sz w:val="28"/>
          <w:u w:val="single"/>
        </w:rPr>
        <w:t>fictional</w:t>
      </w:r>
      <w:r>
        <w:rPr>
          <w:b/>
          <w:i w:val="0"/>
          <w:smallCaps w:val="0"/>
          <w:strike w:val="0"/>
          <w:sz w:val="28"/>
          <w:u w:val="single"/>
        </w:rPr>
        <w:t xml:space="preserve">. A similarly </w:t>
      </w:r>
      <w:r>
        <w:rPr>
          <w:b/>
          <w:i w:val="0"/>
          <w:smallCaps w:val="0"/>
          <w:strike w:val="0"/>
          <w:sz w:val="28"/>
          <w:highlight w:val="yellow"/>
          <w:u w:val="single"/>
        </w:rPr>
        <w:t>groundless</w:t>
      </w:r>
      <w:r>
        <w:rPr>
          <w:b/>
          <w:i w:val="0"/>
          <w:smallCaps w:val="0"/>
          <w:strike w:val="0"/>
          <w:sz w:val="28"/>
          <w:u w:val="single"/>
        </w:rPr>
        <w:t xml:space="preserve"> sense of </w:t>
      </w:r>
      <w:r>
        <w:rPr>
          <w:b/>
          <w:i w:val="0"/>
          <w:smallCaps w:val="0"/>
          <w:strike w:val="0"/>
          <w:sz w:val="28"/>
          <w:highlight w:val="yellow"/>
          <w:u w:val="single"/>
        </w:rPr>
        <w:t>anxiety should not determine</w:t>
      </w:r>
      <w:r>
        <w:rPr>
          <w:b w:val="0"/>
          <w:i w:val="0"/>
          <w:smallCaps w:val="0"/>
          <w:strike w:val="0"/>
          <w:sz w:val="16"/>
          <w:u w:val="none"/>
        </w:rPr>
        <w:t xml:space="preserve"> the course of AI </w:t>
      </w:r>
      <w:r>
        <w:rPr>
          <w:b/>
          <w:i w:val="0"/>
          <w:smallCaps w:val="0"/>
          <w:strike w:val="0"/>
          <w:sz w:val="28"/>
          <w:highlight w:val="yellow"/>
          <w:u w:val="single"/>
        </w:rPr>
        <w:t xml:space="preserve">regulation in the </w:t>
      </w:r>
      <w:r>
        <w:rPr>
          <w:b/>
          <w:i w:val="0"/>
          <w:smallCaps w:val="0"/>
          <w:strike w:val="0"/>
          <w:sz w:val="28"/>
          <w:highlight w:val="yellow"/>
          <w:u w:val="single"/>
        </w:rPr>
        <w:t>U</w:t>
      </w:r>
      <w:r>
        <w:rPr>
          <w:b w:val="0"/>
          <w:i w:val="0"/>
          <w:smallCaps w:val="0"/>
          <w:strike w:val="0"/>
          <w:sz w:val="16"/>
          <w:u w:val="none"/>
        </w:rPr>
        <w:t xml:space="preserve">nited </w:t>
      </w:r>
      <w:r>
        <w:rPr>
          <w:b/>
          <w:i w:val="0"/>
          <w:smallCaps w:val="0"/>
          <w:strike w:val="0"/>
          <w:sz w:val="28"/>
          <w:highlight w:val="yellow"/>
          <w:u w:val="single"/>
        </w:rPr>
        <w:t>S</w:t>
      </w:r>
      <w:r>
        <w:rPr>
          <w:b w:val="0"/>
          <w:i w:val="0"/>
          <w:smallCaps w:val="0"/>
          <w:strike w:val="0"/>
          <w:sz w:val="16"/>
          <w:u w:val="none"/>
        </w:rPr>
        <w:t>tates. After all, where social media companies resisted regulation, AI firms have already asked for it. Five years ago, Facebook founder Mark Zuckerberg warned Congress that breaking up his social media company would only strengthen Chinese counterparts. In AI, by contrast, industry leaders are proactively calling for regulation.</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