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No impact to loss of tech leadership. </w:t>
      </w:r>
    </w:p>
    <w:p>
      <w:pPr>
        <w:spacing w:after="80"/>
      </w:pPr>
      <w:r>
        <w:rPr>
          <w:b w:val="0"/>
          <w:i w:val="0"/>
          <w:smallCaps w:val="0"/>
          <w:strike w:val="0"/>
          <w:sz w:val="20"/>
          <w:u w:val="none"/>
        </w:rPr>
        <w:t xml:space="preserve">Dr. Michael </w:t>
      </w:r>
      <w:r>
        <w:rPr>
          <w:b/>
          <w:i w:val="0"/>
          <w:smallCaps w:val="0"/>
          <w:strike w:val="0"/>
          <w:sz w:val="24"/>
          <w:u w:val="none"/>
        </w:rPr>
        <w:t>Swaine 21</w:t>
      </w:r>
      <w:r>
        <w:rPr>
          <w:b w:val="0"/>
          <w:i w:val="0"/>
          <w:smallCaps w:val="0"/>
          <w:strike w:val="0"/>
          <w:sz w:val="20"/>
          <w:u w:val="none"/>
        </w:rPr>
        <w:t>, PhD in Government from Harvard University, director of the East Asia program at the Quincy Institute, 4/21/2021, "China Doesn’t Pose an Existential Threat for America," https://foreignpolicy.com/2021/04/21/china-existential-threat-america/</w:t>
      </w:r>
    </w:p>
    <w:p>
      <w:pPr>
        <w:spacing w:after="60"/>
      </w:pPr>
      <w:r>
        <w:rPr>
          <w:b w:val="0"/>
          <w:i w:val="0"/>
          <w:smallCaps w:val="0"/>
          <w:strike w:val="0"/>
          <w:sz w:val="14"/>
          <w:u w:val="none"/>
        </w:rPr>
        <w:t xml:space="preserve">Finally, </w:t>
      </w:r>
      <w:r>
        <w:rPr>
          <w:b/>
          <w:i w:val="0"/>
          <w:smallCaps w:val="0"/>
          <w:strike w:val="0"/>
          <w:sz w:val="28"/>
          <w:u w:val="single"/>
        </w:rPr>
        <w:t xml:space="preserve">the latter set of </w:t>
      </w:r>
      <w:r>
        <w:rPr>
          <w:b/>
          <w:i w:val="0"/>
          <w:smallCaps w:val="0"/>
          <w:strike w:val="0"/>
          <w:sz w:val="28"/>
          <w:highlight w:val="yellow"/>
          <w:u w:val="single"/>
        </w:rPr>
        <w:t>supposed</w:t>
      </w:r>
      <w:r>
        <w:rPr>
          <w:b/>
          <w:i w:val="0"/>
          <w:smallCaps w:val="0"/>
          <w:strike w:val="0"/>
          <w:sz w:val="28"/>
          <w:u w:val="single"/>
        </w:rPr>
        <w:t>ly existential</w:t>
      </w:r>
      <w:r>
        <w:rPr>
          <w:b w:val="0"/>
          <w:i w:val="0"/>
          <w:smallCaps w:val="0"/>
          <w:strike w:val="0"/>
          <w:sz w:val="14"/>
          <w:u w:val="none"/>
        </w:rPr>
        <w:t xml:space="preserve"> normative or ideological </w:t>
      </w:r>
      <w:r>
        <w:rPr>
          <w:b/>
          <w:i w:val="0"/>
          <w:smallCaps w:val="0"/>
          <w:strike w:val="0"/>
          <w:sz w:val="28"/>
          <w:highlight w:val="yellow"/>
          <w:u w:val="single"/>
        </w:rPr>
        <w:t>threats consists of</w:t>
      </w:r>
      <w:r>
        <w:rPr>
          <w:b/>
          <w:i w:val="0"/>
          <w:smallCaps w:val="0"/>
          <w:strike w:val="0"/>
          <w:sz w:val="28"/>
          <w:u w:val="single"/>
        </w:rPr>
        <w:t xml:space="preserve"> many elements, including </w:t>
      </w:r>
      <w:r>
        <w:rPr>
          <w:b/>
          <w:i w:val="0"/>
          <w:smallCaps w:val="0"/>
          <w:strike w:val="0"/>
          <w:sz w:val="28"/>
          <w:highlight w:val="yellow"/>
          <w:u w:val="single"/>
        </w:rPr>
        <w:t>Beijing’s</w:t>
      </w:r>
      <w:r>
        <w:rPr>
          <w:b/>
          <w:i w:val="0"/>
          <w:smallCaps w:val="0"/>
          <w:strike w:val="0"/>
          <w:sz w:val="28"/>
          <w:u w:val="single"/>
        </w:rPr>
        <w:t xml:space="preserve"> possible </w:t>
      </w:r>
      <w:r>
        <w:rPr>
          <w:b/>
          <w:i w:val="0"/>
          <w:smallCaps w:val="0"/>
          <w:strike w:val="0"/>
          <w:sz w:val="28"/>
          <w:highlight w:val="yellow"/>
          <w:u w:val="single"/>
        </w:rPr>
        <w:t>overturning</w:t>
      </w:r>
      <w:r>
        <w:rPr>
          <w:b/>
          <w:i w:val="0"/>
          <w:smallCaps w:val="0"/>
          <w:strike w:val="0"/>
          <w:sz w:val="28"/>
          <w:u w:val="single"/>
        </w:rPr>
        <w:t xml:space="preserve"> of </w:t>
      </w:r>
      <w:r>
        <w:rPr>
          <w:b/>
          <w:i w:val="0"/>
          <w:smallCaps w:val="0"/>
          <w:strike w:val="0"/>
          <w:sz w:val="28"/>
          <w:highlight w:val="yellow"/>
          <w:u w:val="single"/>
        </w:rPr>
        <w:t>the</w:t>
      </w:r>
      <w:r>
        <w:rPr>
          <w:b/>
          <w:i w:val="0"/>
          <w:smallCaps w:val="0"/>
          <w:strike w:val="0"/>
          <w:sz w:val="28"/>
          <w:u w:val="single"/>
        </w:rPr>
        <w:t xml:space="preserve"> so-called global </w:t>
      </w:r>
      <w:r>
        <w:rPr>
          <w:b/>
          <w:i w:val="0"/>
          <w:smallCaps w:val="0"/>
          <w:strike w:val="0"/>
          <w:sz w:val="28"/>
          <w:highlight w:val="yellow"/>
          <w:u w:val="single"/>
        </w:rPr>
        <w:t>l</w:t>
      </w:r>
      <w:r>
        <w:rPr>
          <w:b/>
          <w:i w:val="0"/>
          <w:smallCaps w:val="0"/>
          <w:strike w:val="0"/>
          <w:sz w:val="28"/>
          <w:highlight w:val="yellow"/>
          <w:u w:val="single"/>
        </w:rPr>
        <w:t>iberal</w:t>
      </w:r>
      <w:r>
        <w:rPr>
          <w:b/>
          <w:i w:val="0"/>
          <w:smallCaps w:val="0"/>
          <w:strike w:val="0"/>
          <w:sz w:val="28"/>
          <w:u w:val="single"/>
        </w:rPr>
        <w:t xml:space="preserve"> </w:t>
      </w:r>
      <w:r>
        <w:rPr>
          <w:b/>
          <w:i w:val="0"/>
          <w:smallCaps w:val="0"/>
          <w:strike w:val="0"/>
          <w:sz w:val="28"/>
          <w:u w:val="single"/>
        </w:rPr>
        <w:t>i</w:t>
      </w:r>
      <w:r>
        <w:rPr>
          <w:b/>
          <w:i w:val="0"/>
          <w:smallCaps w:val="0"/>
          <w:strike w:val="0"/>
          <w:sz w:val="28"/>
          <w:u w:val="single"/>
        </w:rPr>
        <w:t xml:space="preserve">nternational </w:t>
      </w:r>
      <w:r>
        <w:rPr>
          <w:b/>
          <w:i w:val="0"/>
          <w:smallCaps w:val="0"/>
          <w:strike w:val="0"/>
          <w:sz w:val="28"/>
          <w:highlight w:val="yellow"/>
          <w:u w:val="single"/>
        </w:rPr>
        <w:t>o</w:t>
      </w:r>
      <w:r>
        <w:rPr>
          <w:b/>
          <w:i w:val="0"/>
          <w:smallCaps w:val="0"/>
          <w:strike w:val="0"/>
          <w:sz w:val="28"/>
          <w:highlight w:val="yellow"/>
          <w:u w:val="single"/>
        </w:rPr>
        <w:t>rder</w:t>
      </w:r>
      <w:r>
        <w:rPr>
          <w:b/>
          <w:i w:val="0"/>
          <w:smallCaps w:val="0"/>
          <w:strike w:val="0"/>
          <w:sz w:val="28"/>
          <w:u w:val="single"/>
        </w:rPr>
        <w:t xml:space="preserve">, Chinese </w:t>
      </w:r>
      <w:r>
        <w:rPr>
          <w:b/>
          <w:i w:val="0"/>
          <w:smallCaps w:val="0"/>
          <w:strike w:val="0"/>
          <w:sz w:val="28"/>
          <w:u w:val="single"/>
        </w:rPr>
        <w:t>influence operations</w:t>
      </w:r>
      <w:r>
        <w:rPr>
          <w:b/>
          <w:i w:val="0"/>
          <w:smallCaps w:val="0"/>
          <w:strike w:val="0"/>
          <w:sz w:val="28"/>
          <w:u w:val="single"/>
        </w:rPr>
        <w:t xml:space="preserve"> aimed at U.S. society, the </w:t>
      </w:r>
      <w:r>
        <w:rPr>
          <w:b/>
          <w:i w:val="0"/>
          <w:smallCaps w:val="0"/>
          <w:strike w:val="0"/>
          <w:sz w:val="28"/>
          <w:u w:val="single"/>
        </w:rPr>
        <w:t xml:space="preserve">export </w:t>
      </w:r>
      <w:r>
        <w:rPr>
          <w:b/>
          <w:i w:val="0"/>
          <w:smallCaps w:val="0"/>
          <w:strike w:val="0"/>
          <w:sz w:val="28"/>
          <w:u w:val="single"/>
        </w:rPr>
        <w:t xml:space="preserve">of China’s </w:t>
      </w:r>
      <w:r>
        <w:rPr>
          <w:b/>
          <w:i w:val="0"/>
          <w:smallCaps w:val="0"/>
          <w:strike w:val="0"/>
          <w:sz w:val="28"/>
          <w:u w:val="single"/>
        </w:rPr>
        <w:t>political values</w:t>
      </w:r>
      <w:r>
        <w:rPr>
          <w:b w:val="0"/>
          <w:i w:val="0"/>
          <w:smallCaps w:val="0"/>
          <w:strike w:val="0"/>
          <w:sz w:val="14"/>
          <w:u w:val="none"/>
        </w:rPr>
        <w:t xml:space="preserve"> and state-directed economic approach, </w:t>
      </w:r>
      <w:r>
        <w:rPr>
          <w:b/>
          <w:i w:val="0"/>
          <w:smallCaps w:val="0"/>
          <w:strike w:val="0"/>
          <w:sz w:val="28"/>
          <w:u w:val="single"/>
        </w:rPr>
        <w:t xml:space="preserve">and its sale of </w:t>
      </w:r>
      <w:r>
        <w:rPr>
          <w:b/>
          <w:i w:val="0"/>
          <w:smallCaps w:val="0"/>
          <w:strike w:val="0"/>
          <w:sz w:val="28"/>
          <w:u w:val="single"/>
        </w:rPr>
        <w:t>surveillance technologies</w:t>
      </w:r>
      <w:r>
        <w:rPr>
          <w:b w:val="0"/>
          <w:i w:val="0"/>
          <w:smallCaps w:val="0"/>
          <w:strike w:val="0"/>
          <w:sz w:val="14"/>
          <w:u w:val="none"/>
        </w:rPr>
        <w:t xml:space="preserve"> and other items </w:t>
      </w:r>
      <w:r>
        <w:rPr>
          <w:b/>
          <w:i w:val="0"/>
          <w:smallCaps w:val="0"/>
          <w:strike w:val="0"/>
          <w:sz w:val="28"/>
          <w:u w:val="single"/>
        </w:rPr>
        <w:t>that facilitate</w:t>
      </w:r>
      <w:r>
        <w:rPr>
          <w:b w:val="0"/>
          <w:i w:val="0"/>
          <w:smallCaps w:val="0"/>
          <w:strike w:val="0"/>
          <w:sz w:val="14"/>
          <w:u w:val="none"/>
        </w:rPr>
        <w:t xml:space="preserve"> the rise or strengthening of </w:t>
      </w:r>
      <w:r>
        <w:rPr>
          <w:b/>
          <w:i w:val="0"/>
          <w:smallCaps w:val="0"/>
          <w:strike w:val="0"/>
          <w:sz w:val="28"/>
          <w:u w:val="single"/>
        </w:rPr>
        <w:t>authoritarian states</w:t>
      </w:r>
      <w:r>
        <w:rPr>
          <w:b/>
          <w:i w:val="0"/>
          <w:smallCaps w:val="0"/>
          <w:strike w:val="0"/>
          <w:sz w:val="28"/>
          <w:u w:val="single"/>
        </w:rPr>
        <w:t>. These threats</w:t>
      </w:r>
      <w:r>
        <w:rPr>
          <w:b w:val="0"/>
          <w:i w:val="0"/>
          <w:smallCaps w:val="0"/>
          <w:strike w:val="0"/>
          <w:sz w:val="14"/>
          <w:u w:val="none"/>
        </w:rPr>
        <w:t xml:space="preserve"> all seem hair-raising at first glance. But while significant, they </w:t>
      </w:r>
      <w:r>
        <w:rPr>
          <w:b/>
          <w:i w:val="0"/>
          <w:smallCaps w:val="0"/>
          <w:strike w:val="0"/>
          <w:sz w:val="28"/>
          <w:u w:val="single"/>
        </w:rPr>
        <w:t>are greatly exaggerated</w:t>
      </w:r>
      <w:r>
        <w:rPr>
          <w:b w:val="0"/>
          <w:i w:val="0"/>
          <w:smallCaps w:val="0"/>
          <w:strike w:val="0"/>
          <w:sz w:val="14"/>
          <w:u w:val="none"/>
        </w:rPr>
        <w:t xml:space="preserve"> and do not rise to the level of constituting an existential threat.</w:t>
      </w:r>
    </w:p>
    <w:p>
      <w:pPr>
        <w:spacing w:after="60"/>
      </w:pPr>
      <w:r>
        <w:rPr>
          <w:b/>
          <w:i w:val="0"/>
          <w:smallCaps w:val="0"/>
          <w:strike w:val="0"/>
          <w:sz w:val="28"/>
          <w:highlight w:val="yellow"/>
          <w:u w:val="single"/>
        </w:rPr>
        <w:t xml:space="preserve">Beijing has </w:t>
      </w:r>
      <w:r>
        <w:rPr>
          <w:b/>
          <w:i w:val="0"/>
          <w:smallCaps w:val="0"/>
          <w:strike w:val="0"/>
          <w:sz w:val="28"/>
          <w:highlight w:val="yellow"/>
          <w:u w:val="single"/>
        </w:rPr>
        <w:t>little interest</w:t>
      </w:r>
      <w:r>
        <w:rPr>
          <w:b/>
          <w:i w:val="0"/>
          <w:smallCaps w:val="0"/>
          <w:strike w:val="0"/>
          <w:sz w:val="28"/>
          <w:highlight w:val="yellow"/>
          <w:u w:val="single"/>
        </w:rPr>
        <w:t xml:space="preserve"> in </w:t>
      </w:r>
      <w:r>
        <w:rPr>
          <w:b/>
          <w:i w:val="0"/>
          <w:smallCaps w:val="0"/>
          <w:strike w:val="0"/>
          <w:sz w:val="28"/>
          <w:highlight w:val="yellow"/>
          <w:u w:val="single"/>
        </w:rPr>
        <w:t>exporting</w:t>
      </w:r>
      <w:r>
        <w:rPr>
          <w:b/>
          <w:i w:val="0"/>
          <w:smallCaps w:val="0"/>
          <w:strike w:val="0"/>
          <w:sz w:val="28"/>
          <w:u w:val="single"/>
        </w:rPr>
        <w:t xml:space="preserve"> its </w:t>
      </w:r>
      <w:r>
        <w:rPr>
          <w:b/>
          <w:i w:val="0"/>
          <w:smallCaps w:val="0"/>
          <w:strike w:val="0"/>
          <w:sz w:val="28"/>
          <w:highlight w:val="yellow"/>
          <w:u w:val="single"/>
        </w:rPr>
        <w:t>governance</w:t>
      </w:r>
      <w:r>
        <w:rPr>
          <w:b/>
          <w:i w:val="0"/>
          <w:smallCaps w:val="0"/>
          <w:strike w:val="0"/>
          <w:sz w:val="28"/>
          <w:u w:val="single"/>
        </w:rPr>
        <w:t xml:space="preserve"> system</w:t>
      </w:r>
      <w:r>
        <w:rPr>
          <w:b/>
          <w:i w:val="0"/>
          <w:smallCaps w:val="0"/>
          <w:strike w:val="0"/>
          <w:sz w:val="28"/>
          <w:u w:val="single"/>
        </w:rPr>
        <w:t xml:space="preserve">, and where it does, it is almost entirely directed at </w:t>
      </w:r>
      <w:r>
        <w:rPr>
          <w:b/>
          <w:i w:val="0"/>
          <w:smallCaps w:val="0"/>
          <w:strike w:val="0"/>
          <w:sz w:val="28"/>
          <w:u w:val="single"/>
        </w:rPr>
        <w:t>developing countries</w:t>
      </w:r>
      <w:r>
        <w:rPr>
          <w:b/>
          <w:i w:val="0"/>
          <w:smallCaps w:val="0"/>
          <w:strike w:val="0"/>
          <w:sz w:val="28"/>
          <w:u w:val="single"/>
        </w:rPr>
        <w:t>, not industrial democracies</w:t>
      </w:r>
      <w:r>
        <w:rPr>
          <w:b w:val="0"/>
          <w:i w:val="0"/>
          <w:smallCaps w:val="0"/>
          <w:strike w:val="0"/>
          <w:sz w:val="14"/>
          <w:u w:val="none"/>
        </w:rPr>
        <w:t xml:space="preserve"> such as the United States. In addition, </w:t>
      </w:r>
      <w:r>
        <w:rPr>
          <w:b/>
          <w:i w:val="0"/>
          <w:smallCaps w:val="0"/>
          <w:strike w:val="0"/>
          <w:sz w:val="28"/>
          <w:u w:val="single"/>
        </w:rPr>
        <w:t xml:space="preserve">there is </w:t>
      </w:r>
      <w:r>
        <w:rPr>
          <w:b/>
          <w:i w:val="0"/>
          <w:smallCaps w:val="0"/>
          <w:strike w:val="0"/>
          <w:sz w:val="28"/>
          <w:u w:val="single"/>
        </w:rPr>
        <w:t>no evidence</w:t>
      </w:r>
      <w:r>
        <w:rPr>
          <w:b/>
          <w:i w:val="0"/>
          <w:smallCaps w:val="0"/>
          <w:strike w:val="0"/>
          <w:sz w:val="28"/>
          <w:u w:val="single"/>
        </w:rPr>
        <w:t xml:space="preserve"> to indicate that the Chinese are </w:t>
      </w:r>
      <w:r>
        <w:rPr>
          <w:b/>
          <w:i w:val="0"/>
          <w:smallCaps w:val="0"/>
          <w:strike w:val="0"/>
          <w:sz w:val="28"/>
          <w:u w:val="single"/>
        </w:rPr>
        <w:t>actually engaged</w:t>
      </w:r>
      <w:r>
        <w:rPr>
          <w:b/>
          <w:i w:val="0"/>
          <w:smallCaps w:val="0"/>
          <w:strike w:val="0"/>
          <w:sz w:val="28"/>
          <w:u w:val="single"/>
        </w:rPr>
        <w:t xml:space="preserve"> in </w:t>
      </w:r>
      <w:r>
        <w:rPr>
          <w:b/>
          <w:i w:val="0"/>
          <w:smallCaps w:val="0"/>
          <w:strike w:val="0"/>
          <w:sz w:val="28"/>
          <w:u w:val="single"/>
        </w:rPr>
        <w:t>compelling</w:t>
      </w:r>
      <w:r>
        <w:rPr>
          <w:b/>
          <w:i w:val="0"/>
          <w:smallCaps w:val="0"/>
          <w:strike w:val="0"/>
          <w:sz w:val="28"/>
          <w:u w:val="single"/>
        </w:rPr>
        <w:t xml:space="preserve"> or actively </w:t>
      </w:r>
      <w:r>
        <w:rPr>
          <w:b/>
          <w:i w:val="0"/>
          <w:smallCaps w:val="0"/>
          <w:strike w:val="0"/>
          <w:sz w:val="28"/>
          <w:u w:val="single"/>
        </w:rPr>
        <w:t>persuading</w:t>
      </w:r>
      <w:r>
        <w:rPr>
          <w:b/>
          <w:i w:val="0"/>
          <w:smallCaps w:val="0"/>
          <w:strike w:val="0"/>
          <w:sz w:val="28"/>
          <w:u w:val="single"/>
        </w:rPr>
        <w:t xml:space="preserve"> countries to follow their experience</w:t>
      </w:r>
      <w:r>
        <w:rPr>
          <w:b w:val="0"/>
          <w:i w:val="0"/>
          <w:smallCaps w:val="0"/>
          <w:strike w:val="0"/>
          <w:sz w:val="14"/>
          <w:u w:val="none"/>
        </w:rPr>
        <w:t xml:space="preserve">. Rather, </w:t>
      </w:r>
      <w:r>
        <w:rPr>
          <w:b/>
          <w:i w:val="0"/>
          <w:smallCaps w:val="0"/>
          <w:strike w:val="0"/>
          <w:sz w:val="28"/>
          <w:highlight w:val="yellow"/>
          <w:u w:val="single"/>
        </w:rPr>
        <w:t>they want</w:t>
      </w:r>
      <w:r>
        <w:rPr>
          <w:b/>
          <w:i w:val="0"/>
          <w:smallCaps w:val="0"/>
          <w:strike w:val="0"/>
          <w:sz w:val="28"/>
          <w:u w:val="single"/>
        </w:rPr>
        <w:t xml:space="preserve"> developing </w:t>
      </w:r>
      <w:r>
        <w:rPr>
          <w:b/>
          <w:i w:val="0"/>
          <w:smallCaps w:val="0"/>
          <w:strike w:val="0"/>
          <w:sz w:val="28"/>
          <w:highlight w:val="yellow"/>
          <w:u w:val="single"/>
        </w:rPr>
        <w:t>nations to</w:t>
      </w:r>
      <w:r>
        <w:rPr>
          <w:b/>
          <w:i w:val="0"/>
          <w:smallCaps w:val="0"/>
          <w:strike w:val="0"/>
          <w:sz w:val="28"/>
          <w:u w:val="single"/>
        </w:rPr>
        <w:t xml:space="preserve"> study from and </w:t>
      </w:r>
      <w:r>
        <w:rPr>
          <w:b/>
          <w:i w:val="0"/>
          <w:smallCaps w:val="0"/>
          <w:strike w:val="0"/>
          <w:sz w:val="28"/>
          <w:highlight w:val="yellow"/>
          <w:u w:val="single"/>
        </w:rPr>
        <w:t>copy</w:t>
      </w:r>
      <w:r>
        <w:rPr>
          <w:b w:val="0"/>
          <w:i w:val="0"/>
          <w:smallCaps w:val="0"/>
          <w:strike w:val="0"/>
          <w:sz w:val="14"/>
          <w:u w:val="none"/>
        </w:rPr>
        <w:t xml:space="preserve"> China’s approach because doing so would help </w:t>
      </w:r>
      <w:r>
        <w:rPr>
          <w:b/>
          <w:i w:val="0"/>
          <w:smallCaps w:val="0"/>
          <w:strike w:val="0"/>
          <w:sz w:val="28"/>
          <w:highlight w:val="yellow"/>
          <w:u w:val="single"/>
        </w:rPr>
        <w:t>to legitimize the</w:t>
      </w:r>
      <w:r>
        <w:rPr>
          <w:b/>
          <w:i w:val="0"/>
          <w:smallCaps w:val="0"/>
          <w:strike w:val="0"/>
          <w:sz w:val="28"/>
          <w:u w:val="single"/>
        </w:rPr>
        <w:t xml:space="preserve"> Chinese </w:t>
      </w:r>
      <w:r>
        <w:rPr>
          <w:b/>
          <w:i w:val="0"/>
          <w:smallCaps w:val="0"/>
          <w:strike w:val="0"/>
          <w:sz w:val="28"/>
          <w:highlight w:val="yellow"/>
          <w:u w:val="single"/>
        </w:rPr>
        <w:t>system</w:t>
      </w:r>
      <w:r>
        <w:rPr>
          <w:b w:val="0"/>
          <w:i w:val="0"/>
          <w:smallCaps w:val="0"/>
          <w:strike w:val="0"/>
          <w:sz w:val="14"/>
          <w:u w:val="none"/>
        </w:rPr>
        <w:t xml:space="preserve"> both internationally and more importantly </w:t>
      </w:r>
      <w:r>
        <w:rPr>
          <w:b/>
          <w:i w:val="0"/>
          <w:smallCaps w:val="0"/>
          <w:strike w:val="0"/>
          <w:sz w:val="28"/>
          <w:highlight w:val="yellow"/>
          <w:u w:val="single"/>
        </w:rPr>
        <w:t>to</w:t>
      </w:r>
      <w:r>
        <w:rPr>
          <w:b/>
          <w:i w:val="0"/>
          <w:smallCaps w:val="0"/>
          <w:strike w:val="0"/>
          <w:sz w:val="28"/>
          <w:u w:val="single"/>
        </w:rPr>
        <w:t xml:space="preserve"> Beijing’s </w:t>
      </w:r>
      <w:r>
        <w:rPr>
          <w:b/>
          <w:i w:val="0"/>
          <w:smallCaps w:val="0"/>
          <w:strike w:val="0"/>
          <w:sz w:val="28"/>
          <w:highlight w:val="yellow"/>
          <w:u w:val="single"/>
        </w:rPr>
        <w:t>domestic audience</w:t>
      </w:r>
      <w:r>
        <w:rPr>
          <w:b w:val="0"/>
          <w:i w:val="0"/>
          <w:smallCaps w:val="0"/>
          <w:strike w:val="0"/>
          <w:sz w:val="14"/>
          <w:u w:val="none"/>
        </w:rPr>
        <w:t>.</w:t>
      </w:r>
    </w:p>
    <w:p>
      <w:pPr>
        <w:spacing w:after="60"/>
      </w:pPr>
      <w:r>
        <w:rPr>
          <w:b w:val="0"/>
          <w:i w:val="0"/>
          <w:smallCaps w:val="0"/>
          <w:strike w:val="0"/>
          <w:sz w:val="14"/>
          <w:u w:val="none"/>
        </w:rPr>
        <w:t xml:space="preserve">In addition, </w:t>
      </w:r>
      <w:r>
        <w:rPr>
          <w:b/>
          <w:i w:val="0"/>
          <w:smallCaps w:val="0"/>
          <w:strike w:val="0"/>
          <w:sz w:val="28"/>
          <w:u w:val="single"/>
        </w:rPr>
        <w:t>the notion that Beijing is deliberately attempting to control other countries</w:t>
      </w:r>
      <w:r>
        <w:rPr>
          <w:b w:val="0"/>
          <w:i w:val="0"/>
          <w:smallCaps w:val="0"/>
          <w:strike w:val="0"/>
          <w:sz w:val="14"/>
          <w:u w:val="none"/>
        </w:rPr>
        <w:t xml:space="preserve"> and make them more authoritarian </w:t>
      </w:r>
      <w:r>
        <w:rPr>
          <w:b/>
          <w:i w:val="0"/>
          <w:smallCaps w:val="0"/>
          <w:strike w:val="0"/>
          <w:sz w:val="28"/>
          <w:u w:val="single"/>
        </w:rPr>
        <w:t xml:space="preserve">by entrapping them in </w:t>
      </w:r>
      <w:r>
        <w:rPr>
          <w:b/>
          <w:i w:val="0"/>
          <w:smallCaps w:val="0"/>
          <w:strike w:val="0"/>
          <w:sz w:val="28"/>
          <w:u w:val="single"/>
        </w:rPr>
        <w:t>debt</w:t>
      </w:r>
      <w:r>
        <w:rPr>
          <w:b/>
          <w:i w:val="0"/>
          <w:smallCaps w:val="0"/>
          <w:strike w:val="0"/>
          <w:sz w:val="28"/>
          <w:u w:val="single"/>
        </w:rPr>
        <w:t xml:space="preserve"> </w:t>
      </w:r>
      <w:r>
        <w:rPr>
          <w:b/>
          <w:i w:val="0"/>
          <w:smallCaps w:val="0"/>
          <w:strike w:val="0"/>
          <w:sz w:val="28"/>
          <w:highlight w:val="yellow"/>
          <w:u w:val="single"/>
        </w:rPr>
        <w:t>and</w:t>
      </w:r>
      <w:r>
        <w:rPr>
          <w:b/>
          <w:i w:val="0"/>
          <w:smallCaps w:val="0"/>
          <w:strike w:val="0"/>
          <w:sz w:val="28"/>
          <w:u w:val="single"/>
        </w:rPr>
        <w:t xml:space="preserve"> selling them “Big Brother” hardware such as </w:t>
      </w:r>
      <w:r>
        <w:rPr>
          <w:b/>
          <w:i w:val="0"/>
          <w:smallCaps w:val="0"/>
          <w:strike w:val="0"/>
          <w:sz w:val="28"/>
          <w:u w:val="single"/>
        </w:rPr>
        <w:t>surveillance systems</w:t>
      </w:r>
      <w:r>
        <w:rPr>
          <w:b/>
          <w:i w:val="0"/>
          <w:smallCaps w:val="0"/>
          <w:strike w:val="0"/>
          <w:sz w:val="28"/>
          <w:u w:val="single"/>
        </w:rPr>
        <w:t xml:space="preserve"> is </w:t>
      </w:r>
      <w:r>
        <w:rPr>
          <w:b/>
          <w:i w:val="0"/>
          <w:smallCaps w:val="0"/>
          <w:strike w:val="0"/>
          <w:sz w:val="28"/>
          <w:u w:val="single"/>
        </w:rPr>
        <w:t>unsupported</w:t>
      </w:r>
      <w:r>
        <w:rPr>
          <w:b/>
          <w:i w:val="0"/>
          <w:smallCaps w:val="0"/>
          <w:strike w:val="0"/>
          <w:sz w:val="28"/>
          <w:u w:val="single"/>
        </w:rPr>
        <w:t xml:space="preserve"> by the </w:t>
      </w:r>
      <w:r>
        <w:rPr>
          <w:b/>
          <w:i w:val="0"/>
          <w:smallCaps w:val="0"/>
          <w:strike w:val="0"/>
          <w:sz w:val="28"/>
          <w:u w:val="single"/>
        </w:rPr>
        <w:t>facts</w:t>
      </w:r>
      <w:r>
        <w:rPr>
          <w:b/>
          <w:i w:val="0"/>
          <w:smallCaps w:val="0"/>
          <w:strike w:val="0"/>
          <w:sz w:val="28"/>
          <w:u w:val="single"/>
        </w:rPr>
        <w:t xml:space="preserve">. Chinese </w:t>
      </w:r>
      <w:r>
        <w:rPr>
          <w:b/>
          <w:i w:val="0"/>
          <w:smallCaps w:val="0"/>
          <w:strike w:val="0"/>
          <w:sz w:val="28"/>
          <w:highlight w:val="yellow"/>
          <w:u w:val="single"/>
        </w:rPr>
        <w:t xml:space="preserve">banks show </w:t>
      </w:r>
      <w:r>
        <w:rPr>
          <w:b/>
          <w:i w:val="0"/>
          <w:smallCaps w:val="0"/>
          <w:strike w:val="0"/>
          <w:sz w:val="28"/>
          <w:highlight w:val="yellow"/>
          <w:u w:val="single"/>
        </w:rPr>
        <w:t>little desire</w:t>
      </w:r>
      <w:r>
        <w:rPr>
          <w:b/>
          <w:i w:val="0"/>
          <w:smallCaps w:val="0"/>
          <w:strike w:val="0"/>
          <w:sz w:val="28"/>
          <w:highlight w:val="yellow"/>
          <w:u w:val="single"/>
        </w:rPr>
        <w:t xml:space="preserve"> to extend </w:t>
      </w:r>
      <w:r>
        <w:rPr>
          <w:b/>
          <w:i w:val="0"/>
          <w:smallCaps w:val="0"/>
          <w:strike w:val="0"/>
          <w:sz w:val="28"/>
          <w:highlight w:val="yellow"/>
          <w:u w:val="single"/>
        </w:rPr>
        <w:t>loans that will fail</w:t>
      </w:r>
      <w:r>
        <w:rPr>
          <w:b w:val="0"/>
          <w:i w:val="0"/>
          <w:smallCaps w:val="0"/>
          <w:strike w:val="0"/>
          <w:sz w:val="14"/>
          <w:u w:val="none"/>
        </w:rPr>
        <w:t xml:space="preserve">, and the failures that do occur are mostly </w:t>
      </w:r>
      <w:r>
        <w:rPr>
          <w:b/>
          <w:i w:val="0"/>
          <w:smallCaps w:val="0"/>
          <w:strike w:val="0"/>
          <w:sz w:val="28"/>
          <w:u w:val="single"/>
        </w:rPr>
        <w:t xml:space="preserve">due to </w:t>
      </w:r>
      <w:r>
        <w:rPr>
          <w:b/>
          <w:i w:val="0"/>
          <w:smallCaps w:val="0"/>
          <w:strike w:val="0"/>
          <w:sz w:val="28"/>
          <w:u w:val="single"/>
        </w:rPr>
        <w:t>poor feasibility studies</w:t>
      </w:r>
      <w:r>
        <w:rPr>
          <w:b/>
          <w:i w:val="0"/>
          <w:smallCaps w:val="0"/>
          <w:strike w:val="0"/>
          <w:sz w:val="28"/>
          <w:u w:val="single"/>
        </w:rPr>
        <w:t xml:space="preserve"> and the </w:t>
      </w:r>
      <w:r>
        <w:rPr>
          <w:b/>
          <w:i w:val="0"/>
          <w:smallCaps w:val="0"/>
          <w:strike w:val="0"/>
          <w:sz w:val="28"/>
          <w:u w:val="single"/>
        </w:rPr>
        <w:t>incompetence</w:t>
      </w:r>
      <w:r>
        <w:rPr>
          <w:b/>
          <w:i w:val="0"/>
          <w:smallCaps w:val="0"/>
          <w:strike w:val="0"/>
          <w:sz w:val="28"/>
          <w:u w:val="single"/>
        </w:rPr>
        <w:t xml:space="preserve"> and excessive zeal of lenders and/or borrowers</w:t>
      </w:r>
      <w:r>
        <w:rPr>
          <w:b w:val="0"/>
          <w:i w:val="0"/>
          <w:smallCaps w:val="0"/>
          <w:strike w:val="0"/>
          <w:sz w:val="14"/>
          <w:u w:val="none"/>
        </w:rPr>
        <w:t xml:space="preserve">. Moreover, </w:t>
      </w:r>
      <w:r>
        <w:rPr>
          <w:b/>
          <w:i w:val="0"/>
          <w:smallCaps w:val="0"/>
          <w:strike w:val="0"/>
          <w:sz w:val="28"/>
          <w:u w:val="single"/>
        </w:rPr>
        <w:t xml:space="preserve">in both loan-giving and surveillance equipment sales, China has shown no </w:t>
      </w:r>
      <w:r>
        <w:rPr>
          <w:b/>
          <w:i w:val="0"/>
          <w:smallCaps w:val="0"/>
          <w:strike w:val="0"/>
          <w:sz w:val="28"/>
          <w:u w:val="single"/>
        </w:rPr>
        <w:t>specific preference</w:t>
      </w:r>
      <w:r>
        <w:rPr>
          <w:b/>
          <w:i w:val="0"/>
          <w:smallCaps w:val="0"/>
          <w:strike w:val="0"/>
          <w:sz w:val="28"/>
          <w:u w:val="single"/>
        </w:rPr>
        <w:t xml:space="preserve"> for nondemocratic over democratic states</w:t>
      </w:r>
      <w:r>
        <w:rPr>
          <w:b w:val="0"/>
          <w:i w:val="0"/>
          <w:smallCaps w:val="0"/>
          <w:strike w:val="0"/>
          <w:sz w:val="14"/>
          <w:u w:val="none"/>
        </w:rPr>
        <w:t>.</w:t>
      </w:r>
    </w:p>
    <w:p>
      <w:pPr>
        <w:spacing w:after="60"/>
      </w:pPr>
      <w:r>
        <w:rPr>
          <w:b/>
          <w:i w:val="0"/>
          <w:smallCaps w:val="0"/>
          <w:strike w:val="0"/>
          <w:sz w:val="28"/>
          <w:u w:val="single"/>
        </w:rPr>
        <w:t xml:space="preserve">Even if Beijing were to </w:t>
      </w:r>
      <w:r>
        <w:rPr>
          <w:b/>
          <w:i w:val="0"/>
          <w:smallCaps w:val="0"/>
          <w:strike w:val="0"/>
          <w:sz w:val="28"/>
          <w:u w:val="single"/>
        </w:rPr>
        <w:t>attempt</w:t>
      </w:r>
      <w:r>
        <w:rPr>
          <w:b/>
          <w:i w:val="0"/>
          <w:smallCaps w:val="0"/>
          <w:strike w:val="0"/>
          <w:sz w:val="28"/>
          <w:u w:val="single"/>
        </w:rPr>
        <w:t xml:space="preserve"> to export its development approach</w:t>
      </w:r>
      <w:r>
        <w:rPr>
          <w:b w:val="0"/>
          <w:i w:val="0"/>
          <w:smallCaps w:val="0"/>
          <w:strike w:val="0"/>
          <w:sz w:val="14"/>
          <w:u w:val="none"/>
        </w:rPr>
        <w:t xml:space="preserve"> to other states, </w:t>
      </w:r>
      <w:r>
        <w:rPr>
          <w:b/>
          <w:i w:val="0"/>
          <w:smallCaps w:val="0"/>
          <w:strike w:val="0"/>
          <w:sz w:val="28"/>
          <w:u w:val="single"/>
        </w:rPr>
        <w:t xml:space="preserve">the </w:t>
      </w:r>
      <w:r>
        <w:rPr>
          <w:b/>
          <w:i w:val="0"/>
          <w:smallCaps w:val="0"/>
          <w:strike w:val="0"/>
          <w:sz w:val="28"/>
          <w:highlight w:val="yellow"/>
          <w:u w:val="single"/>
        </w:rPr>
        <w:t xml:space="preserve">actual </w:t>
      </w:r>
      <w:r>
        <w:rPr>
          <w:b/>
          <w:i w:val="0"/>
          <w:smallCaps w:val="0"/>
          <w:strike w:val="0"/>
          <w:sz w:val="28"/>
          <w:highlight w:val="yellow"/>
          <w:u w:val="single"/>
        </w:rPr>
        <w:t>attractiveness</w:t>
      </w:r>
      <w:r>
        <w:rPr>
          <w:b/>
          <w:i w:val="0"/>
          <w:smallCaps w:val="0"/>
          <w:strike w:val="0"/>
          <w:sz w:val="28"/>
          <w:u w:val="single"/>
        </w:rPr>
        <w:t xml:space="preserve"> of that approach </w:t>
      </w:r>
      <w:r>
        <w:rPr>
          <w:b/>
          <w:i w:val="0"/>
          <w:smallCaps w:val="0"/>
          <w:strike w:val="0"/>
          <w:sz w:val="28"/>
          <w:highlight w:val="yellow"/>
          <w:u w:val="single"/>
        </w:rPr>
        <w:t>would prove</w:t>
      </w:r>
      <w:r>
        <w:rPr>
          <w:b/>
          <w:i w:val="0"/>
          <w:smallCaps w:val="0"/>
          <w:strike w:val="0"/>
          <w:sz w:val="28"/>
          <w:u w:val="single"/>
        </w:rPr>
        <w:t xml:space="preserve"> to be </w:t>
      </w:r>
      <w:r>
        <w:rPr>
          <w:b/>
          <w:i w:val="0"/>
          <w:smallCaps w:val="0"/>
          <w:strike w:val="0"/>
          <w:sz w:val="28"/>
          <w:u w:val="single"/>
        </w:rPr>
        <w:t xml:space="preserve">highly </w:t>
      </w:r>
      <w:r>
        <w:rPr>
          <w:b/>
          <w:i w:val="0"/>
          <w:smallCaps w:val="0"/>
          <w:strike w:val="0"/>
          <w:sz w:val="28"/>
          <w:highlight w:val="yellow"/>
          <w:u w:val="single"/>
        </w:rPr>
        <w:t>limited</w:t>
      </w:r>
      <w:r>
        <w:rPr>
          <w:b/>
          <w:i w:val="0"/>
          <w:smallCaps w:val="0"/>
          <w:strike w:val="0"/>
          <w:sz w:val="28"/>
          <w:u w:val="single"/>
        </w:rPr>
        <w:t xml:space="preserve">. The </w:t>
      </w:r>
      <w:r>
        <w:rPr>
          <w:b/>
          <w:i w:val="0"/>
          <w:smallCaps w:val="0"/>
          <w:strike w:val="0"/>
          <w:sz w:val="28"/>
          <w:highlight w:val="yellow"/>
          <w:u w:val="single"/>
        </w:rPr>
        <w:t>features undergirding</w:t>
      </w:r>
      <w:r>
        <w:rPr>
          <w:b/>
          <w:i w:val="0"/>
          <w:smallCaps w:val="0"/>
          <w:strike w:val="0"/>
          <w:sz w:val="28"/>
          <w:highlight w:val="yellow"/>
          <w:u w:val="single"/>
        </w:rPr>
        <w:t xml:space="preserve"> China</w:t>
      </w:r>
      <w:r>
        <w:rPr>
          <w:b/>
          <w:i w:val="0"/>
          <w:smallCaps w:val="0"/>
          <w:strike w:val="0"/>
          <w:sz w:val="28"/>
          <w:u w:val="single"/>
        </w:rPr>
        <w:t xml:space="preserve">’s developmental success </w:t>
      </w:r>
      <w:r>
        <w:rPr>
          <w:b/>
          <w:i w:val="0"/>
          <w:smallCaps w:val="0"/>
          <w:strike w:val="0"/>
          <w:sz w:val="28"/>
          <w:highlight w:val="yellow"/>
          <w:u w:val="single"/>
        </w:rPr>
        <w:t xml:space="preserve">are </w:t>
      </w:r>
      <w:r>
        <w:rPr>
          <w:b/>
          <w:i w:val="0"/>
          <w:smallCaps w:val="0"/>
          <w:strike w:val="0"/>
          <w:sz w:val="28"/>
          <w:highlight w:val="yellow"/>
          <w:u w:val="single"/>
        </w:rPr>
        <w:t>not replicable</w:t>
      </w:r>
      <w:r>
        <w:rPr>
          <w:b w:val="0"/>
          <w:i w:val="0"/>
          <w:smallCaps w:val="0"/>
          <w:strike w:val="0"/>
          <w:sz w:val="14"/>
          <w:u w:val="none"/>
        </w:rPr>
        <w:t xml:space="preserve"> for most (if any) countries. </w:t>
      </w:r>
      <w:r>
        <w:rPr>
          <w:b/>
          <w:i w:val="0"/>
          <w:smallCaps w:val="0"/>
          <w:strike w:val="0"/>
          <w:sz w:val="28"/>
          <w:u w:val="single"/>
        </w:rPr>
        <w:t xml:space="preserve">These include a </w:t>
      </w:r>
      <w:r>
        <w:rPr>
          <w:b/>
          <w:i w:val="0"/>
          <w:smallCaps w:val="0"/>
          <w:strike w:val="0"/>
          <w:sz w:val="28"/>
          <w:u w:val="single"/>
        </w:rPr>
        <w:t>high savings rate</w:t>
      </w:r>
      <w:r>
        <w:rPr>
          <w:b/>
          <w:i w:val="0"/>
          <w:smallCaps w:val="0"/>
          <w:strike w:val="0"/>
          <w:sz w:val="28"/>
          <w:u w:val="single"/>
        </w:rPr>
        <w:t xml:space="preserve">; a highly acquisitive and </w:t>
      </w:r>
      <w:r>
        <w:rPr>
          <w:b/>
          <w:i w:val="0"/>
          <w:smallCaps w:val="0"/>
          <w:strike w:val="0"/>
          <w:sz w:val="28"/>
          <w:u w:val="single"/>
        </w:rPr>
        <w:t>entrepreneurial cultural environment</w:t>
      </w:r>
      <w:r>
        <w:rPr>
          <w:b/>
          <w:i w:val="0"/>
          <w:smallCaps w:val="0"/>
          <w:strike w:val="0"/>
          <w:sz w:val="28"/>
          <w:u w:val="single"/>
        </w:rPr>
        <w:t xml:space="preserve">; a </w:t>
      </w:r>
      <w:r>
        <w:rPr>
          <w:b/>
          <w:i w:val="0"/>
          <w:smallCaps w:val="0"/>
          <w:strike w:val="0"/>
          <w:sz w:val="28"/>
          <w:u w:val="single"/>
        </w:rPr>
        <w:t>state-owned banking</w:t>
      </w:r>
      <w:r>
        <w:rPr>
          <w:b/>
          <w:i w:val="0"/>
          <w:smallCaps w:val="0"/>
          <w:strike w:val="0"/>
          <w:sz w:val="28"/>
          <w:u w:val="single"/>
        </w:rPr>
        <w:t xml:space="preserve"> system and </w:t>
      </w:r>
      <w:r>
        <w:rPr>
          <w:b/>
          <w:i w:val="0"/>
          <w:smallCaps w:val="0"/>
          <w:strike w:val="0"/>
          <w:sz w:val="28"/>
          <w:u w:val="single"/>
        </w:rPr>
        <w:t>nonconvertible currency</w:t>
      </w:r>
      <w:r>
        <w:rPr>
          <w:b/>
          <w:i w:val="0"/>
          <w:smallCaps w:val="0"/>
          <w:strike w:val="0"/>
          <w:sz w:val="28"/>
          <w:u w:val="single"/>
        </w:rPr>
        <w:t xml:space="preserve">; many massive </w:t>
      </w:r>
      <w:r>
        <w:rPr>
          <w:b/>
          <w:i w:val="0"/>
          <w:smallCaps w:val="0"/>
          <w:strike w:val="0"/>
          <w:sz w:val="28"/>
          <w:u w:val="single"/>
        </w:rPr>
        <w:t>state-</w:t>
      </w:r>
      <w:r>
        <w:rPr>
          <w:b/>
          <w:i w:val="0"/>
          <w:smallCaps w:val="0"/>
          <w:strike w:val="0"/>
          <w:sz w:val="28"/>
          <w:u w:val="single"/>
        </w:rPr>
        <w:t>owned industries</w:t>
      </w:r>
      <w:r>
        <w:rPr>
          <w:b w:val="0"/>
          <w:i w:val="0"/>
          <w:smallCaps w:val="0"/>
          <w:strike w:val="0"/>
          <w:sz w:val="14"/>
          <w:u w:val="none"/>
        </w:rPr>
        <w:t xml:space="preserve"> that exist to provide employment, facilitate party control over key sectors, and drive huge infrastructure construction; </w:t>
      </w:r>
      <w:r>
        <w:rPr>
          <w:b/>
          <w:i w:val="0"/>
          <w:smallCaps w:val="0"/>
          <w:strike w:val="0"/>
          <w:sz w:val="28"/>
          <w:highlight w:val="yellow"/>
          <w:u w:val="single"/>
        </w:rPr>
        <w:t>and</w:t>
      </w:r>
      <w:r>
        <w:rPr>
          <w:b/>
          <w:i w:val="0"/>
          <w:smallCaps w:val="0"/>
          <w:strike w:val="0"/>
          <w:sz w:val="28"/>
          <w:u w:val="single"/>
        </w:rPr>
        <w:t xml:space="preserve"> </w:t>
      </w:r>
      <w:r>
        <w:rPr>
          <w:b/>
          <w:i w:val="0"/>
          <w:smallCaps w:val="0"/>
          <w:strike w:val="0"/>
          <w:sz w:val="28"/>
          <w:u w:val="single"/>
        </w:rPr>
        <w:t>strong controls</w:t>
      </w:r>
      <w:r>
        <w:rPr>
          <w:b/>
          <w:i w:val="0"/>
          <w:smallCaps w:val="0"/>
          <w:strike w:val="0"/>
          <w:sz w:val="28"/>
          <w:u w:val="single"/>
        </w:rPr>
        <w:t xml:space="preserve"> over virtually all information flows</w:t>
      </w:r>
      <w:r>
        <w:rPr>
          <w:b w:val="0"/>
          <w:i w:val="0"/>
          <w:smallCaps w:val="0"/>
          <w:strike w:val="0"/>
          <w:sz w:val="14"/>
          <w:u w:val="none"/>
        </w:rPr>
        <w:t xml:space="preserve">. Moreover, </w:t>
      </w:r>
      <w:r>
        <w:rPr>
          <w:b/>
          <w:i w:val="0"/>
          <w:smallCaps w:val="0"/>
          <w:strike w:val="0"/>
          <w:sz w:val="28"/>
          <w:u w:val="single"/>
        </w:rPr>
        <w:t>such a model</w:t>
      </w:r>
      <w:r>
        <w:rPr>
          <w:b w:val="0"/>
          <w:i w:val="0"/>
          <w:smallCaps w:val="0"/>
          <w:strike w:val="0"/>
          <w:sz w:val="14"/>
          <w:u w:val="none"/>
        </w:rPr>
        <w:t xml:space="preserve"> (if you can call it that) </w:t>
      </w:r>
      <w:r>
        <w:rPr>
          <w:b/>
          <w:i w:val="0"/>
          <w:smallCaps w:val="0"/>
          <w:strike w:val="0"/>
          <w:sz w:val="28"/>
          <w:u w:val="single"/>
        </w:rPr>
        <w:t xml:space="preserve">is almost certainly </w:t>
      </w:r>
      <w:r>
        <w:rPr>
          <w:b/>
          <w:i w:val="0"/>
          <w:smallCaps w:val="0"/>
          <w:strike w:val="0"/>
          <w:sz w:val="28"/>
          <w:highlight w:val="yellow"/>
          <w:u w:val="single"/>
        </w:rPr>
        <w:t>not sustainable</w:t>
      </w:r>
      <w:r>
        <w:rPr>
          <w:b w:val="0"/>
          <w:i w:val="0"/>
          <w:smallCaps w:val="0"/>
          <w:strike w:val="0"/>
          <w:sz w:val="14"/>
          <w:u w:val="none"/>
        </w:rPr>
        <w:t xml:space="preserve"> in its present form, </w:t>
      </w:r>
      <w:r>
        <w:rPr>
          <w:b/>
          <w:i w:val="0"/>
          <w:smallCaps w:val="0"/>
          <w:strike w:val="0"/>
          <w:sz w:val="28"/>
          <w:highlight w:val="yellow"/>
          <w:u w:val="single"/>
        </w:rPr>
        <w:t>given</w:t>
      </w:r>
      <w:r>
        <w:rPr>
          <w:b/>
          <w:i w:val="0"/>
          <w:smallCaps w:val="0"/>
          <w:strike w:val="0"/>
          <w:sz w:val="28"/>
          <w:u w:val="single"/>
        </w:rPr>
        <w:t xml:space="preserve"> China’s </w:t>
      </w:r>
      <w:r>
        <w:rPr>
          <w:b/>
          <w:i w:val="0"/>
          <w:smallCaps w:val="0"/>
          <w:strike w:val="0"/>
          <w:sz w:val="28"/>
          <w:highlight w:val="yellow"/>
          <w:u w:val="single"/>
        </w:rPr>
        <w:t>aging population</w:t>
      </w:r>
      <w:r>
        <w:rPr>
          <w:b/>
          <w:i w:val="0"/>
          <w:smallCaps w:val="0"/>
          <w:strike w:val="0"/>
          <w:sz w:val="28"/>
          <w:u w:val="single"/>
        </w:rPr>
        <w:t xml:space="preserve">, extensive </w:t>
      </w:r>
      <w:r>
        <w:rPr>
          <w:b/>
          <w:i w:val="0"/>
          <w:smallCaps w:val="0"/>
          <w:strike w:val="0"/>
          <w:sz w:val="28"/>
          <w:highlight w:val="yellow"/>
          <w:u w:val="single"/>
        </w:rPr>
        <w:t>corruption</w:t>
      </w:r>
      <w:r>
        <w:rPr>
          <w:b/>
          <w:i w:val="0"/>
          <w:smallCaps w:val="0"/>
          <w:strike w:val="0"/>
          <w:sz w:val="28"/>
          <w:u w:val="single"/>
        </w:rPr>
        <w:t xml:space="preserve">, very large levels of </w:t>
      </w:r>
      <w:r>
        <w:rPr>
          <w:b/>
          <w:i w:val="0"/>
          <w:smallCaps w:val="0"/>
          <w:strike w:val="0"/>
          <w:sz w:val="28"/>
          <w:highlight w:val="yellow"/>
          <w:u w:val="single"/>
        </w:rPr>
        <w:t>income inequality</w:t>
      </w:r>
      <w:r>
        <w:rPr>
          <w:b/>
          <w:i w:val="0"/>
          <w:smallCaps w:val="0"/>
          <w:strike w:val="0"/>
          <w:sz w:val="28"/>
          <w:u w:val="single"/>
        </w:rPr>
        <w:t xml:space="preserve">, inadequate social </w:t>
      </w:r>
      <w:r>
        <w:rPr>
          <w:b/>
          <w:i w:val="0"/>
          <w:smallCaps w:val="0"/>
          <w:strike w:val="0"/>
          <w:sz w:val="28"/>
          <w:u w:val="single"/>
        </w:rPr>
        <w:t>safety net</w:t>
      </w:r>
      <w:r>
        <w:rPr>
          <w:b/>
          <w:i w:val="0"/>
          <w:smallCaps w:val="0"/>
          <w:strike w:val="0"/>
          <w:sz w:val="28"/>
          <w:u w:val="single"/>
        </w:rPr>
        <w:t xml:space="preserve">, </w:t>
      </w:r>
      <w:r>
        <w:rPr>
          <w:b/>
          <w:i w:val="0"/>
          <w:smallCaps w:val="0"/>
          <w:strike w:val="0"/>
          <w:sz w:val="28"/>
          <w:highlight w:val="yellow"/>
          <w:u w:val="single"/>
        </w:rPr>
        <w:t>and</w:t>
      </w:r>
      <w:r>
        <w:rPr>
          <w:b/>
          <w:i w:val="0"/>
          <w:smallCaps w:val="0"/>
          <w:strike w:val="0"/>
          <w:sz w:val="28"/>
          <w:u w:val="single"/>
        </w:rPr>
        <w:t xml:space="preserve"> the fact </w:t>
      </w:r>
      <w:r>
        <w:rPr>
          <w:b/>
          <w:i w:val="0"/>
          <w:smallCaps w:val="0"/>
          <w:strike w:val="0"/>
          <w:sz w:val="28"/>
          <w:highlight w:val="yellow"/>
          <w:u w:val="single"/>
        </w:rPr>
        <w:t xml:space="preserve">that </w:t>
      </w:r>
      <w:r>
        <w:rPr>
          <w:b/>
          <w:i w:val="0"/>
          <w:smallCaps w:val="0"/>
          <w:strike w:val="0"/>
          <w:sz w:val="28"/>
          <w:highlight w:val="yellow"/>
          <w:u w:val="single"/>
        </w:rPr>
        <w:t>free info</w:t>
      </w:r>
      <w:r>
        <w:rPr>
          <w:b/>
          <w:i w:val="0"/>
          <w:smallCaps w:val="0"/>
          <w:strike w:val="0"/>
          <w:sz w:val="28"/>
          <w:u w:val="single"/>
        </w:rPr>
        <w:t xml:space="preserve">rmation </w:t>
      </w:r>
      <w:r>
        <w:rPr>
          <w:b/>
          <w:i w:val="0"/>
          <w:smallCaps w:val="0"/>
          <w:strike w:val="0"/>
          <w:sz w:val="28"/>
          <w:highlight w:val="yellow"/>
          <w:u w:val="single"/>
        </w:rPr>
        <w:t>flows</w:t>
      </w:r>
      <w:r>
        <w:rPr>
          <w:b/>
          <w:i w:val="0"/>
          <w:smallCaps w:val="0"/>
          <w:strike w:val="0"/>
          <w:sz w:val="28"/>
          <w:u w:val="single"/>
        </w:rPr>
        <w:t xml:space="preserve"> are required to </w:t>
      </w:r>
      <w:r>
        <w:rPr>
          <w:b/>
          <w:i w:val="0"/>
          <w:smallCaps w:val="0"/>
          <w:strike w:val="0"/>
          <w:sz w:val="28"/>
          <w:highlight w:val="yellow"/>
          <w:u w:val="single"/>
        </w:rPr>
        <w:t>drive</w:t>
      </w:r>
      <w:r>
        <w:rPr>
          <w:b/>
          <w:i w:val="0"/>
          <w:smallCaps w:val="0"/>
          <w:strike w:val="0"/>
          <w:sz w:val="28"/>
          <w:u w:val="single"/>
        </w:rPr>
        <w:t xml:space="preserve"> </w:t>
      </w:r>
      <w:r>
        <w:rPr>
          <w:b/>
          <w:i w:val="0"/>
          <w:smallCaps w:val="0"/>
          <w:strike w:val="0"/>
          <w:sz w:val="28"/>
          <w:u w:val="single"/>
        </w:rPr>
        <w:t xml:space="preserve">global </w:t>
      </w:r>
      <w:r>
        <w:rPr>
          <w:b/>
          <w:i w:val="0"/>
          <w:smallCaps w:val="0"/>
          <w:strike w:val="0"/>
          <w:sz w:val="28"/>
          <w:highlight w:val="yellow"/>
          <w:u w:val="single"/>
        </w:rPr>
        <w:t>innovation</w:t>
      </w:r>
      <w:r>
        <w:rPr>
          <w:b w:val="0"/>
          <w:i w:val="0"/>
          <w:smallCaps w:val="0"/>
          <w:strike w:val="0"/>
          <w:sz w:val="14"/>
          <w:u w:val="none"/>
        </w:rPr>
        <w:t>.</w:t>
      </w:r>
    </w:p>
    <w:p>
      <w:pPr>
        <w:spacing w:after="60"/>
      </w:pPr>
      <w:r>
        <w:rPr>
          <w:b w:val="0"/>
          <w:i w:val="0"/>
          <w:smallCaps w:val="0"/>
          <w:strike w:val="0"/>
          <w:sz w:val="14"/>
          <w:u w:val="none"/>
        </w:rPr>
        <w:t xml:space="preserve">Although </w:t>
      </w:r>
      <w:r>
        <w:rPr>
          <w:b/>
          <w:i w:val="0"/>
          <w:smallCaps w:val="0"/>
          <w:strike w:val="0"/>
          <w:sz w:val="28"/>
          <w:u w:val="single"/>
        </w:rPr>
        <w:t>China’s</w:t>
      </w:r>
      <w:r>
        <w:rPr>
          <w:b w:val="0"/>
          <w:i w:val="0"/>
          <w:smallCaps w:val="0"/>
          <w:strike w:val="0"/>
          <w:sz w:val="14"/>
          <w:u w:val="none"/>
        </w:rPr>
        <w:t xml:space="preserve"> combination of economic reform policies and authoritarian </w:t>
      </w:r>
      <w:r>
        <w:rPr>
          <w:b/>
          <w:i w:val="0"/>
          <w:smallCaps w:val="0"/>
          <w:strike w:val="0"/>
          <w:sz w:val="28"/>
          <w:u w:val="single"/>
        </w:rPr>
        <w:t xml:space="preserve">political system has been around </w:t>
      </w:r>
      <w:r>
        <w:rPr>
          <w:b/>
          <w:i w:val="0"/>
          <w:smallCaps w:val="0"/>
          <w:strike w:val="0"/>
          <w:sz w:val="28"/>
          <w:highlight w:val="yellow"/>
          <w:u w:val="single"/>
        </w:rPr>
        <w:t>since the</w:t>
      </w:r>
      <w:r>
        <w:rPr>
          <w:b/>
          <w:i w:val="0"/>
          <w:smallCaps w:val="0"/>
          <w:strike w:val="0"/>
          <w:sz w:val="28"/>
          <w:u w:val="single"/>
        </w:rPr>
        <w:t xml:space="preserve"> early 19</w:t>
      </w:r>
      <w:r>
        <w:rPr>
          <w:b/>
          <w:i w:val="0"/>
          <w:smallCaps w:val="0"/>
          <w:strike w:val="0"/>
          <w:sz w:val="28"/>
          <w:highlight w:val="yellow"/>
          <w:u w:val="single"/>
        </w:rPr>
        <w:t xml:space="preserve">80s, </w:t>
      </w:r>
      <w:r>
        <w:rPr>
          <w:b/>
          <w:i w:val="0"/>
          <w:smallCaps w:val="0"/>
          <w:strike w:val="0"/>
          <w:sz w:val="28"/>
          <w:highlight w:val="yellow"/>
          <w:u w:val="single"/>
        </w:rPr>
        <w:t>not a single nation</w:t>
      </w:r>
      <w:r>
        <w:rPr>
          <w:b/>
          <w:i w:val="0"/>
          <w:smallCaps w:val="0"/>
          <w:strike w:val="0"/>
          <w:sz w:val="28"/>
          <w:highlight w:val="yellow"/>
          <w:u w:val="single"/>
        </w:rPr>
        <w:t xml:space="preserve"> has adopted that system</w:t>
      </w:r>
      <w:r>
        <w:rPr>
          <w:b/>
          <w:i w:val="0"/>
          <w:smallCaps w:val="0"/>
          <w:strike w:val="0"/>
          <w:sz w:val="28"/>
          <w:u w:val="single"/>
        </w:rPr>
        <w:t xml:space="preserve"> either </w:t>
      </w:r>
      <w:r>
        <w:rPr>
          <w:b/>
          <w:i w:val="0"/>
          <w:smallCaps w:val="0"/>
          <w:strike w:val="0"/>
          <w:sz w:val="28"/>
          <w:u w:val="single"/>
        </w:rPr>
        <w:t>willingly</w:t>
      </w:r>
      <w:r>
        <w:rPr>
          <w:b/>
          <w:i w:val="0"/>
          <w:smallCaps w:val="0"/>
          <w:strike w:val="0"/>
          <w:sz w:val="28"/>
          <w:u w:val="single"/>
        </w:rPr>
        <w:t xml:space="preserve"> or under </w:t>
      </w:r>
      <w:r>
        <w:rPr>
          <w:b/>
          <w:i w:val="0"/>
          <w:smallCaps w:val="0"/>
          <w:strike w:val="0"/>
          <w:sz w:val="28"/>
          <w:u w:val="single"/>
        </w:rPr>
        <w:t>Chinese compulsion</w:t>
      </w:r>
      <w:r>
        <w:rPr>
          <w:b/>
          <w:i w:val="0"/>
          <w:smallCaps w:val="0"/>
          <w:strike w:val="0"/>
          <w:sz w:val="28"/>
          <w:u w:val="single"/>
        </w:rPr>
        <w:t>. There are</w:t>
      </w:r>
      <w:r>
        <w:rPr>
          <w:b w:val="0"/>
          <w:i w:val="0"/>
          <w:smallCaps w:val="0"/>
          <w:strike w:val="0"/>
          <w:sz w:val="14"/>
          <w:u w:val="none"/>
        </w:rPr>
        <w:t xml:space="preserve"> certainly many </w:t>
      </w:r>
      <w:r>
        <w:rPr>
          <w:b/>
          <w:i w:val="0"/>
          <w:smallCaps w:val="0"/>
          <w:strike w:val="0"/>
          <w:sz w:val="28"/>
          <w:u w:val="single"/>
        </w:rPr>
        <w:t>authoritarian states and fragile democracies</w:t>
      </w:r>
      <w:r>
        <w:rPr>
          <w:b w:val="0"/>
          <w:i w:val="0"/>
          <w:smallCaps w:val="0"/>
          <w:strike w:val="0"/>
          <w:sz w:val="14"/>
          <w:u w:val="none"/>
        </w:rPr>
        <w:t xml:space="preserve"> on China’s periphery, </w:t>
      </w:r>
      <w:r>
        <w:rPr>
          <w:b/>
          <w:i w:val="0"/>
          <w:smallCaps w:val="0"/>
          <w:strike w:val="0"/>
          <w:sz w:val="28"/>
          <w:u w:val="single"/>
        </w:rPr>
        <w:t>but none of them were made that way by China</w:t>
      </w:r>
      <w:r>
        <w:rPr>
          <w:b w:val="0"/>
          <w:i w:val="0"/>
          <w:smallCaps w:val="0"/>
          <w:strike w:val="0"/>
          <w:sz w:val="14"/>
          <w:u w:val="none"/>
        </w:rPr>
        <w:t>.</w:t>
      </w:r>
    </w:p>
    <w:p>
      <w:pPr>
        <w:spacing w:after="60"/>
      </w:pPr>
      <w:r>
        <w:rPr>
          <w:b/>
          <w:i w:val="0"/>
          <w:smallCaps w:val="0"/>
          <w:strike w:val="0"/>
          <w:sz w:val="28"/>
          <w:u w:val="single"/>
        </w:rPr>
        <w:t xml:space="preserve">China’s challenge to the so-called global </w:t>
      </w:r>
      <w:r>
        <w:rPr>
          <w:b/>
          <w:i w:val="0"/>
          <w:smallCaps w:val="0"/>
          <w:strike w:val="0"/>
          <w:sz w:val="28"/>
          <w:u w:val="single"/>
        </w:rPr>
        <w:t>l</w:t>
      </w:r>
      <w:r>
        <w:rPr>
          <w:b/>
          <w:i w:val="0"/>
          <w:smallCaps w:val="0"/>
          <w:strike w:val="0"/>
          <w:sz w:val="28"/>
          <w:u w:val="single"/>
        </w:rPr>
        <w:t xml:space="preserve">iberal </w:t>
      </w:r>
      <w:r>
        <w:rPr>
          <w:b/>
          <w:i w:val="0"/>
          <w:smallCaps w:val="0"/>
          <w:strike w:val="0"/>
          <w:sz w:val="28"/>
          <w:u w:val="single"/>
        </w:rPr>
        <w:t>i</w:t>
      </w:r>
      <w:r>
        <w:rPr>
          <w:b/>
          <w:i w:val="0"/>
          <w:smallCaps w:val="0"/>
          <w:strike w:val="0"/>
          <w:sz w:val="28"/>
          <w:u w:val="single"/>
        </w:rPr>
        <w:t xml:space="preserve">nternational </w:t>
      </w:r>
      <w:r>
        <w:rPr>
          <w:b/>
          <w:i w:val="0"/>
          <w:smallCaps w:val="0"/>
          <w:strike w:val="0"/>
          <w:sz w:val="28"/>
          <w:u w:val="single"/>
        </w:rPr>
        <w:t>o</w:t>
      </w:r>
      <w:r>
        <w:rPr>
          <w:b/>
          <w:i w:val="0"/>
          <w:smallCaps w:val="0"/>
          <w:strike w:val="0"/>
          <w:sz w:val="28"/>
          <w:u w:val="single"/>
        </w:rPr>
        <w:t xml:space="preserve">rder is also </w:t>
      </w:r>
      <w:r>
        <w:rPr>
          <w:b/>
          <w:i w:val="0"/>
          <w:smallCaps w:val="0"/>
          <w:strike w:val="0"/>
          <w:sz w:val="28"/>
          <w:u w:val="single"/>
        </w:rPr>
        <w:t>exaggerated</w:t>
      </w:r>
      <w:r>
        <w:rPr>
          <w:b w:val="0"/>
          <w:i w:val="0"/>
          <w:smallCaps w:val="0"/>
          <w:strike w:val="0"/>
          <w:sz w:val="14"/>
          <w:u w:val="none"/>
        </w:rPr>
        <w:t xml:space="preserve">. In the first place, </w:t>
      </w:r>
      <w:r>
        <w:rPr>
          <w:b/>
          <w:i w:val="0"/>
          <w:smallCaps w:val="0"/>
          <w:strike w:val="0"/>
          <w:sz w:val="28"/>
          <w:highlight w:val="yellow"/>
          <w:u w:val="single"/>
        </w:rPr>
        <w:t xml:space="preserve">it is </w:t>
      </w:r>
      <w:r>
        <w:rPr>
          <w:b/>
          <w:i w:val="0"/>
          <w:smallCaps w:val="0"/>
          <w:strike w:val="0"/>
          <w:sz w:val="28"/>
          <w:highlight w:val="yellow"/>
          <w:u w:val="single"/>
        </w:rPr>
        <w:t>highly debatable</w:t>
      </w:r>
      <w:r>
        <w:rPr>
          <w:b/>
          <w:i w:val="0"/>
          <w:smallCaps w:val="0"/>
          <w:strike w:val="0"/>
          <w:sz w:val="28"/>
          <w:u w:val="single"/>
        </w:rPr>
        <w:t xml:space="preserve"> whether in fact </w:t>
      </w:r>
      <w:r>
        <w:rPr>
          <w:b/>
          <w:i w:val="0"/>
          <w:smallCaps w:val="0"/>
          <w:strike w:val="0"/>
          <w:sz w:val="28"/>
          <w:highlight w:val="yellow"/>
          <w:u w:val="single"/>
        </w:rPr>
        <w:t>a single</w:t>
      </w:r>
      <w:r>
        <w:rPr>
          <w:b/>
          <w:i w:val="0"/>
          <w:smallCaps w:val="0"/>
          <w:strike w:val="0"/>
          <w:sz w:val="28"/>
          <w:u w:val="single"/>
        </w:rPr>
        <w:t xml:space="preserve"> </w:t>
      </w:r>
      <w:r>
        <w:rPr>
          <w:b/>
          <w:i w:val="0"/>
          <w:smallCaps w:val="0"/>
          <w:strike w:val="0"/>
          <w:sz w:val="28"/>
          <w:u w:val="single"/>
        </w:rPr>
        <w:t>coherent</w:t>
      </w:r>
      <w:r>
        <w:rPr>
          <w:b/>
          <w:i w:val="0"/>
          <w:smallCaps w:val="0"/>
          <w:strike w:val="0"/>
          <w:sz w:val="28"/>
          <w:u w:val="single"/>
        </w:rPr>
        <w:t xml:space="preserve"> </w:t>
      </w:r>
      <w:r>
        <w:rPr>
          <w:b/>
          <w:i w:val="0"/>
          <w:smallCaps w:val="0"/>
          <w:strike w:val="0"/>
          <w:sz w:val="28"/>
          <w:highlight w:val="yellow"/>
          <w:u w:val="single"/>
        </w:rPr>
        <w:t xml:space="preserve">global order </w:t>
      </w:r>
      <w:r>
        <w:rPr>
          <w:b/>
          <w:i w:val="0"/>
          <w:smallCaps w:val="0"/>
          <w:strike w:val="0"/>
          <w:sz w:val="28"/>
          <w:highlight w:val="yellow"/>
          <w:u w:val="single"/>
        </w:rPr>
        <w:t>even exists</w:t>
      </w:r>
      <w:r>
        <w:rPr>
          <w:b/>
          <w:i w:val="0"/>
          <w:smallCaps w:val="0"/>
          <w:strike w:val="0"/>
          <w:sz w:val="28"/>
          <w:u w:val="single"/>
        </w:rPr>
        <w:t>. What observers usually refer to</w:t>
      </w:r>
      <w:r>
        <w:rPr>
          <w:b w:val="0"/>
          <w:i w:val="0"/>
          <w:smallCaps w:val="0"/>
          <w:strike w:val="0"/>
          <w:sz w:val="14"/>
          <w:u w:val="none"/>
        </w:rPr>
        <w:t xml:space="preserve"> as the “liberal international order” (a relatively recent term) </w:t>
      </w:r>
      <w:r>
        <w:rPr>
          <w:b w:val="0"/>
          <w:i w:val="0"/>
          <w:smallCaps w:val="0"/>
          <w:strike w:val="0"/>
          <w:sz w:val="14"/>
          <w:u w:val="none"/>
        </w:rPr>
        <w:t xml:space="preserve">actually </w:t>
      </w:r>
      <w:r>
        <w:rPr>
          <w:b/>
          <w:i w:val="0"/>
          <w:smallCaps w:val="0"/>
          <w:strike w:val="0"/>
          <w:sz w:val="28"/>
          <w:u w:val="single"/>
        </w:rPr>
        <w:t>consists</w:t>
      </w:r>
      <w:r>
        <w:rPr>
          <w:b/>
          <w:i w:val="0"/>
          <w:smallCaps w:val="0"/>
          <w:strike w:val="0"/>
          <w:sz w:val="28"/>
          <w:u w:val="single"/>
        </w:rPr>
        <w:t xml:space="preserve"> of an </w:t>
      </w:r>
      <w:r>
        <w:rPr>
          <w:b/>
          <w:i w:val="0"/>
          <w:smallCaps w:val="0"/>
          <w:strike w:val="0"/>
          <w:sz w:val="28"/>
          <w:u w:val="single"/>
        </w:rPr>
        <w:t>amalgam</w:t>
      </w:r>
      <w:r>
        <w:rPr>
          <w:b/>
          <w:i w:val="0"/>
          <w:smallCaps w:val="0"/>
          <w:strike w:val="0"/>
          <w:sz w:val="28"/>
          <w:u w:val="single"/>
        </w:rPr>
        <w:t xml:space="preserve"> of </w:t>
      </w:r>
      <w:r>
        <w:rPr>
          <w:b/>
          <w:i w:val="0"/>
          <w:smallCaps w:val="0"/>
          <w:strike w:val="0"/>
          <w:sz w:val="28"/>
          <w:u w:val="single"/>
        </w:rPr>
        <w:t>disparate regimes</w:t>
      </w:r>
      <w:r>
        <w:rPr>
          <w:b/>
          <w:i w:val="0"/>
          <w:smallCaps w:val="0"/>
          <w:strike w:val="0"/>
          <w:sz w:val="28"/>
          <w:u w:val="single"/>
        </w:rPr>
        <w:t xml:space="preserve"> with different origins, including</w:t>
      </w:r>
      <w:r>
        <w:rPr>
          <w:b w:val="0"/>
          <w:i w:val="0"/>
          <w:smallCaps w:val="0"/>
          <w:strike w:val="0"/>
          <w:sz w:val="14"/>
          <w:u w:val="none"/>
        </w:rPr>
        <w:t xml:space="preserve"> international </w:t>
      </w:r>
      <w:r>
        <w:rPr>
          <w:b/>
          <w:i w:val="0"/>
          <w:smallCaps w:val="0"/>
          <w:strike w:val="0"/>
          <w:sz w:val="28"/>
          <w:u w:val="single"/>
        </w:rPr>
        <w:t>human rights</w:t>
      </w:r>
      <w:r>
        <w:rPr>
          <w:b/>
          <w:i w:val="0"/>
          <w:smallCaps w:val="0"/>
          <w:strike w:val="0"/>
          <w:sz w:val="28"/>
          <w:u w:val="single"/>
        </w:rPr>
        <w:t xml:space="preserve"> pacts, multilateral </w:t>
      </w:r>
      <w:r>
        <w:rPr>
          <w:b/>
          <w:i w:val="0"/>
          <w:smallCaps w:val="0"/>
          <w:strike w:val="0"/>
          <w:sz w:val="28"/>
          <w:u w:val="single"/>
        </w:rPr>
        <w:t>economic arrangements</w:t>
      </w:r>
      <w:r>
        <w:rPr>
          <w:b/>
          <w:i w:val="0"/>
          <w:smallCaps w:val="0"/>
          <w:strike w:val="0"/>
          <w:sz w:val="28"/>
          <w:u w:val="single"/>
        </w:rPr>
        <w:t xml:space="preserve">, and an </w:t>
      </w:r>
      <w:r>
        <w:rPr>
          <w:b/>
          <w:i w:val="0"/>
          <w:smallCaps w:val="0"/>
          <w:strike w:val="0"/>
          <w:sz w:val="28"/>
          <w:u w:val="single"/>
        </w:rPr>
        <w:t>international court</w:t>
      </w:r>
      <w:r>
        <w:rPr>
          <w:b w:val="0"/>
          <w:i w:val="0"/>
          <w:smallCaps w:val="0"/>
          <w:strike w:val="0"/>
          <w:sz w:val="14"/>
          <w:u w:val="none"/>
        </w:rPr>
        <w:t>.</w:t>
      </w:r>
    </w:p>
    <w:p>
      <w:pPr>
        <w:spacing w:after="60"/>
      </w:pPr>
      <w:r>
        <w:rPr>
          <w:b w:val="0"/>
          <w:i w:val="0"/>
          <w:smallCaps w:val="0"/>
          <w:strike w:val="0"/>
          <w:sz w:val="14"/>
          <w:u w:val="none"/>
        </w:rPr>
        <w:t>The United States certainly plays an important or leading role in many of these regimes. But it did not create and does not drive all global regimes—and in fact does not support some of them, such as the International Court of Justice, and has not ratified some critical pacts such as the United National Convention on the Law of the Sea. And many very important global regimes (e.g., regarding the proliferation of weapons of mass destruction, trade and investment, climate change, and pandemics) have no deep connection to liberal democratic values per se and are supported by Beijing, albeit sometimes more in letter than in spirit.</w:t>
      </w:r>
    </w:p>
    <w:p>
      <w:pPr>
        <w:spacing w:after="60"/>
      </w:pPr>
      <w:r>
        <w:rPr>
          <w:b/>
          <w:i w:val="0"/>
          <w:smallCaps w:val="0"/>
          <w:strike w:val="0"/>
          <w:sz w:val="28"/>
          <w:highlight w:val="yellow"/>
          <w:u w:val="single"/>
        </w:rPr>
        <w:t>The challenge</w:t>
      </w:r>
      <w:r>
        <w:rPr>
          <w:b/>
          <w:i w:val="0"/>
          <w:smallCaps w:val="0"/>
          <w:strike w:val="0"/>
          <w:sz w:val="28"/>
          <w:u w:val="single"/>
        </w:rPr>
        <w:t xml:space="preserve"> for the </w:t>
      </w:r>
      <w:r>
        <w:rPr>
          <w:b/>
          <w:i w:val="0"/>
          <w:smallCaps w:val="0"/>
          <w:strike w:val="0"/>
          <w:sz w:val="28"/>
          <w:u w:val="single"/>
        </w:rPr>
        <w:t>U</w:t>
      </w:r>
      <w:r>
        <w:rPr>
          <w:b/>
          <w:i w:val="0"/>
          <w:smallCaps w:val="0"/>
          <w:strike w:val="0"/>
          <w:sz w:val="28"/>
          <w:u w:val="single"/>
        </w:rPr>
        <w:t xml:space="preserve">nited </w:t>
      </w:r>
      <w:r>
        <w:rPr>
          <w:b/>
          <w:i w:val="0"/>
          <w:smallCaps w:val="0"/>
          <w:strike w:val="0"/>
          <w:sz w:val="28"/>
          <w:u w:val="single"/>
        </w:rPr>
        <w:t>S</w:t>
      </w:r>
      <w:r>
        <w:rPr>
          <w:b/>
          <w:i w:val="0"/>
          <w:smallCaps w:val="0"/>
          <w:strike w:val="0"/>
          <w:sz w:val="28"/>
          <w:u w:val="single"/>
        </w:rPr>
        <w:t xml:space="preserve">tates </w:t>
      </w:r>
      <w:r>
        <w:rPr>
          <w:b/>
          <w:i w:val="0"/>
          <w:smallCaps w:val="0"/>
          <w:strike w:val="0"/>
          <w:sz w:val="28"/>
          <w:highlight w:val="yellow"/>
          <w:u w:val="single"/>
        </w:rPr>
        <w:t>is not</w:t>
      </w:r>
      <w:r>
        <w:rPr>
          <w:b/>
          <w:i w:val="0"/>
          <w:smallCaps w:val="0"/>
          <w:strike w:val="0"/>
          <w:sz w:val="28"/>
          <w:u w:val="single"/>
        </w:rPr>
        <w:t xml:space="preserve"> how to fend off the </w:t>
      </w:r>
      <w:r>
        <w:rPr>
          <w:b/>
          <w:i w:val="0"/>
          <w:smallCaps w:val="0"/>
          <w:strike w:val="0"/>
          <w:sz w:val="28"/>
          <w:highlight w:val="yellow"/>
          <w:u w:val="single"/>
        </w:rPr>
        <w:t>imagined</w:t>
      </w:r>
      <w:r>
        <w:rPr>
          <w:b/>
          <w:i w:val="0"/>
          <w:smallCaps w:val="0"/>
          <w:strike w:val="0"/>
          <w:sz w:val="28"/>
          <w:u w:val="single"/>
        </w:rPr>
        <w:t xml:space="preserve"> existential </w:t>
      </w:r>
      <w:r>
        <w:rPr>
          <w:b/>
          <w:i w:val="0"/>
          <w:smallCaps w:val="0"/>
          <w:strike w:val="0"/>
          <w:sz w:val="28"/>
          <w:highlight w:val="yellow"/>
          <w:u w:val="single"/>
        </w:rPr>
        <w:t>threats</w:t>
      </w:r>
      <w:r>
        <w:rPr>
          <w:b/>
          <w:i w:val="0"/>
          <w:smallCaps w:val="0"/>
          <w:strike w:val="0"/>
          <w:sz w:val="28"/>
          <w:u w:val="single"/>
        </w:rPr>
        <w:t xml:space="preserve"> posed by China. Rather, it lies in developing a</w:t>
      </w:r>
      <w:r>
        <w:rPr>
          <w:b w:val="0"/>
          <w:i w:val="0"/>
          <w:smallCaps w:val="0"/>
          <w:strike w:val="0"/>
          <w:sz w:val="14"/>
          <w:u w:val="none"/>
        </w:rPr>
        <w:t xml:space="preserve"> much clearer and </w:t>
      </w:r>
      <w:r>
        <w:rPr>
          <w:b/>
          <w:i w:val="0"/>
          <w:smallCaps w:val="0"/>
          <w:strike w:val="0"/>
          <w:sz w:val="28"/>
          <w:u w:val="single"/>
        </w:rPr>
        <w:t xml:space="preserve">factually based overall understanding of the </w:t>
      </w:r>
      <w:r>
        <w:rPr>
          <w:b/>
          <w:i w:val="0"/>
          <w:smallCaps w:val="0"/>
          <w:strike w:val="0"/>
          <w:sz w:val="28"/>
          <w:u w:val="single"/>
        </w:rPr>
        <w:t>limited challenges</w:t>
      </w:r>
      <w:r>
        <w:rPr>
          <w:b w:val="0"/>
          <w:i w:val="0"/>
          <w:smallCaps w:val="0"/>
          <w:strike w:val="0"/>
          <w:sz w:val="14"/>
          <w:u w:val="none"/>
        </w:rPr>
        <w:t xml:space="preserve">, threats, and indeed opportunities </w:t>
      </w:r>
      <w:r>
        <w:rPr>
          <w:b/>
          <w:i w:val="0"/>
          <w:smallCaps w:val="0"/>
          <w:strike w:val="0"/>
          <w:sz w:val="28"/>
          <w:u w:val="single"/>
        </w:rPr>
        <w:t>China poses</w:t>
      </w:r>
      <w:r>
        <w:rPr>
          <w:b w:val="0"/>
          <w:i w:val="0"/>
          <w:smallCaps w:val="0"/>
          <w:strike w:val="0"/>
          <w:sz w:val="14"/>
          <w:u w:val="none"/>
        </w:rPr>
        <w:t xml:space="preserve"> to the United States </w:t>
      </w:r>
      <w:r>
        <w:rPr>
          <w:b/>
          <w:i w:val="0"/>
          <w:smallCaps w:val="0"/>
          <w:strike w:val="0"/>
          <w:sz w:val="28"/>
          <w:u w:val="single"/>
        </w:rPr>
        <w:t xml:space="preserve">and the policies needed to address them. </w:t>
      </w:r>
      <w:r>
        <w:rPr>
          <w:b/>
          <w:i w:val="0"/>
          <w:smallCaps w:val="0"/>
          <w:strike w:val="0"/>
          <w:sz w:val="28"/>
          <w:highlight w:val="yellow"/>
          <w:u w:val="single"/>
        </w:rPr>
        <w:t>Reject</w:t>
      </w:r>
      <w:r>
        <w:rPr>
          <w:b/>
          <w:i w:val="0"/>
          <w:smallCaps w:val="0"/>
          <w:strike w:val="0"/>
          <w:sz w:val="28"/>
          <w:u w:val="single"/>
        </w:rPr>
        <w:t xml:space="preserve">ing </w:t>
      </w:r>
      <w:r>
        <w:rPr>
          <w:b/>
          <w:i w:val="0"/>
          <w:smallCaps w:val="0"/>
          <w:strike w:val="0"/>
          <w:sz w:val="28"/>
          <w:highlight w:val="yellow"/>
          <w:u w:val="single"/>
        </w:rPr>
        <w:t xml:space="preserve">the </w:t>
      </w:r>
      <w:r>
        <w:rPr>
          <w:b/>
          <w:i w:val="0"/>
          <w:smallCaps w:val="0"/>
          <w:strike w:val="0"/>
          <w:sz w:val="28"/>
          <w:highlight w:val="yellow"/>
          <w:u w:val="single"/>
        </w:rPr>
        <w:t>specious notion</w:t>
      </w:r>
      <w:r>
        <w:rPr>
          <w:b/>
          <w:i w:val="0"/>
          <w:smallCaps w:val="0"/>
          <w:strike w:val="0"/>
          <w:sz w:val="28"/>
          <w:u w:val="single"/>
        </w:rPr>
        <w:t xml:space="preserve"> that </w:t>
      </w:r>
      <w:r>
        <w:rPr>
          <w:b/>
          <w:i w:val="0"/>
          <w:smallCaps w:val="0"/>
          <w:strike w:val="0"/>
          <w:sz w:val="28"/>
          <w:highlight w:val="yellow"/>
          <w:u w:val="single"/>
        </w:rPr>
        <w:t xml:space="preserve">China is threatening to </w:t>
      </w:r>
      <w:r>
        <w:rPr>
          <w:b/>
          <w:i w:val="0"/>
          <w:smallCaps w:val="0"/>
          <w:strike w:val="0"/>
          <w:sz w:val="28"/>
          <w:highlight w:val="yellow"/>
          <w:u w:val="single"/>
        </w:rPr>
        <w:t>destroy</w:t>
      </w:r>
      <w:r>
        <w:rPr>
          <w:b/>
          <w:i w:val="0"/>
          <w:smallCaps w:val="0"/>
          <w:strike w:val="0"/>
          <w:sz w:val="28"/>
          <w:highlight w:val="yellow"/>
          <w:u w:val="single"/>
        </w:rPr>
        <w:t xml:space="preserve"> a</w:t>
      </w:r>
      <w:r>
        <w:rPr>
          <w:b/>
          <w:i w:val="0"/>
          <w:smallCaps w:val="0"/>
          <w:strike w:val="0"/>
          <w:sz w:val="28"/>
          <w:u w:val="single"/>
        </w:rPr>
        <w:t xml:space="preserve">n </w:t>
      </w:r>
      <w:r>
        <w:rPr>
          <w:b/>
          <w:i w:val="0"/>
          <w:smallCaps w:val="0"/>
          <w:strike w:val="0"/>
          <w:sz w:val="28"/>
          <w:u w:val="single"/>
        </w:rPr>
        <w:t xml:space="preserve">entire </w:t>
      </w:r>
      <w:r>
        <w:rPr>
          <w:b/>
          <w:i w:val="0"/>
          <w:smallCaps w:val="0"/>
          <w:strike w:val="0"/>
          <w:sz w:val="28"/>
          <w:highlight w:val="yellow"/>
          <w:u w:val="single"/>
        </w:rPr>
        <w:t>way of life</w:t>
      </w:r>
      <w:r>
        <w:rPr>
          <w:b/>
          <w:i w:val="0"/>
          <w:smallCaps w:val="0"/>
          <w:strike w:val="0"/>
          <w:sz w:val="28"/>
          <w:u w:val="single"/>
        </w:rPr>
        <w:t xml:space="preserve"> will make this</w:t>
      </w:r>
      <w:r>
        <w:rPr>
          <w:b w:val="0"/>
          <w:i w:val="0"/>
          <w:smallCaps w:val="0"/>
          <w:strike w:val="0"/>
          <w:sz w:val="14"/>
          <w:u w:val="none"/>
        </w:rPr>
        <w:t xml:space="preserve"> task </w:t>
      </w:r>
      <w:r>
        <w:rPr>
          <w:b/>
          <w:i w:val="0"/>
          <w:smallCaps w:val="0"/>
          <w:strike w:val="0"/>
          <w:sz w:val="28"/>
          <w:u w:val="single"/>
        </w:rPr>
        <w:t>much easier</w:t>
      </w:r>
      <w:r>
        <w:rPr>
          <w:b w:val="0"/>
          <w:i w:val="0"/>
          <w:smallCaps w:val="0"/>
          <w:strike w:val="0"/>
          <w:sz w:val="14"/>
          <w:u w:val="none"/>
        </w:rPr>
        <w:t>.</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