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China mod impact---it’s </w:t>
      </w:r>
      <w:r>
        <w:rPr>
          <w:b/>
          <w:i w:val="0"/>
          <w:smallCaps w:val="0"/>
          <w:strike w:val="0"/>
          <w:sz w:val="26"/>
          <w:u w:val="single"/>
        </w:rPr>
        <w:t>constrained</w:t>
      </w:r>
      <w:r>
        <w:rPr>
          <w:b/>
          <w:i w:val="0"/>
          <w:smallCaps w:val="0"/>
          <w:strike w:val="0"/>
          <w:sz w:val="26"/>
          <w:u w:val="none"/>
        </w:rPr>
        <w:t xml:space="preserve"> and </w:t>
      </w:r>
      <w:r>
        <w:rPr>
          <w:b/>
          <w:i w:val="0"/>
          <w:smallCaps w:val="0"/>
          <w:strike w:val="0"/>
          <w:sz w:val="26"/>
          <w:u w:val="single"/>
        </w:rPr>
        <w:t>defensive</w:t>
      </w:r>
      <w:r>
        <w:rPr>
          <w:b/>
          <w:i w:val="0"/>
          <w:smallCaps w:val="0"/>
          <w:strike w:val="0"/>
          <w:sz w:val="26"/>
          <w:u w:val="none"/>
        </w:rPr>
        <w:t xml:space="preserve">. </w:t>
      </w:r>
    </w:p>
    <w:p>
      <w:pPr>
        <w:spacing w:after="80"/>
      </w:pPr>
      <w:r>
        <w:rPr>
          <w:b/>
          <w:i w:val="0"/>
          <w:smallCaps w:val="0"/>
          <w:strike w:val="0"/>
          <w:sz w:val="26"/>
          <w:u w:val="none"/>
        </w:rPr>
        <w:t>Logan 17</w:t>
      </w:r>
      <w:r>
        <w:rPr>
          <w:b w:val="0"/>
          <w:i w:val="0"/>
          <w:smallCaps w:val="0"/>
          <w:strike w:val="0"/>
          <w:sz w:val="20"/>
          <w:u w:val="none"/>
        </w:rPr>
        <w:t xml:space="preserve">, PhD student in Princeton University’s Woodrow Wilson School of Public and International Affairs and a Graduate Fellow and Deputy Director of the Strategic Education Initiative at Princeton’s Center for International Security Studies. (David C., 11-8-2017, “Hard Constraints on China’s Nuclear Forces”, </w:t>
      </w:r>
      <w:r>
        <w:rPr>
          <w:b w:val="0"/>
          <w:i/>
          <w:smallCaps w:val="0"/>
          <w:strike w:val="0"/>
          <w:sz w:val="20"/>
          <w:u w:val="none"/>
        </w:rPr>
        <w:t>War on the Rocks</w:t>
      </w:r>
      <w:r>
        <w:rPr>
          <w:b w:val="0"/>
          <w:i w:val="0"/>
          <w:smallCaps w:val="0"/>
          <w:strike w:val="0"/>
          <w:sz w:val="20"/>
          <w:u w:val="none"/>
        </w:rPr>
        <w:t>, https://warontherocks.com/2017/11/china-nuclear-weapons-breakout/)</w:t>
      </w:r>
    </w:p>
    <w:p>
      <w:pPr>
        <w:spacing w:after="60"/>
      </w:pPr>
      <w:r>
        <w:rPr>
          <w:b w:val="0"/>
          <w:i w:val="0"/>
          <w:smallCaps w:val="0"/>
          <w:strike w:val="0"/>
          <w:sz w:val="20"/>
          <w:u w:val="none"/>
        </w:rPr>
        <w:t xml:space="preserve">This </w:t>
      </w:r>
      <w:r>
        <w:rPr>
          <w:b/>
          <w:i w:val="0"/>
          <w:smallCaps w:val="0"/>
          <w:strike w:val="0"/>
          <w:sz w:val="20"/>
          <w:highlight w:val="yellow"/>
          <w:u w:val="single"/>
        </w:rPr>
        <w:t>modernization</w:t>
      </w:r>
      <w:r>
        <w:rPr>
          <w:b w:val="0"/>
          <w:i w:val="0"/>
          <w:smallCaps w:val="0"/>
          <w:strike w:val="0"/>
          <w:sz w:val="20"/>
          <w:u w:val="none"/>
        </w:rPr>
        <w:t xml:space="preserve"> program </w:t>
      </w:r>
      <w:r>
        <w:rPr>
          <w:b w:val="0"/>
          <w:i w:val="0"/>
          <w:smallCaps w:val="0"/>
          <w:strike w:val="0"/>
          <w:sz w:val="20"/>
          <w:highlight w:val="yellow"/>
          <w:u w:val="single"/>
        </w:rPr>
        <w:t xml:space="preserve">has </w:t>
      </w:r>
      <w:r>
        <w:rPr>
          <w:b/>
          <w:i w:val="0"/>
          <w:smallCaps w:val="0"/>
          <w:strike w:val="0"/>
          <w:sz w:val="20"/>
          <w:highlight w:val="yellow"/>
          <w:u w:val="single"/>
        </w:rPr>
        <w:t>raised concerns</w:t>
      </w:r>
      <w:r>
        <w:rPr>
          <w:b w:val="0"/>
          <w:i w:val="0"/>
          <w:smallCaps w:val="0"/>
          <w:strike w:val="0"/>
          <w:sz w:val="20"/>
          <w:u w:val="single"/>
        </w:rPr>
        <w:t xml:space="preserve"> over the past several years that </w:t>
      </w:r>
      <w:r>
        <w:rPr>
          <w:b w:val="0"/>
          <w:i w:val="0"/>
          <w:smallCaps w:val="0"/>
          <w:strike w:val="0"/>
          <w:sz w:val="20"/>
          <w:highlight w:val="yellow"/>
          <w:u w:val="single"/>
        </w:rPr>
        <w:t>China is</w:t>
      </w:r>
      <w:r>
        <w:rPr>
          <w:b w:val="0"/>
          <w:i w:val="0"/>
          <w:smallCaps w:val="0"/>
          <w:strike w:val="0"/>
          <w:sz w:val="20"/>
          <w:u w:val="none"/>
        </w:rPr>
        <w:t xml:space="preserve"> currently </w:t>
      </w:r>
      <w:r>
        <w:rPr>
          <w:b w:val="0"/>
          <w:i w:val="0"/>
          <w:smallCaps w:val="0"/>
          <w:strike w:val="0"/>
          <w:sz w:val="20"/>
          <w:highlight w:val="yellow"/>
          <w:u w:val="single"/>
        </w:rPr>
        <w:t>attempting</w:t>
      </w:r>
      <w:r>
        <w:rPr>
          <w:b w:val="0"/>
          <w:i w:val="0"/>
          <w:smallCaps w:val="0"/>
          <w:strike w:val="0"/>
          <w:sz w:val="20"/>
          <w:u w:val="none"/>
        </w:rPr>
        <w:t xml:space="preserve"> or might soon attempt </w:t>
      </w:r>
      <w:r>
        <w:rPr>
          <w:b w:val="0"/>
          <w:i w:val="0"/>
          <w:smallCaps w:val="0"/>
          <w:strike w:val="0"/>
          <w:sz w:val="20"/>
          <w:highlight w:val="yellow"/>
          <w:u w:val="single"/>
        </w:rPr>
        <w:t xml:space="preserve">a </w:t>
      </w:r>
      <w:r>
        <w:rPr>
          <w:b/>
          <w:i w:val="0"/>
          <w:smallCaps w:val="0"/>
          <w:strike w:val="0"/>
          <w:sz w:val="20"/>
          <w:highlight w:val="yellow"/>
          <w:u w:val="single"/>
        </w:rPr>
        <w:t>nuclear breakout</w:t>
      </w:r>
      <w:r>
        <w:rPr>
          <w:b w:val="0"/>
          <w:i w:val="0"/>
          <w:smallCaps w:val="0"/>
          <w:strike w:val="0"/>
          <w:sz w:val="20"/>
          <w:u w:val="none"/>
        </w:rPr>
        <w:t xml:space="preserve">. Concerns of a Chinese breakout come in two forms: either that </w:t>
      </w:r>
      <w:r>
        <w:rPr>
          <w:b w:val="0"/>
          <w:i w:val="0"/>
          <w:smallCaps w:val="0"/>
          <w:strike w:val="0"/>
          <w:sz w:val="20"/>
          <w:u w:val="single"/>
        </w:rPr>
        <w:t xml:space="preserve">Beijing will develop a </w:t>
      </w:r>
      <w:r>
        <w:rPr>
          <w:b/>
          <w:i w:val="0"/>
          <w:smallCaps w:val="0"/>
          <w:strike w:val="0"/>
          <w:sz w:val="20"/>
          <w:u w:val="single"/>
        </w:rPr>
        <w:t>nuclear warfighting capability</w:t>
      </w:r>
      <w:r>
        <w:rPr>
          <w:b w:val="0"/>
          <w:i w:val="0"/>
          <w:smallCaps w:val="0"/>
          <w:strike w:val="0"/>
          <w:sz w:val="20"/>
          <w:u w:val="single"/>
        </w:rPr>
        <w:t xml:space="preserve"> that could </w:t>
      </w:r>
      <w:r>
        <w:rPr>
          <w:b/>
          <w:i w:val="0"/>
          <w:smallCaps w:val="0"/>
          <w:strike w:val="0"/>
          <w:sz w:val="20"/>
          <w:u w:val="single"/>
        </w:rPr>
        <w:t>neutralize</w:t>
      </w:r>
      <w:r>
        <w:rPr>
          <w:b w:val="0"/>
          <w:i w:val="0"/>
          <w:smallCaps w:val="0"/>
          <w:strike w:val="0"/>
          <w:sz w:val="20"/>
          <w:u w:val="single"/>
        </w:rPr>
        <w:t xml:space="preserve"> U.S. conventional superiority</w:t>
      </w:r>
      <w:r>
        <w:rPr>
          <w:b w:val="0"/>
          <w:i w:val="0"/>
          <w:smallCaps w:val="0"/>
          <w:strike w:val="0"/>
          <w:sz w:val="20"/>
          <w:u w:val="none"/>
        </w:rPr>
        <w:t xml:space="preserve">, </w:t>
      </w:r>
      <w:r>
        <w:rPr>
          <w:b w:val="0"/>
          <w:i w:val="0"/>
          <w:smallCaps w:val="0"/>
          <w:strike w:val="0"/>
          <w:sz w:val="20"/>
          <w:u w:val="single"/>
        </w:rPr>
        <w:t>or</w:t>
      </w:r>
      <w:r>
        <w:rPr>
          <w:b w:val="0"/>
          <w:i w:val="0"/>
          <w:smallCaps w:val="0"/>
          <w:strike w:val="0"/>
          <w:sz w:val="20"/>
          <w:u w:val="none"/>
        </w:rPr>
        <w:t xml:space="preserve"> that Beijing will expand its strategic arsenal to </w:t>
      </w:r>
      <w:r>
        <w:rPr>
          <w:b w:val="0"/>
          <w:i w:val="0"/>
          <w:smallCaps w:val="0"/>
          <w:strike w:val="0"/>
          <w:sz w:val="20"/>
          <w:u w:val="single"/>
        </w:rPr>
        <w:t>achieve</w:t>
      </w:r>
      <w:r>
        <w:rPr>
          <w:b w:val="0"/>
          <w:i w:val="0"/>
          <w:smallCaps w:val="0"/>
          <w:strike w:val="0"/>
          <w:sz w:val="20"/>
          <w:u w:val="none"/>
        </w:rPr>
        <w:t xml:space="preserve"> </w:t>
      </w:r>
      <w:r>
        <w:rPr>
          <w:b/>
          <w:i w:val="0"/>
          <w:smallCaps w:val="0"/>
          <w:strike w:val="0"/>
          <w:sz w:val="20"/>
          <w:u w:val="single"/>
        </w:rPr>
        <w:t>parity</w:t>
      </w:r>
      <w:r>
        <w:rPr>
          <w:b w:val="0"/>
          <w:i w:val="0"/>
          <w:smallCaps w:val="0"/>
          <w:strike w:val="0"/>
          <w:sz w:val="20"/>
          <w:u w:val="none"/>
        </w:rPr>
        <w:t xml:space="preserve"> with the United States, </w:t>
      </w:r>
      <w:r>
        <w:rPr>
          <w:b w:val="0"/>
          <w:i w:val="0"/>
          <w:smallCaps w:val="0"/>
          <w:strike w:val="0"/>
          <w:sz w:val="20"/>
          <w:u w:val="single"/>
        </w:rPr>
        <w:t xml:space="preserve">which could </w:t>
      </w:r>
      <w:r>
        <w:rPr>
          <w:b/>
          <w:i w:val="0"/>
          <w:smallCaps w:val="0"/>
          <w:strike w:val="0"/>
          <w:sz w:val="20"/>
          <w:u w:val="single"/>
        </w:rPr>
        <w:t>undercut</w:t>
      </w:r>
      <w:r>
        <w:rPr>
          <w:b w:val="0"/>
          <w:i w:val="0"/>
          <w:smallCaps w:val="0"/>
          <w:strike w:val="0"/>
          <w:sz w:val="20"/>
          <w:u w:val="none"/>
        </w:rPr>
        <w:t xml:space="preserve"> U.S. sec</w:t>
      </w:r>
      <w:r>
        <w:rPr>
          <w:b/>
          <w:i w:val="0"/>
          <w:smallCaps w:val="0"/>
          <w:strike w:val="0"/>
          <w:sz w:val="20"/>
          <w:u w:val="single"/>
        </w:rPr>
        <w:t>urity commitments</w:t>
      </w:r>
      <w:r>
        <w:rPr>
          <w:b w:val="0"/>
          <w:i w:val="0"/>
          <w:smallCaps w:val="0"/>
          <w:strike w:val="0"/>
          <w:sz w:val="20"/>
          <w:u w:val="none"/>
        </w:rPr>
        <w:t xml:space="preserve"> to its regional allies.</w:t>
      </w:r>
    </w:p>
    <w:p>
      <w:pPr>
        <w:spacing w:after="60"/>
      </w:pPr>
      <w:r>
        <w:rPr>
          <w:b w:val="0"/>
          <w:i w:val="0"/>
          <w:smallCaps w:val="0"/>
          <w:strike w:val="0"/>
          <w:sz w:val="20"/>
          <w:u w:val="single"/>
        </w:rPr>
        <w:t xml:space="preserve">While China </w:t>
      </w:r>
      <w:r>
        <w:rPr>
          <w:b/>
          <w:i w:val="0"/>
          <w:smallCaps w:val="0"/>
          <w:strike w:val="0"/>
          <w:sz w:val="20"/>
          <w:u w:val="single"/>
        </w:rPr>
        <w:t>is</w:t>
      </w:r>
      <w:r>
        <w:rPr>
          <w:b w:val="0"/>
          <w:i w:val="0"/>
          <w:smallCaps w:val="0"/>
          <w:strike w:val="0"/>
          <w:sz w:val="20"/>
          <w:u w:val="single"/>
        </w:rPr>
        <w:t xml:space="preserve"> </w:t>
      </w:r>
      <w:r>
        <w:rPr>
          <w:b w:val="0"/>
          <w:i w:val="0"/>
          <w:smallCaps w:val="0"/>
          <w:strike w:val="0"/>
          <w:sz w:val="20"/>
          <w:u w:val="none"/>
        </w:rPr>
        <w:t>indeed</w:t>
      </w:r>
      <w:r>
        <w:rPr>
          <w:b w:val="0"/>
          <w:i w:val="0"/>
          <w:smallCaps w:val="0"/>
          <w:strike w:val="0"/>
          <w:sz w:val="20"/>
          <w:u w:val="single"/>
        </w:rPr>
        <w:t xml:space="preserve"> </w:t>
      </w:r>
      <w:r>
        <w:rPr>
          <w:b w:val="0"/>
          <w:i w:val="0"/>
          <w:smallCaps w:val="0"/>
          <w:strike w:val="0"/>
          <w:sz w:val="20"/>
          <w:u w:val="single"/>
        </w:rPr>
        <w:t>in the midst of</w:t>
      </w:r>
      <w:r>
        <w:rPr>
          <w:b w:val="0"/>
          <w:i w:val="0"/>
          <w:smallCaps w:val="0"/>
          <w:strike w:val="0"/>
          <w:sz w:val="20"/>
          <w:u w:val="none"/>
        </w:rPr>
        <w:t xml:space="preserve"> a significant </w:t>
      </w:r>
      <w:r>
        <w:rPr>
          <w:b/>
          <w:i w:val="0"/>
          <w:smallCaps w:val="0"/>
          <w:strike w:val="0"/>
          <w:sz w:val="20"/>
          <w:highlight w:val="yellow"/>
          <w:u w:val="single"/>
        </w:rPr>
        <w:t>modernization</w:t>
      </w:r>
      <w:r>
        <w:rPr>
          <w:b w:val="0"/>
          <w:i w:val="0"/>
          <w:smallCaps w:val="0"/>
          <w:strike w:val="0"/>
          <w:sz w:val="20"/>
          <w:u w:val="none"/>
        </w:rPr>
        <w:t xml:space="preserve"> </w:t>
      </w:r>
      <w:r>
        <w:rPr>
          <w:b w:val="0"/>
          <w:i w:val="0"/>
          <w:smallCaps w:val="0"/>
          <w:strike w:val="0"/>
          <w:sz w:val="20"/>
          <w:u w:val="single"/>
        </w:rPr>
        <w:t xml:space="preserve">effort, the changes to its nuclear forces </w:t>
      </w:r>
      <w:r>
        <w:rPr>
          <w:b w:val="0"/>
          <w:i w:val="0"/>
          <w:smallCaps w:val="0"/>
          <w:strike w:val="0"/>
          <w:sz w:val="20"/>
          <w:highlight w:val="yellow"/>
          <w:u w:val="single"/>
        </w:rPr>
        <w:t xml:space="preserve">do </w:t>
      </w:r>
      <w:r>
        <w:rPr>
          <w:b/>
          <w:i w:val="0"/>
          <w:smallCaps w:val="0"/>
          <w:strike w:val="0"/>
          <w:sz w:val="20"/>
          <w:highlight w:val="yellow"/>
          <w:u w:val="single"/>
        </w:rPr>
        <w:t>not</w:t>
      </w:r>
      <w:r>
        <w:rPr>
          <w:b w:val="0"/>
          <w:i w:val="0"/>
          <w:smallCaps w:val="0"/>
          <w:strike w:val="0"/>
          <w:sz w:val="20"/>
          <w:u w:val="single"/>
        </w:rPr>
        <w:t xml:space="preserve"> </w:t>
      </w:r>
      <w:r>
        <w:rPr>
          <w:b w:val="0"/>
          <w:i w:val="0"/>
          <w:smallCaps w:val="0"/>
          <w:strike w:val="0"/>
          <w:sz w:val="20"/>
          <w:u w:val="none"/>
        </w:rPr>
        <w:t>yet</w:t>
      </w:r>
      <w:r>
        <w:rPr>
          <w:b w:val="0"/>
          <w:i w:val="0"/>
          <w:smallCaps w:val="0"/>
          <w:strike w:val="0"/>
          <w:sz w:val="20"/>
          <w:u w:val="single"/>
        </w:rPr>
        <w:t xml:space="preserve"> </w:t>
      </w:r>
      <w:r>
        <w:rPr>
          <w:b w:val="0"/>
          <w:i w:val="0"/>
          <w:smallCaps w:val="0"/>
          <w:strike w:val="0"/>
          <w:sz w:val="20"/>
          <w:highlight w:val="yellow"/>
          <w:u w:val="single"/>
        </w:rPr>
        <w:t xml:space="preserve">represent a </w:t>
      </w:r>
      <w:r>
        <w:rPr>
          <w:b/>
          <w:i w:val="0"/>
          <w:smallCaps w:val="0"/>
          <w:strike w:val="0"/>
          <w:sz w:val="20"/>
          <w:u w:val="single"/>
        </w:rPr>
        <w:t xml:space="preserve">fundamental </w:t>
      </w:r>
      <w:r>
        <w:rPr>
          <w:b/>
          <w:i w:val="0"/>
          <w:smallCaps w:val="0"/>
          <w:strike w:val="0"/>
          <w:sz w:val="20"/>
          <w:highlight w:val="yellow"/>
          <w:u w:val="single"/>
        </w:rPr>
        <w:t>strategic shift</w:t>
      </w:r>
      <w:r>
        <w:rPr>
          <w:b w:val="0"/>
          <w:i w:val="0"/>
          <w:smallCaps w:val="0"/>
          <w:strike w:val="0"/>
          <w:sz w:val="20"/>
          <w:u w:val="single"/>
        </w:rPr>
        <w:t>.</w:t>
      </w:r>
      <w:r>
        <w:rPr>
          <w:b w:val="0"/>
          <w:i w:val="0"/>
          <w:smallCaps w:val="0"/>
          <w:strike w:val="0"/>
          <w:sz w:val="20"/>
          <w:u w:val="none"/>
        </w:rPr>
        <w:t xml:space="preserve"> Rather, </w:t>
      </w:r>
      <w:r>
        <w:rPr>
          <w:b w:val="0"/>
          <w:i w:val="0"/>
          <w:smallCaps w:val="0"/>
          <w:strike w:val="0"/>
          <w:sz w:val="20"/>
          <w:u w:val="single"/>
        </w:rPr>
        <w:t xml:space="preserve">China’s </w:t>
      </w:r>
      <w:r>
        <w:rPr>
          <w:b/>
          <w:i w:val="0"/>
          <w:smallCaps w:val="0"/>
          <w:strike w:val="0"/>
          <w:sz w:val="20"/>
          <w:u w:val="single"/>
        </w:rPr>
        <w:t>nuclear evolution</w:t>
      </w:r>
      <w:r>
        <w:rPr>
          <w:b w:val="0"/>
          <w:i w:val="0"/>
          <w:smallCaps w:val="0"/>
          <w:strike w:val="0"/>
          <w:sz w:val="20"/>
          <w:u w:val="single"/>
        </w:rPr>
        <w:t xml:space="preserve"> appears to be driven by a desire to maintain a </w:t>
      </w:r>
      <w:r>
        <w:rPr>
          <w:b/>
          <w:i w:val="0"/>
          <w:smallCaps w:val="0"/>
          <w:strike w:val="0"/>
          <w:sz w:val="20"/>
          <w:u w:val="single"/>
        </w:rPr>
        <w:t>secure second-strike capability</w:t>
      </w:r>
      <w:r>
        <w:rPr>
          <w:b w:val="0"/>
          <w:i w:val="0"/>
          <w:smallCaps w:val="0"/>
          <w:strike w:val="0"/>
          <w:sz w:val="20"/>
          <w:u w:val="single"/>
        </w:rPr>
        <w:t xml:space="preserve"> in the face of </w:t>
      </w:r>
      <w:r>
        <w:rPr>
          <w:b/>
          <w:i w:val="0"/>
          <w:smallCaps w:val="0"/>
          <w:strike w:val="0"/>
          <w:sz w:val="20"/>
          <w:u w:val="single"/>
        </w:rPr>
        <w:t>advancing U.S. capabilities</w:t>
      </w:r>
      <w:r>
        <w:rPr>
          <w:b w:val="0"/>
          <w:i w:val="0"/>
          <w:smallCaps w:val="0"/>
          <w:strike w:val="0"/>
          <w:sz w:val="20"/>
          <w:u w:val="none"/>
        </w:rPr>
        <w:t xml:space="preserve">, which Beijing believes might threaten its nuclear deterrent. As I demonstrate in a new article in the Nonproliferation Review, </w:t>
      </w:r>
      <w:r>
        <w:rPr>
          <w:b w:val="0"/>
          <w:i w:val="0"/>
          <w:smallCaps w:val="0"/>
          <w:strike w:val="0"/>
          <w:sz w:val="20"/>
          <w:u w:val="single"/>
        </w:rPr>
        <w:t xml:space="preserve">China’s nuclear arsenal and strategy are </w:t>
      </w:r>
      <w:r>
        <w:rPr>
          <w:b/>
          <w:i w:val="0"/>
          <w:smallCaps w:val="0"/>
          <w:strike w:val="0"/>
          <w:sz w:val="20"/>
          <w:u w:val="single"/>
        </w:rPr>
        <w:t>constrained</w:t>
      </w:r>
      <w:r>
        <w:rPr>
          <w:b w:val="0"/>
          <w:i w:val="0"/>
          <w:smallCaps w:val="0"/>
          <w:strike w:val="0"/>
          <w:sz w:val="20"/>
          <w:u w:val="single"/>
        </w:rPr>
        <w:t xml:space="preserve"> by its </w:t>
      </w:r>
      <w:r>
        <w:rPr>
          <w:b/>
          <w:i w:val="0"/>
          <w:smallCaps w:val="0"/>
          <w:strike w:val="0"/>
          <w:sz w:val="20"/>
          <w:u w:val="single"/>
        </w:rPr>
        <w:t>limited views</w:t>
      </w:r>
      <w:r>
        <w:rPr>
          <w:b w:val="0"/>
          <w:i w:val="0"/>
          <w:smallCaps w:val="0"/>
          <w:strike w:val="0"/>
          <w:sz w:val="20"/>
          <w:u w:val="none"/>
        </w:rPr>
        <w:t xml:space="preserve"> </w:t>
      </w:r>
      <w:r>
        <w:rPr>
          <w:b w:val="0"/>
          <w:i w:val="0"/>
          <w:smallCaps w:val="0"/>
          <w:strike w:val="0"/>
          <w:sz w:val="20"/>
          <w:u w:val="single"/>
        </w:rPr>
        <w:t>of</w:t>
      </w:r>
      <w:r>
        <w:rPr>
          <w:b w:val="0"/>
          <w:i w:val="0"/>
          <w:smallCaps w:val="0"/>
          <w:strike w:val="0"/>
          <w:sz w:val="20"/>
          <w:u w:val="none"/>
        </w:rPr>
        <w:t xml:space="preserve"> </w:t>
      </w:r>
      <w:r>
        <w:rPr>
          <w:b w:val="0"/>
          <w:i w:val="0"/>
          <w:smallCaps w:val="0"/>
          <w:strike w:val="0"/>
          <w:sz w:val="20"/>
          <w:u w:val="single"/>
        </w:rPr>
        <w:t xml:space="preserve">the </w:t>
      </w:r>
      <w:r>
        <w:rPr>
          <w:b/>
          <w:i w:val="0"/>
          <w:smallCaps w:val="0"/>
          <w:strike w:val="0"/>
          <w:sz w:val="20"/>
          <w:u w:val="single"/>
        </w:rPr>
        <w:t>utility</w:t>
      </w:r>
      <w:r>
        <w:rPr>
          <w:b w:val="0"/>
          <w:i w:val="0"/>
          <w:smallCaps w:val="0"/>
          <w:strike w:val="0"/>
          <w:sz w:val="20"/>
          <w:u w:val="single"/>
        </w:rPr>
        <w:t xml:space="preserve"> of nuclear weapons</w:t>
      </w:r>
      <w:r>
        <w:rPr>
          <w:b w:val="0"/>
          <w:i w:val="0"/>
          <w:smallCaps w:val="0"/>
          <w:strike w:val="0"/>
          <w:sz w:val="20"/>
          <w:u w:val="none"/>
        </w:rPr>
        <w:t xml:space="preserve">. Moreover, </w:t>
      </w:r>
      <w:r>
        <w:rPr>
          <w:b w:val="0"/>
          <w:i w:val="0"/>
          <w:smallCaps w:val="0"/>
          <w:strike w:val="0"/>
          <w:sz w:val="20"/>
          <w:u w:val="single"/>
        </w:rPr>
        <w:t>Beijing would face several “</w:t>
      </w:r>
      <w:r>
        <w:rPr>
          <w:b/>
          <w:i w:val="0"/>
          <w:smallCaps w:val="0"/>
          <w:strike w:val="0"/>
          <w:sz w:val="20"/>
          <w:u w:val="single"/>
        </w:rPr>
        <w:t>harder</w:t>
      </w:r>
      <w:r>
        <w:rPr>
          <w:b w:val="0"/>
          <w:i w:val="0"/>
          <w:smallCaps w:val="0"/>
          <w:strike w:val="0"/>
          <w:sz w:val="20"/>
          <w:u w:val="single"/>
        </w:rPr>
        <w:t xml:space="preserve">” </w:t>
      </w:r>
      <w:r>
        <w:rPr>
          <w:b/>
          <w:i w:val="0"/>
          <w:smallCaps w:val="0"/>
          <w:strike w:val="0"/>
          <w:sz w:val="20"/>
          <w:u w:val="single"/>
        </w:rPr>
        <w:t>technical constraints</w:t>
      </w:r>
      <w:r>
        <w:rPr>
          <w:b w:val="0"/>
          <w:i w:val="0"/>
          <w:smallCaps w:val="0"/>
          <w:strike w:val="0"/>
          <w:sz w:val="20"/>
          <w:u w:val="single"/>
        </w:rPr>
        <w:t xml:space="preserve"> in pursuing the kind of </w:t>
      </w:r>
      <w:r>
        <w:rPr>
          <w:b/>
          <w:i w:val="0"/>
          <w:smallCaps w:val="0"/>
          <w:strike w:val="0"/>
          <w:sz w:val="20"/>
          <w:u w:val="single"/>
        </w:rPr>
        <w:t>nuclear breakout</w:t>
      </w:r>
      <w:r>
        <w:rPr>
          <w:b w:val="0"/>
          <w:i w:val="0"/>
          <w:smallCaps w:val="0"/>
          <w:strike w:val="0"/>
          <w:sz w:val="20"/>
          <w:u w:val="single"/>
        </w:rPr>
        <w:t xml:space="preserve"> about which some commentators warn.</w:t>
      </w:r>
    </w:p>
    <w:p>
      <w:pPr>
        <w:spacing w:after="60"/>
      </w:pPr>
      <w:r>
        <w:rPr>
          <w:b w:val="0"/>
          <w:i w:val="0"/>
          <w:smallCaps w:val="0"/>
          <w:strike w:val="0"/>
          <w:sz w:val="20"/>
          <w:u w:val="none"/>
        </w:rPr>
        <w:t>Concerns of an Impending Chinese Breakout</w:t>
      </w:r>
    </w:p>
    <w:p>
      <w:pPr>
        <w:spacing w:after="60"/>
      </w:pPr>
      <w:r>
        <w:rPr>
          <w:b w:val="0"/>
          <w:i w:val="0"/>
          <w:smallCaps w:val="0"/>
          <w:strike w:val="0"/>
          <w:sz w:val="20"/>
          <w:u w:val="none"/>
        </w:rPr>
        <w:t>First, some commentators have argued that China may be currently developing a nuclear warfighting capability, or at least the nuclear arsenal to support one. A nuclear warfighting capability can refer to either a force designed to attack an adversary’s nuclear arsenal, or a nuclear force designed for use on the battlefield, though most commentators mean the latter when referring to China. These developments, they argue, could lead to China introducing nuclear weapons into an otherwise conventional conflict.</w:t>
      </w:r>
    </w:p>
    <w:p>
      <w:pPr>
        <w:spacing w:after="60"/>
      </w:pPr>
      <w:r>
        <w:rPr>
          <w:b w:val="0"/>
          <w:i w:val="0"/>
          <w:smallCaps w:val="0"/>
          <w:strike w:val="0"/>
          <w:sz w:val="20"/>
          <w:u w:val="none"/>
        </w:rPr>
        <w:t xml:space="preserve">Other </w:t>
      </w:r>
      <w:r>
        <w:rPr>
          <w:b w:val="0"/>
          <w:i w:val="0"/>
          <w:smallCaps w:val="0"/>
          <w:strike w:val="0"/>
          <w:sz w:val="20"/>
          <w:u w:val="single"/>
        </w:rPr>
        <w:t>observers have contended that China may attempt a “</w:t>
      </w:r>
      <w:r>
        <w:rPr>
          <w:b/>
          <w:i w:val="0"/>
          <w:smallCaps w:val="0"/>
          <w:strike w:val="0"/>
          <w:sz w:val="20"/>
          <w:u w:val="single"/>
        </w:rPr>
        <w:t>sprint to parity</w:t>
      </w:r>
      <w:r>
        <w:rPr>
          <w:b w:val="0"/>
          <w:i w:val="0"/>
          <w:smallCaps w:val="0"/>
          <w:strike w:val="0"/>
          <w:sz w:val="20"/>
          <w:u w:val="single"/>
        </w:rPr>
        <w:t>,”</w:t>
      </w:r>
      <w:r>
        <w:rPr>
          <w:b w:val="0"/>
          <w:i w:val="0"/>
          <w:smallCaps w:val="0"/>
          <w:strike w:val="0"/>
          <w:sz w:val="20"/>
          <w:u w:val="none"/>
        </w:rPr>
        <w:t xml:space="preserve"> a rapid buildup in its strategic nuclear arsenal until it has roughly as many nuclear weapons as the United States (One scholar has even fantastically claimed, based on an analysis of the underground tunnel system designed to protect China’s missiles, that it may already possess more than 3,000 nuclear weapons). </w:t>
      </w:r>
      <w:r>
        <w:rPr>
          <w:b w:val="0"/>
          <w:i w:val="0"/>
          <w:smallCaps w:val="0"/>
          <w:strike w:val="0"/>
          <w:sz w:val="20"/>
          <w:u w:val="single"/>
        </w:rPr>
        <w:t xml:space="preserve">This would entail a </w:t>
      </w:r>
      <w:r>
        <w:rPr>
          <w:b/>
          <w:i w:val="0"/>
          <w:smallCaps w:val="0"/>
          <w:strike w:val="0"/>
          <w:sz w:val="20"/>
          <w:u w:val="single"/>
        </w:rPr>
        <w:t>dramatic expansion</w:t>
      </w:r>
      <w:r>
        <w:rPr>
          <w:b w:val="0"/>
          <w:i w:val="0"/>
          <w:smallCaps w:val="0"/>
          <w:strike w:val="0"/>
          <w:sz w:val="20"/>
          <w:u w:val="single"/>
        </w:rPr>
        <w:t xml:space="preserve"> in the size of China’s </w:t>
      </w:r>
      <w:r>
        <w:rPr>
          <w:b/>
          <w:i w:val="0"/>
          <w:smallCaps w:val="0"/>
          <w:strike w:val="0"/>
          <w:sz w:val="20"/>
          <w:u w:val="single"/>
        </w:rPr>
        <w:t>nuclear arsenal.</w:t>
      </w:r>
    </w:p>
    <w:p>
      <w:pPr>
        <w:spacing w:after="60"/>
      </w:pPr>
      <w:r>
        <w:rPr>
          <w:b w:val="0"/>
          <w:i w:val="0"/>
          <w:smallCaps w:val="0"/>
          <w:strike w:val="0"/>
          <w:sz w:val="20"/>
          <w:u w:val="none"/>
        </w:rPr>
        <w:t>China’s Current Nuclear Posture</w:t>
      </w:r>
    </w:p>
    <w:p>
      <w:pPr>
        <w:spacing w:after="60"/>
      </w:pPr>
      <w:r>
        <w:rPr>
          <w:b w:val="0"/>
          <w:i w:val="0"/>
          <w:smallCaps w:val="0"/>
          <w:strike w:val="0"/>
          <w:sz w:val="20"/>
          <w:highlight w:val="yellow"/>
          <w:u w:val="single"/>
        </w:rPr>
        <w:t>China’s nuclear forces</w:t>
      </w:r>
      <w:r>
        <w:rPr>
          <w:b w:val="0"/>
          <w:i w:val="0"/>
          <w:smallCaps w:val="0"/>
          <w:strike w:val="0"/>
          <w:sz w:val="20"/>
          <w:u w:val="single"/>
        </w:rPr>
        <w:t xml:space="preserve"> and policies </w:t>
      </w:r>
      <w:r>
        <w:rPr>
          <w:b w:val="0"/>
          <w:i w:val="0"/>
          <w:smallCaps w:val="0"/>
          <w:strike w:val="0"/>
          <w:sz w:val="20"/>
          <w:highlight w:val="yellow"/>
          <w:u w:val="single"/>
        </w:rPr>
        <w:t xml:space="preserve">are </w:t>
      </w:r>
      <w:r>
        <w:rPr>
          <w:b/>
          <w:i w:val="0"/>
          <w:smallCaps w:val="0"/>
          <w:strike w:val="0"/>
          <w:sz w:val="20"/>
          <w:highlight w:val="yellow"/>
          <w:u w:val="single"/>
        </w:rPr>
        <w:t>constrained</w:t>
      </w:r>
      <w:r>
        <w:rPr>
          <w:b w:val="0"/>
          <w:i w:val="0"/>
          <w:smallCaps w:val="0"/>
          <w:strike w:val="0"/>
          <w:sz w:val="20"/>
          <w:u w:val="single"/>
        </w:rPr>
        <w:t xml:space="preserve">, </w:t>
      </w:r>
      <w:r>
        <w:rPr>
          <w:b/>
          <w:i w:val="0"/>
          <w:smallCaps w:val="0"/>
          <w:strike w:val="0"/>
          <w:sz w:val="20"/>
          <w:u w:val="single"/>
        </w:rPr>
        <w:t>first and foremost</w:t>
      </w:r>
      <w:r>
        <w:rPr>
          <w:b w:val="0"/>
          <w:i w:val="0"/>
          <w:smallCaps w:val="0"/>
          <w:strike w:val="0"/>
          <w:sz w:val="20"/>
          <w:u w:val="single"/>
        </w:rPr>
        <w:t xml:space="preserve">, by the country’s </w:t>
      </w:r>
      <w:r>
        <w:rPr>
          <w:b/>
          <w:i w:val="0"/>
          <w:smallCaps w:val="0"/>
          <w:strike w:val="0"/>
          <w:sz w:val="20"/>
          <w:u w:val="single"/>
        </w:rPr>
        <w:t>distinctive approach to nuclear weapons</w:t>
      </w:r>
      <w:r>
        <w:rPr>
          <w:b w:val="0"/>
          <w:i w:val="0"/>
          <w:smallCaps w:val="0"/>
          <w:strike w:val="0"/>
          <w:sz w:val="20"/>
          <w:u w:val="none"/>
        </w:rPr>
        <w:t xml:space="preserve">. As Jeffrey Lewis has written, </w:t>
      </w:r>
      <w:r>
        <w:rPr>
          <w:b w:val="0"/>
          <w:i w:val="0"/>
          <w:smallCaps w:val="0"/>
          <w:strike w:val="0"/>
          <w:sz w:val="20"/>
          <w:highlight w:val="yellow"/>
          <w:u w:val="single"/>
        </w:rPr>
        <w:t>Chinese leadership</w:t>
      </w:r>
      <w:r>
        <w:rPr>
          <w:b w:val="0"/>
          <w:i w:val="0"/>
          <w:smallCaps w:val="0"/>
          <w:strike w:val="0"/>
          <w:sz w:val="20"/>
          <w:u w:val="single"/>
        </w:rPr>
        <w:t xml:space="preserve"> has historically </w:t>
      </w:r>
      <w:r>
        <w:rPr>
          <w:b w:val="0"/>
          <w:i w:val="0"/>
          <w:smallCaps w:val="0"/>
          <w:strike w:val="0"/>
          <w:sz w:val="20"/>
          <w:highlight w:val="yellow"/>
          <w:u w:val="single"/>
        </w:rPr>
        <w:t>believed</w:t>
      </w:r>
      <w:r>
        <w:rPr>
          <w:b w:val="0"/>
          <w:i w:val="0"/>
          <w:smallCaps w:val="0"/>
          <w:strike w:val="0"/>
          <w:sz w:val="20"/>
          <w:u w:val="single"/>
        </w:rPr>
        <w:t xml:space="preserve"> that nuclear </w:t>
      </w:r>
      <w:r>
        <w:rPr>
          <w:b w:val="0"/>
          <w:i w:val="0"/>
          <w:smallCaps w:val="0"/>
          <w:strike w:val="0"/>
          <w:sz w:val="20"/>
          <w:highlight w:val="yellow"/>
          <w:u w:val="single"/>
        </w:rPr>
        <w:t>deterrence is</w:t>
      </w:r>
      <w:r>
        <w:rPr>
          <w:b w:val="0"/>
          <w:i w:val="0"/>
          <w:smallCaps w:val="0"/>
          <w:strike w:val="0"/>
          <w:sz w:val="20"/>
          <w:u w:val="single"/>
        </w:rPr>
        <w:t xml:space="preserve"> largely </w:t>
      </w:r>
      <w:r>
        <w:rPr>
          <w:b/>
          <w:i w:val="0"/>
          <w:smallCaps w:val="0"/>
          <w:strike w:val="0"/>
          <w:sz w:val="20"/>
          <w:highlight w:val="yellow"/>
          <w:u w:val="single"/>
        </w:rPr>
        <w:t>unaffected</w:t>
      </w:r>
      <w:r>
        <w:rPr>
          <w:b w:val="0"/>
          <w:i w:val="0"/>
          <w:smallCaps w:val="0"/>
          <w:strike w:val="0"/>
          <w:sz w:val="20"/>
          <w:highlight w:val="yellow"/>
          <w:u w:val="single"/>
        </w:rPr>
        <w:t xml:space="preserve"> by the </w:t>
      </w:r>
      <w:r>
        <w:rPr>
          <w:b/>
          <w:i w:val="0"/>
          <w:smallCaps w:val="0"/>
          <w:strike w:val="0"/>
          <w:sz w:val="20"/>
          <w:highlight w:val="yellow"/>
          <w:u w:val="single"/>
        </w:rPr>
        <w:t>size</w:t>
      </w:r>
      <w:r>
        <w:rPr>
          <w:b w:val="0"/>
          <w:i w:val="0"/>
          <w:smallCaps w:val="0"/>
          <w:strike w:val="0"/>
          <w:sz w:val="20"/>
          <w:highlight w:val="yellow"/>
          <w:u w:val="single"/>
        </w:rPr>
        <w:t xml:space="preserve"> </w:t>
      </w:r>
      <w:r>
        <w:rPr>
          <w:b w:val="0"/>
          <w:i w:val="0"/>
          <w:smallCaps w:val="0"/>
          <w:strike w:val="0"/>
          <w:sz w:val="20"/>
          <w:u w:val="single"/>
        </w:rPr>
        <w:t xml:space="preserve">and </w:t>
      </w:r>
      <w:r>
        <w:rPr>
          <w:b/>
          <w:i w:val="0"/>
          <w:smallCaps w:val="0"/>
          <w:strike w:val="0"/>
          <w:sz w:val="20"/>
          <w:u w:val="single"/>
        </w:rPr>
        <w:t>configuration</w:t>
      </w:r>
      <w:r>
        <w:rPr>
          <w:b w:val="0"/>
          <w:i w:val="0"/>
          <w:smallCaps w:val="0"/>
          <w:strike w:val="0"/>
          <w:sz w:val="20"/>
          <w:u w:val="none"/>
        </w:rPr>
        <w:t xml:space="preserve"> </w:t>
      </w:r>
      <w:r>
        <w:rPr>
          <w:b w:val="0"/>
          <w:i w:val="0"/>
          <w:smallCaps w:val="0"/>
          <w:strike w:val="0"/>
          <w:sz w:val="20"/>
          <w:highlight w:val="yellow"/>
          <w:u w:val="single"/>
        </w:rPr>
        <w:t>of the adversary’s</w:t>
      </w:r>
      <w:r>
        <w:rPr>
          <w:b w:val="0"/>
          <w:i w:val="0"/>
          <w:smallCaps w:val="0"/>
          <w:strike w:val="0"/>
          <w:sz w:val="20"/>
          <w:u w:val="single"/>
        </w:rPr>
        <w:t xml:space="preserve"> nuclear </w:t>
      </w:r>
      <w:r>
        <w:rPr>
          <w:b w:val="0"/>
          <w:i w:val="0"/>
          <w:smallCaps w:val="0"/>
          <w:strike w:val="0"/>
          <w:sz w:val="20"/>
          <w:highlight w:val="yellow"/>
          <w:u w:val="single"/>
        </w:rPr>
        <w:t>arsenal</w:t>
      </w:r>
      <w:r>
        <w:rPr>
          <w:b w:val="0"/>
          <w:i w:val="0"/>
          <w:smallCaps w:val="0"/>
          <w:strike w:val="0"/>
          <w:sz w:val="20"/>
          <w:u w:val="single"/>
        </w:rPr>
        <w:t xml:space="preserve">, so long as the country can threaten a </w:t>
      </w:r>
      <w:r>
        <w:rPr>
          <w:b/>
          <w:i w:val="0"/>
          <w:smallCaps w:val="0"/>
          <w:strike w:val="0"/>
          <w:sz w:val="20"/>
          <w:u w:val="single"/>
        </w:rPr>
        <w:t>counterstrike</w:t>
      </w:r>
      <w:r>
        <w:rPr>
          <w:b w:val="0"/>
          <w:i w:val="0"/>
          <w:smallCaps w:val="0"/>
          <w:strike w:val="0"/>
          <w:sz w:val="20"/>
          <w:u w:val="single"/>
        </w:rPr>
        <w:t xml:space="preserve"> of a few – or even one – </w:t>
      </w:r>
      <w:r>
        <w:rPr>
          <w:b/>
          <w:i w:val="0"/>
          <w:smallCaps w:val="0"/>
          <w:strike w:val="0"/>
          <w:sz w:val="20"/>
          <w:u w:val="single"/>
        </w:rPr>
        <w:t>nuclear warheads</w:t>
      </w:r>
      <w:r>
        <w:rPr>
          <w:b w:val="0"/>
          <w:i w:val="0"/>
          <w:smallCaps w:val="0"/>
          <w:strike w:val="0"/>
          <w:sz w:val="20"/>
          <w:u w:val="none"/>
        </w:rPr>
        <w:t xml:space="preserve">. Marshall Nie Rongzhen, a leading figure in China’s early nuclear weapons program, called this “the minimum means of reprisal.” Recent research by Fiona Cunningham and M. Taylor Fravel, </w:t>
      </w:r>
      <w:r>
        <w:rPr>
          <w:b w:val="0"/>
          <w:i w:val="0"/>
          <w:smallCaps w:val="0"/>
          <w:strike w:val="0"/>
          <w:sz w:val="20"/>
          <w:highlight w:val="yellow"/>
          <w:u w:val="single"/>
        </w:rPr>
        <w:t>based on</w:t>
      </w:r>
      <w:r>
        <w:rPr>
          <w:b w:val="0"/>
          <w:i w:val="0"/>
          <w:smallCaps w:val="0"/>
          <w:strike w:val="0"/>
          <w:sz w:val="20"/>
          <w:u w:val="single"/>
        </w:rPr>
        <w:t xml:space="preserve"> reviews of </w:t>
      </w:r>
      <w:r>
        <w:rPr>
          <w:b w:val="0"/>
          <w:i w:val="0"/>
          <w:smallCaps w:val="0"/>
          <w:strike w:val="0"/>
          <w:sz w:val="20"/>
          <w:highlight w:val="yellow"/>
          <w:u w:val="single"/>
        </w:rPr>
        <w:t xml:space="preserve">Chinese </w:t>
      </w:r>
      <w:r>
        <w:rPr>
          <w:b/>
          <w:i w:val="0"/>
          <w:smallCaps w:val="0"/>
          <w:strike w:val="0"/>
          <w:sz w:val="20"/>
          <w:highlight w:val="yellow"/>
          <w:u w:val="single"/>
        </w:rPr>
        <w:t>doctrinal</w:t>
      </w:r>
      <w:r>
        <w:rPr>
          <w:b w:val="0"/>
          <w:i w:val="0"/>
          <w:smallCaps w:val="0"/>
          <w:strike w:val="0"/>
          <w:sz w:val="20"/>
          <w:highlight w:val="yellow"/>
          <w:u w:val="single"/>
        </w:rPr>
        <w:t xml:space="preserve"> </w:t>
      </w:r>
      <w:r>
        <w:rPr>
          <w:b w:val="0"/>
          <w:i w:val="0"/>
          <w:smallCaps w:val="0"/>
          <w:strike w:val="0"/>
          <w:sz w:val="20"/>
          <w:u w:val="single"/>
        </w:rPr>
        <w:t xml:space="preserve">and </w:t>
      </w:r>
      <w:r>
        <w:rPr>
          <w:b/>
          <w:i w:val="0"/>
          <w:smallCaps w:val="0"/>
          <w:strike w:val="0"/>
          <w:sz w:val="20"/>
          <w:u w:val="single"/>
        </w:rPr>
        <w:t xml:space="preserve">academic </w:t>
      </w:r>
      <w:r>
        <w:rPr>
          <w:b/>
          <w:i w:val="0"/>
          <w:smallCaps w:val="0"/>
          <w:strike w:val="0"/>
          <w:sz w:val="20"/>
          <w:highlight w:val="yellow"/>
          <w:u w:val="single"/>
        </w:rPr>
        <w:t>writings</w:t>
      </w:r>
      <w:r>
        <w:rPr>
          <w:b w:val="0"/>
          <w:i w:val="0"/>
          <w:smallCaps w:val="0"/>
          <w:strike w:val="0"/>
          <w:sz w:val="20"/>
          <w:highlight w:val="yellow"/>
          <w:u w:val="single"/>
        </w:rPr>
        <w:t xml:space="preserve"> and </w:t>
      </w:r>
      <w:r>
        <w:rPr>
          <w:b/>
          <w:i w:val="0"/>
          <w:smallCaps w:val="0"/>
          <w:strike w:val="0"/>
          <w:sz w:val="20"/>
          <w:highlight w:val="yellow"/>
          <w:u w:val="single"/>
        </w:rPr>
        <w:t>interviews</w:t>
      </w:r>
      <w:r>
        <w:rPr>
          <w:b w:val="0"/>
          <w:i w:val="0"/>
          <w:smallCaps w:val="0"/>
          <w:strike w:val="0"/>
          <w:sz w:val="20"/>
          <w:u w:val="single"/>
        </w:rPr>
        <w:t xml:space="preserve"> </w:t>
      </w:r>
      <w:r>
        <w:rPr>
          <w:b w:val="0"/>
          <w:i w:val="0"/>
          <w:smallCaps w:val="0"/>
          <w:strike w:val="0"/>
          <w:sz w:val="20"/>
          <w:highlight w:val="yellow"/>
          <w:u w:val="single"/>
        </w:rPr>
        <w:t>with</w:t>
      </w:r>
      <w:r>
        <w:rPr>
          <w:b w:val="0"/>
          <w:i w:val="0"/>
          <w:smallCaps w:val="0"/>
          <w:strike w:val="0"/>
          <w:sz w:val="20"/>
          <w:u w:val="single"/>
        </w:rPr>
        <w:t xml:space="preserve"> </w:t>
      </w:r>
      <w:r>
        <w:rPr>
          <w:b/>
          <w:i w:val="0"/>
          <w:smallCaps w:val="0"/>
          <w:strike w:val="0"/>
          <w:sz w:val="20"/>
          <w:u w:val="single"/>
        </w:rPr>
        <w:t xml:space="preserve">Chinese </w:t>
      </w:r>
      <w:r>
        <w:rPr>
          <w:b/>
          <w:i w:val="0"/>
          <w:smallCaps w:val="0"/>
          <w:strike w:val="0"/>
          <w:sz w:val="20"/>
          <w:highlight w:val="yellow"/>
          <w:u w:val="single"/>
        </w:rPr>
        <w:t>military and civilian experts</w:t>
      </w:r>
      <w:r>
        <w:rPr>
          <w:b w:val="0"/>
          <w:i w:val="0"/>
          <w:smallCaps w:val="0"/>
          <w:strike w:val="0"/>
          <w:sz w:val="20"/>
          <w:u w:val="single"/>
        </w:rPr>
        <w:t xml:space="preserve">, indicates that </w:t>
      </w:r>
      <w:r>
        <w:rPr>
          <w:b/>
          <w:i w:val="0"/>
          <w:smallCaps w:val="0"/>
          <w:strike w:val="0"/>
          <w:sz w:val="20"/>
          <w:highlight w:val="yellow"/>
          <w:u w:val="single"/>
        </w:rPr>
        <w:t xml:space="preserve">these </w:t>
      </w:r>
      <w:r>
        <w:rPr>
          <w:b/>
          <w:i w:val="0"/>
          <w:smallCaps w:val="0"/>
          <w:strike w:val="0"/>
          <w:sz w:val="20"/>
          <w:u w:val="single"/>
        </w:rPr>
        <w:t xml:space="preserve">fundamental </w:t>
      </w:r>
      <w:r>
        <w:rPr>
          <w:b/>
          <w:i w:val="0"/>
          <w:smallCaps w:val="0"/>
          <w:strike w:val="0"/>
          <w:sz w:val="20"/>
          <w:highlight w:val="yellow"/>
          <w:u w:val="single"/>
        </w:rPr>
        <w:t xml:space="preserve">views have not </w:t>
      </w:r>
      <w:r>
        <w:rPr>
          <w:b/>
          <w:i w:val="0"/>
          <w:smallCaps w:val="0"/>
          <w:strike w:val="0"/>
          <w:sz w:val="20"/>
          <w:highlight w:val="yellow"/>
          <w:u w:val="single"/>
        </w:rPr>
        <w:t>changed</w:t>
      </w:r>
      <w:r>
        <w:rPr>
          <w:b w:val="0"/>
          <w:i w:val="0"/>
          <w:smallCaps w:val="0"/>
          <w:strike w:val="0"/>
          <w:sz w:val="20"/>
          <w:u w:val="none"/>
        </w:rPr>
        <w:t xml:space="preserve"> </w:t>
      </w:r>
      <w:r>
        <w:rPr>
          <w:b w:val="0"/>
          <w:i w:val="0"/>
          <w:smallCaps w:val="0"/>
          <w:strike w:val="0"/>
          <w:sz w:val="20"/>
          <w:highlight w:val="yellow"/>
          <w:u w:val="single"/>
        </w:rPr>
        <w:t>and</w:t>
      </w:r>
      <w:r>
        <w:rPr>
          <w:b w:val="0"/>
          <w:i w:val="0"/>
          <w:smallCaps w:val="0"/>
          <w:strike w:val="0"/>
          <w:sz w:val="20"/>
          <w:u w:val="single"/>
        </w:rPr>
        <w:t xml:space="preserve"> that </w:t>
      </w:r>
      <w:r>
        <w:rPr>
          <w:b w:val="0"/>
          <w:i w:val="0"/>
          <w:smallCaps w:val="0"/>
          <w:strike w:val="0"/>
          <w:sz w:val="20"/>
          <w:highlight w:val="yellow"/>
          <w:u w:val="single"/>
        </w:rPr>
        <w:t xml:space="preserve">China is likely to </w:t>
      </w:r>
      <w:r>
        <w:rPr>
          <w:b/>
          <w:i w:val="0"/>
          <w:smallCaps w:val="0"/>
          <w:strike w:val="0"/>
          <w:sz w:val="20"/>
          <w:highlight w:val="yellow"/>
          <w:u w:val="single"/>
        </w:rPr>
        <w:t>continue adhering</w:t>
      </w:r>
      <w:r>
        <w:rPr>
          <w:b w:val="0"/>
          <w:i w:val="0"/>
          <w:smallCaps w:val="0"/>
          <w:strike w:val="0"/>
          <w:sz w:val="20"/>
          <w:highlight w:val="yellow"/>
          <w:u w:val="single"/>
        </w:rPr>
        <w:t xml:space="preserve"> to </w:t>
      </w:r>
      <w:r>
        <w:rPr>
          <w:b w:val="0"/>
          <w:i w:val="0"/>
          <w:smallCaps w:val="0"/>
          <w:strike w:val="0"/>
          <w:sz w:val="20"/>
          <w:u w:val="single"/>
        </w:rPr>
        <w:t>its</w:t>
      </w:r>
      <w:r>
        <w:rPr>
          <w:b w:val="0"/>
          <w:i w:val="0"/>
          <w:smallCaps w:val="0"/>
          <w:strike w:val="0"/>
          <w:sz w:val="20"/>
          <w:u w:val="none"/>
        </w:rPr>
        <w:t xml:space="preserve"> relatively </w:t>
      </w:r>
      <w:r>
        <w:rPr>
          <w:b/>
          <w:i w:val="0"/>
          <w:smallCaps w:val="0"/>
          <w:strike w:val="0"/>
          <w:sz w:val="20"/>
          <w:highlight w:val="yellow"/>
          <w:u w:val="single"/>
        </w:rPr>
        <w:t>restrained</w:t>
      </w:r>
      <w:r>
        <w:rPr>
          <w:b w:val="0"/>
          <w:i w:val="0"/>
          <w:smallCaps w:val="0"/>
          <w:strike w:val="0"/>
          <w:sz w:val="20"/>
          <w:u w:val="none"/>
        </w:rPr>
        <w:t xml:space="preserve"> </w:t>
      </w:r>
      <w:r>
        <w:rPr>
          <w:b w:val="0"/>
          <w:i w:val="0"/>
          <w:smallCaps w:val="0"/>
          <w:strike w:val="0"/>
          <w:sz w:val="20"/>
          <w:highlight w:val="yellow"/>
          <w:u w:val="single"/>
        </w:rPr>
        <w:t>strategy of</w:t>
      </w:r>
      <w:r>
        <w:rPr>
          <w:b w:val="0"/>
          <w:i w:val="0"/>
          <w:smallCaps w:val="0"/>
          <w:strike w:val="0"/>
          <w:sz w:val="20"/>
          <w:u w:val="single"/>
        </w:rPr>
        <w:t xml:space="preserve"> “</w:t>
      </w:r>
      <w:r>
        <w:rPr>
          <w:b/>
          <w:i w:val="0"/>
          <w:smallCaps w:val="0"/>
          <w:strike w:val="0"/>
          <w:sz w:val="20"/>
          <w:highlight w:val="yellow"/>
          <w:u w:val="single"/>
        </w:rPr>
        <w:t>assured retal</w:t>
      </w:r>
      <w:r>
        <w:rPr>
          <w:b/>
          <w:i w:val="0"/>
          <w:smallCaps w:val="0"/>
          <w:strike w:val="0"/>
          <w:sz w:val="20"/>
          <w:u w:val="single"/>
        </w:rPr>
        <w:t>iation</w:t>
      </w:r>
      <w:r>
        <w:rPr>
          <w:b w:val="0"/>
          <w:i w:val="0"/>
          <w:smallCaps w:val="0"/>
          <w:strike w:val="0"/>
          <w:sz w:val="20"/>
          <w:u w:val="single"/>
        </w:rPr>
        <w:t>.</w:t>
      </w:r>
      <w:r>
        <w:rPr>
          <w:b w:val="0"/>
          <w:i w:val="0"/>
          <w:smallCaps w:val="0"/>
          <w:strike w:val="0"/>
          <w:sz w:val="20"/>
          <w:u w:val="none"/>
        </w:rPr>
        <w:t>” In recent Track-1.5 and Track-2 dialogues between the United States and China, Chinese participants have said that China could credibly threaten the United States with only “a few,” a “handful of,” or even “one” nuclear warhead.</w:t>
      </w:r>
    </w:p>
    <w:p>
      <w:pPr>
        <w:spacing w:after="60"/>
      </w:pPr>
      <w:r>
        <w:rPr>
          <w:b w:val="0"/>
          <w:i w:val="0"/>
          <w:smallCaps w:val="0"/>
          <w:strike w:val="0"/>
          <w:sz w:val="20"/>
          <w:u w:val="none"/>
        </w:rPr>
        <w:t xml:space="preserve">Designed to support more limited goals, </w:t>
      </w:r>
      <w:r>
        <w:rPr>
          <w:b w:val="0"/>
          <w:i w:val="0"/>
          <w:smallCaps w:val="0"/>
          <w:strike w:val="0"/>
          <w:sz w:val="20"/>
          <w:highlight w:val="yellow"/>
          <w:u w:val="single"/>
        </w:rPr>
        <w:t>China</w:t>
      </w:r>
      <w:r>
        <w:rPr>
          <w:b w:val="0"/>
          <w:i w:val="0"/>
          <w:smallCaps w:val="0"/>
          <w:strike w:val="0"/>
          <w:sz w:val="20"/>
          <w:u w:val="single"/>
        </w:rPr>
        <w:t xml:space="preserve">’s nuclear forces are generally believed to be </w:t>
      </w:r>
      <w:r>
        <w:rPr>
          <w:b/>
          <w:i w:val="0"/>
          <w:smallCaps w:val="0"/>
          <w:strike w:val="0"/>
          <w:sz w:val="20"/>
          <w:u w:val="single"/>
        </w:rPr>
        <w:t>smaller</w:t>
      </w:r>
      <w:r>
        <w:rPr>
          <w:b w:val="0"/>
          <w:i w:val="0"/>
          <w:smallCaps w:val="0"/>
          <w:strike w:val="0"/>
          <w:sz w:val="20"/>
          <w:u w:val="single"/>
        </w:rPr>
        <w:t xml:space="preserve"> and </w:t>
      </w:r>
      <w:r>
        <w:rPr>
          <w:b/>
          <w:i w:val="0"/>
          <w:smallCaps w:val="0"/>
          <w:strike w:val="0"/>
          <w:sz w:val="20"/>
          <w:u w:val="single"/>
        </w:rPr>
        <w:t>less alerted</w:t>
      </w:r>
      <w:r>
        <w:rPr>
          <w:b w:val="0"/>
          <w:i w:val="0"/>
          <w:smallCaps w:val="0"/>
          <w:strike w:val="0"/>
          <w:sz w:val="20"/>
          <w:u w:val="single"/>
        </w:rPr>
        <w:t xml:space="preserve"> than those of other states</w:t>
      </w:r>
      <w:r>
        <w:rPr>
          <w:b w:val="0"/>
          <w:i w:val="0"/>
          <w:smallCaps w:val="0"/>
          <w:strike w:val="0"/>
          <w:sz w:val="20"/>
          <w:u w:val="none"/>
        </w:rPr>
        <w:t xml:space="preserve">. </w:t>
      </w:r>
      <w:r>
        <w:rPr>
          <w:b w:val="0"/>
          <w:i w:val="0"/>
          <w:smallCaps w:val="0"/>
          <w:strike w:val="0"/>
          <w:sz w:val="20"/>
          <w:u w:val="single"/>
        </w:rPr>
        <w:t xml:space="preserve">The country </w:t>
      </w:r>
      <w:r>
        <w:rPr>
          <w:b w:val="0"/>
          <w:i w:val="0"/>
          <w:smallCaps w:val="0"/>
          <w:strike w:val="0"/>
          <w:sz w:val="20"/>
          <w:highlight w:val="yellow"/>
          <w:u w:val="single"/>
        </w:rPr>
        <w:t xml:space="preserve">has </w:t>
      </w:r>
      <w:r>
        <w:rPr>
          <w:b/>
          <w:i w:val="0"/>
          <w:smallCaps w:val="0"/>
          <w:strike w:val="0"/>
          <w:sz w:val="20"/>
          <w:highlight w:val="yellow"/>
          <w:u w:val="single"/>
        </w:rPr>
        <w:t>yet</w:t>
      </w:r>
      <w:r>
        <w:rPr>
          <w:b w:val="0"/>
          <w:i w:val="0"/>
          <w:smallCaps w:val="0"/>
          <w:strike w:val="0"/>
          <w:sz w:val="20"/>
          <w:highlight w:val="yellow"/>
          <w:u w:val="single"/>
        </w:rPr>
        <w:t xml:space="preserve"> to develop</w:t>
      </w:r>
      <w:r>
        <w:rPr>
          <w:b w:val="0"/>
          <w:i w:val="0"/>
          <w:smallCaps w:val="0"/>
          <w:strike w:val="0"/>
          <w:sz w:val="20"/>
          <w:u w:val="single"/>
        </w:rPr>
        <w:t xml:space="preserve"> an </w:t>
      </w:r>
      <w:r>
        <w:rPr>
          <w:b/>
          <w:i w:val="0"/>
          <w:smallCaps w:val="0"/>
          <w:strike w:val="0"/>
          <w:sz w:val="20"/>
          <w:highlight w:val="yellow"/>
          <w:u w:val="single"/>
        </w:rPr>
        <w:t>early warning</w:t>
      </w:r>
      <w:r>
        <w:rPr>
          <w:b/>
          <w:i w:val="0"/>
          <w:smallCaps w:val="0"/>
          <w:strike w:val="0"/>
          <w:sz w:val="20"/>
          <w:u w:val="single"/>
        </w:rPr>
        <w:t xml:space="preserve"> system</w:t>
      </w:r>
      <w:r>
        <w:rPr>
          <w:b w:val="0"/>
          <w:i w:val="0"/>
          <w:smallCaps w:val="0"/>
          <w:strike w:val="0"/>
          <w:sz w:val="20"/>
          <w:u w:val="none"/>
        </w:rPr>
        <w:t xml:space="preserve"> and some experts believe </w:t>
      </w:r>
      <w:r>
        <w:rPr>
          <w:b w:val="0"/>
          <w:i w:val="0"/>
          <w:smallCaps w:val="0"/>
          <w:strike w:val="0"/>
          <w:sz w:val="20"/>
          <w:u w:val="single"/>
        </w:rPr>
        <w:t xml:space="preserve">China would </w:t>
      </w:r>
      <w:r>
        <w:rPr>
          <w:b/>
          <w:i w:val="0"/>
          <w:smallCaps w:val="0"/>
          <w:strike w:val="0"/>
          <w:sz w:val="20"/>
          <w:u w:val="single"/>
        </w:rPr>
        <w:t>wait several days</w:t>
      </w:r>
      <w:r>
        <w:rPr>
          <w:b w:val="0"/>
          <w:i w:val="0"/>
          <w:smallCaps w:val="0"/>
          <w:strike w:val="0"/>
          <w:sz w:val="20"/>
          <w:u w:val="single"/>
        </w:rPr>
        <w:t xml:space="preserve"> after suffering a </w:t>
      </w:r>
      <w:r>
        <w:rPr>
          <w:b w:val="0"/>
          <w:i w:val="0"/>
          <w:smallCaps w:val="0"/>
          <w:strike w:val="0"/>
          <w:sz w:val="20"/>
          <w:u w:val="single"/>
        </w:rPr>
        <w:t>nuclear strike before launching its own nuclear counterattack</w:t>
      </w:r>
      <w:r>
        <w:rPr>
          <w:b w:val="0"/>
          <w:i w:val="0"/>
          <w:smallCaps w:val="0"/>
          <w:strike w:val="0"/>
          <w:sz w:val="20"/>
          <w:u w:val="none"/>
        </w:rPr>
        <w:t xml:space="preserve">. Observers believe </w:t>
      </w:r>
      <w:r>
        <w:rPr>
          <w:b w:val="0"/>
          <w:i w:val="0"/>
          <w:smallCaps w:val="0"/>
          <w:strike w:val="0"/>
          <w:sz w:val="20"/>
          <w:highlight w:val="yellow"/>
          <w:u w:val="single"/>
        </w:rPr>
        <w:t xml:space="preserve">Beijing does not </w:t>
      </w:r>
      <w:r>
        <w:rPr>
          <w:b/>
          <w:i w:val="0"/>
          <w:smallCaps w:val="0"/>
          <w:strike w:val="0"/>
          <w:sz w:val="20"/>
          <w:highlight w:val="yellow"/>
          <w:u w:val="single"/>
        </w:rPr>
        <w:t>mate its nuc</w:t>
      </w:r>
      <w:r>
        <w:rPr>
          <w:b/>
          <w:i w:val="0"/>
          <w:smallCaps w:val="0"/>
          <w:strike w:val="0"/>
          <w:sz w:val="20"/>
          <w:u w:val="single"/>
        </w:rPr>
        <w:t>lear warhead</w:t>
      </w:r>
      <w:r>
        <w:rPr>
          <w:b/>
          <w:i w:val="0"/>
          <w:smallCaps w:val="0"/>
          <w:strike w:val="0"/>
          <w:sz w:val="20"/>
          <w:highlight w:val="yellow"/>
          <w:u w:val="single"/>
        </w:rPr>
        <w:t>s</w:t>
      </w:r>
      <w:r>
        <w:rPr>
          <w:b w:val="0"/>
          <w:i w:val="0"/>
          <w:smallCaps w:val="0"/>
          <w:strike w:val="0"/>
          <w:sz w:val="20"/>
          <w:u w:val="single"/>
        </w:rPr>
        <w:t xml:space="preserve"> to missiles </w:t>
      </w:r>
      <w:r>
        <w:rPr>
          <w:b w:val="0"/>
          <w:i w:val="0"/>
          <w:smallCaps w:val="0"/>
          <w:strike w:val="0"/>
          <w:sz w:val="20"/>
          <w:u w:val="none"/>
        </w:rPr>
        <w:t xml:space="preserve">in peacetime, </w:t>
      </w:r>
      <w:r>
        <w:rPr>
          <w:b w:val="0"/>
          <w:i w:val="0"/>
          <w:smallCaps w:val="0"/>
          <w:strike w:val="0"/>
          <w:sz w:val="20"/>
          <w:u w:val="single"/>
        </w:rPr>
        <w:t>instead storing them separately</w:t>
      </w:r>
      <w:r>
        <w:rPr>
          <w:b w:val="0"/>
          <w:i w:val="0"/>
          <w:smallCaps w:val="0"/>
          <w:strike w:val="0"/>
          <w:sz w:val="20"/>
          <w:u w:val="none"/>
        </w:rPr>
        <w:t xml:space="preserve">. According to the counting rules of the New START treaty, </w:t>
      </w:r>
      <w:r>
        <w:rPr>
          <w:b w:val="0"/>
          <w:i w:val="0"/>
          <w:smallCaps w:val="0"/>
          <w:strike w:val="0"/>
          <w:sz w:val="20"/>
          <w:highlight w:val="yellow"/>
          <w:u w:val="single"/>
        </w:rPr>
        <w:t>China has</w:t>
      </w:r>
      <w:r>
        <w:rPr>
          <w:b w:val="0"/>
          <w:i w:val="0"/>
          <w:smallCaps w:val="0"/>
          <w:strike w:val="0"/>
          <w:sz w:val="20"/>
          <w:u w:val="single"/>
        </w:rPr>
        <w:t xml:space="preserve"> nearly </w:t>
      </w:r>
      <w:r>
        <w:rPr>
          <w:b/>
          <w:i w:val="0"/>
          <w:smallCaps w:val="0"/>
          <w:strike w:val="0"/>
          <w:sz w:val="20"/>
          <w:highlight w:val="yellow"/>
          <w:u w:val="single"/>
        </w:rPr>
        <w:t>zero deployed nuc</w:t>
      </w:r>
      <w:r>
        <w:rPr>
          <w:b/>
          <w:i w:val="0"/>
          <w:smallCaps w:val="0"/>
          <w:strike w:val="0"/>
          <w:sz w:val="20"/>
          <w:u w:val="single"/>
        </w:rPr>
        <w:t>lear weapon</w:t>
      </w:r>
      <w:r>
        <w:rPr>
          <w:b/>
          <w:i w:val="0"/>
          <w:smallCaps w:val="0"/>
          <w:strike w:val="0"/>
          <w:sz w:val="20"/>
          <w:highlight w:val="yellow"/>
          <w:u w:val="single"/>
        </w:rPr>
        <w:t>s.</w:t>
      </w:r>
    </w:p>
    <w:p>
      <w:pPr>
        <w:spacing w:after="60"/>
      </w:pPr>
      <w:r>
        <w:rPr>
          <w:b w:val="0"/>
          <w:i w:val="0"/>
          <w:smallCaps w:val="0"/>
          <w:strike w:val="0"/>
          <w:sz w:val="20"/>
          <w:u w:val="single"/>
        </w:rPr>
        <w:t xml:space="preserve">China’s </w:t>
      </w:r>
      <w:r>
        <w:rPr>
          <w:b/>
          <w:i w:val="0"/>
          <w:smallCaps w:val="0"/>
          <w:strike w:val="0"/>
          <w:sz w:val="20"/>
          <w:u w:val="single"/>
        </w:rPr>
        <w:t xml:space="preserve">ongoing nuclear </w:t>
      </w:r>
      <w:r>
        <w:rPr>
          <w:b/>
          <w:i w:val="0"/>
          <w:smallCaps w:val="0"/>
          <w:strike w:val="0"/>
          <w:sz w:val="20"/>
          <w:highlight w:val="yellow"/>
          <w:u w:val="single"/>
        </w:rPr>
        <w:t>modernization</w:t>
      </w:r>
      <w:r>
        <w:rPr>
          <w:b/>
          <w:i w:val="0"/>
          <w:smallCaps w:val="0"/>
          <w:strike w:val="0"/>
          <w:sz w:val="20"/>
          <w:u w:val="single"/>
        </w:rPr>
        <w:t xml:space="preserve"> program</w:t>
      </w:r>
      <w:r>
        <w:rPr>
          <w:b w:val="0"/>
          <w:i w:val="0"/>
          <w:smallCaps w:val="0"/>
          <w:strike w:val="0"/>
          <w:sz w:val="20"/>
          <w:u w:val="none"/>
        </w:rPr>
        <w:t xml:space="preserve"> is indeed significantly changing the character and configuration of the country’s nuclear forces. But these changes </w:t>
      </w:r>
      <w:r>
        <w:rPr>
          <w:b w:val="0"/>
          <w:i w:val="0"/>
          <w:smallCaps w:val="0"/>
          <w:strike w:val="0"/>
          <w:sz w:val="20"/>
          <w:highlight w:val="yellow"/>
          <w:u w:val="single"/>
        </w:rPr>
        <w:t>appear to be driven by</w:t>
      </w:r>
      <w:r>
        <w:rPr>
          <w:b w:val="0"/>
          <w:i w:val="0"/>
          <w:smallCaps w:val="0"/>
          <w:strike w:val="0"/>
          <w:sz w:val="20"/>
          <w:u w:val="single"/>
        </w:rPr>
        <w:t xml:space="preserve"> a desire to maintain the </w:t>
      </w:r>
      <w:r>
        <w:rPr>
          <w:b/>
          <w:i w:val="0"/>
          <w:smallCaps w:val="0"/>
          <w:strike w:val="0"/>
          <w:sz w:val="20"/>
          <w:highlight w:val="yellow"/>
          <w:u w:val="single"/>
        </w:rPr>
        <w:t>survivability</w:t>
      </w:r>
      <w:r>
        <w:rPr>
          <w:b w:val="0"/>
          <w:i w:val="0"/>
          <w:smallCaps w:val="0"/>
          <w:strike w:val="0"/>
          <w:sz w:val="20"/>
          <w:u w:val="single"/>
        </w:rPr>
        <w:t xml:space="preserve"> of the country’s second-strike capability</w:t>
      </w:r>
      <w:r>
        <w:rPr>
          <w:b w:val="0"/>
          <w:i w:val="0"/>
          <w:smallCaps w:val="0"/>
          <w:strike w:val="0"/>
          <w:sz w:val="20"/>
          <w:u w:val="none"/>
        </w:rPr>
        <w:t xml:space="preserve">, </w:t>
      </w:r>
      <w:r>
        <w:rPr>
          <w:b/>
          <w:i w:val="0"/>
          <w:smallCaps w:val="0"/>
          <w:strike w:val="0"/>
          <w:sz w:val="20"/>
          <w:highlight w:val="yellow"/>
          <w:u w:val="single"/>
        </w:rPr>
        <w:t>not</w:t>
      </w:r>
      <w:r>
        <w:rPr>
          <w:b w:val="0"/>
          <w:i w:val="0"/>
          <w:smallCaps w:val="0"/>
          <w:strike w:val="0"/>
          <w:sz w:val="20"/>
          <w:highlight w:val="yellow"/>
          <w:u w:val="single"/>
        </w:rPr>
        <w:t xml:space="preserve"> a</w:t>
      </w:r>
      <w:r>
        <w:rPr>
          <w:b w:val="0"/>
          <w:i w:val="0"/>
          <w:smallCaps w:val="0"/>
          <w:strike w:val="0"/>
          <w:sz w:val="20"/>
          <w:u w:val="single"/>
        </w:rPr>
        <w:t xml:space="preserve"> </w:t>
      </w:r>
      <w:r>
        <w:rPr>
          <w:b/>
          <w:i w:val="0"/>
          <w:smallCaps w:val="0"/>
          <w:strike w:val="0"/>
          <w:sz w:val="20"/>
          <w:u w:val="single"/>
        </w:rPr>
        <w:t xml:space="preserve">fundamentally </w:t>
      </w:r>
      <w:r>
        <w:rPr>
          <w:b/>
          <w:i w:val="0"/>
          <w:smallCaps w:val="0"/>
          <w:strike w:val="0"/>
          <w:sz w:val="20"/>
          <w:highlight w:val="yellow"/>
          <w:u w:val="single"/>
        </w:rPr>
        <w:t>new view of nuc</w:t>
      </w:r>
      <w:r>
        <w:rPr>
          <w:b/>
          <w:i w:val="0"/>
          <w:smallCaps w:val="0"/>
          <w:strike w:val="0"/>
          <w:sz w:val="20"/>
          <w:u w:val="single"/>
        </w:rPr>
        <w:t>lear weapon</w:t>
      </w:r>
      <w:r>
        <w:rPr>
          <w:b/>
          <w:i w:val="0"/>
          <w:smallCaps w:val="0"/>
          <w:strike w:val="0"/>
          <w:sz w:val="20"/>
          <w:highlight w:val="yellow"/>
          <w:u w:val="single"/>
        </w:rPr>
        <w:t>s</w:t>
      </w:r>
      <w:r>
        <w:rPr>
          <w:b w:val="0"/>
          <w:i w:val="0"/>
          <w:smallCaps w:val="0"/>
          <w:strike w:val="0"/>
          <w:sz w:val="20"/>
          <w:u w:val="single"/>
        </w:rPr>
        <w:t xml:space="preserve"> in Beijing</w:t>
      </w:r>
      <w:r>
        <w:rPr>
          <w:b w:val="0"/>
          <w:i w:val="0"/>
          <w:smallCaps w:val="0"/>
          <w:strike w:val="0"/>
          <w:sz w:val="20"/>
          <w:u w:val="none"/>
        </w:rPr>
        <w:t>. China has identified advancing U.S. capabilities in conventional prompt global strike and ballistic missile defense as serious threats to its nuclear forces. Regardless of whether these concerns are reasonable, they appear sincere. By deploying more mobile missiles, China hopes to increase the survivability of its overall deterrent. By deploying SSBNs and equipping some of its land-based missiles with MIRV capability, it hopes to enhance its ability to penetrate U.S. missile defenses.</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