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No risk to tech leadership. 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Dr. Michael </w:t>
      </w:r>
      <w:r>
        <w:rPr>
          <w:b/>
          <w:i w:val="0"/>
          <w:smallCaps w:val="0"/>
          <w:strike w:val="0"/>
          <w:sz w:val="24"/>
          <w:u w:val="none"/>
        </w:rPr>
        <w:t>Swaine 21</w:t>
      </w:r>
      <w:r>
        <w:rPr>
          <w:b w:val="0"/>
          <w:i w:val="0"/>
          <w:smallCaps w:val="0"/>
          <w:strike w:val="0"/>
          <w:sz w:val="20"/>
          <w:u w:val="none"/>
        </w:rPr>
        <w:t>, PhD in Government from Harvard University, director of the East Asia program at the Quincy Institute, 4/21/2021, "China Doesn’t Pose an Existential Threat for America," https://foreignpolicy.com/2021/04/21/china-existential-threat-america/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Some </w:t>
      </w:r>
      <w:r>
        <w:rPr>
          <w:b/>
          <w:i w:val="0"/>
          <w:smallCaps w:val="0"/>
          <w:strike w:val="0"/>
          <w:sz w:val="28"/>
          <w:u w:val="single"/>
        </w:rPr>
        <w:t xml:space="preserve">observers claim that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Beijing</w:t>
      </w:r>
      <w:r>
        <w:rPr>
          <w:b/>
          <w:i w:val="0"/>
          <w:smallCaps w:val="0"/>
          <w:strike w:val="0"/>
          <w:sz w:val="28"/>
          <w:u w:val="single"/>
        </w:rPr>
        <w:t xml:space="preserve"> could somehow </w:t>
      </w:r>
      <w:r>
        <w:rPr>
          <w:b/>
          <w:i w:val="0"/>
          <w:smallCaps w:val="0"/>
          <w:strike w:val="0"/>
          <w:sz w:val="28"/>
          <w:u w:val="single"/>
        </w:rPr>
        <w:t xml:space="preserve">set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standards</w:t>
      </w:r>
      <w:r>
        <w:rPr>
          <w:b/>
          <w:i w:val="0"/>
          <w:smallCaps w:val="0"/>
          <w:strike w:val="0"/>
          <w:sz w:val="28"/>
          <w:u w:val="single"/>
        </w:rPr>
        <w:t xml:space="preserve"> in critical </w:t>
      </w:r>
      <w:r>
        <w:rPr>
          <w:b/>
          <w:i w:val="0"/>
          <w:smallCaps w:val="0"/>
          <w:strike w:val="0"/>
          <w:sz w:val="28"/>
          <w:u w:val="single"/>
        </w:rPr>
        <w:t>technology areas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and</w:t>
      </w:r>
      <w:r>
        <w:rPr>
          <w:b/>
          <w:i w:val="0"/>
          <w:smallCaps w:val="0"/>
          <w:strike w:val="0"/>
          <w:sz w:val="28"/>
          <w:u w:val="single"/>
        </w:rPr>
        <w:t xml:space="preserve"> install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tech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hardware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 around the world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to the extent that China would be able </w:t>
      </w:r>
      <w:r>
        <w:rPr>
          <w:b/>
          <w:i w:val="0"/>
          <w:smallCaps w:val="0"/>
          <w:strike w:val="0"/>
          <w:sz w:val="28"/>
          <w:u w:val="single"/>
        </w:rPr>
        <w:t xml:space="preserve">to relegate the </w:t>
      </w:r>
      <w:r>
        <w:rPr>
          <w:b/>
          <w:i w:val="0"/>
          <w:smallCaps w:val="0"/>
          <w:strike w:val="0"/>
          <w:sz w:val="28"/>
          <w:u w:val="single"/>
        </w:rPr>
        <w:t>U</w:t>
      </w:r>
      <w:r>
        <w:rPr>
          <w:b/>
          <w:i w:val="0"/>
          <w:smallCaps w:val="0"/>
          <w:strike w:val="0"/>
          <w:sz w:val="28"/>
          <w:u w:val="single"/>
        </w:rPr>
        <w:t xml:space="preserve">nited </w:t>
      </w:r>
      <w:r>
        <w:rPr>
          <w:b/>
          <w:i w:val="0"/>
          <w:smallCaps w:val="0"/>
          <w:strike w:val="0"/>
          <w:sz w:val="28"/>
          <w:u w:val="single"/>
        </w:rPr>
        <w:t>S</w:t>
      </w:r>
      <w:r>
        <w:rPr>
          <w:b/>
          <w:i w:val="0"/>
          <w:smallCaps w:val="0"/>
          <w:strike w:val="0"/>
          <w:sz w:val="28"/>
          <w:u w:val="single"/>
        </w:rPr>
        <w:t xml:space="preserve">tates to a permanently </w:t>
      </w:r>
      <w:r>
        <w:rPr>
          <w:b/>
          <w:i w:val="0"/>
          <w:smallCaps w:val="0"/>
          <w:strike w:val="0"/>
          <w:sz w:val="28"/>
          <w:u w:val="single"/>
        </w:rPr>
        <w:t>inferior status</w:t>
      </w:r>
      <w:r>
        <w:rPr>
          <w:b/>
          <w:i w:val="0"/>
          <w:smallCaps w:val="0"/>
          <w:strike w:val="0"/>
          <w:sz w:val="28"/>
          <w:u w:val="single"/>
        </w:rPr>
        <w:t xml:space="preserve"> in both the commercial and military realms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thus threatening the very existence of the country. </w:t>
      </w:r>
      <w:r>
        <w:rPr>
          <w:b/>
          <w:i w:val="0"/>
          <w:smallCaps w:val="0"/>
          <w:strike w:val="0"/>
          <w:sz w:val="28"/>
          <w:u w:val="single"/>
        </w:rPr>
        <w:t xml:space="preserve">This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is</w:t>
      </w:r>
      <w:r>
        <w:rPr>
          <w:b/>
          <w:i w:val="0"/>
          <w:smallCaps w:val="0"/>
          <w:strike w:val="0"/>
          <w:sz w:val="28"/>
          <w:u w:val="single"/>
        </w:rPr>
        <w:t xml:space="preserve"> also </w:t>
      </w:r>
      <w:r>
        <w:rPr>
          <w:b/>
          <w:i w:val="0"/>
          <w:smallCaps w:val="0"/>
          <w:strike w:val="0"/>
          <w:sz w:val="28"/>
          <w:u w:val="single"/>
        </w:rPr>
        <w:t xml:space="preserve">highly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unlikely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Chinese companies are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certainly </w:t>
      </w:r>
      <w:r>
        <w:rPr>
          <w:b/>
          <w:i w:val="0"/>
          <w:smallCaps w:val="0"/>
          <w:strike w:val="0"/>
          <w:sz w:val="28"/>
          <w:u w:val="single"/>
        </w:rPr>
        <w:t>participating</w:t>
      </w:r>
      <w:r>
        <w:rPr>
          <w:b/>
          <w:i w:val="0"/>
          <w:smallCaps w:val="0"/>
          <w:strike w:val="0"/>
          <w:sz w:val="28"/>
          <w:u w:val="single"/>
        </w:rPr>
        <w:t xml:space="preserve"> in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standard-setting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key areas, </w:t>
      </w:r>
      <w:r>
        <w:rPr>
          <w:b/>
          <w:i w:val="0"/>
          <w:smallCaps w:val="0"/>
          <w:strike w:val="0"/>
          <w:sz w:val="28"/>
          <w:u w:val="single"/>
        </w:rPr>
        <w:t xml:space="preserve">including </w:t>
      </w:r>
      <w:r>
        <w:rPr>
          <w:b/>
          <w:i w:val="0"/>
          <w:smallCaps w:val="0"/>
          <w:strike w:val="0"/>
          <w:sz w:val="28"/>
          <w:u w:val="single"/>
        </w:rPr>
        <w:t>5G</w:t>
      </w:r>
      <w:r>
        <w:rPr>
          <w:b/>
          <w:i w:val="0"/>
          <w:smallCaps w:val="0"/>
          <w:strike w:val="0"/>
          <w:sz w:val="28"/>
          <w:u w:val="single"/>
        </w:rPr>
        <w:t xml:space="preserve">. But this process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is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 xml:space="preserve">highly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competitive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 globally</w:t>
      </w:r>
      <w:r>
        <w:rPr>
          <w:b/>
          <w:i w:val="0"/>
          <w:smallCaps w:val="0"/>
          <w:strike w:val="0"/>
          <w:sz w:val="28"/>
          <w:u w:val="single"/>
        </w:rPr>
        <w:t xml:space="preserve">, and U.S., Asian, and European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companies</w:t>
      </w:r>
      <w:r>
        <w:rPr>
          <w:b/>
          <w:i w:val="0"/>
          <w:smallCaps w:val="0"/>
          <w:strike w:val="0"/>
          <w:sz w:val="28"/>
          <w:u w:val="single"/>
        </w:rPr>
        <w:t xml:space="preserve"> all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hold major</w:t>
      </w:r>
      <w:r>
        <w:rPr>
          <w:b/>
          <w:i w:val="0"/>
          <w:smallCaps w:val="0"/>
          <w:strike w:val="0"/>
          <w:sz w:val="28"/>
          <w:u w:val="single"/>
        </w:rPr>
        <w:t xml:space="preserve"> portions</w:t>
      </w:r>
      <w:r>
        <w:rPr>
          <w:b/>
          <w:i w:val="0"/>
          <w:smallCaps w:val="0"/>
          <w:strike w:val="0"/>
          <w:sz w:val="28"/>
          <w:u w:val="single"/>
        </w:rPr>
        <w:t xml:space="preserve"> of the standards and the </w:t>
      </w:r>
      <w:r>
        <w:rPr>
          <w:b/>
          <w:i w:val="0"/>
          <w:smallCaps w:val="0"/>
          <w:strike w:val="0"/>
          <w:sz w:val="28"/>
          <w:u w:val="single"/>
        </w:rPr>
        <w:t xml:space="preserve">standard-essential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patents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 that undergird</w:t>
      </w:r>
      <w:r>
        <w:rPr>
          <w:b/>
          <w:i w:val="0"/>
          <w:smallCaps w:val="0"/>
          <w:strike w:val="0"/>
          <w:sz w:val="28"/>
          <w:u w:val="single"/>
        </w:rPr>
        <w:t xml:space="preserve"> the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global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tech</w:t>
      </w:r>
      <w:r>
        <w:rPr>
          <w:b/>
          <w:i w:val="0"/>
          <w:smallCaps w:val="0"/>
          <w:strike w:val="0"/>
          <w:sz w:val="28"/>
          <w:u w:val="single"/>
        </w:rPr>
        <w:t>nology ecosystem</w:t>
      </w:r>
      <w:r>
        <w:rPr>
          <w:b/>
          <w:i w:val="0"/>
          <w:smallCaps w:val="0"/>
          <w:strike w:val="0"/>
          <w:sz w:val="28"/>
          <w:u w:val="single"/>
        </w:rPr>
        <w:t xml:space="preserve">.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There is little</w:t>
      </w:r>
      <w:r>
        <w:rPr>
          <w:b/>
          <w:i w:val="0"/>
          <w:smallCaps w:val="0"/>
          <w:strike w:val="0"/>
          <w:sz w:val="28"/>
          <w:u w:val="single"/>
        </w:rPr>
        <w:t xml:space="preserve"> if any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chance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Chinese</w:t>
      </w:r>
      <w:r>
        <w:rPr>
          <w:b/>
          <w:i w:val="0"/>
          <w:smallCaps w:val="0"/>
          <w:strike w:val="0"/>
          <w:sz w:val="28"/>
          <w:u w:val="single"/>
        </w:rPr>
        <w:t xml:space="preserve"> companies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could</w:t>
      </w:r>
      <w:r>
        <w:rPr>
          <w:b/>
          <w:i w:val="0"/>
          <w:smallCaps w:val="0"/>
          <w:strike w:val="0"/>
          <w:sz w:val="28"/>
          <w:u w:val="single"/>
        </w:rPr>
        <w:t xml:space="preserve"> come to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dominate this</w:t>
      </w:r>
      <w:r>
        <w:rPr>
          <w:b/>
          <w:i w:val="0"/>
          <w:smallCaps w:val="0"/>
          <w:strike w:val="0"/>
          <w:sz w:val="28"/>
          <w:u w:val="single"/>
        </w:rPr>
        <w:t xml:space="preserve"> process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Many </w:t>
      </w:r>
      <w:r>
        <w:rPr>
          <w:b/>
          <w:i w:val="0"/>
          <w:smallCaps w:val="0"/>
          <w:strike w:val="0"/>
          <w:sz w:val="28"/>
          <w:u w:val="single"/>
        </w:rPr>
        <w:t>tech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experts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 state</w:t>
      </w:r>
      <w:r>
        <w:rPr>
          <w:b/>
          <w:i w:val="0"/>
          <w:smallCaps w:val="0"/>
          <w:strike w:val="0"/>
          <w:sz w:val="28"/>
          <w:u w:val="single"/>
        </w:rPr>
        <w:t xml:space="preserve"> that the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most likely</w:t>
      </w:r>
      <w:r>
        <w:rPr>
          <w:b/>
          <w:i w:val="0"/>
          <w:smallCaps w:val="0"/>
          <w:strike w:val="0"/>
          <w:sz w:val="28"/>
          <w:u w:val="single"/>
        </w:rPr>
        <w:t xml:space="preserve"> worst-case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outcome of Chinese gains regarding standards and hardware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would be a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fragmented</w:t>
      </w:r>
      <w:r>
        <w:rPr>
          <w:b/>
          <w:i w:val="0"/>
          <w:smallCaps w:val="0"/>
          <w:strike w:val="0"/>
          <w:sz w:val="28"/>
          <w:u w:val="single"/>
        </w:rPr>
        <w:t xml:space="preserve"> technology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ecosystem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 that would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impoverish all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countries,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not give China</w:t>
      </w:r>
      <w:r>
        <w:rPr>
          <w:b/>
          <w:i w:val="0"/>
          <w:smallCaps w:val="0"/>
          <w:strike w:val="0"/>
          <w:sz w:val="28"/>
          <w:u w:val="single"/>
        </w:rPr>
        <w:t xml:space="preserve"> a level of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power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would enable it </w:t>
      </w:r>
      <w:r>
        <w:rPr>
          <w:b/>
          <w:i w:val="0"/>
          <w:smallCaps w:val="0"/>
          <w:strike w:val="0"/>
          <w:sz w:val="28"/>
          <w:u w:val="single"/>
        </w:rPr>
        <w:t xml:space="preserve">to vanquish the </w:t>
      </w:r>
      <w:r>
        <w:rPr>
          <w:b/>
          <w:i w:val="0"/>
          <w:smallCaps w:val="0"/>
          <w:strike w:val="0"/>
          <w:sz w:val="28"/>
          <w:u w:val="single"/>
        </w:rPr>
        <w:t>U</w:t>
      </w:r>
      <w:r>
        <w:rPr>
          <w:b/>
          <w:i w:val="0"/>
          <w:smallCaps w:val="0"/>
          <w:strike w:val="0"/>
          <w:sz w:val="28"/>
          <w:u w:val="single"/>
        </w:rPr>
        <w:t xml:space="preserve">nited </w:t>
      </w:r>
      <w:r>
        <w:rPr>
          <w:b/>
          <w:i w:val="0"/>
          <w:smallCaps w:val="0"/>
          <w:strike w:val="0"/>
          <w:sz w:val="28"/>
          <w:u w:val="single"/>
        </w:rPr>
        <w:t>S</w:t>
      </w:r>
      <w:r>
        <w:rPr>
          <w:b/>
          <w:i w:val="0"/>
          <w:smallCaps w:val="0"/>
          <w:strike w:val="0"/>
          <w:sz w:val="28"/>
          <w:u w:val="single"/>
        </w:rPr>
        <w:t>tates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Sui Generis CP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