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 xml:space="preserve">Vote </w:t>
      </w:r>
      <w:r>
        <w:rPr>
          <w:b/>
          <w:i w:val="0"/>
          <w:smallCaps w:val="0"/>
          <w:strike w:val="0"/>
          <w:color w:val="000000"/>
          <w:sz w:val="26"/>
          <w:u w:val="single"/>
        </w:rPr>
        <w:t>affirmative</w:t>
      </w:r>
      <w:r>
        <w:rPr>
          <w:b/>
          <w:i w:val="0"/>
          <w:smallCaps w:val="0"/>
          <w:strike w:val="0"/>
          <w:color w:val="000000"/>
          <w:sz w:val="26"/>
          <w:u w:val="none"/>
        </w:rPr>
        <w:t xml:space="preserve"> for method of </w:t>
      </w:r>
      <w:r>
        <w:rPr>
          <w:b/>
          <w:i w:val="0"/>
          <w:smallCaps w:val="0"/>
          <w:strike w:val="0"/>
          <w:color w:val="000000"/>
          <w:sz w:val="26"/>
          <w:u w:val="single"/>
        </w:rPr>
        <w:t>intellectual fugitivity</w:t>
      </w:r>
      <w:r>
        <w:rPr>
          <w:b/>
          <w:i w:val="0"/>
          <w:smallCaps w:val="0"/>
          <w:strike w:val="0"/>
          <w:color w:val="000000"/>
          <w:sz w:val="26"/>
          <w:u w:val="none"/>
        </w:rPr>
        <w:t xml:space="preserve">---our rhetorical affirmation of para-ontological </w:t>
      </w:r>
      <w:r>
        <w:rPr>
          <w:b/>
          <w:i w:val="0"/>
          <w:smallCaps w:val="0"/>
          <w:strike w:val="0"/>
          <w:color w:val="000000"/>
          <w:sz w:val="26"/>
          <w:u w:val="single"/>
        </w:rPr>
        <w:t>social</w:t>
      </w:r>
      <w:r>
        <w:rPr>
          <w:b/>
          <w:i w:val="0"/>
          <w:smallCaps w:val="0"/>
          <w:strike w:val="0"/>
          <w:color w:val="000000"/>
          <w:sz w:val="26"/>
          <w:u w:val="none"/>
        </w:rPr>
        <w:t xml:space="preserve"> life subsists through </w:t>
      </w:r>
      <w:r>
        <w:rPr>
          <w:b/>
          <w:i w:val="0"/>
          <w:smallCaps w:val="0"/>
          <w:strike w:val="0"/>
          <w:color w:val="000000"/>
          <w:sz w:val="26"/>
          <w:u w:val="none"/>
        </w:rPr>
        <w:t>counterscripts</w:t>
      </w:r>
      <w:r>
        <w:rPr>
          <w:b/>
          <w:i w:val="0"/>
          <w:smallCaps w:val="0"/>
          <w:strike w:val="0"/>
          <w:color w:val="000000"/>
          <w:sz w:val="26"/>
          <w:u w:val="none"/>
        </w:rPr>
        <w:t xml:space="preserve"> of </w:t>
      </w:r>
      <w:r>
        <w:rPr>
          <w:b/>
          <w:i w:val="0"/>
          <w:smallCaps w:val="0"/>
          <w:strike w:val="0"/>
          <w:color w:val="000000"/>
          <w:sz w:val="26"/>
          <w:u w:val="single"/>
        </w:rPr>
        <w:t>colonized creatorship</w:t>
      </w:r>
      <w:r>
        <w:rPr>
          <w:b/>
          <w:i w:val="0"/>
          <w:smallCaps w:val="0"/>
          <w:strike w:val="0"/>
          <w:color w:val="000000"/>
          <w:sz w:val="26"/>
          <w:u w:val="none"/>
        </w:rPr>
        <w:t xml:space="preserve">— that pushes back against </w:t>
      </w:r>
      <w:r>
        <w:rPr>
          <w:b/>
          <w:i w:val="0"/>
          <w:smallCaps w:val="0"/>
          <w:strike w:val="0"/>
          <w:color w:val="000000"/>
          <w:sz w:val="26"/>
          <w:u w:val="single"/>
        </w:rPr>
        <w:t>whiteness</w:t>
      </w:r>
      <w:r>
        <w:rPr>
          <w:b/>
          <w:i w:val="0"/>
          <w:smallCaps w:val="0"/>
          <w:strike w:val="0"/>
          <w:color w:val="000000"/>
          <w:sz w:val="26"/>
          <w:u w:val="none"/>
        </w:rPr>
        <w:t xml:space="preserve"> to create new spaces of belonging and tactics for undoing our </w:t>
      </w:r>
      <w:r>
        <w:rPr>
          <w:b/>
          <w:i w:val="0"/>
          <w:smallCaps w:val="0"/>
          <w:strike w:val="0"/>
          <w:color w:val="000000"/>
          <w:sz w:val="26"/>
          <w:u w:val="none"/>
        </w:rPr>
        <w:t>attatchments</w:t>
      </w:r>
      <w:r>
        <w:rPr>
          <w:b/>
          <w:i w:val="0"/>
          <w:smallCaps w:val="0"/>
          <w:strike w:val="0"/>
          <w:color w:val="000000"/>
          <w:sz w:val="26"/>
          <w:u w:val="none"/>
        </w:rPr>
        <w:t xml:space="preserve"> to whitened social constructions</w:t>
      </w:r>
      <w:r>
        <w:rPr>
          <w:b/>
          <w:i w:val="0"/>
          <w:smallCaps w:val="0"/>
          <w:strike w:val="0"/>
          <w:color w:val="000000"/>
          <w:sz w:val="26"/>
          <w:u w:val="none"/>
        </w:rPr>
        <w:t>.</w:t>
      </w:r>
    </w:p>
    <w:p>
      <w:pPr>
        <w:spacing w:after="80"/>
      </w:pPr>
      <w:r>
        <w:rPr>
          <w:b/>
          <w:i w:val="0"/>
          <w:smallCaps w:val="0"/>
          <w:strike w:val="0"/>
          <w:color w:val="000000"/>
          <w:sz w:val="26"/>
          <w:u w:val="none"/>
        </w:rPr>
        <w:t>Vats ’20</w:t>
      </w:r>
      <w:r>
        <w:rPr>
          <w:b w:val="0"/>
          <w:i w:val="0"/>
          <w:smallCaps w:val="0"/>
          <w:strike w:val="0"/>
          <w:color w:val="000000"/>
          <w:sz w:val="22"/>
          <w:u w:val="none"/>
        </w:rPr>
        <w:t xml:space="preserve"> [Anjali; July; Associate Professor of Law, secondary appointment in Communication @ the University of Pittsburgh School of Law; “The Color of Creatorship Intellectual Property, Race, and the Making of Americans,” pp. 204-208] </w:t>
      </w:r>
      <w:r>
        <w:rPr>
          <w:b w:val="0"/>
          <w:i w:val="0"/>
          <w:smallCaps w:val="0"/>
          <w:strike w:val="0"/>
          <w:color w:val="000000"/>
          <w:sz w:val="22"/>
          <w:u w:val="none"/>
        </w:rPr>
        <w:t>kento</w:t>
      </w:r>
    </w:p>
    <w:p>
      <w:pPr>
        <w:spacing w:after="60"/>
      </w:pPr>
      <w:r>
        <w:rPr>
          <w:b w:val="0"/>
          <w:i w:val="0"/>
          <w:smallCaps w:val="0"/>
          <w:strike w:val="0"/>
          <w:color w:val="000000"/>
          <w:sz w:val="16"/>
          <w:u w:val="none"/>
        </w:rPr>
        <w:t xml:space="preserve">The Color of Creatorship began with a look at “Blurred Lines” and the complicated and contradictory resolution that resulted from Robin Thicke’s initial lawsuit against Marvin Gaye’s estate. In part, Williams was a so-called “hard case” because it pitted people of color against one another in a manner that required the erasure of one or more forms of systematic discrimination while also refusing to </w:t>
      </w:r>
      <w:r>
        <w:rPr>
          <w:b w:val="0"/>
          <w:i w:val="0"/>
          <w:smallCaps w:val="0"/>
          <w:strike w:val="0"/>
          <w:color w:val="000000"/>
          <w:sz w:val="22"/>
          <w:u w:val="single"/>
        </w:rPr>
        <w:t xml:space="preserve">take a </w:t>
      </w:r>
      <w:r>
        <w:rPr>
          <w:b/>
          <w:i w:val="0"/>
          <w:smallCaps w:val="0"/>
          <w:strike w:val="0"/>
          <w:color w:val="000000"/>
          <w:sz w:val="22"/>
          <w:u w:val="single"/>
        </w:rPr>
        <w:t>critical</w:t>
      </w:r>
      <w:r>
        <w:rPr>
          <w:b w:val="0"/>
          <w:i w:val="0"/>
          <w:smallCaps w:val="0"/>
          <w:strike w:val="0"/>
          <w:color w:val="000000"/>
          <w:sz w:val="22"/>
          <w:u w:val="single"/>
        </w:rPr>
        <w:t xml:space="preserve"> look at the</w:t>
      </w:r>
      <w:r>
        <w:rPr>
          <w:b w:val="0"/>
          <w:i w:val="0"/>
          <w:smallCaps w:val="0"/>
          <w:strike w:val="0"/>
          <w:color w:val="000000"/>
          <w:sz w:val="16"/>
          <w:u w:val="none"/>
        </w:rPr>
        <w:t xml:space="preserve"> persistent </w:t>
      </w:r>
      <w:r>
        <w:rPr>
          <w:b w:val="0"/>
          <w:i w:val="0"/>
          <w:smallCaps w:val="0"/>
          <w:strike w:val="0"/>
          <w:color w:val="000000"/>
          <w:sz w:val="22"/>
          <w:u w:val="single"/>
        </w:rPr>
        <w:t xml:space="preserve">problems of </w:t>
      </w:r>
      <w:r>
        <w:rPr>
          <w:b/>
          <w:i w:val="0"/>
          <w:smallCaps w:val="0"/>
          <w:strike w:val="0"/>
          <w:color w:val="000000"/>
          <w:sz w:val="22"/>
          <w:u w:val="single"/>
        </w:rPr>
        <w:t>racial</w:t>
      </w:r>
      <w:r>
        <w:rPr>
          <w:b w:val="0"/>
          <w:i w:val="0"/>
          <w:smallCaps w:val="0"/>
          <w:strike w:val="0"/>
          <w:color w:val="000000"/>
          <w:sz w:val="22"/>
          <w:u w:val="single"/>
        </w:rPr>
        <w:t xml:space="preserve"> capitalism</w:t>
      </w:r>
      <w:r>
        <w:rPr>
          <w:b w:val="0"/>
          <w:i w:val="0"/>
          <w:smallCaps w:val="0"/>
          <w:strike w:val="0"/>
          <w:color w:val="000000"/>
          <w:sz w:val="16"/>
          <w:u w:val="none"/>
        </w:rPr>
        <w:t>.</w:t>
      </w:r>
    </w:p>
    <w:p>
      <w:pPr>
        <w:spacing w:after="60"/>
      </w:pPr>
      <w:r>
        <w:rPr>
          <w:b w:val="0"/>
          <w:i w:val="0"/>
          <w:smallCaps w:val="0"/>
          <w:strike w:val="0"/>
          <w:color w:val="000000"/>
          <w:sz w:val="16"/>
          <w:u w:val="none"/>
        </w:rPr>
        <w:t xml:space="preserve">The amicus brief that sided with Gaye addressed only part of the problem of the case. Though it </w:t>
      </w:r>
      <w:r>
        <w:rPr>
          <w:b w:val="0"/>
          <w:i w:val="0"/>
          <w:smallCaps w:val="0"/>
          <w:strike w:val="0"/>
          <w:color w:val="000000"/>
          <w:sz w:val="22"/>
          <w:u w:val="single"/>
        </w:rPr>
        <w:t xml:space="preserve">produced important </w:t>
      </w:r>
      <w:r>
        <w:rPr>
          <w:b/>
          <w:i w:val="0"/>
          <w:smallCaps w:val="0"/>
          <w:strike w:val="0"/>
          <w:color w:val="000000"/>
          <w:sz w:val="22"/>
          <w:u w:val="single"/>
        </w:rPr>
        <w:t>counterscripts</w:t>
      </w:r>
      <w:r>
        <w:rPr>
          <w:b w:val="0"/>
          <w:i w:val="0"/>
          <w:smallCaps w:val="0"/>
          <w:strike w:val="0"/>
          <w:color w:val="000000"/>
          <w:sz w:val="22"/>
          <w:u w:val="single"/>
        </w:rPr>
        <w:t xml:space="preserve"> to the racial scripts</w:t>
      </w:r>
      <w:r>
        <w:rPr>
          <w:b w:val="0"/>
          <w:i w:val="0"/>
          <w:smallCaps w:val="0"/>
          <w:strike w:val="0"/>
          <w:color w:val="000000"/>
          <w:sz w:val="16"/>
          <w:u w:val="none"/>
        </w:rPr>
        <w:t xml:space="preserve"> and racial feelings </w:t>
      </w:r>
      <w:r>
        <w:rPr>
          <w:b w:val="0"/>
          <w:i w:val="0"/>
          <w:smallCaps w:val="0"/>
          <w:strike w:val="0"/>
          <w:color w:val="000000"/>
          <w:sz w:val="22"/>
          <w:u w:val="single"/>
        </w:rPr>
        <w:t xml:space="preserve">that had </w:t>
      </w:r>
      <w:r>
        <w:rPr>
          <w:b/>
          <w:i w:val="0"/>
          <w:smallCaps w:val="0"/>
          <w:strike w:val="0"/>
          <w:color w:val="000000"/>
          <w:sz w:val="22"/>
          <w:u w:val="single"/>
        </w:rPr>
        <w:t>disenfranchised</w:t>
      </w:r>
      <w:r>
        <w:rPr>
          <w:b w:val="0"/>
          <w:i w:val="0"/>
          <w:smallCaps w:val="0"/>
          <w:strike w:val="0"/>
          <w:color w:val="000000"/>
          <w:sz w:val="22"/>
          <w:u w:val="single"/>
        </w:rPr>
        <w:t xml:space="preserve"> Black creators</w:t>
      </w:r>
      <w:r>
        <w:rPr>
          <w:b w:val="0"/>
          <w:i w:val="0"/>
          <w:smallCaps w:val="0"/>
          <w:strike w:val="0"/>
          <w:color w:val="000000"/>
          <w:sz w:val="16"/>
          <w:u w:val="none"/>
        </w:rPr>
        <w:t xml:space="preserve"> before the 1970s, </w:t>
      </w:r>
      <w:r>
        <w:rPr>
          <w:b w:val="0"/>
          <w:i w:val="0"/>
          <w:smallCaps w:val="0"/>
          <w:strike w:val="0"/>
          <w:color w:val="000000"/>
          <w:sz w:val="22"/>
          <w:u w:val="single"/>
        </w:rPr>
        <w:t xml:space="preserve">it also oversimplified the </w:t>
      </w:r>
      <w:r>
        <w:rPr>
          <w:b/>
          <w:i w:val="0"/>
          <w:smallCaps w:val="0"/>
          <w:strike w:val="0"/>
          <w:color w:val="000000"/>
          <w:sz w:val="22"/>
          <w:u w:val="single"/>
        </w:rPr>
        <w:t>political economy</w:t>
      </w:r>
      <w:r>
        <w:rPr>
          <w:b w:val="0"/>
          <w:i w:val="0"/>
          <w:smallCaps w:val="0"/>
          <w:strike w:val="0"/>
          <w:color w:val="000000"/>
          <w:sz w:val="22"/>
          <w:u w:val="single"/>
        </w:rPr>
        <w:t xml:space="preserve"> of</w:t>
      </w:r>
      <w:r>
        <w:rPr>
          <w:b w:val="0"/>
          <w:i w:val="0"/>
          <w:smallCaps w:val="0"/>
          <w:strike w:val="0"/>
          <w:color w:val="000000"/>
          <w:sz w:val="16"/>
          <w:u w:val="none"/>
        </w:rPr>
        <w:t xml:space="preserve"> the situation in which copyright law—and indeed all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 xml:space="preserve">roperty </w:t>
      </w:r>
      <w:r>
        <w:rPr>
          <w:b/>
          <w:i w:val="0"/>
          <w:smallCaps w:val="0"/>
          <w:strike w:val="0"/>
          <w:color w:val="000000"/>
          <w:sz w:val="22"/>
          <w:u w:val="single"/>
        </w:rPr>
        <w:t>law</w:t>
      </w:r>
      <w:r>
        <w:rPr>
          <w:b w:val="0"/>
          <w:i w:val="0"/>
          <w:smallCaps w:val="0"/>
          <w:strike w:val="0"/>
          <w:color w:val="000000"/>
          <w:sz w:val="16"/>
          <w:u w:val="none"/>
        </w:rPr>
        <w:t xml:space="preserve">—operates. </w:t>
      </w:r>
    </w:p>
    <w:p>
      <w:pPr>
        <w:spacing w:after="60"/>
      </w:pPr>
      <w:r>
        <w:rPr>
          <w:b w:val="0"/>
          <w:i w:val="0"/>
          <w:smallCaps w:val="0"/>
          <w:strike w:val="0"/>
          <w:color w:val="000000"/>
          <w:sz w:val="16"/>
          <w:u w:val="none"/>
        </w:rPr>
        <w:t xml:space="preserve">Williams </w:t>
      </w:r>
      <w:r>
        <w:rPr>
          <w:b w:val="0"/>
          <w:i w:val="0"/>
          <w:smallCaps w:val="0"/>
          <w:strike w:val="0"/>
          <w:color w:val="000000"/>
          <w:sz w:val="22"/>
          <w:u w:val="single"/>
        </w:rPr>
        <w:t>offers a</w:t>
      </w:r>
      <w:r>
        <w:rPr>
          <w:b w:val="0"/>
          <w:i w:val="0"/>
          <w:smallCaps w:val="0"/>
          <w:strike w:val="0"/>
          <w:color w:val="000000"/>
          <w:sz w:val="16"/>
          <w:u w:val="single"/>
        </w:rPr>
        <w:t xml:space="preserve"> </w:t>
      </w:r>
      <w:r>
        <w:rPr>
          <w:b/>
          <w:i w:val="0"/>
          <w:smallCaps w:val="0"/>
          <w:strike w:val="0"/>
          <w:color w:val="000000"/>
          <w:sz w:val="22"/>
          <w:u w:val="single"/>
        </w:rPr>
        <w:t>starting</w:t>
      </w:r>
      <w:r>
        <w:rPr>
          <w:b w:val="0"/>
          <w:i w:val="0"/>
          <w:smallCaps w:val="0"/>
          <w:strike w:val="0"/>
          <w:color w:val="000000"/>
          <w:sz w:val="22"/>
          <w:u w:val="single"/>
        </w:rPr>
        <w:t xml:space="preserve">/ending </w:t>
      </w:r>
      <w:r>
        <w:rPr>
          <w:b w:val="0"/>
          <w:i w:val="0"/>
          <w:smallCaps w:val="0"/>
          <w:strike w:val="0"/>
          <w:color w:val="000000"/>
          <w:sz w:val="22"/>
          <w:u w:val="single"/>
        </w:rPr>
        <w:t xml:space="preserve">point for </w:t>
      </w:r>
      <w:r>
        <w:rPr>
          <w:b/>
          <w:i w:val="0"/>
          <w:smallCaps w:val="0"/>
          <w:strike w:val="0"/>
          <w:color w:val="000000"/>
          <w:sz w:val="22"/>
          <w:u w:val="single"/>
        </w:rPr>
        <w:t>imagining</w:t>
      </w:r>
      <w:r>
        <w:rPr>
          <w:b w:val="0"/>
          <w:i w:val="0"/>
          <w:smallCaps w:val="0"/>
          <w:strike w:val="0"/>
          <w:color w:val="000000"/>
          <w:sz w:val="22"/>
          <w:u w:val="single"/>
        </w:rPr>
        <w:t xml:space="preserve"> where </w:t>
      </w:r>
      <w:r>
        <w:rPr>
          <w:b/>
          <w:i w:val="0"/>
          <w:smallCaps w:val="0"/>
          <w:strike w:val="0"/>
          <w:color w:val="000000"/>
          <w:sz w:val="22"/>
          <w:u w:val="single"/>
        </w:rPr>
        <w:t>anti-racist</w:t>
      </w:r>
      <w:r>
        <w:rPr>
          <w:b w:val="0"/>
          <w:i w:val="0"/>
          <w:smallCaps w:val="0"/>
          <w:strike w:val="0"/>
          <w:color w:val="000000"/>
          <w:sz w:val="16"/>
          <w:u w:val="none"/>
        </w:rPr>
        <w:t xml:space="preserve"> and anti-colonial activists</w:t>
      </w:r>
      <w:r>
        <w:rPr>
          <w:b w:val="0"/>
          <w:i w:val="0"/>
          <w:smallCaps w:val="0"/>
          <w:strike w:val="0"/>
          <w:color w:val="000000"/>
          <w:sz w:val="22"/>
          <w:u w:val="none"/>
        </w:rPr>
        <w:t xml:space="preserve"> </w:t>
      </w:r>
      <w:r>
        <w:rPr>
          <w:b w:val="0"/>
          <w:i w:val="0"/>
          <w:smallCaps w:val="0"/>
          <w:strike w:val="0"/>
          <w:color w:val="000000"/>
          <w:sz w:val="22"/>
          <w:u w:val="single"/>
        </w:rPr>
        <w:t>should commit</w:t>
      </w:r>
      <w:r>
        <w:rPr>
          <w:b w:val="0"/>
          <w:i w:val="0"/>
          <w:smallCaps w:val="0"/>
          <w:strike w:val="0"/>
          <w:color w:val="000000"/>
          <w:sz w:val="22"/>
          <w:u w:val="single"/>
        </w:rPr>
        <w:t xml:space="preserve"> their </w:t>
      </w:r>
      <w:r>
        <w:rPr>
          <w:b/>
          <w:i w:val="0"/>
          <w:smallCaps w:val="0"/>
          <w:strike w:val="0"/>
          <w:color w:val="000000"/>
          <w:sz w:val="22"/>
          <w:u w:val="single"/>
        </w:rPr>
        <w:t>energies</w:t>
      </w:r>
      <w:r>
        <w:rPr>
          <w:b w:val="0"/>
          <w:i w:val="0"/>
          <w:smallCaps w:val="0"/>
          <w:strike w:val="0"/>
          <w:color w:val="000000"/>
          <w:sz w:val="16"/>
          <w:u w:val="none"/>
        </w:rPr>
        <w:t xml:space="preserve">. For instance, the racial dynamics of the conflicts between R&amp;B and hip hop and Gaye and Pharrell may have justified advocating for neither or both parties in an amicus brief, by critiquing the divide-and-conquer ethos of the situation and the case and by critiquing the capitalist model around which victory was built. Advocating for intellectual property egalitarianism in a way that is legally and politically legible </w:t>
      </w:r>
      <w:r>
        <w:rPr>
          <w:b w:val="0"/>
          <w:i w:val="0"/>
          <w:smallCaps w:val="0"/>
          <w:strike w:val="0"/>
          <w:color w:val="000000"/>
          <w:sz w:val="22"/>
          <w:u w:val="single"/>
        </w:rPr>
        <w:t xml:space="preserve">requires </w:t>
      </w:r>
      <w:r>
        <w:rPr>
          <w:b/>
          <w:i w:val="0"/>
          <w:smallCaps w:val="0"/>
          <w:strike w:val="0"/>
          <w:color w:val="000000"/>
          <w:sz w:val="22"/>
          <w:u w:val="single"/>
        </w:rPr>
        <w:t>pushing</w:t>
      </w:r>
      <w:r>
        <w:rPr>
          <w:b w:val="0"/>
          <w:i w:val="0"/>
          <w:smallCaps w:val="0"/>
          <w:strike w:val="0"/>
          <w:color w:val="000000"/>
          <w:sz w:val="22"/>
          <w:u w:val="single"/>
        </w:rPr>
        <w:t xml:space="preserve"> back against</w:t>
      </w:r>
      <w:r>
        <w:rPr>
          <w:b w:val="0"/>
          <w:i w:val="0"/>
          <w:smallCaps w:val="0"/>
          <w:strike w:val="0"/>
          <w:color w:val="000000"/>
          <w:sz w:val="22"/>
          <w:u w:val="single"/>
        </w:rPr>
        <w:t xml:space="preserve"> accepted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roperty doctrines</w:t>
      </w:r>
      <w:r>
        <w:rPr>
          <w:b w:val="0"/>
          <w:i w:val="0"/>
          <w:smallCaps w:val="0"/>
          <w:strike w:val="0"/>
          <w:color w:val="000000"/>
          <w:sz w:val="16"/>
          <w:u w:val="none"/>
        </w:rPr>
        <w:t xml:space="preserve">, </w:t>
      </w:r>
      <w:r>
        <w:rPr>
          <w:b w:val="0"/>
          <w:i w:val="0"/>
          <w:smallCaps w:val="0"/>
          <w:strike w:val="0"/>
          <w:color w:val="000000"/>
          <w:sz w:val="22"/>
          <w:u w:val="single"/>
        </w:rPr>
        <w:t xml:space="preserve">which </w:t>
      </w:r>
      <w:r>
        <w:rPr>
          <w:b/>
          <w:i w:val="0"/>
          <w:smallCaps w:val="0"/>
          <w:strike w:val="0"/>
          <w:color w:val="000000"/>
          <w:sz w:val="22"/>
          <w:u w:val="single"/>
        </w:rPr>
        <w:t>conceal</w:t>
      </w:r>
      <w:r>
        <w:rPr>
          <w:b w:val="0"/>
          <w:i w:val="0"/>
          <w:smallCaps w:val="0"/>
          <w:strike w:val="0"/>
          <w:color w:val="000000"/>
          <w:sz w:val="22"/>
          <w:u w:val="single"/>
        </w:rPr>
        <w:t xml:space="preserve"> racial logics</w:t>
      </w:r>
      <w:r>
        <w:rPr>
          <w:b w:val="0"/>
          <w:i w:val="0"/>
          <w:smallCaps w:val="0"/>
          <w:strike w:val="0"/>
          <w:color w:val="000000"/>
          <w:sz w:val="16"/>
          <w:u w:val="none"/>
        </w:rPr>
        <w:t xml:space="preserve">. The Korematsu Center’s amicus brief in Tam, for instance, performs such a task by grounding its opposition to trademarking the Slants’ band name in the racial histories of the United States, specifically those that resulted in the internment and economic disenfranchisement of Japanese Americans during World War II. In many ways, </w:t>
      </w:r>
      <w:r>
        <w:rPr>
          <w:b w:val="0"/>
          <w:i w:val="0"/>
          <w:smallCaps w:val="0"/>
          <w:strike w:val="0"/>
          <w:color w:val="000000"/>
          <w:sz w:val="22"/>
          <w:u w:val="single"/>
        </w:rPr>
        <w:t xml:space="preserve">merely </w:t>
      </w:r>
      <w:r>
        <w:rPr>
          <w:b/>
          <w:i w:val="0"/>
          <w:smallCaps w:val="0"/>
          <w:strike w:val="0"/>
          <w:color w:val="000000"/>
          <w:sz w:val="22"/>
          <w:u w:val="single"/>
        </w:rPr>
        <w:t>creating</w:t>
      </w:r>
      <w:r>
        <w:rPr>
          <w:b w:val="0"/>
          <w:i w:val="0"/>
          <w:smallCaps w:val="0"/>
          <w:strike w:val="0"/>
          <w:color w:val="000000"/>
          <w:sz w:val="22"/>
          <w:u w:val="single"/>
        </w:rPr>
        <w:t xml:space="preserve"> </w:t>
      </w:r>
      <w:r>
        <w:rPr>
          <w:b w:val="0"/>
          <w:i w:val="0"/>
          <w:smallCaps w:val="0"/>
          <w:strike w:val="0"/>
          <w:color w:val="000000"/>
          <w:sz w:val="22"/>
          <w:u w:val="single"/>
        </w:rPr>
        <w:t>counterscripts</w:t>
      </w:r>
      <w:r>
        <w:rPr>
          <w:b w:val="0"/>
          <w:i w:val="0"/>
          <w:smallCaps w:val="0"/>
          <w:strike w:val="0"/>
          <w:color w:val="000000"/>
          <w:sz w:val="16"/>
          <w:u w:val="none"/>
        </w:rPr>
        <w:t>—i.e., advocating in an amicus brief even without attendant relief—</w:t>
      </w:r>
      <w:r>
        <w:rPr>
          <w:b/>
          <w:i w:val="0"/>
          <w:smallCaps w:val="0"/>
          <w:strike w:val="0"/>
          <w:color w:val="000000"/>
          <w:sz w:val="22"/>
          <w:u w:val="single"/>
        </w:rPr>
        <w:t>accomplishes</w:t>
      </w:r>
      <w:r>
        <w:rPr>
          <w:b w:val="0"/>
          <w:i w:val="0"/>
          <w:smallCaps w:val="0"/>
          <w:strike w:val="0"/>
          <w:color w:val="000000"/>
          <w:sz w:val="22"/>
          <w:u w:val="single"/>
        </w:rPr>
        <w:t xml:space="preserve"> this end</w:t>
      </w:r>
      <w:r>
        <w:rPr>
          <w:b w:val="0"/>
          <w:i w:val="0"/>
          <w:smallCaps w:val="0"/>
          <w:strike w:val="0"/>
          <w:color w:val="000000"/>
          <w:sz w:val="16"/>
          <w:u w:val="none"/>
        </w:rPr>
        <w:t xml:space="preserve">. </w:t>
      </w:r>
      <w:r>
        <w:rPr>
          <w:b w:val="0"/>
          <w:i w:val="0"/>
          <w:smallCaps w:val="0"/>
          <w:strike w:val="0"/>
          <w:color w:val="000000"/>
          <w:sz w:val="22"/>
          <w:u w:val="single"/>
        </w:rPr>
        <w:t xml:space="preserve">Repeatedly </w:t>
      </w:r>
      <w:r>
        <w:rPr>
          <w:b/>
          <w:i w:val="0"/>
          <w:smallCaps w:val="0"/>
          <w:strike w:val="0"/>
          <w:color w:val="000000"/>
          <w:sz w:val="22"/>
          <w:u w:val="single"/>
        </w:rPr>
        <w:t>engaging</w:t>
      </w:r>
      <w:r>
        <w:rPr>
          <w:b w:val="0"/>
          <w:i w:val="0"/>
          <w:smallCaps w:val="0"/>
          <w:strike w:val="0"/>
          <w:color w:val="000000"/>
          <w:sz w:val="22"/>
          <w:u w:val="single"/>
        </w:rPr>
        <w:t xml:space="preserve"> and refusing</w:t>
      </w:r>
      <w:r>
        <w:rPr>
          <w:b w:val="0"/>
          <w:i w:val="0"/>
          <w:smallCaps w:val="0"/>
          <w:strike w:val="0"/>
          <w:color w:val="000000"/>
          <w:sz w:val="22"/>
          <w:u w:val="single"/>
        </w:rPr>
        <w:t xml:space="preserve"> those </w:t>
      </w:r>
      <w:r>
        <w:rPr>
          <w:b/>
          <w:i w:val="0"/>
          <w:smallCaps w:val="0"/>
          <w:strike w:val="0"/>
          <w:color w:val="000000"/>
          <w:sz w:val="22"/>
          <w:u w:val="single"/>
        </w:rPr>
        <w:t>myths</w:t>
      </w:r>
      <w:r>
        <w:rPr>
          <w:b w:val="0"/>
          <w:i w:val="0"/>
          <w:smallCaps w:val="0"/>
          <w:strike w:val="0"/>
          <w:color w:val="000000"/>
          <w:sz w:val="22"/>
          <w:u w:val="single"/>
        </w:rPr>
        <w:t xml:space="preserve"> that constrain </w:t>
      </w:r>
      <w:r>
        <w:rPr>
          <w:b/>
          <w:i w:val="0"/>
          <w:smallCaps w:val="0"/>
          <w:strike w:val="0"/>
          <w:color w:val="000000"/>
          <w:sz w:val="22"/>
          <w:u w:val="single"/>
        </w:rPr>
        <w:t>creatorship</w:t>
      </w:r>
      <w:r>
        <w:rPr>
          <w:b w:val="0"/>
          <w:i w:val="0"/>
          <w:smallCaps w:val="0"/>
          <w:strike w:val="0"/>
          <w:color w:val="000000"/>
          <w:sz w:val="16"/>
          <w:u w:val="none"/>
        </w:rPr>
        <w:t xml:space="preserve">, citizenship, and personhood </w:t>
      </w:r>
      <w:r>
        <w:rPr>
          <w:b w:val="0"/>
          <w:i w:val="0"/>
          <w:smallCaps w:val="0"/>
          <w:strike w:val="0"/>
          <w:color w:val="000000"/>
          <w:sz w:val="22"/>
          <w:u w:val="single"/>
        </w:rPr>
        <w:t xml:space="preserve">pushes back against </w:t>
      </w:r>
      <w:r>
        <w:rPr>
          <w:b/>
          <w:i w:val="0"/>
          <w:smallCaps w:val="0"/>
          <w:strike w:val="0"/>
          <w:color w:val="000000"/>
          <w:sz w:val="22"/>
          <w:u w:val="single"/>
        </w:rPr>
        <w:t>whiteness</w:t>
      </w:r>
      <w:r>
        <w:rPr>
          <w:b w:val="0"/>
          <w:i w:val="0"/>
          <w:smallCaps w:val="0"/>
          <w:strike w:val="0"/>
          <w:color w:val="000000"/>
          <w:sz w:val="22"/>
          <w:u w:val="single"/>
        </w:rPr>
        <w:t xml:space="preserve"> as </w:t>
      </w:r>
      <w:r>
        <w:rPr>
          <w:b/>
          <w:i w:val="0"/>
          <w:smallCaps w:val="0"/>
          <w:strike w:val="0"/>
          <w:color w:val="000000"/>
          <w:sz w:val="22"/>
          <w:u w:val="single"/>
        </w:rPr>
        <w:t>property</w:t>
      </w:r>
      <w:r>
        <w:rPr>
          <w:b w:val="0"/>
          <w:i w:val="0"/>
          <w:smallCaps w:val="0"/>
          <w:strike w:val="0"/>
          <w:color w:val="000000"/>
          <w:sz w:val="16"/>
          <w:u w:val="none"/>
        </w:rPr>
        <w:t xml:space="preserve"> and shifts public cultural conversations. </w:t>
      </w:r>
    </w:p>
    <w:p>
      <w:pPr>
        <w:spacing w:after="60"/>
      </w:pPr>
      <w:r>
        <w:rPr>
          <w:b w:val="0"/>
          <w:i w:val="0"/>
          <w:smallCaps w:val="0"/>
          <w:strike w:val="0"/>
          <w:color w:val="000000"/>
          <w:sz w:val="16"/>
          <w:u w:val="none"/>
        </w:rPr>
        <w:t xml:space="preserve">One easy </w:t>
      </w:r>
      <w:r>
        <w:rPr>
          <w:b/>
          <w:i w:val="0"/>
          <w:smallCaps w:val="0"/>
          <w:strike w:val="0"/>
          <w:color w:val="000000"/>
          <w:sz w:val="22"/>
          <w:u w:val="single"/>
        </w:rPr>
        <w:t>objection</w:t>
      </w:r>
      <w:r>
        <w:rPr>
          <w:b w:val="0"/>
          <w:i w:val="0"/>
          <w:smallCaps w:val="0"/>
          <w:strike w:val="0"/>
          <w:color w:val="000000"/>
          <w:sz w:val="16"/>
          <w:u w:val="none"/>
        </w:rPr>
        <w:t xml:space="preserve"> here is </w:t>
      </w:r>
      <w:r>
        <w:rPr>
          <w:b w:val="0"/>
          <w:i w:val="0"/>
          <w:smallCaps w:val="0"/>
          <w:strike w:val="0"/>
          <w:color w:val="000000"/>
          <w:sz w:val="22"/>
          <w:u w:val="single"/>
        </w:rPr>
        <w:t>that</w:t>
      </w:r>
      <w:r>
        <w:rPr>
          <w:b w:val="0"/>
          <w:i w:val="0"/>
          <w:smallCaps w:val="0"/>
          <w:strike w:val="0"/>
          <w:color w:val="000000"/>
          <w:sz w:val="16"/>
          <w:u w:val="none"/>
        </w:rPr>
        <w:t xml:space="preserve"> an amicus brief that tells a just and compelling </w:t>
      </w:r>
      <w:r>
        <w:rPr>
          <w:b w:val="0"/>
          <w:i w:val="0"/>
          <w:smallCaps w:val="0"/>
          <w:strike w:val="0"/>
          <w:color w:val="000000"/>
          <w:sz w:val="22"/>
          <w:u w:val="single"/>
        </w:rPr>
        <w:t xml:space="preserve">racial </w:t>
      </w:r>
      <w:r>
        <w:rPr>
          <w:b/>
          <w:i w:val="0"/>
          <w:smallCaps w:val="0"/>
          <w:strike w:val="0"/>
          <w:color w:val="000000"/>
          <w:sz w:val="22"/>
          <w:u w:val="single"/>
        </w:rPr>
        <w:t>story</w:t>
      </w:r>
      <w:r>
        <w:rPr>
          <w:b w:val="0"/>
          <w:i w:val="0"/>
          <w:smallCaps w:val="0"/>
          <w:strike w:val="0"/>
          <w:color w:val="000000"/>
          <w:sz w:val="22"/>
          <w:u w:val="single"/>
        </w:rPr>
        <w:t xml:space="preserve"> does not have legal </w:t>
      </w:r>
      <w:r>
        <w:rPr>
          <w:b/>
          <w:i w:val="0"/>
          <w:smallCaps w:val="0"/>
          <w:strike w:val="0"/>
          <w:color w:val="000000"/>
          <w:sz w:val="22"/>
          <w:u w:val="single"/>
        </w:rPr>
        <w:t>impact</w:t>
      </w:r>
      <w:r>
        <w:rPr>
          <w:b w:val="0"/>
          <w:i w:val="0"/>
          <w:smallCaps w:val="0"/>
          <w:strike w:val="0"/>
          <w:color w:val="000000"/>
          <w:sz w:val="16"/>
          <w:u w:val="none"/>
        </w:rPr>
        <w:t xml:space="preserve">. However, this conclusion </w:t>
      </w:r>
      <w:r>
        <w:rPr>
          <w:b w:val="0"/>
          <w:i w:val="0"/>
          <w:smallCaps w:val="0"/>
          <w:strike w:val="0"/>
          <w:color w:val="000000"/>
          <w:sz w:val="22"/>
          <w:u w:val="single"/>
        </w:rPr>
        <w:t>is</w:t>
      </w:r>
      <w:r>
        <w:rPr>
          <w:b w:val="0"/>
          <w:i w:val="0"/>
          <w:smallCaps w:val="0"/>
          <w:strike w:val="0"/>
          <w:color w:val="000000"/>
          <w:sz w:val="16"/>
          <w:u w:val="none"/>
        </w:rPr>
        <w:t xml:space="preserve"> both </w:t>
      </w:r>
      <w:r>
        <w:rPr>
          <w:b/>
          <w:i w:val="0"/>
          <w:smallCaps w:val="0"/>
          <w:strike w:val="0"/>
          <w:color w:val="000000"/>
          <w:sz w:val="22"/>
          <w:u w:val="single"/>
        </w:rPr>
        <w:t>untrue</w:t>
      </w:r>
      <w:r>
        <w:rPr>
          <w:b w:val="0"/>
          <w:i w:val="0"/>
          <w:smallCaps w:val="0"/>
          <w:strike w:val="0"/>
          <w:color w:val="000000"/>
          <w:sz w:val="22"/>
          <w:u w:val="single"/>
        </w:rPr>
        <w:t xml:space="preserve"> and</w:t>
      </w:r>
      <w:r>
        <w:rPr>
          <w:b w:val="0"/>
          <w:i w:val="0"/>
          <w:smallCaps w:val="0"/>
          <w:strike w:val="0"/>
          <w:color w:val="000000"/>
          <w:sz w:val="16"/>
          <w:u w:val="none"/>
        </w:rPr>
        <w:t xml:space="preserve">, at least in part, </w:t>
      </w:r>
      <w:r>
        <w:rPr>
          <w:b w:val="0"/>
          <w:i w:val="0"/>
          <w:smallCaps w:val="0"/>
          <w:strike w:val="0"/>
          <w:color w:val="000000"/>
          <w:sz w:val="22"/>
          <w:u w:val="single"/>
        </w:rPr>
        <w:t>irrelevant</w:t>
      </w:r>
      <w:r>
        <w:rPr>
          <w:b w:val="0"/>
          <w:i w:val="0"/>
          <w:smallCaps w:val="0"/>
          <w:strike w:val="0"/>
          <w:color w:val="000000"/>
          <w:sz w:val="16"/>
          <w:u w:val="none"/>
        </w:rPr>
        <w:t xml:space="preserve">. The Color of Creatorship has demonstrated how the </w:t>
      </w:r>
      <w:r>
        <w:rPr>
          <w:b/>
          <w:i w:val="0"/>
          <w:smallCaps w:val="0"/>
          <w:strike w:val="0"/>
          <w:color w:val="000000"/>
          <w:sz w:val="22"/>
          <w:u w:val="single"/>
        </w:rPr>
        <w:t>unspoken</w:t>
      </w:r>
      <w:r>
        <w:rPr>
          <w:b w:val="0"/>
          <w:i w:val="0"/>
          <w:smallCaps w:val="0"/>
          <w:strike w:val="0"/>
          <w:color w:val="000000"/>
          <w:sz w:val="22"/>
          <w:u w:val="single"/>
        </w:rPr>
        <w:t xml:space="preserve"> desires</w:t>
      </w:r>
      <w:r>
        <w:rPr>
          <w:b w:val="0"/>
          <w:i w:val="0"/>
          <w:smallCaps w:val="0"/>
          <w:strike w:val="0"/>
          <w:color w:val="000000"/>
          <w:sz w:val="22"/>
          <w:u w:val="single"/>
        </w:rPr>
        <w:t xml:space="preserve"> that </w:t>
      </w:r>
      <w:r>
        <w:rPr>
          <w:b w:val="0"/>
          <w:i w:val="0"/>
          <w:smallCaps w:val="0"/>
          <w:strike w:val="0"/>
          <w:color w:val="000000"/>
          <w:sz w:val="22"/>
          <w:u w:val="single"/>
        </w:rPr>
        <w:t>structure</w:t>
      </w:r>
      <w:r>
        <w:rPr>
          <w:b w:val="0"/>
          <w:i w:val="0"/>
          <w:smallCaps w:val="0"/>
          <w:strike w:val="0"/>
          <w:color w:val="000000"/>
          <w:sz w:val="16"/>
          <w:u w:val="none"/>
        </w:rPr>
        <w:t xml:space="preserve"> the economics of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roperty</w:t>
      </w:r>
      <w:r>
        <w:rPr>
          <w:b w:val="0"/>
          <w:i w:val="0"/>
          <w:smallCaps w:val="0"/>
          <w:strike w:val="0"/>
          <w:color w:val="000000"/>
          <w:sz w:val="16"/>
          <w:u w:val="none"/>
        </w:rPr>
        <w:t xml:space="preserve"> law </w:t>
      </w:r>
      <w:r>
        <w:rPr>
          <w:b w:val="0"/>
          <w:i w:val="0"/>
          <w:smallCaps w:val="0"/>
          <w:strike w:val="0"/>
          <w:color w:val="000000"/>
          <w:sz w:val="22"/>
          <w:u w:val="single"/>
        </w:rPr>
        <w:t>are based</w:t>
      </w:r>
      <w:r>
        <w:rPr>
          <w:b w:val="0"/>
          <w:i w:val="0"/>
          <w:smallCaps w:val="0"/>
          <w:strike w:val="0"/>
          <w:color w:val="000000"/>
          <w:sz w:val="16"/>
          <w:u w:val="none"/>
        </w:rPr>
        <w:t xml:space="preserve"> not </w:t>
      </w:r>
      <w:r>
        <w:rPr>
          <w:b w:val="0"/>
          <w:i w:val="0"/>
          <w:smallCaps w:val="0"/>
          <w:strike w:val="0"/>
          <w:color w:val="000000"/>
          <w:sz w:val="22"/>
          <w:u w:val="single"/>
        </w:rPr>
        <w:t>in</w:t>
      </w:r>
      <w:r>
        <w:rPr>
          <w:b w:val="0"/>
          <w:i w:val="0"/>
          <w:smallCaps w:val="0"/>
          <w:strike w:val="0"/>
          <w:color w:val="000000"/>
          <w:sz w:val="16"/>
          <w:u w:val="none"/>
        </w:rPr>
        <w:t xml:space="preserve"> fact but in myths and feelings. Racial scripts are about </w:t>
      </w:r>
      <w:r>
        <w:rPr>
          <w:b/>
          <w:i w:val="0"/>
          <w:smallCaps w:val="0"/>
          <w:strike w:val="0"/>
          <w:color w:val="000000"/>
          <w:sz w:val="22"/>
          <w:u w:val="single"/>
        </w:rPr>
        <w:t>attachments</w:t>
      </w:r>
      <w:r>
        <w:rPr>
          <w:b w:val="0"/>
          <w:i w:val="0"/>
          <w:smallCaps w:val="0"/>
          <w:strike w:val="0"/>
          <w:color w:val="000000"/>
          <w:sz w:val="22"/>
          <w:u w:val="single"/>
        </w:rPr>
        <w:t xml:space="preserve"> to social </w:t>
      </w:r>
      <w:r>
        <w:rPr>
          <w:b/>
          <w:i w:val="0"/>
          <w:smallCaps w:val="0"/>
          <w:strike w:val="0"/>
          <w:color w:val="000000"/>
          <w:sz w:val="22"/>
          <w:u w:val="single"/>
        </w:rPr>
        <w:t>constructions</w:t>
      </w:r>
      <w:r>
        <w:rPr>
          <w:b w:val="0"/>
          <w:i w:val="0"/>
          <w:smallCaps w:val="0"/>
          <w:strike w:val="0"/>
          <w:color w:val="000000"/>
          <w:sz w:val="22"/>
          <w:u w:val="single"/>
        </w:rPr>
        <w:t xml:space="preserve"> of race</w:t>
      </w:r>
      <w:r>
        <w:rPr>
          <w:b w:val="0"/>
          <w:i w:val="0"/>
          <w:smallCaps w:val="0"/>
          <w:strike w:val="0"/>
          <w:color w:val="000000"/>
          <w:sz w:val="16"/>
          <w:u w:val="none"/>
        </w:rPr>
        <w:t xml:space="preserve">, property, nation, and person, not objective or rational conceptions of those terms. </w:t>
      </w:r>
    </w:p>
    <w:p>
      <w:pPr>
        <w:spacing w:after="60"/>
      </w:pPr>
      <w:r>
        <w:rPr>
          <w:b w:val="0"/>
          <w:i w:val="0"/>
          <w:smallCaps w:val="0"/>
          <w:strike w:val="0"/>
          <w:color w:val="000000"/>
          <w:sz w:val="16"/>
          <w:u w:val="none"/>
        </w:rPr>
        <w:t xml:space="preserve">As CRT scholars from Richard Delgado to Keith Aoki contend, </w:t>
      </w:r>
      <w:r>
        <w:rPr>
          <w:b w:val="0"/>
          <w:i w:val="0"/>
          <w:smallCaps w:val="0"/>
          <w:strike w:val="0"/>
          <w:color w:val="000000"/>
          <w:sz w:val="22"/>
          <w:u w:val="single"/>
        </w:rPr>
        <w:t xml:space="preserve">telling </w:t>
      </w:r>
      <w:r>
        <w:rPr>
          <w:b/>
          <w:i w:val="0"/>
          <w:smallCaps w:val="0"/>
          <w:strike w:val="0"/>
          <w:color w:val="000000"/>
          <w:sz w:val="22"/>
          <w:u w:val="single"/>
        </w:rPr>
        <w:t>stories</w:t>
      </w:r>
      <w:r>
        <w:rPr>
          <w:b w:val="0"/>
          <w:i w:val="0"/>
          <w:smallCaps w:val="0"/>
          <w:strike w:val="0"/>
          <w:color w:val="000000"/>
          <w:sz w:val="16"/>
          <w:u w:val="none"/>
        </w:rPr>
        <w:t xml:space="preserve"> in legal contexts</w:t>
      </w:r>
      <w:r>
        <w:rPr>
          <w:b w:val="0"/>
          <w:i w:val="0"/>
          <w:smallCaps w:val="0"/>
          <w:strike w:val="0"/>
          <w:color w:val="000000"/>
          <w:sz w:val="22"/>
          <w:u w:val="none"/>
        </w:rPr>
        <w:t xml:space="preserve"> </w:t>
      </w:r>
      <w:r>
        <w:rPr>
          <w:b w:val="0"/>
          <w:i w:val="0"/>
          <w:smallCaps w:val="0"/>
          <w:strike w:val="0"/>
          <w:color w:val="000000"/>
          <w:sz w:val="22"/>
          <w:u w:val="single"/>
        </w:rPr>
        <w:t>shifts</w:t>
      </w:r>
      <w:r>
        <w:rPr>
          <w:b w:val="0"/>
          <w:i w:val="0"/>
          <w:smallCaps w:val="0"/>
          <w:strike w:val="0"/>
          <w:color w:val="000000"/>
          <w:sz w:val="22"/>
          <w:u w:val="single"/>
        </w:rPr>
        <w:t xml:space="preserve"> the </w:t>
      </w:r>
      <w:r>
        <w:rPr>
          <w:b w:val="0"/>
          <w:i w:val="0"/>
          <w:smallCaps w:val="0"/>
          <w:strike w:val="0"/>
          <w:color w:val="000000"/>
          <w:sz w:val="22"/>
          <w:u w:val="single"/>
        </w:rPr>
        <w:t xml:space="preserve">purportedly </w:t>
      </w:r>
      <w:r>
        <w:rPr>
          <w:b/>
          <w:i w:val="0"/>
          <w:smallCaps w:val="0"/>
          <w:strike w:val="0"/>
          <w:color w:val="000000"/>
          <w:sz w:val="22"/>
          <w:u w:val="single"/>
        </w:rPr>
        <w:t>race neutral</w:t>
      </w:r>
      <w:r>
        <w:rPr>
          <w:b w:val="0"/>
          <w:i w:val="0"/>
          <w:smallCaps w:val="0"/>
          <w:strike w:val="0"/>
          <w:color w:val="000000"/>
          <w:sz w:val="22"/>
          <w:u w:val="single"/>
        </w:rPr>
        <w:t xml:space="preserve"> language</w:t>
      </w:r>
      <w:r>
        <w:rPr>
          <w:b w:val="0"/>
          <w:i w:val="0"/>
          <w:smallCaps w:val="0"/>
          <w:strike w:val="0"/>
          <w:color w:val="000000"/>
          <w:sz w:val="16"/>
          <w:u w:val="none"/>
        </w:rPr>
        <w:t xml:space="preserve">, representations, and emotions </w:t>
      </w:r>
      <w:r>
        <w:rPr>
          <w:b w:val="0"/>
          <w:i w:val="0"/>
          <w:smallCaps w:val="0"/>
          <w:strike w:val="0"/>
          <w:color w:val="000000"/>
          <w:sz w:val="22"/>
          <w:u w:val="single"/>
        </w:rPr>
        <w:t xml:space="preserve">around which law is </w:t>
      </w:r>
      <w:r>
        <w:rPr>
          <w:b/>
          <w:i w:val="0"/>
          <w:smallCaps w:val="0"/>
          <w:strike w:val="0"/>
          <w:color w:val="000000"/>
          <w:sz w:val="22"/>
          <w:u w:val="single"/>
        </w:rPr>
        <w:t>crafted</w:t>
      </w:r>
      <w:r>
        <w:rPr>
          <w:b w:val="0"/>
          <w:i w:val="0"/>
          <w:smallCaps w:val="0"/>
          <w:strike w:val="0"/>
          <w:color w:val="000000"/>
          <w:sz w:val="16"/>
          <w:u w:val="none"/>
        </w:rPr>
        <w:t xml:space="preserve">, </w:t>
      </w:r>
      <w:r>
        <w:rPr>
          <w:b w:val="0"/>
          <w:i w:val="0"/>
          <w:smallCaps w:val="0"/>
          <w:strike w:val="0"/>
          <w:color w:val="000000"/>
          <w:sz w:val="22"/>
          <w:u w:val="single"/>
        </w:rPr>
        <w:t xml:space="preserve">in ways that are </w:t>
      </w:r>
      <w:r>
        <w:rPr>
          <w:b/>
          <w:i w:val="0"/>
          <w:smallCaps w:val="0"/>
          <w:strike w:val="0"/>
          <w:color w:val="000000"/>
          <w:sz w:val="22"/>
          <w:u w:val="single"/>
        </w:rPr>
        <w:t>invisible</w:t>
      </w:r>
      <w:r>
        <w:rPr>
          <w:b w:val="0"/>
          <w:i w:val="0"/>
          <w:smallCaps w:val="0"/>
          <w:strike w:val="0"/>
          <w:color w:val="000000"/>
          <w:sz w:val="22"/>
          <w:u w:val="none"/>
        </w:rPr>
        <w:t xml:space="preserve"> </w:t>
      </w:r>
      <w:r>
        <w:rPr>
          <w:b w:val="0"/>
          <w:i w:val="0"/>
          <w:smallCaps w:val="0"/>
          <w:strike w:val="0"/>
          <w:color w:val="000000"/>
          <w:sz w:val="16"/>
          <w:u w:val="none"/>
        </w:rPr>
        <w:t xml:space="preserve">and seemingly unproductive but important. The Love Symbol, Beast Mode®, and the TKDL make claims of inclusion alongside radical claims to dignity and humanity, which are effective even though (intellectual) property law continues to be rigged against people of color. </w:t>
      </w:r>
      <w:r>
        <w:rPr>
          <w:b w:val="0"/>
          <w:i w:val="0"/>
          <w:smallCaps w:val="0"/>
          <w:strike w:val="0"/>
          <w:color w:val="000000"/>
          <w:sz w:val="22"/>
          <w:u w:val="single"/>
        </w:rPr>
        <w:t>Telling</w:t>
      </w:r>
      <w:r>
        <w:rPr>
          <w:b w:val="0"/>
          <w:i w:val="0"/>
          <w:smallCaps w:val="0"/>
          <w:strike w:val="0"/>
          <w:color w:val="000000"/>
          <w:sz w:val="16"/>
          <w:u w:val="none"/>
        </w:rPr>
        <w:t xml:space="preserve"> legal </w:t>
      </w:r>
      <w:r>
        <w:rPr>
          <w:b/>
          <w:i w:val="0"/>
          <w:smallCaps w:val="0"/>
          <w:strike w:val="0"/>
          <w:color w:val="000000"/>
          <w:sz w:val="22"/>
          <w:u w:val="single"/>
        </w:rPr>
        <w:t>stories</w:t>
      </w:r>
      <w:r>
        <w:rPr>
          <w:b w:val="0"/>
          <w:i w:val="0"/>
          <w:smallCaps w:val="0"/>
          <w:strike w:val="0"/>
          <w:color w:val="000000"/>
          <w:sz w:val="22"/>
          <w:u w:val="single"/>
        </w:rPr>
        <w:t xml:space="preserve"> about</w:t>
      </w:r>
      <w:r>
        <w:rPr>
          <w:b w:val="0"/>
          <w:i w:val="0"/>
          <w:smallCaps w:val="0"/>
          <w:strike w:val="0"/>
          <w:color w:val="000000"/>
          <w:sz w:val="16"/>
          <w:u w:val="none"/>
        </w:rPr>
        <w:t xml:space="preserve"> the personhood of </w:t>
      </w:r>
      <w:r>
        <w:rPr>
          <w:b w:val="0"/>
          <w:i w:val="0"/>
          <w:smallCaps w:val="0"/>
          <w:strike w:val="0"/>
          <w:color w:val="000000"/>
          <w:sz w:val="22"/>
          <w:u w:val="single"/>
        </w:rPr>
        <w:t xml:space="preserve">people of </w:t>
      </w:r>
      <w:r>
        <w:rPr>
          <w:b/>
          <w:i w:val="0"/>
          <w:smallCaps w:val="0"/>
          <w:strike w:val="0"/>
          <w:color w:val="000000"/>
          <w:sz w:val="22"/>
          <w:u w:val="single"/>
        </w:rPr>
        <w:t>color</w:t>
      </w:r>
      <w:r>
        <w:rPr>
          <w:b w:val="0"/>
          <w:i w:val="0"/>
          <w:smallCaps w:val="0"/>
          <w:strike w:val="0"/>
          <w:color w:val="000000"/>
          <w:sz w:val="22"/>
          <w:u w:val="single"/>
        </w:rPr>
        <w:t xml:space="preserve"> in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 xml:space="preserve">roperty terms </w:t>
      </w:r>
      <w:r>
        <w:rPr>
          <w:b w:val="0"/>
          <w:i w:val="0"/>
          <w:smallCaps w:val="0"/>
          <w:strike w:val="0"/>
          <w:color w:val="000000"/>
          <w:sz w:val="22"/>
          <w:u w:val="single"/>
        </w:rPr>
        <w:t xml:space="preserve">pushes back </w:t>
      </w:r>
      <w:r>
        <w:rPr>
          <w:b/>
          <w:i w:val="0"/>
          <w:smallCaps w:val="0"/>
          <w:strike w:val="0"/>
          <w:color w:val="000000"/>
          <w:sz w:val="22"/>
          <w:u w:val="single"/>
        </w:rPr>
        <w:t>against</w:t>
      </w:r>
      <w:r>
        <w:rPr>
          <w:b w:val="0"/>
          <w:i w:val="0"/>
          <w:smallCaps w:val="0"/>
          <w:strike w:val="0"/>
          <w:color w:val="000000"/>
          <w:sz w:val="22"/>
          <w:u w:val="single"/>
        </w:rPr>
        <w:t xml:space="preserve"> the</w:t>
      </w:r>
      <w:r>
        <w:rPr>
          <w:b w:val="0"/>
          <w:i w:val="0"/>
          <w:smallCaps w:val="0"/>
          <w:strike w:val="0"/>
          <w:color w:val="000000"/>
          <w:sz w:val="16"/>
          <w:u w:val="none"/>
        </w:rPr>
        <w:t xml:space="preserve"> foundational racism and </w:t>
      </w:r>
      <w:r>
        <w:rPr>
          <w:b w:val="0"/>
          <w:i w:val="0"/>
          <w:smallCaps w:val="0"/>
          <w:strike w:val="0"/>
          <w:color w:val="000000"/>
          <w:sz w:val="22"/>
          <w:u w:val="single"/>
        </w:rPr>
        <w:t xml:space="preserve">racial </w:t>
      </w:r>
      <w:r>
        <w:rPr>
          <w:b/>
          <w:i w:val="0"/>
          <w:smallCaps w:val="0"/>
          <w:strike w:val="0"/>
          <w:color w:val="000000"/>
          <w:sz w:val="22"/>
          <w:u w:val="single"/>
        </w:rPr>
        <w:t>sentimentality</w:t>
      </w:r>
      <w:r>
        <w:rPr>
          <w:b w:val="0"/>
          <w:i w:val="0"/>
          <w:smallCaps w:val="0"/>
          <w:strike w:val="0"/>
          <w:color w:val="000000"/>
          <w:sz w:val="22"/>
          <w:u w:val="single"/>
        </w:rPr>
        <w:t xml:space="preserve"> of </w:t>
      </w:r>
      <w:r>
        <w:rPr>
          <w:b/>
          <w:i w:val="0"/>
          <w:smallCaps w:val="0"/>
          <w:strike w:val="0"/>
          <w:color w:val="000000"/>
          <w:sz w:val="22"/>
          <w:u w:val="single"/>
        </w:rPr>
        <w:t>copyrights</w:t>
      </w:r>
      <w:r>
        <w:rPr>
          <w:b w:val="0"/>
          <w:i w:val="0"/>
          <w:smallCaps w:val="0"/>
          <w:strike w:val="0"/>
          <w:color w:val="000000"/>
          <w:sz w:val="22"/>
          <w:u w:val="single"/>
        </w:rPr>
        <w:t xml:space="preserve">, </w:t>
      </w:r>
      <w:r>
        <w:rPr>
          <w:b/>
          <w:i w:val="0"/>
          <w:smallCaps w:val="0"/>
          <w:strike w:val="0"/>
          <w:color w:val="000000"/>
          <w:sz w:val="22"/>
          <w:u w:val="single"/>
        </w:rPr>
        <w:t>patents</w:t>
      </w:r>
      <w:r>
        <w:rPr>
          <w:b w:val="0"/>
          <w:i w:val="0"/>
          <w:smallCaps w:val="0"/>
          <w:strike w:val="0"/>
          <w:color w:val="000000"/>
          <w:sz w:val="22"/>
          <w:u w:val="single"/>
        </w:rPr>
        <w:t xml:space="preserve">, and </w:t>
      </w:r>
      <w:r>
        <w:rPr>
          <w:b/>
          <w:i w:val="0"/>
          <w:smallCaps w:val="0"/>
          <w:strike w:val="0"/>
          <w:color w:val="000000"/>
          <w:sz w:val="22"/>
          <w:u w:val="single"/>
        </w:rPr>
        <w:t>trademarks</w:t>
      </w:r>
      <w:r>
        <w:rPr>
          <w:b w:val="0"/>
          <w:i w:val="0"/>
          <w:smallCaps w:val="0"/>
          <w:strike w:val="0"/>
          <w:color w:val="000000"/>
          <w:sz w:val="16"/>
          <w:u w:val="none"/>
        </w:rPr>
        <w:t xml:space="preserve">. </w:t>
      </w:r>
    </w:p>
    <w:p>
      <w:pPr>
        <w:spacing w:after="60"/>
      </w:pPr>
      <w:r>
        <w:rPr>
          <w:b w:val="0"/>
          <w:i w:val="0"/>
          <w:smallCaps w:val="0"/>
          <w:strike w:val="0"/>
          <w:color w:val="000000"/>
          <w:sz w:val="16"/>
          <w:u w:val="none"/>
        </w:rPr>
        <w:t xml:space="preserve">These examples provide a useful starting point for thinking about how </w:t>
      </w:r>
      <w:r>
        <w:rPr>
          <w:b w:val="0"/>
          <w:i w:val="0"/>
          <w:smallCaps w:val="0"/>
          <w:strike w:val="0"/>
          <w:color w:val="000000"/>
          <w:sz w:val="22"/>
          <w:u w:val="single"/>
        </w:rPr>
        <w:t xml:space="preserve">people of </w:t>
      </w:r>
      <w:r>
        <w:rPr>
          <w:b/>
          <w:i w:val="0"/>
          <w:smallCaps w:val="0"/>
          <w:strike w:val="0"/>
          <w:color w:val="000000"/>
          <w:sz w:val="22"/>
          <w:u w:val="single"/>
        </w:rPr>
        <w:t>color</w:t>
      </w:r>
      <w:r>
        <w:rPr>
          <w:b w:val="0"/>
          <w:i w:val="0"/>
          <w:smallCaps w:val="0"/>
          <w:strike w:val="0"/>
          <w:color w:val="000000"/>
          <w:sz w:val="16"/>
          <w:u w:val="none"/>
        </w:rPr>
        <w:t xml:space="preserve"> can </w:t>
      </w:r>
      <w:r>
        <w:rPr>
          <w:b w:val="0"/>
          <w:i w:val="0"/>
          <w:smallCaps w:val="0"/>
          <w:strike w:val="0"/>
          <w:color w:val="000000"/>
          <w:sz w:val="22"/>
          <w:u w:val="single"/>
        </w:rPr>
        <w:t xml:space="preserve">become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 xml:space="preserve">roperty </w:t>
      </w:r>
      <w:r>
        <w:rPr>
          <w:b/>
          <w:i w:val="0"/>
          <w:smallCaps w:val="0"/>
          <w:strike w:val="0"/>
          <w:color w:val="000000"/>
          <w:sz w:val="22"/>
          <w:u w:val="single"/>
        </w:rPr>
        <w:t>fugitives</w:t>
      </w:r>
      <w:r>
        <w:rPr>
          <w:b w:val="0"/>
          <w:i w:val="0"/>
          <w:smallCaps w:val="0"/>
          <w:strike w:val="0"/>
          <w:color w:val="000000"/>
          <w:sz w:val="16"/>
          <w:u w:val="none"/>
        </w:rPr>
        <w:t xml:space="preserve">, thereby </w:t>
      </w:r>
      <w:r>
        <w:rPr>
          <w:b w:val="0"/>
          <w:i w:val="0"/>
          <w:smallCaps w:val="0"/>
          <w:strike w:val="0"/>
          <w:color w:val="000000"/>
          <w:sz w:val="22"/>
          <w:u w:val="single"/>
        </w:rPr>
        <w:t xml:space="preserve">confronting the </w:t>
      </w:r>
      <w:r>
        <w:rPr>
          <w:b/>
          <w:i w:val="0"/>
          <w:smallCaps w:val="0"/>
          <w:strike w:val="0"/>
          <w:color w:val="000000"/>
          <w:sz w:val="22"/>
          <w:u w:val="single"/>
        </w:rPr>
        <w:t>two-body</w:t>
      </w:r>
      <w:r>
        <w:rPr>
          <w:b w:val="0"/>
          <w:i w:val="0"/>
          <w:smallCaps w:val="0"/>
          <w:strike w:val="0"/>
          <w:color w:val="000000"/>
          <w:sz w:val="22"/>
          <w:u w:val="single"/>
        </w:rPr>
        <w:t xml:space="preserve"> problem that</w:t>
      </w:r>
      <w:r>
        <w:rPr>
          <w:b w:val="0"/>
          <w:i w:val="0"/>
          <w:smallCaps w:val="0"/>
          <w:strike w:val="0"/>
          <w:color w:val="000000"/>
          <w:sz w:val="16"/>
          <w:u w:val="none"/>
        </w:rPr>
        <w:t xml:space="preserve"> Stephen Best notes </w:t>
      </w:r>
      <w:r>
        <w:rPr>
          <w:b w:val="0"/>
          <w:i w:val="0"/>
          <w:smallCaps w:val="0"/>
          <w:strike w:val="0"/>
          <w:color w:val="000000"/>
          <w:sz w:val="22"/>
          <w:u w:val="single"/>
        </w:rPr>
        <w:t xml:space="preserve">arose with the </w:t>
      </w:r>
      <w:r>
        <w:rPr>
          <w:b/>
          <w:i w:val="0"/>
          <w:smallCaps w:val="0"/>
          <w:strike w:val="0"/>
          <w:color w:val="000000"/>
          <w:sz w:val="22"/>
          <w:u w:val="single"/>
        </w:rPr>
        <w:t>decoupling</w:t>
      </w:r>
      <w:r>
        <w:rPr>
          <w:b w:val="0"/>
          <w:i w:val="0"/>
          <w:smallCaps w:val="0"/>
          <w:strike w:val="0"/>
          <w:color w:val="000000"/>
          <w:sz w:val="22"/>
          <w:u w:val="single"/>
        </w:rPr>
        <w:t xml:space="preserve"> of physical</w:t>
      </w:r>
      <w:r>
        <w:rPr>
          <w:b w:val="0"/>
          <w:i w:val="0"/>
          <w:smallCaps w:val="0"/>
          <w:strike w:val="0"/>
          <w:color w:val="000000"/>
          <w:sz w:val="22"/>
          <w:u w:val="single"/>
        </w:rPr>
        <w:t xml:space="preserve"> labor </w:t>
      </w:r>
      <w:r>
        <w:rPr>
          <w:b w:val="0"/>
          <w:i w:val="0"/>
          <w:smallCaps w:val="0"/>
          <w:strike w:val="0"/>
          <w:color w:val="000000"/>
          <w:sz w:val="22"/>
          <w:u w:val="single"/>
        </w:rPr>
        <w:t xml:space="preserve">and </w:t>
      </w:r>
      <w:r>
        <w:rPr>
          <w:b/>
          <w:i w:val="0"/>
          <w:smallCaps w:val="0"/>
          <w:strike w:val="0"/>
          <w:color w:val="000000"/>
          <w:sz w:val="22"/>
          <w:u w:val="single"/>
        </w:rPr>
        <w:t>intangible</w:t>
      </w:r>
      <w:r>
        <w:rPr>
          <w:b w:val="0"/>
          <w:i w:val="0"/>
          <w:smallCaps w:val="0"/>
          <w:strike w:val="0"/>
          <w:color w:val="000000"/>
          <w:sz w:val="22"/>
          <w:u w:val="single"/>
        </w:rPr>
        <w:t xml:space="preserve"> labor</w:t>
      </w:r>
      <w:r>
        <w:rPr>
          <w:b w:val="0"/>
          <w:i w:val="0"/>
          <w:smallCaps w:val="0"/>
          <w:strike w:val="0"/>
          <w:color w:val="000000"/>
          <w:sz w:val="16"/>
          <w:u w:val="none"/>
        </w:rPr>
        <w:t xml:space="preserve">. Such </w:t>
      </w:r>
      <w:r>
        <w:rPr>
          <w:b w:val="0"/>
          <w:i w:val="0"/>
          <w:smallCaps w:val="0"/>
          <w:strike w:val="0"/>
          <w:color w:val="000000"/>
          <w:sz w:val="22"/>
          <w:u w:val="single"/>
        </w:rPr>
        <w:t xml:space="preserve">decoupling </w:t>
      </w:r>
      <w:r>
        <w:rPr>
          <w:b/>
          <w:i w:val="0"/>
          <w:smallCaps w:val="0"/>
          <w:strike w:val="0"/>
          <w:color w:val="000000"/>
          <w:sz w:val="22"/>
          <w:u w:val="single"/>
        </w:rPr>
        <w:t>transformed</w:t>
      </w:r>
      <w:r>
        <w:rPr>
          <w:b w:val="0"/>
          <w:i w:val="0"/>
          <w:smallCaps w:val="0"/>
          <w:strike w:val="0"/>
          <w:color w:val="000000"/>
          <w:sz w:val="22"/>
          <w:u w:val="single"/>
        </w:rPr>
        <w:t xml:space="preserve"> people of </w:t>
      </w:r>
      <w:r>
        <w:rPr>
          <w:b w:val="0"/>
          <w:i w:val="0"/>
          <w:smallCaps w:val="0"/>
          <w:strike w:val="0"/>
          <w:color w:val="000000"/>
          <w:sz w:val="22"/>
          <w:u w:val="single"/>
        </w:rPr>
        <w:t>color</w:t>
      </w:r>
      <w:r>
        <w:rPr>
          <w:b w:val="0"/>
          <w:i w:val="0"/>
          <w:smallCaps w:val="0"/>
          <w:strike w:val="0"/>
          <w:color w:val="000000"/>
          <w:sz w:val="16"/>
          <w:u w:val="none"/>
        </w:rPr>
        <w:t xml:space="preserve">, particularly Black people, </w:t>
      </w:r>
      <w:r>
        <w:rPr>
          <w:b w:val="0"/>
          <w:i w:val="0"/>
          <w:smallCaps w:val="0"/>
          <w:strike w:val="0"/>
          <w:color w:val="000000"/>
          <w:sz w:val="22"/>
          <w:u w:val="single"/>
        </w:rPr>
        <w:t xml:space="preserve">into </w:t>
      </w:r>
      <w:r>
        <w:rPr>
          <w:b/>
          <w:i w:val="0"/>
          <w:smallCaps w:val="0"/>
          <w:strike w:val="0"/>
          <w:color w:val="000000"/>
          <w:sz w:val="22"/>
          <w:u w:val="single"/>
        </w:rPr>
        <w:t>commodity</w:t>
      </w:r>
      <w:r>
        <w:rPr>
          <w:b w:val="0"/>
          <w:i w:val="0"/>
          <w:smallCaps w:val="0"/>
          <w:strike w:val="0"/>
          <w:color w:val="000000"/>
          <w:sz w:val="22"/>
          <w:u w:val="single"/>
        </w:rPr>
        <w:t xml:space="preserve"> forms</w:t>
      </w:r>
      <w:r>
        <w:rPr>
          <w:b w:val="0"/>
          <w:i w:val="0"/>
          <w:smallCaps w:val="0"/>
          <w:strike w:val="0"/>
          <w:color w:val="000000"/>
          <w:sz w:val="16"/>
          <w:u w:val="none"/>
        </w:rPr>
        <w:t xml:space="preserve"> that, because they were the objects of property ownership, definitionally could not own their own intangible labor. The Love Symbol, Beast Mode, and </w:t>
      </w:r>
      <w:r>
        <w:rPr>
          <w:b w:val="0"/>
          <w:i w:val="0"/>
          <w:smallCaps w:val="0"/>
          <w:strike w:val="0"/>
          <w:color w:val="000000"/>
          <w:sz w:val="16"/>
          <w:u w:val="none"/>
        </w:rPr>
        <w:t>the TKDL</w:t>
      </w:r>
      <w:r>
        <w:rPr>
          <w:b w:val="0"/>
          <w:i w:val="0"/>
          <w:smallCaps w:val="0"/>
          <w:strike w:val="0"/>
          <w:color w:val="000000"/>
          <w:sz w:val="16"/>
          <w:u w:val="none"/>
        </w:rPr>
        <w:t xml:space="preserve"> refuse this decoupling, by occupying and </w:t>
      </w:r>
      <w:r>
        <w:rPr>
          <w:b w:val="0"/>
          <w:i w:val="0"/>
          <w:smallCaps w:val="0"/>
          <w:strike w:val="0"/>
          <w:color w:val="000000"/>
          <w:sz w:val="22"/>
          <w:u w:val="single"/>
        </w:rPr>
        <w:t xml:space="preserve">reclaiming the </w:t>
      </w:r>
      <w:r>
        <w:rPr>
          <w:b/>
          <w:i w:val="0"/>
          <w:smallCaps w:val="0"/>
          <w:strike w:val="0"/>
          <w:color w:val="000000"/>
          <w:sz w:val="22"/>
          <w:u w:val="single"/>
        </w:rPr>
        <w:t>spirit</w:t>
      </w:r>
      <w:r>
        <w:rPr>
          <w:b w:val="0"/>
          <w:i w:val="0"/>
          <w:smallCaps w:val="0"/>
          <w:strike w:val="0"/>
          <w:color w:val="000000"/>
          <w:sz w:val="22"/>
          <w:u w:val="single"/>
        </w:rPr>
        <w:t xml:space="preserve"> of fugitivity</w:t>
      </w:r>
      <w:r>
        <w:rPr>
          <w:b w:val="0"/>
          <w:i w:val="0"/>
          <w:smallCaps w:val="0"/>
          <w:strike w:val="0"/>
          <w:color w:val="000000"/>
          <w:sz w:val="16"/>
          <w:u w:val="none"/>
        </w:rPr>
        <w:t xml:space="preserve">. That occupation </w:t>
      </w:r>
      <w:r>
        <w:rPr>
          <w:b w:val="0"/>
          <w:i w:val="0"/>
          <w:smallCaps w:val="0"/>
          <w:strike w:val="0"/>
          <w:color w:val="000000"/>
          <w:sz w:val="22"/>
          <w:u w:val="single"/>
        </w:rPr>
        <w:t xml:space="preserve">is a </w:t>
      </w:r>
      <w:r>
        <w:rPr>
          <w:b/>
          <w:i w:val="0"/>
          <w:smallCaps w:val="0"/>
          <w:strike w:val="0"/>
          <w:color w:val="000000"/>
          <w:sz w:val="22"/>
          <w:u w:val="single"/>
        </w:rPr>
        <w:t>decolonizing</w:t>
      </w:r>
      <w:r>
        <w:rPr>
          <w:b w:val="0"/>
          <w:i w:val="0"/>
          <w:smallCaps w:val="0"/>
          <w:strike w:val="0"/>
          <w:color w:val="000000"/>
          <w:sz w:val="22"/>
          <w:u w:val="single"/>
        </w:rPr>
        <w:t xml:space="preserve"> move</w:t>
      </w:r>
      <w:r>
        <w:rPr>
          <w:b w:val="0"/>
          <w:i w:val="0"/>
          <w:smallCaps w:val="0"/>
          <w:strike w:val="0"/>
          <w:color w:val="000000"/>
          <w:sz w:val="16"/>
          <w:u w:val="none"/>
        </w:rPr>
        <w:t xml:space="preserve">, </w:t>
      </w:r>
      <w:r>
        <w:rPr>
          <w:b w:val="0"/>
          <w:i w:val="0"/>
          <w:smallCaps w:val="0"/>
          <w:strike w:val="0"/>
          <w:color w:val="000000"/>
          <w:sz w:val="22"/>
          <w:u w:val="single"/>
        </w:rPr>
        <w:t>which</w:t>
      </w:r>
      <w:r>
        <w:rPr>
          <w:b w:val="0"/>
          <w:i w:val="0"/>
          <w:smallCaps w:val="0"/>
          <w:strike w:val="0"/>
          <w:color w:val="000000"/>
          <w:sz w:val="16"/>
          <w:u w:val="none"/>
        </w:rPr>
        <w:t xml:space="preserve"> begins a long, arduous process of </w:t>
      </w:r>
      <w:r>
        <w:rPr>
          <w:b/>
          <w:i w:val="0"/>
          <w:smallCaps w:val="0"/>
          <w:strike w:val="0"/>
          <w:color w:val="000000"/>
          <w:sz w:val="22"/>
          <w:u w:val="single"/>
        </w:rPr>
        <w:t>delink</w:t>
      </w:r>
      <w:r>
        <w:rPr>
          <w:b/>
          <w:i w:val="0"/>
          <w:smallCaps w:val="0"/>
          <w:strike w:val="0"/>
          <w:color w:val="000000"/>
          <w:sz w:val="22"/>
          <w:u w:val="single"/>
        </w:rPr>
        <w:t>ing</w:t>
      </w:r>
      <w:r>
        <w:rPr>
          <w:b w:val="0"/>
          <w:i w:val="0"/>
          <w:smallCaps w:val="0"/>
          <w:strike w:val="0"/>
          <w:color w:val="000000"/>
          <w:sz w:val="22"/>
          <w:u w:val="single"/>
        </w:rPr>
        <w:t xml:space="preserve"> </w:t>
      </w:r>
      <w:r>
        <w:rPr>
          <w:b w:val="0"/>
          <w:i w:val="0"/>
          <w:smallCaps w:val="0"/>
          <w:strike w:val="0"/>
          <w:color w:val="000000"/>
          <w:sz w:val="22"/>
          <w:u w:val="single"/>
        </w:rPr>
        <w:t>i</w:t>
      </w:r>
      <w:r>
        <w:rPr>
          <w:b w:val="0"/>
          <w:i w:val="0"/>
          <w:smallCaps w:val="0"/>
          <w:strike w:val="0"/>
          <w:color w:val="000000"/>
          <w:sz w:val="22"/>
          <w:u w:val="single"/>
        </w:rPr>
        <w:t xml:space="preserve">ntellectual </w:t>
      </w:r>
      <w:r>
        <w:rPr>
          <w:b w:val="0"/>
          <w:i w:val="0"/>
          <w:smallCaps w:val="0"/>
          <w:strike w:val="0"/>
          <w:color w:val="000000"/>
          <w:sz w:val="22"/>
          <w:u w:val="single"/>
        </w:rPr>
        <w:t>p</w:t>
      </w:r>
      <w:r>
        <w:rPr>
          <w:b w:val="0"/>
          <w:i w:val="0"/>
          <w:smallCaps w:val="0"/>
          <w:strike w:val="0"/>
          <w:color w:val="000000"/>
          <w:sz w:val="22"/>
          <w:u w:val="single"/>
        </w:rPr>
        <w:t xml:space="preserve">roperty </w:t>
      </w:r>
      <w:r>
        <w:rPr>
          <w:b w:val="0"/>
          <w:i w:val="0"/>
          <w:smallCaps w:val="0"/>
          <w:strike w:val="0"/>
          <w:color w:val="000000"/>
          <w:sz w:val="22"/>
          <w:u w:val="single"/>
        </w:rPr>
        <w:t xml:space="preserve">from </w:t>
      </w:r>
      <w:r>
        <w:rPr>
          <w:b/>
          <w:i w:val="0"/>
          <w:smallCaps w:val="0"/>
          <w:strike w:val="0"/>
          <w:color w:val="000000"/>
          <w:sz w:val="22"/>
          <w:u w:val="single"/>
        </w:rPr>
        <w:t>modernity</w:t>
      </w:r>
      <w:r>
        <w:rPr>
          <w:b w:val="0"/>
          <w:i w:val="0"/>
          <w:smallCaps w:val="0"/>
          <w:strike w:val="0"/>
          <w:color w:val="000000"/>
          <w:sz w:val="22"/>
          <w:u w:val="single"/>
        </w:rPr>
        <w:t>/coloniality</w:t>
      </w:r>
      <w:r>
        <w:rPr>
          <w:b w:val="0"/>
          <w:i w:val="0"/>
          <w:smallCaps w:val="0"/>
          <w:strike w:val="0"/>
          <w:color w:val="000000"/>
          <w:sz w:val="16"/>
          <w:u w:val="none"/>
        </w:rPr>
        <w:t xml:space="preserve"> and its implications. </w:t>
      </w:r>
    </w:p>
    <w:p>
      <w:pPr>
        <w:spacing w:after="60"/>
      </w:pPr>
      <w:r>
        <w:rPr>
          <w:b w:val="0"/>
          <w:i w:val="0"/>
          <w:smallCaps w:val="0"/>
          <w:strike w:val="0"/>
          <w:color w:val="000000"/>
          <w:sz w:val="16"/>
          <w:u w:val="none"/>
        </w:rPr>
        <w:t xml:space="preserve">Returning to Best’s analysis of the relationship between the </w:t>
      </w:r>
      <w:r>
        <w:rPr>
          <w:b/>
          <w:i w:val="0"/>
          <w:smallCaps w:val="0"/>
          <w:strike w:val="0"/>
          <w:color w:val="000000"/>
          <w:sz w:val="22"/>
          <w:u w:val="single"/>
        </w:rPr>
        <w:t>fugitive</w:t>
      </w:r>
      <w:r>
        <w:rPr>
          <w:b w:val="0"/>
          <w:i w:val="0"/>
          <w:smallCaps w:val="0"/>
          <w:strike w:val="0"/>
          <w:color w:val="000000"/>
          <w:sz w:val="16"/>
          <w:u w:val="none"/>
        </w:rPr>
        <w:t xml:space="preserve"> and </w:t>
      </w:r>
      <w:r>
        <w:rPr>
          <w:b/>
          <w:i w:val="0"/>
          <w:smallCaps w:val="0"/>
          <w:strike w:val="0"/>
          <w:color w:val="000000"/>
          <w:sz w:val="22"/>
          <w:u w:val="single"/>
        </w:rPr>
        <w:t>embodiment</w:t>
      </w:r>
      <w:r>
        <w:rPr>
          <w:b w:val="0"/>
          <w:i w:val="0"/>
          <w:smallCaps w:val="0"/>
          <w:strike w:val="0"/>
          <w:color w:val="000000"/>
          <w:sz w:val="16"/>
          <w:u w:val="none"/>
        </w:rPr>
        <w:t xml:space="preserve">—specifically that Fugitive Slave Laws </w:t>
      </w:r>
      <w:r>
        <w:rPr>
          <w:b w:val="0"/>
          <w:i w:val="0"/>
          <w:smallCaps w:val="0"/>
          <w:strike w:val="0"/>
          <w:color w:val="000000"/>
          <w:sz w:val="22"/>
          <w:u w:val="single"/>
        </w:rPr>
        <w:t xml:space="preserve">gave rise to a </w:t>
      </w:r>
      <w:r>
        <w:rPr>
          <w:b/>
          <w:i w:val="0"/>
          <w:smallCaps w:val="0"/>
          <w:strike w:val="0"/>
          <w:color w:val="000000"/>
          <w:sz w:val="22"/>
          <w:u w:val="single"/>
        </w:rPr>
        <w:t>two-body</w:t>
      </w:r>
      <w:r>
        <w:rPr>
          <w:b w:val="0"/>
          <w:i w:val="0"/>
          <w:smallCaps w:val="0"/>
          <w:strike w:val="0"/>
          <w:color w:val="000000"/>
          <w:sz w:val="22"/>
          <w:u w:val="single"/>
        </w:rPr>
        <w:t xml:space="preserve"> problem</w:t>
      </w:r>
      <w:r>
        <w:rPr>
          <w:b w:val="0"/>
          <w:i w:val="0"/>
          <w:smallCaps w:val="0"/>
          <w:strike w:val="0"/>
          <w:color w:val="000000"/>
          <w:sz w:val="22"/>
          <w:u w:val="single"/>
        </w:rPr>
        <w:t xml:space="preserve"> that allowed </w:t>
      </w:r>
      <w:r>
        <w:rPr>
          <w:b/>
          <w:i w:val="0"/>
          <w:smallCaps w:val="0"/>
          <w:strike w:val="0"/>
          <w:color w:val="000000"/>
          <w:sz w:val="22"/>
          <w:u w:val="single"/>
        </w:rPr>
        <w:t>whites</w:t>
      </w:r>
      <w:r>
        <w:rPr>
          <w:b w:val="0"/>
          <w:i w:val="0"/>
          <w:smallCaps w:val="0"/>
          <w:strike w:val="0"/>
          <w:color w:val="000000"/>
          <w:sz w:val="22"/>
          <w:u w:val="single"/>
        </w:rPr>
        <w:t xml:space="preserve"> to treat Black people as “</w:t>
      </w:r>
      <w:r>
        <w:rPr>
          <w:b/>
          <w:i w:val="0"/>
          <w:smallCaps w:val="0"/>
          <w:strike w:val="0"/>
          <w:color w:val="000000"/>
          <w:sz w:val="22"/>
          <w:u w:val="single"/>
        </w:rPr>
        <w:t>living property</w:t>
      </w:r>
      <w:r>
        <w:rPr>
          <w:b w:val="0"/>
          <w:i w:val="0"/>
          <w:smallCaps w:val="0"/>
          <w:strike w:val="0"/>
          <w:color w:val="000000"/>
          <w:sz w:val="16"/>
          <w:u w:val="none"/>
        </w:rPr>
        <w:t>”—creates a bridge to a new and productive rereading of fugitivity, a concept that can be occupied to create a radical approach to intellectual property politics. Fred Moten, before defining the same term, asks, “</w:t>
      </w:r>
      <w:r>
        <w:rPr>
          <w:b w:val="0"/>
          <w:i w:val="0"/>
          <w:smallCaps w:val="0"/>
          <w:strike w:val="0"/>
          <w:color w:val="000000"/>
          <w:sz w:val="22"/>
          <w:u w:val="single"/>
        </w:rPr>
        <w:t xml:space="preserve">How do we think the </w:t>
      </w:r>
      <w:r>
        <w:rPr>
          <w:b/>
          <w:i w:val="0"/>
          <w:smallCaps w:val="0"/>
          <w:strike w:val="0"/>
          <w:color w:val="000000"/>
          <w:sz w:val="22"/>
          <w:u w:val="single"/>
        </w:rPr>
        <w:t>possibility</w:t>
      </w:r>
      <w:r>
        <w:rPr>
          <w:b w:val="0"/>
          <w:i w:val="0"/>
          <w:smallCaps w:val="0"/>
          <w:strike w:val="0"/>
          <w:color w:val="000000"/>
          <w:sz w:val="22"/>
          <w:u w:val="single"/>
        </w:rPr>
        <w:t xml:space="preserve"> and the law of </w:t>
      </w:r>
      <w:r>
        <w:rPr>
          <w:b/>
          <w:i w:val="0"/>
          <w:smallCaps w:val="0"/>
          <w:strike w:val="0"/>
          <w:color w:val="000000"/>
          <w:sz w:val="22"/>
          <w:u w:val="single"/>
        </w:rPr>
        <w:t>outlawed</w:t>
      </w:r>
      <w:r>
        <w:rPr>
          <w:b w:val="0"/>
          <w:i w:val="0"/>
          <w:smallCaps w:val="0"/>
          <w:strike w:val="0"/>
          <w:color w:val="000000"/>
          <w:sz w:val="22"/>
          <w:u w:val="single"/>
        </w:rPr>
        <w:t>, impossible things?</w:t>
      </w:r>
      <w:r>
        <w:rPr>
          <w:b w:val="0"/>
          <w:i w:val="0"/>
          <w:smallCaps w:val="0"/>
          <w:strike w:val="0"/>
          <w:color w:val="000000"/>
          <w:sz w:val="16"/>
          <w:u w:val="none"/>
        </w:rPr>
        <w:t xml:space="preserve">”41 He responds to that inquiry by writing on </w:t>
      </w:r>
      <w:r>
        <w:rPr>
          <w:b w:val="0"/>
          <w:i w:val="0"/>
          <w:smallCaps w:val="0"/>
          <w:strike w:val="0"/>
          <w:color w:val="000000"/>
          <w:sz w:val="22"/>
          <w:u w:val="single"/>
        </w:rPr>
        <w:t xml:space="preserve">fugitivity as a </w:t>
      </w:r>
      <w:r>
        <w:rPr>
          <w:b/>
          <w:i w:val="0"/>
          <w:smallCaps w:val="0"/>
          <w:strike w:val="0"/>
          <w:color w:val="000000"/>
          <w:sz w:val="22"/>
          <w:u w:val="single"/>
        </w:rPr>
        <w:t>resistive</w:t>
      </w:r>
      <w:r>
        <w:rPr>
          <w:b w:val="0"/>
          <w:i w:val="0"/>
          <w:smallCaps w:val="0"/>
          <w:strike w:val="0"/>
          <w:color w:val="000000"/>
          <w:sz w:val="22"/>
          <w:u w:val="single"/>
        </w:rPr>
        <w:t xml:space="preserve"> concept</w:t>
      </w:r>
      <w:r>
        <w:rPr>
          <w:b w:val="0"/>
          <w:i w:val="0"/>
          <w:smallCaps w:val="0"/>
          <w:strike w:val="0"/>
          <w:color w:val="000000"/>
          <w:sz w:val="16"/>
          <w:u w:val="none"/>
        </w:rPr>
        <w:t xml:space="preserve">, </w:t>
      </w:r>
      <w:r>
        <w:rPr>
          <w:b w:val="0"/>
          <w:i w:val="0"/>
          <w:smallCaps w:val="0"/>
          <w:strike w:val="0"/>
          <w:color w:val="000000"/>
          <w:sz w:val="22"/>
          <w:u w:val="single"/>
        </w:rPr>
        <w:t>practice</w:t>
      </w:r>
      <w:r>
        <w:rPr>
          <w:b w:val="0"/>
          <w:i w:val="0"/>
          <w:smallCaps w:val="0"/>
          <w:strike w:val="0"/>
          <w:color w:val="000000"/>
          <w:sz w:val="16"/>
          <w:u w:val="none"/>
        </w:rPr>
        <w:t xml:space="preserve">, and mode of being: </w:t>
      </w:r>
    </w:p>
    <w:p>
      <w:pPr>
        <w:spacing w:after="60"/>
      </w:pPr>
      <w:r>
        <w:rPr>
          <w:b w:val="0"/>
          <w:i w:val="0"/>
          <w:smallCaps w:val="0"/>
          <w:strike w:val="0"/>
          <w:color w:val="000000"/>
          <w:sz w:val="16"/>
          <w:u w:val="none"/>
        </w:rPr>
        <w:t xml:space="preserve">This fugitive movement is stolen life, and its relation is reducible neither to simple interdiction nor bare transgression. What can be attained in this zone of unattainability . . . is some sense of the </w:t>
      </w:r>
      <w:r>
        <w:rPr>
          <w:b w:val="0"/>
          <w:i w:val="0"/>
          <w:smallCaps w:val="0"/>
          <w:strike w:val="0"/>
          <w:color w:val="000000"/>
          <w:sz w:val="22"/>
          <w:u w:val="single"/>
        </w:rPr>
        <w:t xml:space="preserve">fugitive law of </w:t>
      </w:r>
      <w:r>
        <w:rPr>
          <w:b/>
          <w:i w:val="0"/>
          <w:smallCaps w:val="0"/>
          <w:strike w:val="0"/>
          <w:color w:val="000000"/>
          <w:sz w:val="22"/>
          <w:u w:val="single"/>
        </w:rPr>
        <w:t>movement</w:t>
      </w:r>
      <w:r>
        <w:rPr>
          <w:b w:val="0"/>
          <w:i w:val="0"/>
          <w:smallCaps w:val="0"/>
          <w:strike w:val="0"/>
          <w:color w:val="000000"/>
          <w:sz w:val="22"/>
          <w:u w:val="single"/>
        </w:rPr>
        <w:t xml:space="preserve"> </w:t>
      </w:r>
      <w:r>
        <w:rPr>
          <w:b w:val="0"/>
          <w:i w:val="0"/>
          <w:smallCaps w:val="0"/>
          <w:strike w:val="0"/>
          <w:color w:val="000000"/>
          <w:sz w:val="22"/>
          <w:u w:val="single"/>
        </w:rPr>
        <w:t xml:space="preserve">of </w:t>
      </w:r>
      <w:r>
        <w:rPr>
          <w:b/>
          <w:i w:val="0"/>
          <w:smallCaps w:val="0"/>
          <w:strike w:val="0"/>
          <w:color w:val="000000"/>
          <w:sz w:val="22"/>
          <w:u w:val="single"/>
        </w:rPr>
        <w:t>black social life</w:t>
      </w:r>
      <w:r>
        <w:rPr>
          <w:b w:val="0"/>
          <w:i w:val="0"/>
          <w:smallCaps w:val="0"/>
          <w:strike w:val="0"/>
          <w:color w:val="000000"/>
          <w:sz w:val="16"/>
          <w:u w:val="none"/>
        </w:rPr>
        <w:t xml:space="preserve"> ungovernable, that </w:t>
      </w:r>
      <w:r>
        <w:rPr>
          <w:b w:val="0"/>
          <w:i w:val="0"/>
          <w:smallCaps w:val="0"/>
          <w:strike w:val="0"/>
          <w:color w:val="000000"/>
          <w:sz w:val="22"/>
          <w:u w:val="single"/>
        </w:rPr>
        <w:t>demands</w:t>
      </w:r>
      <w:r>
        <w:rPr>
          <w:b w:val="0"/>
          <w:i w:val="0"/>
          <w:smallCaps w:val="0"/>
          <w:strike w:val="0"/>
          <w:color w:val="000000"/>
          <w:sz w:val="22"/>
          <w:u w:val="single"/>
        </w:rPr>
        <w:t xml:space="preserve"> a </w:t>
      </w:r>
      <w:r>
        <w:rPr>
          <w:b/>
          <w:i w:val="0"/>
          <w:smallCaps w:val="0"/>
          <w:strike w:val="0"/>
          <w:color w:val="000000"/>
          <w:sz w:val="22"/>
          <w:u w:val="single"/>
        </w:rPr>
        <w:t>para-ontological</w:t>
      </w:r>
      <w:r>
        <w:rPr>
          <w:b w:val="0"/>
          <w:i w:val="0"/>
          <w:smallCaps w:val="0"/>
          <w:strike w:val="0"/>
          <w:color w:val="000000"/>
          <w:sz w:val="16"/>
          <w:u w:val="none"/>
        </w:rPr>
        <w:t xml:space="preserve"> of the supposed connection between explanation and </w:t>
      </w:r>
      <w:r>
        <w:rPr>
          <w:b w:val="0"/>
          <w:i w:val="0"/>
          <w:smallCaps w:val="0"/>
          <w:strike w:val="0"/>
          <w:color w:val="000000"/>
          <w:sz w:val="22"/>
          <w:u w:val="single"/>
        </w:rPr>
        <w:t>resistance</w:t>
      </w:r>
      <w:r>
        <w:rPr>
          <w:b w:val="0"/>
          <w:i w:val="0"/>
          <w:smallCaps w:val="0"/>
          <w:strike w:val="0"/>
          <w:color w:val="000000"/>
          <w:sz w:val="16"/>
          <w:u w:val="none"/>
        </w:rPr>
        <w:t xml:space="preserve">.42 </w:t>
      </w:r>
    </w:p>
    <w:p>
      <w:pPr>
        <w:spacing w:after="60"/>
      </w:pPr>
      <w:r>
        <w:rPr>
          <w:b w:val="0"/>
          <w:i w:val="0"/>
          <w:smallCaps w:val="0"/>
          <w:strike w:val="0"/>
          <w:color w:val="000000"/>
          <w:sz w:val="16"/>
          <w:u w:val="none"/>
        </w:rPr>
        <w:t xml:space="preserve">Harney and Moten’s conception of fugitivity </w:t>
      </w:r>
      <w:r>
        <w:rPr>
          <w:b w:val="0"/>
          <w:i w:val="0"/>
          <w:smallCaps w:val="0"/>
          <w:strike w:val="0"/>
          <w:color w:val="000000"/>
          <w:sz w:val="22"/>
          <w:u w:val="single"/>
        </w:rPr>
        <w:t>describes a “</w:t>
      </w:r>
      <w:r>
        <w:rPr>
          <w:b/>
          <w:i w:val="0"/>
          <w:smallCaps w:val="0"/>
          <w:strike w:val="0"/>
          <w:color w:val="000000"/>
          <w:sz w:val="22"/>
          <w:u w:val="single"/>
        </w:rPr>
        <w:t>stolen</w:t>
      </w:r>
      <w:r>
        <w:rPr>
          <w:b w:val="0"/>
          <w:i w:val="0"/>
          <w:smallCaps w:val="0"/>
          <w:strike w:val="0"/>
          <w:color w:val="000000"/>
          <w:sz w:val="22"/>
          <w:u w:val="single"/>
        </w:rPr>
        <w:t xml:space="preserve"> life</w:t>
      </w:r>
      <w:r>
        <w:rPr>
          <w:b w:val="0"/>
          <w:i w:val="0"/>
          <w:smallCaps w:val="0"/>
          <w:strike w:val="0"/>
          <w:color w:val="000000"/>
          <w:sz w:val="16"/>
          <w:u w:val="none"/>
        </w:rPr>
        <w:t xml:space="preserve">,”43 </w:t>
      </w:r>
      <w:r>
        <w:rPr>
          <w:b w:val="0"/>
          <w:i w:val="0"/>
          <w:smallCaps w:val="0"/>
          <w:strike w:val="0"/>
          <w:color w:val="000000"/>
          <w:sz w:val="22"/>
          <w:u w:val="single"/>
        </w:rPr>
        <w:t>in which anti-racist</w:t>
      </w:r>
      <w:r>
        <w:rPr>
          <w:b w:val="0"/>
          <w:i w:val="0"/>
          <w:smallCaps w:val="0"/>
          <w:strike w:val="0"/>
          <w:color w:val="000000"/>
          <w:sz w:val="16"/>
          <w:u w:val="none"/>
        </w:rPr>
        <w:t xml:space="preserve"> and anti-colonialist </w:t>
      </w:r>
      <w:r>
        <w:rPr>
          <w:b w:val="0"/>
          <w:i w:val="0"/>
          <w:smallCaps w:val="0"/>
          <w:strike w:val="0"/>
          <w:color w:val="000000"/>
          <w:sz w:val="22"/>
          <w:u w:val="single"/>
        </w:rPr>
        <w:t>scholars</w:t>
      </w:r>
      <w:r>
        <w:rPr>
          <w:b w:val="0"/>
          <w:i w:val="0"/>
          <w:smallCaps w:val="0"/>
          <w:strike w:val="0"/>
          <w:color w:val="000000"/>
          <w:sz w:val="16"/>
          <w:u w:val="none"/>
        </w:rPr>
        <w:t xml:space="preserve"> and activists “</w:t>
      </w:r>
      <w:r>
        <w:rPr>
          <w:b w:val="0"/>
          <w:i w:val="0"/>
          <w:smallCaps w:val="0"/>
          <w:strike w:val="0"/>
          <w:color w:val="000000"/>
          <w:sz w:val="22"/>
          <w:u w:val="single"/>
        </w:rPr>
        <w:t xml:space="preserve">do </w:t>
      </w:r>
      <w:r>
        <w:rPr>
          <w:b/>
          <w:i w:val="0"/>
          <w:smallCaps w:val="0"/>
          <w:strike w:val="0"/>
          <w:color w:val="000000"/>
          <w:sz w:val="22"/>
          <w:u w:val="single"/>
        </w:rPr>
        <w:t>not</w:t>
      </w:r>
      <w:r>
        <w:rPr>
          <w:b w:val="0"/>
          <w:i w:val="0"/>
          <w:smallCaps w:val="0"/>
          <w:strike w:val="0"/>
          <w:color w:val="000000"/>
          <w:sz w:val="22"/>
          <w:u w:val="single"/>
        </w:rPr>
        <w:t xml:space="preserve"> come to pay their </w:t>
      </w:r>
      <w:r>
        <w:rPr>
          <w:b/>
          <w:i w:val="0"/>
          <w:smallCaps w:val="0"/>
          <w:strike w:val="0"/>
          <w:color w:val="000000"/>
          <w:sz w:val="22"/>
          <w:u w:val="single"/>
        </w:rPr>
        <w:t>debts</w:t>
      </w:r>
      <w:r>
        <w:rPr>
          <w:b w:val="0"/>
          <w:i w:val="0"/>
          <w:smallCaps w:val="0"/>
          <w:strike w:val="0"/>
          <w:color w:val="000000"/>
          <w:sz w:val="16"/>
          <w:u w:val="none"/>
        </w:rPr>
        <w:t xml:space="preserve">, to repair what has been broken, to fix what has come undone.”44 Harney and Moten continue: </w:t>
      </w:r>
    </w:p>
    <w:p>
      <w:pPr>
        <w:spacing w:after="60"/>
      </w:pPr>
      <w:r>
        <w:rPr>
          <w:b w:val="0"/>
          <w:i w:val="0"/>
          <w:smallCaps w:val="0"/>
          <w:strike w:val="0"/>
          <w:color w:val="000000"/>
          <w:sz w:val="22"/>
          <w:u w:val="single"/>
        </w:rPr>
        <w:t xml:space="preserve">We </w:t>
      </w:r>
      <w:r>
        <w:rPr>
          <w:b/>
          <w:i w:val="0"/>
          <w:smallCaps w:val="0"/>
          <w:strike w:val="0"/>
          <w:color w:val="000000"/>
          <w:sz w:val="22"/>
          <w:u w:val="single"/>
        </w:rPr>
        <w:t>cannot</w:t>
      </w:r>
      <w:r>
        <w:rPr>
          <w:b w:val="0"/>
          <w:i w:val="0"/>
          <w:smallCaps w:val="0"/>
          <w:strike w:val="0"/>
          <w:color w:val="000000"/>
          <w:sz w:val="22"/>
          <w:u w:val="single"/>
        </w:rPr>
        <w:t xml:space="preserve"> be satisfied with</w:t>
      </w:r>
      <w:r>
        <w:rPr>
          <w:b w:val="0"/>
          <w:i w:val="0"/>
          <w:smallCaps w:val="0"/>
          <w:strike w:val="0"/>
          <w:color w:val="000000"/>
          <w:sz w:val="16"/>
          <w:u w:val="none"/>
        </w:rPr>
        <w:t xml:space="preserve"> the </w:t>
      </w:r>
      <w:r>
        <w:rPr>
          <w:b/>
          <w:i w:val="0"/>
          <w:smallCaps w:val="0"/>
          <w:strike w:val="0"/>
          <w:color w:val="000000"/>
          <w:sz w:val="22"/>
          <w:u w:val="single"/>
        </w:rPr>
        <w:t>recognition</w:t>
      </w:r>
      <w:r>
        <w:rPr>
          <w:b w:val="0"/>
          <w:i w:val="0"/>
          <w:smallCaps w:val="0"/>
          <w:strike w:val="0"/>
          <w:color w:val="000000"/>
          <w:sz w:val="16"/>
          <w:u w:val="none"/>
        </w:rPr>
        <w:t xml:space="preserve"> and acknowledgement </w:t>
      </w:r>
      <w:r>
        <w:rPr>
          <w:b w:val="0"/>
          <w:i w:val="0"/>
          <w:smallCaps w:val="0"/>
          <w:strike w:val="0"/>
          <w:color w:val="000000"/>
          <w:sz w:val="22"/>
          <w:u w:val="single"/>
        </w:rPr>
        <w:t xml:space="preserve">generated by </w:t>
      </w:r>
      <w:r>
        <w:rPr>
          <w:b w:val="0"/>
          <w:i w:val="0"/>
          <w:smallCaps w:val="0"/>
          <w:strike w:val="0"/>
          <w:color w:val="000000"/>
          <w:sz w:val="22"/>
          <w:u w:val="single"/>
        </w:rPr>
        <w:t>the</w:t>
      </w:r>
      <w:r>
        <w:rPr>
          <w:b w:val="0"/>
          <w:i w:val="0"/>
          <w:smallCaps w:val="0"/>
          <w:strike w:val="0"/>
          <w:color w:val="000000"/>
          <w:sz w:val="22"/>
          <w:u w:val="single"/>
        </w:rPr>
        <w:t xml:space="preserve"> very </w:t>
      </w:r>
      <w:r>
        <w:rPr>
          <w:b/>
          <w:i w:val="0"/>
          <w:smallCaps w:val="0"/>
          <w:strike w:val="0"/>
          <w:color w:val="000000"/>
          <w:sz w:val="22"/>
          <w:u w:val="single"/>
        </w:rPr>
        <w:t>system</w:t>
      </w:r>
      <w:r>
        <w:rPr>
          <w:b w:val="0"/>
          <w:i w:val="0"/>
          <w:smallCaps w:val="0"/>
          <w:strike w:val="0"/>
          <w:color w:val="000000"/>
          <w:sz w:val="22"/>
          <w:u w:val="single"/>
        </w:rPr>
        <w:t xml:space="preserve"> that denies</w:t>
      </w:r>
      <w:r>
        <w:rPr>
          <w:b w:val="0"/>
          <w:i w:val="0"/>
          <w:smallCaps w:val="0"/>
          <w:strike w:val="0"/>
          <w:color w:val="000000"/>
          <w:sz w:val="16"/>
          <w:u w:val="none"/>
        </w:rPr>
        <w:t xml:space="preserve"> (a) </w:t>
      </w:r>
      <w:r>
        <w:rPr>
          <w:b w:val="0"/>
          <w:i w:val="0"/>
          <w:smallCaps w:val="0"/>
          <w:strike w:val="0"/>
          <w:color w:val="000000"/>
          <w:sz w:val="22"/>
          <w:u w:val="single"/>
        </w:rPr>
        <w:t>that</w:t>
      </w:r>
      <w:r>
        <w:rPr>
          <w:b w:val="0"/>
          <w:i w:val="0"/>
          <w:smallCaps w:val="0"/>
          <w:strike w:val="0"/>
          <w:color w:val="000000"/>
          <w:sz w:val="16"/>
          <w:u w:val="none"/>
        </w:rPr>
        <w:t xml:space="preserve"> </w:t>
      </w:r>
      <w:r>
        <w:rPr>
          <w:b w:val="0"/>
          <w:i w:val="0"/>
          <w:smallCaps w:val="0"/>
          <w:strike w:val="0"/>
          <w:color w:val="000000"/>
          <w:sz w:val="22"/>
          <w:u w:val="single"/>
        </w:rPr>
        <w:t xml:space="preserve">anything was </w:t>
      </w:r>
      <w:r>
        <w:rPr>
          <w:b/>
          <w:i w:val="0"/>
          <w:smallCaps w:val="0"/>
          <w:strike w:val="0"/>
          <w:color w:val="000000"/>
          <w:sz w:val="22"/>
          <w:u w:val="single"/>
        </w:rPr>
        <w:t>ever</w:t>
      </w:r>
      <w:r>
        <w:rPr>
          <w:b w:val="0"/>
          <w:i w:val="0"/>
          <w:smallCaps w:val="0"/>
          <w:strike w:val="0"/>
          <w:color w:val="000000"/>
          <w:sz w:val="22"/>
          <w:u w:val="single"/>
        </w:rPr>
        <w:t xml:space="preserve"> broken</w:t>
      </w:r>
      <w:r>
        <w:rPr>
          <w:b w:val="0"/>
          <w:i w:val="0"/>
          <w:smallCaps w:val="0"/>
          <w:strike w:val="0"/>
          <w:color w:val="000000"/>
          <w:sz w:val="16"/>
          <w:u w:val="none"/>
        </w:rPr>
        <w:t xml:space="preserve"> and (b) that we deserved to be the broken part; so we refuse to ask for recognition and instead we want to take apart, dismantle, tear down the structure that, right now, limits our ability to find each other, to see beyond it and to access the places that we know lie outside its walls . . . </w:t>
      </w:r>
      <w:r>
        <w:rPr>
          <w:b w:val="0"/>
          <w:i w:val="0"/>
          <w:smallCaps w:val="0"/>
          <w:strike w:val="0"/>
          <w:color w:val="000000"/>
          <w:sz w:val="22"/>
          <w:u w:val="single"/>
        </w:rPr>
        <w:t xml:space="preserve">once we have </w:t>
      </w:r>
      <w:r>
        <w:rPr>
          <w:b/>
          <w:i w:val="0"/>
          <w:smallCaps w:val="0"/>
          <w:strike w:val="0"/>
          <w:color w:val="000000"/>
          <w:sz w:val="22"/>
          <w:u w:val="single"/>
        </w:rPr>
        <w:t>torn</w:t>
      </w:r>
      <w:r>
        <w:rPr>
          <w:b w:val="0"/>
          <w:i w:val="0"/>
          <w:smallCaps w:val="0"/>
          <w:strike w:val="0"/>
          <w:color w:val="000000"/>
          <w:sz w:val="22"/>
          <w:u w:val="single"/>
        </w:rPr>
        <w:t xml:space="preserve"> shit down</w:t>
      </w:r>
      <w:r>
        <w:rPr>
          <w:b w:val="0"/>
          <w:i w:val="0"/>
          <w:smallCaps w:val="0"/>
          <w:strike w:val="0"/>
          <w:color w:val="000000"/>
          <w:sz w:val="16"/>
          <w:u w:val="none"/>
        </w:rPr>
        <w:t xml:space="preserve">, </w:t>
      </w:r>
      <w:r>
        <w:rPr>
          <w:b w:val="0"/>
          <w:i w:val="0"/>
          <w:smallCaps w:val="0"/>
          <w:strike w:val="0"/>
          <w:color w:val="000000"/>
          <w:sz w:val="22"/>
          <w:u w:val="single"/>
        </w:rPr>
        <w:t>we</w:t>
      </w:r>
      <w:r>
        <w:rPr>
          <w:b w:val="0"/>
          <w:i w:val="0"/>
          <w:smallCaps w:val="0"/>
          <w:strike w:val="0"/>
          <w:color w:val="000000"/>
          <w:sz w:val="16"/>
          <w:u w:val="none"/>
        </w:rPr>
        <w:t xml:space="preserve"> will inevitably see more and see differently and </w:t>
      </w:r>
      <w:r>
        <w:rPr>
          <w:b w:val="0"/>
          <w:i w:val="0"/>
          <w:smallCaps w:val="0"/>
          <w:strike w:val="0"/>
          <w:color w:val="000000"/>
          <w:sz w:val="22"/>
          <w:u w:val="single"/>
        </w:rPr>
        <w:t xml:space="preserve">feel a </w:t>
      </w:r>
      <w:r>
        <w:rPr>
          <w:b/>
          <w:i w:val="0"/>
          <w:smallCaps w:val="0"/>
          <w:strike w:val="0"/>
          <w:color w:val="000000"/>
          <w:sz w:val="22"/>
          <w:u w:val="single"/>
        </w:rPr>
        <w:t>new</w:t>
      </w:r>
      <w:r>
        <w:rPr>
          <w:b w:val="0"/>
          <w:i w:val="0"/>
          <w:smallCaps w:val="0"/>
          <w:strike w:val="0"/>
          <w:color w:val="000000"/>
          <w:sz w:val="22"/>
          <w:u w:val="single"/>
        </w:rPr>
        <w:t xml:space="preserve"> sense of</w:t>
      </w:r>
      <w:r>
        <w:rPr>
          <w:b w:val="0"/>
          <w:i w:val="0"/>
          <w:smallCaps w:val="0"/>
          <w:strike w:val="0"/>
          <w:color w:val="000000"/>
          <w:sz w:val="16"/>
          <w:u w:val="none"/>
        </w:rPr>
        <w:t xml:space="preserve"> wanting and </w:t>
      </w:r>
      <w:r>
        <w:rPr>
          <w:b/>
          <w:i w:val="0"/>
          <w:smallCaps w:val="0"/>
          <w:strike w:val="0"/>
          <w:color w:val="000000"/>
          <w:sz w:val="22"/>
          <w:u w:val="single"/>
        </w:rPr>
        <w:t>being</w:t>
      </w:r>
      <w:r>
        <w:rPr>
          <w:b w:val="0"/>
          <w:i w:val="0"/>
          <w:smallCaps w:val="0"/>
          <w:strike w:val="0"/>
          <w:color w:val="000000"/>
          <w:sz w:val="16"/>
          <w:u w:val="none"/>
        </w:rPr>
        <w:t xml:space="preserve"> and becoming.45 </w:t>
      </w:r>
    </w:p>
    <w:p>
      <w:pPr>
        <w:spacing w:after="60"/>
      </w:pPr>
      <w:r>
        <w:rPr>
          <w:b w:val="0"/>
          <w:i w:val="0"/>
          <w:smallCaps w:val="0"/>
          <w:strike w:val="0"/>
          <w:color w:val="000000"/>
          <w:sz w:val="16"/>
          <w:u w:val="none"/>
        </w:rPr>
        <w:t xml:space="preserve">The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 xml:space="preserve">roperty </w:t>
      </w:r>
      <w:r>
        <w:rPr>
          <w:b/>
          <w:i w:val="0"/>
          <w:smallCaps w:val="0"/>
          <w:strike w:val="0"/>
          <w:color w:val="000000"/>
          <w:sz w:val="22"/>
          <w:u w:val="single"/>
        </w:rPr>
        <w:t>fugitive</w:t>
      </w:r>
      <w:r>
        <w:rPr>
          <w:b w:val="0"/>
          <w:i w:val="0"/>
          <w:smallCaps w:val="0"/>
          <w:strike w:val="0"/>
          <w:color w:val="000000"/>
          <w:sz w:val="16"/>
          <w:u w:val="none"/>
        </w:rPr>
        <w:t xml:space="preserve">, a figure I have sketched out through the examples in the previous chapter, </w:t>
      </w:r>
      <w:r>
        <w:rPr>
          <w:b w:val="0"/>
          <w:i w:val="0"/>
          <w:smallCaps w:val="0"/>
          <w:strike w:val="0"/>
          <w:color w:val="000000"/>
          <w:sz w:val="22"/>
          <w:u w:val="single"/>
        </w:rPr>
        <w:t xml:space="preserve">engages </w:t>
      </w:r>
      <w:r>
        <w:rPr>
          <w:b/>
          <w:i w:val="0"/>
          <w:smallCaps w:val="0"/>
          <w:strike w:val="0"/>
          <w:color w:val="000000"/>
          <w:sz w:val="22"/>
          <w:u w:val="single"/>
        </w:rPr>
        <w:t>law</w:t>
      </w:r>
      <w:r>
        <w:rPr>
          <w:b w:val="0"/>
          <w:i w:val="0"/>
          <w:smallCaps w:val="0"/>
          <w:strike w:val="0"/>
          <w:color w:val="000000"/>
          <w:sz w:val="22"/>
          <w:u w:val="single"/>
        </w:rPr>
        <w:t xml:space="preserve"> with the </w:t>
      </w:r>
      <w:r>
        <w:rPr>
          <w:b/>
          <w:i w:val="0"/>
          <w:smallCaps w:val="0"/>
          <w:strike w:val="0"/>
          <w:color w:val="000000"/>
          <w:sz w:val="22"/>
          <w:u w:val="single"/>
        </w:rPr>
        <w:t>knowledge</w:t>
      </w:r>
      <w:r>
        <w:rPr>
          <w:b w:val="0"/>
          <w:i w:val="0"/>
          <w:smallCaps w:val="0"/>
          <w:strike w:val="0"/>
          <w:color w:val="000000"/>
          <w:sz w:val="22"/>
          <w:u w:val="single"/>
        </w:rPr>
        <w:t xml:space="preserve"> that </w:t>
      </w:r>
      <w:r>
        <w:rPr>
          <w:b/>
          <w:i w:val="0"/>
          <w:smallCaps w:val="0"/>
          <w:strike w:val="0"/>
          <w:color w:val="000000"/>
          <w:sz w:val="22"/>
          <w:u w:val="single"/>
        </w:rPr>
        <w:t>i</w:t>
      </w:r>
      <w:r>
        <w:rPr>
          <w:b w:val="0"/>
          <w:i w:val="0"/>
          <w:smallCaps w:val="0"/>
          <w:strike w:val="0"/>
          <w:color w:val="000000"/>
          <w:sz w:val="22"/>
          <w:u w:val="single"/>
        </w:rPr>
        <w:t xml:space="preserve">ntellectual </w:t>
      </w:r>
      <w:r>
        <w:rPr>
          <w:b/>
          <w:i w:val="0"/>
          <w:smallCaps w:val="0"/>
          <w:strike w:val="0"/>
          <w:color w:val="000000"/>
          <w:sz w:val="22"/>
          <w:u w:val="single"/>
        </w:rPr>
        <w:t>p</w:t>
      </w:r>
      <w:r>
        <w:rPr>
          <w:b w:val="0"/>
          <w:i w:val="0"/>
          <w:smallCaps w:val="0"/>
          <w:strike w:val="0"/>
          <w:color w:val="000000"/>
          <w:sz w:val="22"/>
          <w:u w:val="single"/>
        </w:rPr>
        <w:t xml:space="preserve">roperty law </w:t>
      </w:r>
      <w:r>
        <w:rPr>
          <w:b w:val="0"/>
          <w:i w:val="0"/>
          <w:smallCaps w:val="0"/>
          <w:strike w:val="0"/>
          <w:color w:val="000000"/>
          <w:sz w:val="22"/>
          <w:u w:val="single"/>
        </w:rPr>
        <w:t>can never be</w:t>
      </w:r>
      <w:r>
        <w:rPr>
          <w:b w:val="0"/>
          <w:i w:val="0"/>
          <w:smallCaps w:val="0"/>
          <w:strike w:val="0"/>
          <w:color w:val="000000"/>
          <w:sz w:val="22"/>
          <w:u w:val="single"/>
        </w:rPr>
        <w:t xml:space="preserve"> effectively </w:t>
      </w:r>
      <w:r>
        <w:rPr>
          <w:b/>
          <w:i w:val="0"/>
          <w:smallCaps w:val="0"/>
          <w:strike w:val="0"/>
          <w:color w:val="000000"/>
          <w:sz w:val="22"/>
          <w:u w:val="single"/>
        </w:rPr>
        <w:t>reformed</w:t>
      </w:r>
      <w:r>
        <w:rPr>
          <w:b w:val="0"/>
          <w:i w:val="0"/>
          <w:smallCaps w:val="0"/>
          <w:strike w:val="0"/>
          <w:color w:val="000000"/>
          <w:sz w:val="16"/>
          <w:u w:val="none"/>
        </w:rPr>
        <w:t xml:space="preserve">, </w:t>
      </w:r>
      <w:r>
        <w:rPr>
          <w:b w:val="0"/>
          <w:i w:val="0"/>
          <w:smallCaps w:val="0"/>
          <w:strike w:val="0"/>
          <w:color w:val="000000"/>
          <w:sz w:val="22"/>
          <w:u w:val="single"/>
        </w:rPr>
        <w:t xml:space="preserve">even if it </w:t>
      </w:r>
      <w:r>
        <w:rPr>
          <w:b/>
          <w:i w:val="0"/>
          <w:smallCaps w:val="0"/>
          <w:strike w:val="0"/>
          <w:color w:val="000000"/>
          <w:sz w:val="22"/>
          <w:u w:val="single"/>
        </w:rPr>
        <w:t>periodically</w:t>
      </w:r>
      <w:r>
        <w:rPr>
          <w:b w:val="0"/>
          <w:i w:val="0"/>
          <w:smallCaps w:val="0"/>
          <w:strike w:val="0"/>
          <w:color w:val="000000"/>
          <w:sz w:val="22"/>
          <w:u w:val="single"/>
        </w:rPr>
        <w:t xml:space="preserve"> benefits people of </w:t>
      </w:r>
      <w:r>
        <w:rPr>
          <w:b/>
          <w:i w:val="0"/>
          <w:smallCaps w:val="0"/>
          <w:strike w:val="0"/>
          <w:color w:val="000000"/>
          <w:sz w:val="22"/>
          <w:u w:val="single"/>
        </w:rPr>
        <w:t>color</w:t>
      </w:r>
      <w:r>
        <w:rPr>
          <w:b w:val="0"/>
          <w:i w:val="0"/>
          <w:smallCaps w:val="0"/>
          <w:strike w:val="0"/>
          <w:color w:val="000000"/>
          <w:sz w:val="16"/>
          <w:u w:val="none"/>
        </w:rPr>
        <w:t xml:space="preserve">, </w:t>
      </w:r>
      <w:r>
        <w:rPr>
          <w:b w:val="0"/>
          <w:i w:val="0"/>
          <w:smallCaps w:val="0"/>
          <w:strike w:val="0"/>
          <w:color w:val="000000"/>
          <w:sz w:val="22"/>
          <w:u w:val="single"/>
        </w:rPr>
        <w:t xml:space="preserve">because it is too deeply </w:t>
      </w:r>
      <w:r>
        <w:rPr>
          <w:b/>
          <w:i w:val="0"/>
          <w:smallCaps w:val="0"/>
          <w:strike w:val="0"/>
          <w:color w:val="000000"/>
          <w:sz w:val="22"/>
          <w:u w:val="single"/>
        </w:rPr>
        <w:t>intertwined</w:t>
      </w:r>
      <w:r>
        <w:rPr>
          <w:b w:val="0"/>
          <w:i w:val="0"/>
          <w:smallCaps w:val="0"/>
          <w:strike w:val="0"/>
          <w:color w:val="000000"/>
          <w:sz w:val="22"/>
          <w:u w:val="single"/>
        </w:rPr>
        <w:t xml:space="preserve"> with</w:t>
      </w:r>
      <w:r>
        <w:rPr>
          <w:b w:val="0"/>
          <w:i w:val="0"/>
          <w:smallCaps w:val="0"/>
          <w:strike w:val="0"/>
          <w:color w:val="000000"/>
          <w:sz w:val="16"/>
          <w:u w:val="none"/>
        </w:rPr>
        <w:t xml:space="preserve"> racism and </w:t>
      </w:r>
      <w:r>
        <w:rPr>
          <w:b/>
          <w:i w:val="0"/>
          <w:smallCaps w:val="0"/>
          <w:strike w:val="0"/>
          <w:color w:val="000000"/>
          <w:sz w:val="22"/>
          <w:u w:val="single"/>
        </w:rPr>
        <w:t>racial capitalism</w:t>
      </w:r>
      <w:r>
        <w:rPr>
          <w:b w:val="0"/>
          <w:i w:val="0"/>
          <w:smallCaps w:val="0"/>
          <w:strike w:val="0"/>
          <w:color w:val="000000"/>
          <w:sz w:val="16"/>
          <w:u w:val="none"/>
        </w:rPr>
        <w:t xml:space="preserve"> to be redeemable. Moreover, the </w:t>
      </w:r>
      <w:r>
        <w:rPr>
          <w:b w:val="0"/>
          <w:i w:val="0"/>
          <w:smallCaps w:val="0"/>
          <w:strike w:val="0"/>
          <w:color w:val="000000"/>
          <w:sz w:val="22"/>
          <w:u w:val="single"/>
        </w:rPr>
        <w:t xml:space="preserve">intellectual property fugitive performs </w:t>
      </w:r>
      <w:r>
        <w:rPr>
          <w:b/>
          <w:i w:val="0"/>
          <w:smallCaps w:val="0"/>
          <w:strike w:val="0"/>
          <w:color w:val="000000"/>
          <w:sz w:val="22"/>
          <w:u w:val="single"/>
        </w:rPr>
        <w:t>radical</w:t>
      </w:r>
      <w:r>
        <w:rPr>
          <w:b w:val="0"/>
          <w:i w:val="0"/>
          <w:smallCaps w:val="0"/>
          <w:strike w:val="0"/>
          <w:color w:val="000000"/>
          <w:sz w:val="22"/>
          <w:u w:val="single"/>
        </w:rPr>
        <w:t xml:space="preserve"> resistance to </w:t>
      </w:r>
      <w:r>
        <w:rPr>
          <w:b/>
          <w:i w:val="0"/>
          <w:smallCaps w:val="0"/>
          <w:strike w:val="0"/>
          <w:color w:val="000000"/>
          <w:sz w:val="22"/>
          <w:u w:val="single"/>
        </w:rPr>
        <w:t>copyright</w:t>
      </w:r>
      <w:r>
        <w:rPr>
          <w:b w:val="0"/>
          <w:i w:val="0"/>
          <w:smallCaps w:val="0"/>
          <w:strike w:val="0"/>
          <w:color w:val="000000"/>
          <w:sz w:val="22"/>
          <w:u w:val="single"/>
        </w:rPr>
        <w:t xml:space="preserve">, </w:t>
      </w:r>
      <w:r>
        <w:rPr>
          <w:b/>
          <w:i w:val="0"/>
          <w:smallCaps w:val="0"/>
          <w:strike w:val="0"/>
          <w:color w:val="000000"/>
          <w:sz w:val="22"/>
          <w:u w:val="single"/>
        </w:rPr>
        <w:t>patent</w:t>
      </w:r>
      <w:r>
        <w:rPr>
          <w:b w:val="0"/>
          <w:i w:val="0"/>
          <w:smallCaps w:val="0"/>
          <w:strike w:val="0"/>
          <w:color w:val="000000"/>
          <w:sz w:val="22"/>
          <w:u w:val="single"/>
        </w:rPr>
        <w:t xml:space="preserve">, and </w:t>
      </w:r>
      <w:r>
        <w:rPr>
          <w:b/>
          <w:i w:val="0"/>
          <w:smallCaps w:val="0"/>
          <w:strike w:val="0"/>
          <w:color w:val="000000"/>
          <w:sz w:val="22"/>
          <w:u w:val="single"/>
        </w:rPr>
        <w:t>trademark</w:t>
      </w:r>
      <w:r>
        <w:rPr>
          <w:b w:val="0"/>
          <w:i w:val="0"/>
          <w:smallCaps w:val="0"/>
          <w:strike w:val="0"/>
          <w:color w:val="000000"/>
          <w:sz w:val="22"/>
          <w:u w:val="single"/>
        </w:rPr>
        <w:t xml:space="preserve"> regimes</w:t>
      </w:r>
      <w:r>
        <w:rPr>
          <w:b w:val="0"/>
          <w:i w:val="0"/>
          <w:smallCaps w:val="0"/>
          <w:strike w:val="0"/>
          <w:color w:val="000000"/>
          <w:sz w:val="16"/>
          <w:u w:val="none"/>
        </w:rPr>
        <w:t xml:space="preserve"> that are mired in national identity, citizenship, and racial capitalism </w:t>
      </w:r>
      <w:r>
        <w:rPr>
          <w:b w:val="0"/>
          <w:i w:val="0"/>
          <w:smallCaps w:val="0"/>
          <w:strike w:val="0"/>
          <w:color w:val="000000"/>
          <w:sz w:val="22"/>
          <w:u w:val="single"/>
        </w:rPr>
        <w:t xml:space="preserve">through </w:t>
      </w:r>
      <w:r>
        <w:rPr>
          <w:b/>
          <w:i w:val="0"/>
          <w:smallCaps w:val="0"/>
          <w:strike w:val="0"/>
          <w:color w:val="000000"/>
          <w:sz w:val="22"/>
          <w:u w:val="single"/>
        </w:rPr>
        <w:t>consistent</w:t>
      </w:r>
      <w:r>
        <w:rPr>
          <w:b w:val="0"/>
          <w:i w:val="0"/>
          <w:smallCaps w:val="0"/>
          <w:strike w:val="0"/>
          <w:color w:val="000000"/>
          <w:sz w:val="22"/>
          <w:u w:val="single"/>
        </w:rPr>
        <w:t xml:space="preserve"> acts that</w:t>
      </w:r>
      <w:r>
        <w:rPr>
          <w:b w:val="0"/>
          <w:i w:val="0"/>
          <w:smallCaps w:val="0"/>
          <w:strike w:val="0"/>
          <w:color w:val="000000"/>
          <w:sz w:val="22"/>
          <w:u w:val="single"/>
        </w:rPr>
        <w:t xml:space="preserve"> “tear down the structure</w:t>
      </w:r>
      <w:r>
        <w:rPr>
          <w:b w:val="0"/>
          <w:i w:val="0"/>
          <w:smallCaps w:val="0"/>
          <w:strike w:val="0"/>
          <w:color w:val="000000"/>
          <w:sz w:val="16"/>
          <w:u w:val="none"/>
        </w:rPr>
        <w:t xml:space="preserve">.” The goal of the intellectual property fugitive is not only a series of policy proposals to tinker with intellectual property law but a hegemonic </w:t>
      </w:r>
      <w:r>
        <w:rPr>
          <w:b w:val="0"/>
          <w:i w:val="0"/>
          <w:smallCaps w:val="0"/>
          <w:strike w:val="0"/>
          <w:color w:val="000000"/>
          <w:sz w:val="22"/>
          <w:u w:val="single"/>
        </w:rPr>
        <w:t xml:space="preserve">commitment to </w:t>
      </w:r>
      <w:r>
        <w:rPr>
          <w:b/>
          <w:i w:val="0"/>
          <w:smallCaps w:val="0"/>
          <w:strike w:val="0"/>
          <w:color w:val="000000"/>
          <w:sz w:val="22"/>
          <w:u w:val="single"/>
        </w:rPr>
        <w:t>constant critique</w:t>
      </w:r>
      <w:r>
        <w:rPr>
          <w:b w:val="0"/>
          <w:i w:val="0"/>
          <w:smallCaps w:val="0"/>
          <w:strike w:val="0"/>
          <w:color w:val="000000"/>
          <w:sz w:val="16"/>
          <w:u w:val="none"/>
        </w:rPr>
        <w:t xml:space="preserve">, particularly </w:t>
      </w:r>
      <w:r>
        <w:rPr>
          <w:b w:val="0"/>
          <w:i w:val="0"/>
          <w:smallCaps w:val="0"/>
          <w:strike w:val="0"/>
          <w:color w:val="000000"/>
          <w:sz w:val="22"/>
          <w:u w:val="single"/>
        </w:rPr>
        <w:t xml:space="preserve">storytelling that </w:t>
      </w:r>
      <w:r>
        <w:rPr>
          <w:b/>
          <w:i w:val="0"/>
          <w:smallCaps w:val="0"/>
          <w:strike w:val="0"/>
          <w:color w:val="000000"/>
          <w:sz w:val="22"/>
          <w:u w:val="single"/>
        </w:rPr>
        <w:t>rescripts</w:t>
      </w:r>
      <w:r>
        <w:rPr>
          <w:b w:val="0"/>
          <w:i w:val="0"/>
          <w:smallCaps w:val="0"/>
          <w:strike w:val="0"/>
          <w:color w:val="000000"/>
          <w:sz w:val="22"/>
          <w:u w:val="single"/>
        </w:rPr>
        <w:t xml:space="preserve"> racial formations</w:t>
      </w:r>
      <w:r>
        <w:rPr>
          <w:b w:val="0"/>
          <w:i w:val="0"/>
          <w:smallCaps w:val="0"/>
          <w:strike w:val="0"/>
          <w:color w:val="000000"/>
          <w:sz w:val="16"/>
          <w:u w:val="none"/>
        </w:rPr>
        <w:t xml:space="preserve">, remakes racial feelings, </w:t>
      </w:r>
      <w:r>
        <w:rPr>
          <w:b w:val="0"/>
          <w:i w:val="0"/>
          <w:smallCaps w:val="0"/>
          <w:strike w:val="0"/>
          <w:color w:val="000000"/>
          <w:sz w:val="22"/>
          <w:u w:val="single"/>
        </w:rPr>
        <w:t xml:space="preserve">and creates </w:t>
      </w:r>
      <w:r>
        <w:rPr>
          <w:b/>
          <w:i w:val="0"/>
          <w:smallCaps w:val="0"/>
          <w:strike w:val="0"/>
          <w:color w:val="000000"/>
          <w:sz w:val="22"/>
          <w:u w:val="single"/>
        </w:rPr>
        <w:t>possibilities</w:t>
      </w:r>
      <w:r>
        <w:rPr>
          <w:b w:val="0"/>
          <w:i w:val="0"/>
          <w:smallCaps w:val="0"/>
          <w:strike w:val="0"/>
          <w:color w:val="000000"/>
          <w:sz w:val="22"/>
          <w:u w:val="single"/>
        </w:rPr>
        <w:t xml:space="preserve"> for more </w:t>
      </w:r>
      <w:r>
        <w:rPr>
          <w:b/>
          <w:i w:val="0"/>
          <w:smallCaps w:val="0"/>
          <w:strike w:val="0"/>
          <w:color w:val="000000"/>
          <w:sz w:val="22"/>
          <w:u w:val="single"/>
        </w:rPr>
        <w:t>spacious</w:t>
      </w:r>
      <w:r>
        <w:rPr>
          <w:b w:val="0"/>
          <w:i w:val="0"/>
          <w:smallCaps w:val="0"/>
          <w:strike w:val="0"/>
          <w:color w:val="000000"/>
          <w:sz w:val="22"/>
          <w:u w:val="single"/>
        </w:rPr>
        <w:t xml:space="preserve"> conceptions of belonging</w:t>
      </w:r>
      <w:r>
        <w:rPr>
          <w:b w:val="0"/>
          <w:i w:val="0"/>
          <w:smallCaps w:val="0"/>
          <w:strike w:val="0"/>
          <w:color w:val="000000"/>
          <w:sz w:val="16"/>
          <w:u w:val="none"/>
        </w:rPr>
        <w:t xml:space="preserve">, in knowledge and human cultures. </w:t>
      </w:r>
    </w:p>
    <w:p>
      <w:pPr>
        <w:spacing w:after="60"/>
      </w:pPr>
      <w:r>
        <w:rPr>
          <w:b w:val="0"/>
          <w:i w:val="0"/>
          <w:smallCaps w:val="0"/>
          <w:strike w:val="0"/>
          <w:color w:val="000000"/>
          <w:sz w:val="16"/>
          <w:u w:val="none"/>
        </w:rPr>
        <w:t xml:space="preserve">Mat Callahan, in an article titled “Why Intellectual Property? Why Now?” writes: </w:t>
      </w:r>
    </w:p>
    <w:p>
      <w:pPr>
        <w:spacing w:after="60"/>
      </w:pPr>
      <w:r>
        <w:rPr>
          <w:b w:val="0"/>
          <w:i w:val="0"/>
          <w:smallCaps w:val="0"/>
          <w:strike w:val="0"/>
          <w:color w:val="000000"/>
          <w:sz w:val="16"/>
          <w:u w:val="none"/>
        </w:rPr>
        <w:t xml:space="preserve">Under these conditions, capitalist interests view IP not merely as an opportunity to seek profit, but more fundamentally as the underpinning of a global regime, especially the trade treaties and international agreements that dictate the flow of all goods and services be they material or intellectual. Indeed, the threat many movements pose . . . is not primarily one of piracy or “theft” of the intellectual property of one corporation or another; rather, the threat is to the foundation of private property and the ownership of ideas as a conceptual framework for law or governance of any kind. In other words, within any and every conflict revolving around IP are the core principles of capitalism: possessive individualism, private appropriation of public wealth—especially natural resources—and the despoiling or destruction of the commons. Thus, what makes IP a vital battlefront for our time is that the stakes are capitalist enslavement or human liberation.46 </w:t>
      </w:r>
    </w:p>
    <w:p>
      <w:pPr>
        <w:spacing w:after="60"/>
      </w:pPr>
      <w:r>
        <w:rPr>
          <w:b w:val="0"/>
          <w:i w:val="0"/>
          <w:smallCaps w:val="0"/>
          <w:strike w:val="0"/>
          <w:color w:val="000000"/>
          <w:sz w:val="16"/>
          <w:u w:val="none"/>
        </w:rPr>
        <w:t xml:space="preserve">Though Callahan focuses on the issue of economics, he does not discuss the issue of race, which also underpins contemporary systems of intellectual property law. Specifically, </w:t>
      </w:r>
      <w:r>
        <w:rPr>
          <w:b/>
          <w:i w:val="0"/>
          <w:smallCaps w:val="0"/>
          <w:strike w:val="0"/>
          <w:color w:val="000000"/>
          <w:sz w:val="22"/>
          <w:u w:val="single"/>
        </w:rPr>
        <w:t>race</w:t>
      </w:r>
      <w:r>
        <w:rPr>
          <w:b w:val="0"/>
          <w:i w:val="0"/>
          <w:smallCaps w:val="0"/>
          <w:strike w:val="0"/>
          <w:color w:val="000000"/>
          <w:sz w:val="22"/>
          <w:u w:val="single"/>
        </w:rPr>
        <w:t xml:space="preserve"> and </w:t>
      </w:r>
      <w:r>
        <w:rPr>
          <w:b/>
          <w:i w:val="0"/>
          <w:smallCaps w:val="0"/>
          <w:strike w:val="0"/>
          <w:color w:val="000000"/>
          <w:sz w:val="22"/>
          <w:u w:val="single"/>
        </w:rPr>
        <w:t>economics</w:t>
      </w:r>
      <w:r>
        <w:rPr>
          <w:b w:val="0"/>
          <w:i w:val="0"/>
          <w:smallCaps w:val="0"/>
          <w:strike w:val="0"/>
          <w:color w:val="000000"/>
          <w:sz w:val="22"/>
          <w:u w:val="single"/>
        </w:rPr>
        <w:t xml:space="preserve"> are intertwined in ways that guarantee the </w:t>
      </w:r>
      <w:r>
        <w:rPr>
          <w:b/>
          <w:i w:val="0"/>
          <w:smallCaps w:val="0"/>
          <w:strike w:val="0"/>
          <w:color w:val="000000"/>
          <w:sz w:val="22"/>
          <w:u w:val="single"/>
        </w:rPr>
        <w:t>valuation</w:t>
      </w:r>
      <w:r>
        <w:rPr>
          <w:b w:val="0"/>
          <w:i w:val="0"/>
          <w:smallCaps w:val="0"/>
          <w:strike w:val="0"/>
          <w:color w:val="000000"/>
          <w:sz w:val="22"/>
          <w:u w:val="single"/>
        </w:rPr>
        <w:t xml:space="preserve"> of</w:t>
      </w:r>
      <w:r>
        <w:rPr>
          <w:b w:val="0"/>
          <w:i w:val="0"/>
          <w:smallCaps w:val="0"/>
          <w:strike w:val="0"/>
          <w:color w:val="000000"/>
          <w:sz w:val="16"/>
          <w:u w:val="none"/>
        </w:rPr>
        <w:t xml:space="preserve"> </w:t>
      </w:r>
      <w:r>
        <w:rPr>
          <w:b w:val="0"/>
          <w:i w:val="0"/>
          <w:smallCaps w:val="0"/>
          <w:strike w:val="0"/>
          <w:color w:val="000000"/>
          <w:sz w:val="16"/>
          <w:u w:val="none"/>
        </w:rPr>
        <w:t>particular kinds</w:t>
      </w:r>
      <w:r>
        <w:rPr>
          <w:b w:val="0"/>
          <w:i w:val="0"/>
          <w:smallCaps w:val="0"/>
          <w:strike w:val="0"/>
          <w:color w:val="000000"/>
          <w:sz w:val="16"/>
          <w:u w:val="none"/>
        </w:rPr>
        <w:t xml:space="preserve"> of ideas with </w:t>
      </w:r>
      <w:r>
        <w:rPr>
          <w:b/>
          <w:i w:val="0"/>
          <w:smallCaps w:val="0"/>
          <w:strike w:val="0"/>
          <w:color w:val="000000"/>
          <w:sz w:val="22"/>
          <w:u w:val="single"/>
        </w:rPr>
        <w:t>particular</w:t>
      </w:r>
      <w:r>
        <w:rPr>
          <w:b w:val="0"/>
          <w:i w:val="0"/>
          <w:smallCaps w:val="0"/>
          <w:strike w:val="0"/>
          <w:color w:val="000000"/>
          <w:sz w:val="22"/>
          <w:u w:val="single"/>
        </w:rPr>
        <w:t xml:space="preserve"> kinds of owners</w:t>
      </w:r>
      <w:r>
        <w:rPr>
          <w:b w:val="0"/>
          <w:i w:val="0"/>
          <w:smallCaps w:val="0"/>
          <w:strike w:val="0"/>
          <w:color w:val="000000"/>
          <w:sz w:val="16"/>
          <w:u w:val="none"/>
        </w:rPr>
        <w:t xml:space="preserve">. Reimagining creatorship, infringement, citizenship, nation, and personhood in intellectual property law requires answering fundamental and pressing questions about race and capitalism. Those questions will become increasingly important in coming years, as intellectual property becomes an even more central space for the negotiation of economics, politics, and humanness. For Harney and Moten, fugitivity as concept is adversarial toward state-based policy reforms as the ultimate mechanisms for producing equality. </w:t>
      </w:r>
      <w:r>
        <w:rPr>
          <w:b/>
          <w:i w:val="0"/>
          <w:smallCaps w:val="0"/>
          <w:strike w:val="0"/>
          <w:color w:val="000000"/>
          <w:sz w:val="22"/>
          <w:u w:val="single"/>
        </w:rPr>
        <w:t>White supremacy</w:t>
      </w:r>
      <w:r>
        <w:rPr>
          <w:b w:val="0"/>
          <w:i w:val="0"/>
          <w:smallCaps w:val="0"/>
          <w:strike w:val="0"/>
          <w:color w:val="000000"/>
          <w:sz w:val="22"/>
          <w:u w:val="single"/>
        </w:rPr>
        <w:t xml:space="preserve"> guarantees failure as well as </w:t>
      </w:r>
      <w:r>
        <w:rPr>
          <w:b/>
          <w:i w:val="0"/>
          <w:smallCaps w:val="0"/>
          <w:strike w:val="0"/>
          <w:color w:val="000000"/>
          <w:sz w:val="22"/>
          <w:u w:val="single"/>
        </w:rPr>
        <w:t>ontological</w:t>
      </w:r>
      <w:r>
        <w:rPr>
          <w:b w:val="0"/>
          <w:i w:val="0"/>
          <w:smallCaps w:val="0"/>
          <w:strike w:val="0"/>
          <w:color w:val="000000"/>
          <w:sz w:val="22"/>
          <w:u w:val="single"/>
        </w:rPr>
        <w:t xml:space="preserve"> collusion with a </w:t>
      </w:r>
      <w:r>
        <w:rPr>
          <w:b/>
          <w:i w:val="0"/>
          <w:smallCaps w:val="0"/>
          <w:strike w:val="0"/>
          <w:color w:val="000000"/>
          <w:sz w:val="22"/>
          <w:u w:val="single"/>
        </w:rPr>
        <w:t>racist</w:t>
      </w:r>
      <w:r>
        <w:rPr>
          <w:b w:val="0"/>
          <w:i w:val="0"/>
          <w:smallCaps w:val="0"/>
          <w:strike w:val="0"/>
          <w:color w:val="000000"/>
          <w:sz w:val="22"/>
          <w:u w:val="single"/>
        </w:rPr>
        <w:t xml:space="preserve"> system invested in </w:t>
      </w:r>
      <w:r>
        <w:rPr>
          <w:b/>
          <w:i w:val="0"/>
          <w:smallCaps w:val="0"/>
          <w:strike w:val="0"/>
          <w:color w:val="000000"/>
          <w:sz w:val="22"/>
          <w:u w:val="single"/>
        </w:rPr>
        <w:t>destroying</w:t>
      </w:r>
      <w:r>
        <w:rPr>
          <w:b w:val="0"/>
          <w:i w:val="0"/>
          <w:smallCaps w:val="0"/>
          <w:strike w:val="0"/>
          <w:color w:val="000000"/>
          <w:sz w:val="22"/>
          <w:u w:val="single"/>
        </w:rPr>
        <w:t xml:space="preserve"> people of color</w:t>
      </w:r>
      <w:r>
        <w:rPr>
          <w:b w:val="0"/>
          <w:i w:val="0"/>
          <w:smallCaps w:val="0"/>
          <w:strike w:val="0"/>
          <w:color w:val="000000"/>
          <w:sz w:val="16"/>
          <w:u w:val="none"/>
        </w:rPr>
        <w:t xml:space="preserve">. Given that intellectual properties are legally constructed through domestic and international institutional action, the knee-jerk response is to intervene legally. </w:t>
      </w:r>
    </w:p>
    <w:p>
      <w:pPr>
        <w:spacing w:after="60"/>
      </w:pPr>
      <w:r>
        <w:rPr>
          <w:b w:val="0"/>
          <w:i w:val="0"/>
          <w:smallCaps w:val="0"/>
          <w:strike w:val="0"/>
          <w:color w:val="000000"/>
          <w:sz w:val="16"/>
          <w:u w:val="none"/>
        </w:rPr>
        <w:t xml:space="preserve">Unlike Harney and Moten, </w:t>
      </w:r>
      <w:r>
        <w:rPr>
          <w:b w:val="0"/>
          <w:i w:val="0"/>
          <w:smallCaps w:val="0"/>
          <w:strike w:val="0"/>
          <w:color w:val="000000"/>
          <w:sz w:val="22"/>
          <w:u w:val="single"/>
        </w:rPr>
        <w:t xml:space="preserve">I do </w:t>
      </w:r>
      <w:r>
        <w:rPr>
          <w:b/>
          <w:i w:val="0"/>
          <w:smallCaps w:val="0"/>
          <w:strike w:val="0"/>
          <w:color w:val="000000"/>
          <w:sz w:val="22"/>
          <w:u w:val="single"/>
        </w:rPr>
        <w:t>not</w:t>
      </w:r>
      <w:r>
        <w:rPr>
          <w:b w:val="0"/>
          <w:i w:val="0"/>
          <w:smallCaps w:val="0"/>
          <w:strike w:val="0"/>
          <w:color w:val="000000"/>
          <w:sz w:val="22"/>
          <w:u w:val="single"/>
        </w:rPr>
        <w:t xml:space="preserve"> conclude</w:t>
      </w:r>
      <w:r>
        <w:rPr>
          <w:b w:val="0"/>
          <w:i w:val="0"/>
          <w:smallCaps w:val="0"/>
          <w:strike w:val="0"/>
          <w:color w:val="000000"/>
          <w:sz w:val="16"/>
          <w:u w:val="none"/>
        </w:rPr>
        <w:t xml:space="preserve"> with the notion </w:t>
      </w:r>
      <w:r>
        <w:rPr>
          <w:b w:val="0"/>
          <w:i w:val="0"/>
          <w:smallCaps w:val="0"/>
          <w:strike w:val="0"/>
          <w:color w:val="000000"/>
          <w:sz w:val="22"/>
          <w:u w:val="single"/>
        </w:rPr>
        <w:t xml:space="preserve">that individuals can </w:t>
      </w:r>
      <w:r>
        <w:rPr>
          <w:b/>
          <w:i w:val="0"/>
          <w:smallCaps w:val="0"/>
          <w:strike w:val="0"/>
          <w:color w:val="000000"/>
          <w:sz w:val="22"/>
          <w:u w:val="single"/>
        </w:rPr>
        <w:t>never</w:t>
      </w:r>
      <w:r>
        <w:rPr>
          <w:b w:val="0"/>
          <w:i w:val="0"/>
          <w:smallCaps w:val="0"/>
          <w:strike w:val="0"/>
          <w:color w:val="000000"/>
          <w:sz w:val="22"/>
          <w:u w:val="single"/>
        </w:rPr>
        <w:t xml:space="preserve"> ask for </w:t>
      </w:r>
      <w:r>
        <w:rPr>
          <w:b/>
          <w:i w:val="0"/>
          <w:smallCaps w:val="0"/>
          <w:strike w:val="0"/>
          <w:color w:val="000000"/>
          <w:sz w:val="22"/>
          <w:u w:val="single"/>
        </w:rPr>
        <w:t>inclusion</w:t>
      </w:r>
      <w:r>
        <w:rPr>
          <w:b w:val="0"/>
          <w:i w:val="0"/>
          <w:smallCaps w:val="0"/>
          <w:strike w:val="0"/>
          <w:color w:val="000000"/>
          <w:sz w:val="16"/>
          <w:u w:val="none"/>
        </w:rPr>
        <w:t xml:space="preserve"> or recognition </w:t>
      </w:r>
      <w:r>
        <w:rPr>
          <w:b w:val="0"/>
          <w:i w:val="0"/>
          <w:smallCaps w:val="0"/>
          <w:strike w:val="0"/>
          <w:color w:val="000000"/>
          <w:sz w:val="22"/>
          <w:u w:val="single"/>
        </w:rPr>
        <w:t xml:space="preserve">within the </w:t>
      </w:r>
      <w:r>
        <w:rPr>
          <w:b/>
          <w:i w:val="0"/>
          <w:smallCaps w:val="0"/>
          <w:strike w:val="0"/>
          <w:color w:val="000000"/>
          <w:sz w:val="22"/>
          <w:u w:val="single"/>
        </w:rPr>
        <w:t>state</w:t>
      </w:r>
      <w:r>
        <w:rPr>
          <w:b w:val="0"/>
          <w:i w:val="0"/>
          <w:smallCaps w:val="0"/>
          <w:strike w:val="0"/>
          <w:color w:val="000000"/>
          <w:sz w:val="16"/>
          <w:u w:val="none"/>
        </w:rPr>
        <w:t xml:space="preserve">. </w:t>
      </w:r>
      <w:r>
        <w:rPr>
          <w:b w:val="0"/>
          <w:i w:val="0"/>
          <w:smallCaps w:val="0"/>
          <w:strike w:val="0"/>
          <w:color w:val="000000"/>
          <w:sz w:val="22"/>
          <w:u w:val="single"/>
        </w:rPr>
        <w:t>Rather</w:t>
      </w:r>
      <w:r>
        <w:rPr>
          <w:b w:val="0"/>
          <w:i w:val="0"/>
          <w:smallCaps w:val="0"/>
          <w:strike w:val="0"/>
          <w:color w:val="000000"/>
          <w:sz w:val="16"/>
          <w:u w:val="none"/>
        </w:rPr>
        <w:t xml:space="preserve">, I understand </w:t>
      </w:r>
      <w:r>
        <w:rPr>
          <w:b/>
          <w:i w:val="0"/>
          <w:smallCaps w:val="0"/>
          <w:strike w:val="0"/>
          <w:color w:val="000000"/>
          <w:sz w:val="22"/>
          <w:u w:val="single"/>
        </w:rPr>
        <w:t>fugitivity</w:t>
      </w:r>
      <w:r>
        <w:rPr>
          <w:b w:val="0"/>
          <w:i w:val="0"/>
          <w:smallCaps w:val="0"/>
          <w:strike w:val="0"/>
          <w:color w:val="000000"/>
          <w:sz w:val="16"/>
          <w:u w:val="none"/>
        </w:rPr>
        <w:t xml:space="preserve">, particularly when read alongside decoloniality, </w:t>
      </w:r>
      <w:r>
        <w:rPr>
          <w:b w:val="0"/>
          <w:i w:val="0"/>
          <w:smallCaps w:val="0"/>
          <w:strike w:val="0"/>
          <w:color w:val="000000"/>
          <w:sz w:val="22"/>
          <w:u w:val="single"/>
        </w:rPr>
        <w:t xml:space="preserve">as </w:t>
      </w:r>
      <w:r>
        <w:rPr>
          <w:b/>
          <w:i w:val="0"/>
          <w:smallCaps w:val="0"/>
          <w:strike w:val="0"/>
          <w:color w:val="000000"/>
          <w:sz w:val="22"/>
          <w:u w:val="single"/>
        </w:rPr>
        <w:t>metaphorical</w:t>
      </w:r>
      <w:r>
        <w:rPr>
          <w:b w:val="0"/>
          <w:i w:val="0"/>
          <w:smallCaps w:val="0"/>
          <w:strike w:val="0"/>
          <w:color w:val="000000"/>
          <w:sz w:val="22"/>
          <w:u w:val="single"/>
        </w:rPr>
        <w:t xml:space="preserve"> shorthand for the </w:t>
      </w:r>
      <w:r>
        <w:rPr>
          <w:b w:val="0"/>
          <w:i w:val="0"/>
          <w:smallCaps w:val="0"/>
          <w:strike w:val="0"/>
          <w:color w:val="000000"/>
          <w:sz w:val="22"/>
          <w:u w:val="single"/>
        </w:rPr>
        <w:t xml:space="preserve">need for constant </w:t>
      </w:r>
      <w:r>
        <w:rPr>
          <w:b/>
          <w:i w:val="0"/>
          <w:smallCaps w:val="0"/>
          <w:strike w:val="0"/>
          <w:color w:val="000000"/>
          <w:sz w:val="22"/>
          <w:u w:val="single"/>
        </w:rPr>
        <w:t>vigilance</w:t>
      </w:r>
      <w:r>
        <w:rPr>
          <w:b w:val="0"/>
          <w:i w:val="0"/>
          <w:smallCaps w:val="0"/>
          <w:strike w:val="0"/>
          <w:color w:val="000000"/>
          <w:sz w:val="22"/>
          <w:u w:val="single"/>
        </w:rPr>
        <w:t xml:space="preserve"> about</w:t>
      </w:r>
      <w:r>
        <w:rPr>
          <w:b w:val="0"/>
          <w:i w:val="0"/>
          <w:smallCaps w:val="0"/>
          <w:strike w:val="0"/>
          <w:color w:val="000000"/>
          <w:sz w:val="22"/>
          <w:u w:val="single"/>
        </w:rPr>
        <w:t xml:space="preserve"> the </w:t>
      </w:r>
      <w:r>
        <w:rPr>
          <w:b/>
          <w:i w:val="0"/>
          <w:smallCaps w:val="0"/>
          <w:strike w:val="0"/>
          <w:color w:val="000000"/>
          <w:sz w:val="22"/>
          <w:u w:val="single"/>
        </w:rPr>
        <w:t>underlying</w:t>
      </w:r>
      <w:r>
        <w:rPr>
          <w:b w:val="0"/>
          <w:i w:val="0"/>
          <w:smallCaps w:val="0"/>
          <w:strike w:val="0"/>
          <w:color w:val="000000"/>
          <w:sz w:val="22"/>
          <w:u w:val="single"/>
        </w:rPr>
        <w:t xml:space="preserve"> racial investments</w:t>
      </w:r>
      <w:r>
        <w:rPr>
          <w:b w:val="0"/>
          <w:i w:val="0"/>
          <w:smallCaps w:val="0"/>
          <w:strike w:val="0"/>
          <w:color w:val="000000"/>
          <w:sz w:val="22"/>
          <w:u w:val="single"/>
        </w:rPr>
        <w:t xml:space="preserve"> of the state</w:t>
      </w:r>
      <w:r>
        <w:rPr>
          <w:b w:val="0"/>
          <w:i w:val="0"/>
          <w:smallCaps w:val="0"/>
          <w:strike w:val="0"/>
          <w:color w:val="000000"/>
          <w:sz w:val="16"/>
          <w:u w:val="none"/>
        </w:rPr>
        <w:t xml:space="preserve"> and publics </w:t>
      </w:r>
      <w:r>
        <w:rPr>
          <w:b w:val="0"/>
          <w:i w:val="0"/>
          <w:smallCaps w:val="0"/>
          <w:strike w:val="0"/>
          <w:color w:val="000000"/>
          <w:sz w:val="22"/>
          <w:u w:val="single"/>
        </w:rPr>
        <w:t xml:space="preserve">as well as an </w:t>
      </w:r>
      <w:r>
        <w:rPr>
          <w:b/>
          <w:i w:val="0"/>
          <w:smallCaps w:val="0"/>
          <w:strike w:val="0"/>
          <w:color w:val="000000"/>
          <w:sz w:val="22"/>
          <w:u w:val="single"/>
        </w:rPr>
        <w:t>epistemological</w:t>
      </w:r>
      <w:r>
        <w:rPr>
          <w:b w:val="0"/>
          <w:i w:val="0"/>
          <w:smallCaps w:val="0"/>
          <w:strike w:val="0"/>
          <w:color w:val="000000"/>
          <w:sz w:val="22"/>
          <w:u w:val="single"/>
        </w:rPr>
        <w:t xml:space="preserve"> break</w:t>
      </w:r>
      <w:r>
        <w:rPr>
          <w:b w:val="0"/>
          <w:i w:val="0"/>
          <w:smallCaps w:val="0"/>
          <w:strike w:val="0"/>
          <w:color w:val="000000"/>
          <w:sz w:val="16"/>
          <w:u w:val="none"/>
        </w:rPr>
        <w:t xml:space="preserve"> with the seductive forces of law, even when they seem appealing. Letting </w:t>
      </w:r>
      <w:r>
        <w:rPr>
          <w:b w:val="0"/>
          <w:i w:val="0"/>
          <w:smallCaps w:val="0"/>
          <w:strike w:val="0"/>
          <w:color w:val="000000"/>
          <w:sz w:val="16"/>
          <w:u w:val="none"/>
        </w:rPr>
        <w:t>go</w:t>
      </w:r>
      <w:r>
        <w:rPr>
          <w:b w:val="0"/>
          <w:i w:val="0"/>
          <w:smallCaps w:val="0"/>
          <w:strike w:val="0"/>
          <w:color w:val="000000"/>
          <w:sz w:val="16"/>
          <w:u w:val="none"/>
        </w:rPr>
        <w:t xml:space="preserve"> of the illusion that, as Bell counsels, law can bring radical change and embracing, instead, that legal gains are frequently rolled back partially or completely, leaves space for committing to continuing anti-racist and anticolonial struggle. The legal and </w:t>
      </w:r>
      <w:r>
        <w:rPr>
          <w:b/>
          <w:i w:val="0"/>
          <w:smallCaps w:val="0"/>
          <w:strike w:val="0"/>
          <w:color w:val="000000"/>
          <w:sz w:val="22"/>
          <w:u w:val="single"/>
        </w:rPr>
        <w:t>performative</w:t>
      </w:r>
      <w:r>
        <w:rPr>
          <w:b w:val="0"/>
          <w:i w:val="0"/>
          <w:smallCaps w:val="0"/>
          <w:strike w:val="0"/>
          <w:color w:val="000000"/>
          <w:sz w:val="22"/>
          <w:u w:val="single"/>
        </w:rPr>
        <w:t xml:space="preserve"> aspects</w:t>
      </w:r>
      <w:r>
        <w:rPr>
          <w:b w:val="0"/>
          <w:i w:val="0"/>
          <w:smallCaps w:val="0"/>
          <w:strike w:val="0"/>
          <w:color w:val="000000"/>
          <w:sz w:val="22"/>
          <w:u w:val="single"/>
        </w:rPr>
        <w:t xml:space="preserve"> of engaging in that struggle</w:t>
      </w:r>
      <w:r>
        <w:rPr>
          <w:b w:val="0"/>
          <w:i w:val="0"/>
          <w:smallCaps w:val="0"/>
          <w:strike w:val="0"/>
          <w:color w:val="000000"/>
          <w:sz w:val="16"/>
          <w:u w:val="none"/>
        </w:rPr>
        <w:t xml:space="preserve">, which come in a variety of individual and institutional forms, </w:t>
      </w:r>
      <w:r>
        <w:rPr>
          <w:b w:val="0"/>
          <w:i w:val="0"/>
          <w:smallCaps w:val="0"/>
          <w:strike w:val="0"/>
          <w:color w:val="000000"/>
          <w:sz w:val="22"/>
          <w:u w:val="single"/>
        </w:rPr>
        <w:t xml:space="preserve">are the </w:t>
      </w:r>
      <w:r>
        <w:rPr>
          <w:b/>
          <w:i w:val="0"/>
          <w:smallCaps w:val="0"/>
          <w:strike w:val="0"/>
          <w:color w:val="000000"/>
          <w:sz w:val="22"/>
          <w:u w:val="single"/>
        </w:rPr>
        <w:t>path</w:t>
      </w:r>
      <w:r>
        <w:rPr>
          <w:b w:val="0"/>
          <w:i w:val="0"/>
          <w:smallCaps w:val="0"/>
          <w:strike w:val="0"/>
          <w:color w:val="000000"/>
          <w:sz w:val="22"/>
          <w:u w:val="single"/>
        </w:rPr>
        <w:t xml:space="preserve"> to treating people of </w:t>
      </w:r>
      <w:r>
        <w:rPr>
          <w:b/>
          <w:i w:val="0"/>
          <w:smallCaps w:val="0"/>
          <w:strike w:val="0"/>
          <w:color w:val="000000"/>
          <w:sz w:val="22"/>
          <w:u w:val="single"/>
        </w:rPr>
        <w:t>color</w:t>
      </w:r>
      <w:r>
        <w:rPr>
          <w:b w:val="0"/>
          <w:i w:val="0"/>
          <w:smallCaps w:val="0"/>
          <w:strike w:val="0"/>
          <w:color w:val="000000"/>
          <w:sz w:val="16"/>
          <w:u w:val="none"/>
        </w:rPr>
        <w:t xml:space="preserve"> not as objects decoupled from their creativity and innovation, but </w:t>
      </w:r>
      <w:r>
        <w:rPr>
          <w:b w:val="0"/>
          <w:i w:val="0"/>
          <w:smallCaps w:val="0"/>
          <w:strike w:val="0"/>
          <w:color w:val="000000"/>
          <w:sz w:val="22"/>
          <w:u w:val="single"/>
        </w:rPr>
        <w:t xml:space="preserve">as </w:t>
      </w:r>
      <w:r>
        <w:rPr>
          <w:b/>
          <w:i w:val="0"/>
          <w:smallCaps w:val="0"/>
          <w:strike w:val="0"/>
          <w:color w:val="000000"/>
          <w:sz w:val="22"/>
          <w:u w:val="single"/>
        </w:rPr>
        <w:t>whole</w:t>
      </w:r>
      <w:r>
        <w:rPr>
          <w:b w:val="0"/>
          <w:i w:val="0"/>
          <w:smallCaps w:val="0"/>
          <w:strike w:val="0"/>
          <w:color w:val="000000"/>
          <w:sz w:val="22"/>
          <w:u w:val="single"/>
        </w:rPr>
        <w:t xml:space="preserve"> persons</w:t>
      </w:r>
      <w:r>
        <w:rPr>
          <w:b w:val="0"/>
          <w:i w:val="0"/>
          <w:smallCaps w:val="0"/>
          <w:strike w:val="0"/>
          <w:color w:val="000000"/>
          <w:sz w:val="16"/>
          <w:u w:val="none"/>
        </w:rPr>
        <w:t xml:space="preserve"> with dignity, humanity, </w:t>
      </w:r>
      <w:r>
        <w:rPr>
          <w:b w:val="0"/>
          <w:i w:val="0"/>
          <w:smallCaps w:val="0"/>
          <w:strike w:val="0"/>
          <w:color w:val="000000"/>
          <w:sz w:val="22"/>
          <w:u w:val="single"/>
        </w:rPr>
        <w:t xml:space="preserve">and the </w:t>
      </w:r>
      <w:r>
        <w:rPr>
          <w:b/>
          <w:i w:val="0"/>
          <w:smallCaps w:val="0"/>
          <w:strike w:val="0"/>
          <w:color w:val="000000"/>
          <w:sz w:val="22"/>
          <w:u w:val="single"/>
        </w:rPr>
        <w:t>capacity</w:t>
      </w:r>
      <w:r>
        <w:rPr>
          <w:b w:val="0"/>
          <w:i w:val="0"/>
          <w:smallCaps w:val="0"/>
          <w:strike w:val="0"/>
          <w:color w:val="000000"/>
          <w:sz w:val="22"/>
          <w:u w:val="single"/>
        </w:rPr>
        <w:t xml:space="preserve"> to occupy</w:t>
      </w:r>
      <w:r>
        <w:rPr>
          <w:b w:val="0"/>
          <w:i w:val="0"/>
          <w:smallCaps w:val="0"/>
          <w:strike w:val="0"/>
          <w:color w:val="000000"/>
          <w:sz w:val="16"/>
          <w:u w:val="none"/>
        </w:rPr>
        <w:t xml:space="preserve"> the category of </w:t>
      </w:r>
      <w:r>
        <w:rPr>
          <w:b/>
          <w:i w:val="0"/>
          <w:smallCaps w:val="0"/>
          <w:strike w:val="0"/>
          <w:color w:val="000000"/>
          <w:sz w:val="22"/>
          <w:u w:val="single"/>
        </w:rPr>
        <w:t>creatorship</w:t>
      </w:r>
      <w:r>
        <w:rPr>
          <w:b w:val="0"/>
          <w:i w:val="0"/>
          <w:smallCaps w:val="0"/>
          <w:strike w:val="0"/>
          <w:color w:val="000000"/>
          <w:sz w:val="16"/>
          <w:u w:val="none"/>
        </w:rPr>
        <w:t xml:space="preserve"> in all its pluriverse forms. </w:t>
      </w:r>
      <w:r>
        <w:rPr>
          <w:b w:val="0"/>
          <w:i w:val="0"/>
          <w:smallCaps w:val="0"/>
          <w:strike w:val="0"/>
          <w:color w:val="000000"/>
          <w:sz w:val="16"/>
          <w:u w:val="none"/>
        </w:rPr>
        <w:br/>
      </w:r>
      <w:r>
        <w:rPr>
          <w:b w:val="0"/>
          <w:i w:val="0"/>
          <w:smallCaps w:val="0"/>
          <w:strike w:val="0"/>
          <w:color w:val="000000"/>
          <w:sz w:val="16"/>
          <w:u w:val="none"/>
        </w:rPr>
        <w:br/>
      </w:r>
    </w:p>
    <w:p>
      <w:pPr>
        <w:pStyle w:val="Caption"/>
      </w:pPr>
      <w:r>
        <w:t>Source: Intellectual Fugitivity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