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Competitive IR manifests constantly in academic spaces. Vote NEG to </w:t>
      </w:r>
      <w:r>
        <w:rPr>
          <w:b/>
          <w:i w:val="0"/>
          <w:smallCaps w:val="0"/>
          <w:strike w:val="0"/>
          <w:sz w:val="26"/>
          <w:u w:val="single"/>
        </w:rPr>
        <w:t>stop preparing</w:t>
      </w:r>
      <w:r>
        <w:rPr>
          <w:b/>
          <w:i w:val="0"/>
          <w:smallCaps w:val="0"/>
          <w:strike w:val="0"/>
          <w:sz w:val="26"/>
          <w:u w:val="none"/>
        </w:rPr>
        <w:t xml:space="preserve"> for the “</w:t>
      </w:r>
      <w:r>
        <w:rPr>
          <w:b/>
          <w:i w:val="0"/>
          <w:smallCaps w:val="0"/>
          <w:strike w:val="0"/>
          <w:sz w:val="26"/>
          <w:u w:val="single"/>
        </w:rPr>
        <w:t>Great War</w:t>
      </w:r>
      <w:r>
        <w:rPr>
          <w:b/>
          <w:i w:val="0"/>
          <w:smallCaps w:val="0"/>
          <w:strike w:val="0"/>
          <w:sz w:val="26"/>
          <w:u w:val="none"/>
        </w:rPr>
        <w:t xml:space="preserve">” and </w:t>
      </w:r>
      <w:r>
        <w:rPr>
          <w:b/>
          <w:i w:val="0"/>
          <w:smallCaps w:val="0"/>
          <w:strike w:val="0"/>
          <w:sz w:val="26"/>
          <w:u w:val="single"/>
        </w:rPr>
        <w:t>reconceptualize IR</w:t>
      </w:r>
      <w:r>
        <w:rPr>
          <w:b/>
          <w:i w:val="0"/>
          <w:smallCaps w:val="0"/>
          <w:strike w:val="0"/>
          <w:sz w:val="26"/>
          <w:u w:val="none"/>
        </w:rPr>
        <w:t xml:space="preserve"> as an </w:t>
      </w:r>
      <w:r>
        <w:rPr>
          <w:b/>
          <w:i w:val="0"/>
          <w:smallCaps w:val="0"/>
          <w:strike w:val="0"/>
          <w:sz w:val="26"/>
          <w:u w:val="single"/>
        </w:rPr>
        <w:t>everyday</w:t>
      </w:r>
      <w:r>
        <w:rPr>
          <w:b/>
          <w:i w:val="0"/>
          <w:smallCaps w:val="0"/>
          <w:strike w:val="0"/>
          <w:sz w:val="26"/>
          <w:u w:val="none"/>
        </w:rPr>
        <w:t xml:space="preserve">, </w:t>
      </w:r>
      <w:r>
        <w:rPr>
          <w:b/>
          <w:i w:val="0"/>
          <w:smallCaps w:val="0"/>
          <w:strike w:val="0"/>
          <w:sz w:val="26"/>
          <w:u w:val="single"/>
        </w:rPr>
        <w:t>ongoing process</w:t>
      </w:r>
      <w:r>
        <w:rPr>
          <w:b/>
          <w:i w:val="0"/>
          <w:smallCaps w:val="0"/>
          <w:strike w:val="0"/>
          <w:sz w:val="26"/>
          <w:u w:val="none"/>
        </w:rPr>
        <w:t xml:space="preserve"> of </w:t>
      </w:r>
      <w:r>
        <w:rPr>
          <w:b/>
          <w:i w:val="0"/>
          <w:smallCaps w:val="0"/>
          <w:strike w:val="0"/>
          <w:sz w:val="26"/>
          <w:u w:val="single"/>
        </w:rPr>
        <w:t>cooperative</w:t>
      </w:r>
      <w:r>
        <w:rPr>
          <w:b/>
          <w:i w:val="0"/>
          <w:smallCaps w:val="0"/>
          <w:strike w:val="0"/>
          <w:sz w:val="26"/>
          <w:u w:val="none"/>
        </w:rPr>
        <w:t xml:space="preserve"> interactions.</w:t>
      </w:r>
    </w:p>
    <w:p>
      <w:pPr>
        <w:spacing w:after="80"/>
      </w:pPr>
      <w:r>
        <w:rPr>
          <w:b/>
          <w:i w:val="0"/>
          <w:smallCaps w:val="0"/>
          <w:strike w:val="0"/>
          <w:sz w:val="26"/>
          <w:u w:val="none"/>
        </w:rPr>
        <w:t>Jackson 24</w:t>
      </w:r>
      <w:r>
        <w:rPr>
          <w:b w:val="0"/>
          <w:i w:val="0"/>
          <w:smallCaps w:val="0"/>
          <w:strike w:val="0"/>
          <w:u w:val="none"/>
        </w:rPr>
        <w:t xml:space="preserve"> [Van; Van Jackson is a professor of international relations at Victoria University of Wellington in New Zealand, and senior researcher at Security in Context, where he co-directs their project on Multipolarity, Great-Power Competition, and the Global South.; 1-10-2024; “THE COMPETITION METAPHOR IN INTERNATIONAL RELATIONS”; https://www.duckofminerva.com/2024/01/the-competition-metaphor-in-international-relations.html] Vikrant</w:t>
      </w:r>
    </w:p>
    <w:p>
      <w:pPr>
        <w:spacing w:after="60"/>
      </w:pPr>
      <w:r>
        <w:rPr>
          <w:b w:val="0"/>
          <w:i w:val="0"/>
          <w:smallCaps w:val="0"/>
          <w:strike w:val="0"/>
          <w:sz w:val="16"/>
          <w:u w:val="none"/>
        </w:rPr>
        <w:t xml:space="preserve">When I arrived at the Pentagon in 2009, the Obama administration was just getting its footing as caretakers of the </w:t>
      </w:r>
      <w:r>
        <w:rPr>
          <w:b w:val="0"/>
          <w:i w:val="0"/>
          <w:smallCaps w:val="0"/>
          <w:strike w:val="0"/>
          <w:sz w:val="22"/>
          <w:u w:val="single"/>
        </w:rPr>
        <w:t>War on Terror</w:t>
      </w:r>
      <w:r>
        <w:rPr>
          <w:b w:val="0"/>
          <w:i w:val="0"/>
          <w:smallCaps w:val="0"/>
          <w:strike w:val="0"/>
          <w:sz w:val="16"/>
          <w:u w:val="none"/>
        </w:rPr>
        <w:t>.</w:t>
      </w:r>
    </w:p>
    <w:p>
      <w:pPr>
        <w:spacing w:after="60"/>
      </w:pPr>
      <w:r>
        <w:rPr>
          <w:b w:val="0"/>
          <w:i w:val="0"/>
          <w:smallCaps w:val="0"/>
          <w:strike w:val="0"/>
          <w:sz w:val="16"/>
          <w:u w:val="none"/>
        </w:rPr>
        <w:t xml:space="preserve">Our </w:t>
      </w:r>
      <w:r>
        <w:rPr>
          <w:b w:val="0"/>
          <w:i w:val="0"/>
          <w:smallCaps w:val="0"/>
          <w:strike w:val="0"/>
          <w:sz w:val="22"/>
          <w:u w:val="single"/>
        </w:rPr>
        <w:t xml:space="preserve">focus then was truly </w:t>
      </w:r>
      <w:r>
        <w:rPr>
          <w:b/>
          <w:i w:val="0"/>
          <w:smallCaps w:val="0"/>
          <w:strike w:val="0"/>
          <w:sz w:val="22"/>
          <w:u w:val="single"/>
        </w:rPr>
        <w:t>global dominion</w:t>
      </w:r>
      <w:r>
        <w:rPr>
          <w:b w:val="0"/>
          <w:i w:val="0"/>
          <w:smallCaps w:val="0"/>
          <w:strike w:val="0"/>
          <w:sz w:val="16"/>
          <w:u w:val="none"/>
        </w:rPr>
        <w:t xml:space="preserve">. That meant, yes, </w:t>
      </w:r>
      <w:r>
        <w:rPr>
          <w:b/>
          <w:i w:val="0"/>
          <w:smallCaps w:val="0"/>
          <w:strike w:val="0"/>
          <w:sz w:val="22"/>
          <w:u w:val="single"/>
        </w:rPr>
        <w:t>killing</w:t>
      </w:r>
      <w:r>
        <w:rPr>
          <w:b w:val="0"/>
          <w:i w:val="0"/>
          <w:smallCaps w:val="0"/>
          <w:strike w:val="0"/>
          <w:sz w:val="22"/>
          <w:u w:val="single"/>
        </w:rPr>
        <w:t xml:space="preserve"> and </w:t>
      </w:r>
      <w:r>
        <w:rPr>
          <w:b/>
          <w:i w:val="0"/>
          <w:smallCaps w:val="0"/>
          <w:strike w:val="0"/>
          <w:sz w:val="22"/>
          <w:u w:val="single"/>
        </w:rPr>
        <w:t>capturing</w:t>
      </w:r>
      <w:r>
        <w:rPr>
          <w:b w:val="0"/>
          <w:i w:val="0"/>
          <w:smallCaps w:val="0"/>
          <w:strike w:val="0"/>
          <w:sz w:val="22"/>
          <w:u w:val="single"/>
        </w:rPr>
        <w:t xml:space="preserve"> whatever the intelligence process coughed up as bad guys </w:t>
      </w:r>
      <w:r>
        <w:rPr>
          <w:b/>
          <w:i w:val="0"/>
          <w:smallCaps w:val="0"/>
          <w:strike w:val="0"/>
          <w:sz w:val="22"/>
          <w:u w:val="single"/>
        </w:rPr>
        <w:t>no matter who</w:t>
      </w:r>
      <w:r>
        <w:rPr>
          <w:b w:val="0"/>
          <w:i w:val="0"/>
          <w:smallCaps w:val="0"/>
          <w:strike w:val="0"/>
          <w:sz w:val="22"/>
          <w:u w:val="single"/>
        </w:rPr>
        <w:t xml:space="preserve"> they were or where they were</w:t>
      </w:r>
      <w:r>
        <w:rPr>
          <w:b w:val="0"/>
          <w:i w:val="0"/>
          <w:smallCaps w:val="0"/>
          <w:strike w:val="0"/>
          <w:sz w:val="16"/>
          <w:u w:val="none"/>
        </w:rPr>
        <w:t xml:space="preserve">. But also, </w:t>
      </w:r>
      <w:r>
        <w:rPr>
          <w:b w:val="0"/>
          <w:i w:val="0"/>
          <w:smallCaps w:val="0"/>
          <w:strike w:val="0"/>
          <w:sz w:val="22"/>
          <w:u w:val="single"/>
        </w:rPr>
        <w:t xml:space="preserve">technologically, our fixation was on “prompt </w:t>
      </w:r>
      <w:r>
        <w:rPr>
          <w:b/>
          <w:i w:val="0"/>
          <w:smallCaps w:val="0"/>
          <w:strike w:val="0"/>
          <w:sz w:val="22"/>
          <w:u w:val="single"/>
        </w:rPr>
        <w:t>global strike</w:t>
      </w:r>
      <w:r>
        <w:rPr>
          <w:b w:val="0"/>
          <w:i w:val="0"/>
          <w:smallCaps w:val="0"/>
          <w:strike w:val="0"/>
          <w:sz w:val="16"/>
          <w:u w:val="none"/>
        </w:rPr>
        <w:t xml:space="preserve">”—the </w:t>
      </w:r>
      <w:r>
        <w:rPr>
          <w:b w:val="0"/>
          <w:i w:val="0"/>
          <w:smallCaps w:val="0"/>
          <w:strike w:val="0"/>
          <w:sz w:val="22"/>
          <w:u w:val="single"/>
        </w:rPr>
        <w:t xml:space="preserve">idea that the </w:t>
      </w:r>
      <w:r>
        <w:rPr>
          <w:b/>
          <w:i w:val="0"/>
          <w:smallCaps w:val="0"/>
          <w:strike w:val="0"/>
          <w:sz w:val="22"/>
          <w:u w:val="single"/>
        </w:rPr>
        <w:t>US</w:t>
      </w:r>
      <w:r>
        <w:rPr>
          <w:b w:val="0"/>
          <w:i w:val="0"/>
          <w:smallCaps w:val="0"/>
          <w:strike w:val="0"/>
          <w:sz w:val="22"/>
          <w:u w:val="single"/>
        </w:rPr>
        <w:t xml:space="preserve"> should be able to reliably </w:t>
      </w:r>
      <w:r>
        <w:rPr>
          <w:b/>
          <w:i w:val="0"/>
          <w:smallCaps w:val="0"/>
          <w:strike w:val="0"/>
          <w:sz w:val="22"/>
          <w:u w:val="single"/>
        </w:rPr>
        <w:t>put warheads</w:t>
      </w:r>
      <w:r>
        <w:rPr>
          <w:b w:val="0"/>
          <w:i w:val="0"/>
          <w:smallCaps w:val="0"/>
          <w:strike w:val="0"/>
          <w:sz w:val="22"/>
          <w:u w:val="single"/>
        </w:rPr>
        <w:t xml:space="preserve"> on foreheads anywhere at </w:t>
      </w:r>
      <w:r>
        <w:rPr>
          <w:b/>
          <w:i w:val="0"/>
          <w:smallCaps w:val="0"/>
          <w:strike w:val="0"/>
          <w:sz w:val="22"/>
          <w:u w:val="single"/>
        </w:rPr>
        <w:t>anytime</w:t>
      </w:r>
      <w:r>
        <w:rPr>
          <w:b w:val="0"/>
          <w:i w:val="0"/>
          <w:smallCaps w:val="0"/>
          <w:strike w:val="0"/>
          <w:sz w:val="22"/>
          <w:u w:val="single"/>
        </w:rPr>
        <w:t xml:space="preserve"> without constraint</w:t>
      </w:r>
      <w:r>
        <w:rPr>
          <w:b w:val="0"/>
          <w:i w:val="0"/>
          <w:smallCaps w:val="0"/>
          <w:strike w:val="0"/>
          <w:sz w:val="16"/>
          <w:u w:val="none"/>
        </w:rPr>
        <w:t xml:space="preserve">. </w:t>
      </w:r>
    </w:p>
    <w:p>
      <w:pPr>
        <w:spacing w:after="60"/>
      </w:pPr>
      <w:r>
        <w:rPr>
          <w:b w:val="0"/>
          <w:i w:val="0"/>
          <w:smallCaps w:val="0"/>
          <w:strike w:val="0"/>
          <w:sz w:val="16"/>
          <w:u w:val="none"/>
        </w:rPr>
        <w:t xml:space="preserve">I don’t know what to say about that other than that it sounds much crazier when I say it out loud. </w:t>
      </w:r>
    </w:p>
    <w:p>
      <w:pPr>
        <w:spacing w:after="60"/>
      </w:pPr>
      <w:r>
        <w:rPr>
          <w:b w:val="0"/>
          <w:i w:val="0"/>
          <w:smallCaps w:val="0"/>
          <w:strike w:val="0"/>
          <w:sz w:val="16"/>
          <w:u w:val="none"/>
        </w:rPr>
        <w:t xml:space="preserve">But by the time I left the </w:t>
      </w:r>
      <w:r>
        <w:rPr>
          <w:b w:val="0"/>
          <w:i w:val="0"/>
          <w:smallCaps w:val="0"/>
          <w:strike w:val="0"/>
          <w:sz w:val="22"/>
          <w:highlight w:val="green"/>
          <w:u w:val="single"/>
        </w:rPr>
        <w:t>Pentagon</w:t>
      </w:r>
      <w:r>
        <w:rPr>
          <w:b w:val="0"/>
          <w:i w:val="0"/>
          <w:smallCaps w:val="0"/>
          <w:strike w:val="0"/>
          <w:sz w:val="22"/>
          <w:u w:val="single"/>
        </w:rPr>
        <w:t xml:space="preserve"> in late 2014, the five-sided imagination had </w:t>
      </w:r>
      <w:r>
        <w:rPr>
          <w:b w:val="0"/>
          <w:i w:val="0"/>
          <w:smallCaps w:val="0"/>
          <w:strike w:val="0"/>
          <w:sz w:val="22"/>
          <w:highlight w:val="green"/>
          <w:u w:val="single"/>
        </w:rPr>
        <w:t>shifted</w:t>
      </w:r>
      <w:r>
        <w:rPr>
          <w:b w:val="0"/>
          <w:i w:val="0"/>
          <w:smallCaps w:val="0"/>
          <w:strike w:val="0"/>
          <w:sz w:val="22"/>
          <w:u w:val="single"/>
        </w:rPr>
        <w:t xml:space="preserve"> entirely </w:t>
      </w:r>
      <w:r>
        <w:rPr>
          <w:b w:val="0"/>
          <w:i w:val="0"/>
          <w:smallCaps w:val="0"/>
          <w:strike w:val="0"/>
          <w:sz w:val="22"/>
          <w:highlight w:val="green"/>
          <w:u w:val="single"/>
        </w:rPr>
        <w:t>to “</w:t>
      </w:r>
      <w:r>
        <w:rPr>
          <w:b/>
          <w:i w:val="0"/>
          <w:smallCaps w:val="0"/>
          <w:strike w:val="0"/>
          <w:sz w:val="22"/>
          <w:highlight w:val="green"/>
          <w:u w:val="single"/>
        </w:rPr>
        <w:t>competition</w:t>
      </w:r>
      <w:r>
        <w:rPr>
          <w:b w:val="0"/>
          <w:i w:val="0"/>
          <w:smallCaps w:val="0"/>
          <w:strike w:val="0"/>
          <w:sz w:val="22"/>
          <w:highlight w:val="green"/>
          <w:u w:val="single"/>
        </w:rPr>
        <w:t>,”</w:t>
      </w:r>
      <w:r>
        <w:rPr>
          <w:b w:val="0"/>
          <w:i w:val="0"/>
          <w:smallCaps w:val="0"/>
          <w:strike w:val="0"/>
          <w:sz w:val="22"/>
          <w:u w:val="single"/>
        </w:rPr>
        <w:t xml:space="preserve"> which signaled, among other things, that </w:t>
      </w:r>
      <w:r>
        <w:rPr>
          <w:b/>
          <w:i w:val="0"/>
          <w:smallCaps w:val="0"/>
          <w:strike w:val="0"/>
          <w:sz w:val="22"/>
          <w:highlight w:val="green"/>
          <w:u w:val="single"/>
        </w:rPr>
        <w:t>prompt global strike</w:t>
      </w:r>
      <w:r>
        <w:rPr>
          <w:b w:val="0"/>
          <w:i w:val="0"/>
          <w:smallCaps w:val="0"/>
          <w:strike w:val="0"/>
          <w:sz w:val="22"/>
          <w:u w:val="single"/>
        </w:rPr>
        <w:t xml:space="preserve"> was </w:t>
      </w:r>
      <w:r>
        <w:rPr>
          <w:b/>
          <w:i w:val="0"/>
          <w:smallCaps w:val="0"/>
          <w:strike w:val="0"/>
          <w:sz w:val="22"/>
          <w:highlight w:val="green"/>
          <w:u w:val="single"/>
        </w:rPr>
        <w:t>not enough</w:t>
      </w:r>
      <w:r>
        <w:rPr>
          <w:b w:val="0"/>
          <w:i w:val="0"/>
          <w:smallCaps w:val="0"/>
          <w:strike w:val="0"/>
          <w:sz w:val="16"/>
          <w:u w:val="none"/>
        </w:rPr>
        <w:t xml:space="preserve">. </w:t>
      </w:r>
    </w:p>
    <w:p>
      <w:pPr>
        <w:spacing w:after="60"/>
      </w:pPr>
      <w:r>
        <w:rPr>
          <w:b w:val="0"/>
          <w:i w:val="0"/>
          <w:smallCaps w:val="0"/>
          <w:strike w:val="0"/>
          <w:sz w:val="22"/>
          <w:highlight w:val="green"/>
          <w:u w:val="single"/>
        </w:rPr>
        <w:t xml:space="preserve">In its place came </w:t>
      </w:r>
      <w:r>
        <w:rPr>
          <w:b/>
          <w:i w:val="0"/>
          <w:smallCaps w:val="0"/>
          <w:strike w:val="0"/>
          <w:sz w:val="22"/>
          <w:highlight w:val="green"/>
          <w:u w:val="single"/>
        </w:rPr>
        <w:t>great-power competition</w:t>
      </w:r>
      <w:r>
        <w:rPr>
          <w:b w:val="0"/>
          <w:i w:val="0"/>
          <w:smallCaps w:val="0"/>
          <w:strike w:val="0"/>
          <w:sz w:val="16"/>
          <w:u w:val="none"/>
        </w:rPr>
        <w:t xml:space="preserve">. </w:t>
      </w:r>
      <w:r>
        <w:rPr>
          <w:b/>
          <w:i w:val="0"/>
          <w:smallCaps w:val="0"/>
          <w:strike w:val="0"/>
          <w:sz w:val="22"/>
          <w:highlight w:val="green"/>
          <w:u w:val="single"/>
        </w:rPr>
        <w:t>Strategic competition</w:t>
      </w:r>
      <w:r>
        <w:rPr>
          <w:b w:val="0"/>
          <w:i w:val="0"/>
          <w:smallCaps w:val="0"/>
          <w:strike w:val="0"/>
          <w:sz w:val="16"/>
          <w:u w:val="none"/>
        </w:rPr>
        <w:t xml:space="preserve">. </w:t>
      </w:r>
      <w:r>
        <w:rPr>
          <w:b/>
          <w:i w:val="0"/>
          <w:smallCaps w:val="0"/>
          <w:strike w:val="0"/>
          <w:sz w:val="22"/>
          <w:highlight w:val="green"/>
          <w:u w:val="single"/>
        </w:rPr>
        <w:t>Long-term strategic competition</w:t>
      </w:r>
      <w:r>
        <w:rPr>
          <w:b w:val="0"/>
          <w:i w:val="0"/>
          <w:smallCaps w:val="0"/>
          <w:strike w:val="0"/>
          <w:sz w:val="16"/>
          <w:u w:val="none"/>
        </w:rPr>
        <w:t>. “</w:t>
      </w:r>
      <w:r>
        <w:rPr>
          <w:b/>
          <w:i w:val="0"/>
          <w:smallCaps w:val="0"/>
          <w:strike w:val="0"/>
          <w:sz w:val="22"/>
          <w:highlight w:val="green"/>
          <w:u w:val="single"/>
        </w:rPr>
        <w:t>Competitive strategy</w:t>
      </w:r>
      <w:r>
        <w:rPr>
          <w:b w:val="0"/>
          <w:i w:val="0"/>
          <w:smallCaps w:val="0"/>
          <w:strike w:val="0"/>
          <w:sz w:val="16"/>
          <w:u w:val="none"/>
        </w:rPr>
        <w:t xml:space="preserve">.” All the buzzwords filling the acronym-addled mind </w:t>
      </w:r>
      <w:r>
        <w:rPr>
          <w:b w:val="0"/>
          <w:i w:val="0"/>
          <w:smallCaps w:val="0"/>
          <w:strike w:val="0"/>
          <w:sz w:val="22"/>
          <w:u w:val="single"/>
        </w:rPr>
        <w:t xml:space="preserve">reflected </w:t>
      </w:r>
      <w:r>
        <w:rPr>
          <w:b/>
          <w:i w:val="0"/>
          <w:smallCaps w:val="0"/>
          <w:strike w:val="0"/>
          <w:sz w:val="22"/>
          <w:highlight w:val="green"/>
          <w:u w:val="single"/>
        </w:rPr>
        <w:t>zero-sum</w:t>
      </w:r>
      <w:r>
        <w:rPr>
          <w:b w:val="0"/>
          <w:i w:val="0"/>
          <w:smallCaps w:val="0"/>
          <w:strike w:val="0"/>
          <w:sz w:val="22"/>
          <w:highlight w:val="green"/>
          <w:u w:val="single"/>
        </w:rPr>
        <w:t xml:space="preserve"> repertoires of </w:t>
      </w:r>
      <w:r>
        <w:rPr>
          <w:b/>
          <w:i w:val="0"/>
          <w:smallCaps w:val="0"/>
          <w:strike w:val="0"/>
          <w:sz w:val="22"/>
          <w:highlight w:val="green"/>
          <w:u w:val="single"/>
        </w:rPr>
        <w:t>war-making</w:t>
      </w:r>
      <w:r>
        <w:rPr>
          <w:b w:val="0"/>
          <w:i w:val="0"/>
          <w:smallCaps w:val="0"/>
          <w:strike w:val="0"/>
          <w:sz w:val="22"/>
          <w:highlight w:val="green"/>
          <w:u w:val="single"/>
        </w:rPr>
        <w:t xml:space="preserve"> toward China</w:t>
      </w:r>
      <w:r>
        <w:rPr>
          <w:b w:val="0"/>
          <w:i w:val="0"/>
          <w:smallCaps w:val="0"/>
          <w:strike w:val="0"/>
          <w:sz w:val="22"/>
          <w:u w:val="single"/>
        </w:rPr>
        <w:t xml:space="preserve"> and, secondarily, Russia</w:t>
      </w:r>
      <w:r>
        <w:rPr>
          <w:b w:val="0"/>
          <w:i w:val="0"/>
          <w:smallCaps w:val="0"/>
          <w:strike w:val="0"/>
          <w:sz w:val="16"/>
          <w:u w:val="none"/>
        </w:rPr>
        <w:t>.</w:t>
      </w:r>
      <w:r>
        <w:rPr>
          <w:b w:val="0"/>
          <w:i w:val="0"/>
          <w:smallCaps w:val="0"/>
          <w:strike w:val="0"/>
          <w:sz w:val="22"/>
          <w:u w:val="single"/>
        </w:rPr>
        <w:t xml:space="preserve"> Those adversaries </w:t>
      </w:r>
      <w:r>
        <w:rPr>
          <w:b w:val="0"/>
          <w:i w:val="0"/>
          <w:smallCaps w:val="0"/>
          <w:strike w:val="0"/>
          <w:sz w:val="22"/>
          <w:highlight w:val="green"/>
          <w:u w:val="single"/>
        </w:rPr>
        <w:t>promised</w:t>
      </w:r>
      <w:r>
        <w:rPr>
          <w:b w:val="0"/>
          <w:i w:val="0"/>
          <w:smallCaps w:val="0"/>
          <w:strike w:val="0"/>
          <w:sz w:val="22"/>
          <w:u w:val="single"/>
        </w:rPr>
        <w:t xml:space="preserve"> a </w:t>
      </w:r>
      <w:r>
        <w:rPr>
          <w:b/>
          <w:i w:val="0"/>
          <w:smallCaps w:val="0"/>
          <w:strike w:val="0"/>
          <w:sz w:val="22"/>
          <w:highlight w:val="green"/>
          <w:u w:val="single"/>
        </w:rPr>
        <w:t>high-tech</w:t>
      </w:r>
      <w:r>
        <w:rPr>
          <w:b/>
          <w:i w:val="0"/>
          <w:smallCaps w:val="0"/>
          <w:strike w:val="0"/>
          <w:sz w:val="22"/>
          <w:u w:val="single"/>
        </w:rPr>
        <w:t>nology “</w:t>
      </w:r>
      <w:r>
        <w:rPr>
          <w:b/>
          <w:i w:val="0"/>
          <w:smallCaps w:val="0"/>
          <w:strike w:val="0"/>
          <w:sz w:val="22"/>
          <w:highlight w:val="green"/>
          <w:u w:val="single"/>
        </w:rPr>
        <w:t>future of war</w:t>
      </w:r>
      <w:r>
        <w:rPr>
          <w:b w:val="0"/>
          <w:i w:val="0"/>
          <w:smallCaps w:val="0"/>
          <w:strike w:val="0"/>
          <w:sz w:val="16"/>
          <w:u w:val="none"/>
        </w:rPr>
        <w:t xml:space="preserve">.” </w:t>
      </w:r>
    </w:p>
    <w:p>
      <w:pPr>
        <w:spacing w:after="60"/>
      </w:pPr>
      <w:r>
        <w:rPr>
          <w:b w:val="0"/>
          <w:i w:val="0"/>
          <w:smallCaps w:val="0"/>
          <w:strike w:val="0"/>
          <w:sz w:val="16"/>
          <w:u w:val="none"/>
        </w:rPr>
        <w:t xml:space="preserve">I say with some degree of remorse that I was one of the pioneers of this conceptual shift toward both high-technology war fighting and competition. On some level, I’ve been making amends ever since. </w:t>
      </w:r>
    </w:p>
    <w:p>
      <w:pPr>
        <w:spacing w:after="60"/>
      </w:pPr>
      <w:r>
        <w:rPr>
          <w:b w:val="0"/>
          <w:i w:val="0"/>
          <w:smallCaps w:val="0"/>
          <w:strike w:val="0"/>
          <w:sz w:val="16"/>
          <w:u w:val="none"/>
        </w:rPr>
        <w:t xml:space="preserve">In this context, it’s really important to understand four related things about the national security state’s fixation on China: </w:t>
      </w:r>
    </w:p>
    <w:p>
      <w:pPr>
        <w:spacing w:after="60"/>
      </w:pPr>
      <w:r>
        <w:rPr>
          <w:b w:val="0"/>
          <w:i w:val="0"/>
          <w:smallCaps w:val="0"/>
          <w:strike w:val="0"/>
          <w:sz w:val="16"/>
          <w:u w:val="none"/>
        </w:rPr>
        <w:t xml:space="preserve">It predated the Trump administration. </w:t>
      </w:r>
    </w:p>
    <w:p>
      <w:pPr>
        <w:spacing w:after="60"/>
      </w:pPr>
      <w:r>
        <w:rPr>
          <w:b w:val="0"/>
          <w:i w:val="0"/>
          <w:smallCaps w:val="0"/>
          <w:strike w:val="0"/>
          <w:sz w:val="16"/>
          <w:u w:val="none"/>
        </w:rPr>
        <w:t xml:space="preserve">It </w:t>
      </w:r>
      <w:r>
        <w:rPr>
          <w:b w:val="0"/>
          <w:i w:val="0"/>
          <w:smallCaps w:val="0"/>
          <w:strike w:val="0"/>
          <w:sz w:val="22"/>
          <w:u w:val="single"/>
        </w:rPr>
        <w:t>originated from the Pentagon</w:t>
      </w:r>
      <w:r>
        <w:rPr>
          <w:b w:val="0"/>
          <w:i w:val="0"/>
          <w:smallCaps w:val="0"/>
          <w:strike w:val="0"/>
          <w:sz w:val="16"/>
          <w:u w:val="none"/>
        </w:rPr>
        <w:t xml:space="preserve">, and if you want to get really deep in the origins, the Office of Net Assessment. </w:t>
      </w:r>
    </w:p>
    <w:p>
      <w:pPr>
        <w:spacing w:after="60"/>
      </w:pPr>
      <w:r>
        <w:rPr>
          <w:b w:val="0"/>
          <w:i w:val="0"/>
          <w:smallCaps w:val="0"/>
          <w:strike w:val="0"/>
          <w:sz w:val="16"/>
          <w:u w:val="none"/>
        </w:rPr>
        <w:t xml:space="preserve">It </w:t>
      </w:r>
      <w:r>
        <w:rPr>
          <w:b w:val="0"/>
          <w:i w:val="0"/>
          <w:smallCaps w:val="0"/>
          <w:strike w:val="0"/>
          <w:sz w:val="22"/>
          <w:u w:val="single"/>
        </w:rPr>
        <w:t xml:space="preserve">found expression in the </w:t>
      </w:r>
      <w:r>
        <w:rPr>
          <w:b w:val="0"/>
          <w:i w:val="0"/>
          <w:smallCaps w:val="0"/>
          <w:strike w:val="0"/>
          <w:sz w:val="22"/>
          <w:highlight w:val="green"/>
          <w:u w:val="single"/>
        </w:rPr>
        <w:t>concept</w:t>
      </w:r>
      <w:r>
        <w:rPr>
          <w:b w:val="0"/>
          <w:i w:val="0"/>
          <w:smallCaps w:val="0"/>
          <w:strike w:val="0"/>
          <w:sz w:val="22"/>
          <w:u w:val="single"/>
        </w:rPr>
        <w:t xml:space="preserve"> of “competition.” </w:t>
      </w:r>
    </w:p>
    <w:p>
      <w:pPr>
        <w:spacing w:after="60"/>
      </w:pPr>
      <w:r>
        <w:rPr>
          <w:b w:val="0"/>
          <w:i w:val="0"/>
          <w:smallCaps w:val="0"/>
          <w:strike w:val="0"/>
          <w:sz w:val="16"/>
          <w:u w:val="none"/>
        </w:rPr>
        <w:t xml:space="preserve">It is </w:t>
      </w:r>
      <w:r>
        <w:rPr>
          <w:b/>
          <w:i w:val="0"/>
          <w:smallCaps w:val="0"/>
          <w:strike w:val="0"/>
          <w:sz w:val="22"/>
          <w:highlight w:val="green"/>
          <w:u w:val="single"/>
        </w:rPr>
        <w:t>re-expressing</w:t>
      </w:r>
      <w:r>
        <w:rPr>
          <w:b w:val="0"/>
          <w:i w:val="0"/>
          <w:smallCaps w:val="0"/>
          <w:strike w:val="0"/>
          <w:sz w:val="22"/>
          <w:u w:val="single"/>
        </w:rPr>
        <w:t xml:space="preserve">, almost beat for beat, </w:t>
      </w:r>
      <w:r>
        <w:rPr>
          <w:b w:val="0"/>
          <w:i w:val="0"/>
          <w:smallCaps w:val="0"/>
          <w:strike w:val="0"/>
          <w:sz w:val="22"/>
          <w:highlight w:val="green"/>
          <w:u w:val="single"/>
        </w:rPr>
        <w:t>how America approached Japan</w:t>
      </w:r>
      <w:r>
        <w:rPr>
          <w:b w:val="0"/>
          <w:i w:val="0"/>
          <w:smallCaps w:val="0"/>
          <w:strike w:val="0"/>
          <w:sz w:val="22"/>
          <w:u w:val="single"/>
        </w:rPr>
        <w:t xml:space="preserve"> in the ‘80s, which only abated because of Japan’s prolonged recession starting in 1990</w:t>
      </w:r>
      <w:r>
        <w:rPr>
          <w:b w:val="0"/>
          <w:i w:val="0"/>
          <w:smallCaps w:val="0"/>
          <w:strike w:val="0"/>
          <w:sz w:val="16"/>
          <w:u w:val="none"/>
        </w:rPr>
        <w:t>.</w:t>
      </w:r>
    </w:p>
    <w:p>
      <w:pPr>
        <w:spacing w:after="60"/>
      </w:pPr>
      <w:r>
        <w:rPr>
          <w:b w:val="0"/>
          <w:i w:val="0"/>
          <w:smallCaps w:val="0"/>
          <w:strike w:val="0"/>
          <w:sz w:val="16"/>
          <w:u w:val="none"/>
        </w:rPr>
        <w:t>These indisputable historical facts—which I stress in Pacific Power Paradox—seem largely lost in today’s policy conversation.</w:t>
      </w:r>
    </w:p>
    <w:p>
      <w:pPr>
        <w:spacing w:after="60"/>
      </w:pPr>
      <w:r>
        <w:rPr>
          <w:b w:val="0"/>
          <w:i w:val="0"/>
          <w:smallCaps w:val="0"/>
          <w:strike w:val="0"/>
          <w:sz w:val="16"/>
          <w:u w:val="none"/>
        </w:rPr>
        <w:t xml:space="preserve">The reason I bring it all up is that I initially (circa 2012) saw an </w:t>
      </w:r>
      <w:r>
        <w:rPr>
          <w:b/>
          <w:i w:val="0"/>
          <w:smallCaps w:val="0"/>
          <w:strike w:val="0"/>
          <w:sz w:val="22"/>
          <w:highlight w:val="green"/>
          <w:u w:val="single"/>
        </w:rPr>
        <w:t>intrinsic appeal</w:t>
      </w:r>
      <w:r>
        <w:rPr>
          <w:b w:val="0"/>
          <w:i w:val="0"/>
          <w:smallCaps w:val="0"/>
          <w:strike w:val="0"/>
          <w:sz w:val="22"/>
          <w:highlight w:val="green"/>
          <w:u w:val="single"/>
        </w:rPr>
        <w:t xml:space="preserve"> in the </w:t>
      </w:r>
      <w:r>
        <w:rPr>
          <w:b/>
          <w:i w:val="0"/>
          <w:smallCaps w:val="0"/>
          <w:strike w:val="0"/>
          <w:sz w:val="22"/>
          <w:highlight w:val="green"/>
          <w:u w:val="single"/>
        </w:rPr>
        <w:t>logic of competition</w:t>
      </w:r>
      <w:r>
        <w:rPr>
          <w:b w:val="0"/>
          <w:i w:val="0"/>
          <w:smallCaps w:val="0"/>
          <w:strike w:val="0"/>
          <w:sz w:val="16"/>
          <w:u w:val="none"/>
        </w:rPr>
        <w:t xml:space="preserve">. The national security state still does. And it’s </w:t>
      </w:r>
      <w:r>
        <w:rPr>
          <w:b w:val="0"/>
          <w:i w:val="0"/>
          <w:smallCaps w:val="0"/>
          <w:strike w:val="0"/>
          <w:sz w:val="22"/>
          <w:highlight w:val="green"/>
          <w:u w:val="single"/>
        </w:rPr>
        <w:t>worth denaturalizing</w:t>
      </w:r>
      <w:r>
        <w:rPr>
          <w:b w:val="0"/>
          <w:i w:val="0"/>
          <w:smallCaps w:val="0"/>
          <w:strike w:val="0"/>
          <w:sz w:val="22"/>
          <w:u w:val="single"/>
        </w:rPr>
        <w:t xml:space="preserve"> that appeal</w:t>
      </w:r>
      <w:r>
        <w:rPr>
          <w:b w:val="0"/>
          <w:i w:val="0"/>
          <w:smallCaps w:val="0"/>
          <w:strike w:val="0"/>
          <w:sz w:val="16"/>
          <w:u w:val="none"/>
        </w:rPr>
        <w:t>—</w:t>
      </w:r>
      <w:r>
        <w:rPr>
          <w:b w:val="0"/>
          <w:i w:val="0"/>
          <w:smallCaps w:val="0"/>
          <w:strike w:val="0"/>
          <w:sz w:val="22"/>
          <w:u w:val="single"/>
        </w:rPr>
        <w:t>questioning its merits</w:t>
      </w:r>
      <w:r>
        <w:rPr>
          <w:b w:val="0"/>
          <w:i w:val="0"/>
          <w:smallCaps w:val="0"/>
          <w:strike w:val="0"/>
          <w:sz w:val="16"/>
          <w:u w:val="none"/>
        </w:rPr>
        <w:t>—</w:t>
      </w:r>
      <w:r>
        <w:rPr>
          <w:b w:val="0"/>
          <w:i w:val="0"/>
          <w:smallCaps w:val="0"/>
          <w:strike w:val="0"/>
          <w:sz w:val="22"/>
          <w:u w:val="single"/>
        </w:rPr>
        <w:t xml:space="preserve">because it’s </w:t>
      </w:r>
      <w:r>
        <w:rPr>
          <w:b w:val="0"/>
          <w:i w:val="0"/>
          <w:smallCaps w:val="0"/>
          <w:strike w:val="0"/>
          <w:sz w:val="22"/>
          <w:highlight w:val="green"/>
          <w:u w:val="single"/>
        </w:rPr>
        <w:t xml:space="preserve">more </w:t>
      </w:r>
      <w:r>
        <w:rPr>
          <w:b/>
          <w:i w:val="0"/>
          <w:smallCaps w:val="0"/>
          <w:strike w:val="0"/>
          <w:sz w:val="22"/>
          <w:highlight w:val="green"/>
          <w:u w:val="single"/>
        </w:rPr>
        <w:t>affective</w:t>
      </w:r>
      <w:r>
        <w:rPr>
          <w:b w:val="0"/>
          <w:i w:val="0"/>
          <w:smallCaps w:val="0"/>
          <w:strike w:val="0"/>
          <w:sz w:val="22"/>
          <w:highlight w:val="green"/>
          <w:u w:val="single"/>
        </w:rPr>
        <w:t xml:space="preserve"> and </w:t>
      </w:r>
      <w:r>
        <w:rPr>
          <w:b/>
          <w:i w:val="0"/>
          <w:smallCaps w:val="0"/>
          <w:strike w:val="0"/>
          <w:sz w:val="22"/>
          <w:highlight w:val="green"/>
          <w:u w:val="single"/>
        </w:rPr>
        <w:t>habit-based</w:t>
      </w:r>
      <w:r>
        <w:rPr>
          <w:b w:val="0"/>
          <w:i w:val="0"/>
          <w:smallCaps w:val="0"/>
          <w:strike w:val="0"/>
          <w:sz w:val="22"/>
          <w:highlight w:val="green"/>
          <w:u w:val="single"/>
        </w:rPr>
        <w:t xml:space="preserve"> than </w:t>
      </w:r>
      <w:r>
        <w:rPr>
          <w:b/>
          <w:i w:val="0"/>
          <w:smallCaps w:val="0"/>
          <w:strike w:val="0"/>
          <w:sz w:val="22"/>
          <w:highlight w:val="green"/>
          <w:u w:val="single"/>
        </w:rPr>
        <w:t>logical</w:t>
      </w:r>
      <w:r>
        <w:rPr>
          <w:b w:val="0"/>
          <w:i w:val="0"/>
          <w:smallCaps w:val="0"/>
          <w:strike w:val="0"/>
          <w:sz w:val="16"/>
          <w:u w:val="none"/>
        </w:rPr>
        <w:t xml:space="preserve">. </w:t>
      </w:r>
    </w:p>
    <w:p>
      <w:pPr>
        <w:spacing w:after="60"/>
      </w:pPr>
      <w:r>
        <w:rPr>
          <w:b w:val="0"/>
          <w:i w:val="0"/>
          <w:smallCaps w:val="0"/>
          <w:strike w:val="0"/>
          <w:sz w:val="16"/>
          <w:u w:val="none"/>
        </w:rPr>
        <w:t xml:space="preserve">What I mean is, </w:t>
      </w:r>
      <w:r>
        <w:rPr>
          <w:b w:val="0"/>
          <w:i w:val="0"/>
          <w:smallCaps w:val="0"/>
          <w:strike w:val="0"/>
          <w:sz w:val="22"/>
          <w:u w:val="single"/>
        </w:rPr>
        <w:t xml:space="preserve">anyone who’s wended their way through </w:t>
      </w:r>
      <w:r>
        <w:rPr>
          <w:b/>
          <w:i w:val="0"/>
          <w:smallCaps w:val="0"/>
          <w:strike w:val="0"/>
          <w:sz w:val="22"/>
          <w:u w:val="single"/>
        </w:rPr>
        <w:t>strategic studies</w:t>
      </w:r>
      <w:r>
        <w:rPr>
          <w:b w:val="0"/>
          <w:i w:val="0"/>
          <w:smallCaps w:val="0"/>
          <w:strike w:val="0"/>
          <w:sz w:val="22"/>
          <w:u w:val="single"/>
        </w:rPr>
        <w:t xml:space="preserve"> in grad </w:t>
      </w:r>
      <w:r>
        <w:rPr>
          <w:b/>
          <w:i w:val="0"/>
          <w:smallCaps w:val="0"/>
          <w:strike w:val="0"/>
          <w:sz w:val="22"/>
          <w:highlight w:val="green"/>
          <w:u w:val="single"/>
        </w:rPr>
        <w:t>school</w:t>
      </w:r>
      <w:r>
        <w:rPr>
          <w:b w:val="0"/>
          <w:i w:val="0"/>
          <w:smallCaps w:val="0"/>
          <w:strike w:val="0"/>
          <w:sz w:val="22"/>
          <w:u w:val="single"/>
        </w:rPr>
        <w:t xml:space="preserve"> has been </w:t>
      </w:r>
      <w:r>
        <w:rPr>
          <w:b w:val="0"/>
          <w:i w:val="0"/>
          <w:smallCaps w:val="0"/>
          <w:strike w:val="0"/>
          <w:sz w:val="22"/>
          <w:highlight w:val="green"/>
          <w:u w:val="single"/>
        </w:rPr>
        <w:t>acculturated to competition as</w:t>
      </w:r>
      <w:r>
        <w:rPr>
          <w:b w:val="0"/>
          <w:i w:val="0"/>
          <w:smallCaps w:val="0"/>
          <w:strike w:val="0"/>
          <w:sz w:val="22"/>
          <w:u w:val="single"/>
        </w:rPr>
        <w:t xml:space="preserve"> a </w:t>
      </w:r>
      <w:r>
        <w:rPr>
          <w:b/>
          <w:i w:val="0"/>
          <w:smallCaps w:val="0"/>
          <w:strike w:val="0"/>
          <w:sz w:val="22"/>
          <w:u w:val="single"/>
        </w:rPr>
        <w:t>bedrock</w:t>
      </w:r>
      <w:r>
        <w:rPr>
          <w:b w:val="0"/>
          <w:i w:val="0"/>
          <w:smallCaps w:val="0"/>
          <w:strike w:val="0"/>
          <w:sz w:val="22"/>
          <w:u w:val="single"/>
        </w:rPr>
        <w:t xml:space="preserve"> (and </w:t>
      </w:r>
      <w:r>
        <w:rPr>
          <w:b/>
          <w:i w:val="0"/>
          <w:smallCaps w:val="0"/>
          <w:strike w:val="0"/>
          <w:sz w:val="22"/>
          <w:highlight w:val="green"/>
          <w:u w:val="single"/>
        </w:rPr>
        <w:t>unquestioned</w:t>
      </w:r>
      <w:r>
        <w:rPr>
          <w:b w:val="0"/>
          <w:i w:val="0"/>
          <w:smallCaps w:val="0"/>
          <w:strike w:val="0"/>
          <w:sz w:val="22"/>
          <w:highlight w:val="green"/>
          <w:u w:val="single"/>
        </w:rPr>
        <w:t xml:space="preserve">) </w:t>
      </w:r>
      <w:r>
        <w:rPr>
          <w:b/>
          <w:i w:val="0"/>
          <w:smallCaps w:val="0"/>
          <w:strike w:val="0"/>
          <w:sz w:val="22"/>
          <w:highlight w:val="green"/>
          <w:u w:val="single"/>
        </w:rPr>
        <w:t>assumption</w:t>
      </w:r>
      <w:r>
        <w:rPr>
          <w:b w:val="0"/>
          <w:i w:val="0"/>
          <w:smallCaps w:val="0"/>
          <w:strike w:val="0"/>
          <w:sz w:val="22"/>
          <w:u w:val="single"/>
        </w:rPr>
        <w:t xml:space="preserve">, and is therefore </w:t>
      </w:r>
      <w:r>
        <w:rPr>
          <w:b w:val="0"/>
          <w:i w:val="0"/>
          <w:smallCaps w:val="0"/>
          <w:strike w:val="0"/>
          <w:sz w:val="22"/>
          <w:highlight w:val="green"/>
          <w:u w:val="single"/>
        </w:rPr>
        <w:t>primed to find “</w:t>
      </w:r>
      <w:r>
        <w:rPr>
          <w:b/>
          <w:i w:val="0"/>
          <w:smallCaps w:val="0"/>
          <w:strike w:val="0"/>
          <w:sz w:val="22"/>
          <w:highlight w:val="green"/>
          <w:u w:val="single"/>
        </w:rPr>
        <w:t>competition</w:t>
      </w:r>
      <w:r>
        <w:rPr>
          <w:b w:val="0"/>
          <w:i w:val="0"/>
          <w:smallCaps w:val="0"/>
          <w:strike w:val="0"/>
          <w:sz w:val="22"/>
          <w:highlight w:val="green"/>
          <w:u w:val="single"/>
        </w:rPr>
        <w:t xml:space="preserve">” </w:t>
      </w:r>
      <w:r>
        <w:rPr>
          <w:b/>
          <w:i w:val="0"/>
          <w:smallCaps w:val="0"/>
          <w:strike w:val="0"/>
          <w:sz w:val="22"/>
          <w:highlight w:val="green"/>
          <w:u w:val="single"/>
        </w:rPr>
        <w:t>attractive</w:t>
      </w:r>
      <w:r>
        <w:rPr>
          <w:b w:val="0"/>
          <w:i w:val="0"/>
          <w:smallCaps w:val="0"/>
          <w:strike w:val="0"/>
          <w:sz w:val="16"/>
          <w:u w:val="none"/>
        </w:rPr>
        <w:t>.</w:t>
      </w:r>
    </w:p>
    <w:p>
      <w:pPr>
        <w:spacing w:after="60"/>
      </w:pPr>
      <w:r>
        <w:rPr>
          <w:b w:val="0"/>
          <w:i w:val="0"/>
          <w:smallCaps w:val="0"/>
          <w:strike w:val="0"/>
          <w:sz w:val="22"/>
          <w:u w:val="single"/>
        </w:rPr>
        <w:t xml:space="preserve">For a certain kind of </w:t>
      </w:r>
      <w:r>
        <w:rPr>
          <w:b/>
          <w:i w:val="0"/>
          <w:smallCaps w:val="0"/>
          <w:strike w:val="0"/>
          <w:sz w:val="22"/>
          <w:u w:val="single"/>
        </w:rPr>
        <w:t>realist</w:t>
      </w:r>
      <w:r>
        <w:rPr>
          <w:b w:val="0"/>
          <w:i w:val="0"/>
          <w:smallCaps w:val="0"/>
          <w:strike w:val="0"/>
          <w:sz w:val="22"/>
          <w:u w:val="single"/>
        </w:rPr>
        <w:t xml:space="preserve">, competition is of course the </w:t>
      </w:r>
      <w:r>
        <w:rPr>
          <w:b/>
          <w:i w:val="0"/>
          <w:smallCaps w:val="0"/>
          <w:strike w:val="0"/>
          <w:sz w:val="22"/>
          <w:u w:val="single"/>
        </w:rPr>
        <w:t>inevitable</w:t>
      </w:r>
      <w:r>
        <w:rPr>
          <w:b w:val="0"/>
          <w:i w:val="0"/>
          <w:smallCaps w:val="0"/>
          <w:strike w:val="0"/>
          <w:sz w:val="22"/>
          <w:u w:val="single"/>
        </w:rPr>
        <w:t xml:space="preserve"> state of things</w:t>
      </w:r>
      <w:r>
        <w:rPr>
          <w:b w:val="0"/>
          <w:i w:val="0"/>
          <w:smallCaps w:val="0"/>
          <w:strike w:val="0"/>
          <w:sz w:val="16"/>
          <w:u w:val="none"/>
        </w:rPr>
        <w:t xml:space="preserve">. And, if you’re a national security bro, as I once was, or have ever worn the uniform, as I once did, you’ve been </w:t>
      </w:r>
      <w:r>
        <w:rPr>
          <w:b/>
          <w:i w:val="0"/>
          <w:smallCaps w:val="0"/>
          <w:strike w:val="0"/>
          <w:sz w:val="22"/>
          <w:highlight w:val="green"/>
          <w:u w:val="single"/>
        </w:rPr>
        <w:t>conditioned</w:t>
      </w:r>
      <w:r>
        <w:rPr>
          <w:b w:val="0"/>
          <w:i w:val="0"/>
          <w:smallCaps w:val="0"/>
          <w:strike w:val="0"/>
          <w:sz w:val="22"/>
          <w:u w:val="single"/>
        </w:rPr>
        <w:t xml:space="preserve"> in your </w:t>
      </w:r>
      <w:r>
        <w:rPr>
          <w:b/>
          <w:i w:val="0"/>
          <w:smallCaps w:val="0"/>
          <w:strike w:val="0"/>
          <w:sz w:val="22"/>
          <w:u w:val="single"/>
        </w:rPr>
        <w:t>everyday life</w:t>
      </w:r>
      <w:r>
        <w:rPr>
          <w:b w:val="0"/>
          <w:i w:val="0"/>
          <w:smallCaps w:val="0"/>
          <w:strike w:val="0"/>
          <w:sz w:val="22"/>
          <w:u w:val="single"/>
        </w:rPr>
        <w:t xml:space="preserve"> </w:t>
      </w:r>
      <w:r>
        <w:rPr>
          <w:b w:val="0"/>
          <w:i w:val="0"/>
          <w:smallCaps w:val="0"/>
          <w:strike w:val="0"/>
          <w:sz w:val="22"/>
          <w:highlight w:val="green"/>
          <w:u w:val="single"/>
        </w:rPr>
        <w:t xml:space="preserve">to think of competition as </w:t>
      </w:r>
      <w:r>
        <w:rPr>
          <w:b w:val="0"/>
          <w:i w:val="0"/>
          <w:smallCaps w:val="0"/>
          <w:strike w:val="0"/>
          <w:sz w:val="22"/>
          <w:u w:val="single"/>
        </w:rPr>
        <w:t xml:space="preserve">a </w:t>
      </w:r>
      <w:r>
        <w:rPr>
          <w:b/>
          <w:i w:val="0"/>
          <w:smallCaps w:val="0"/>
          <w:strike w:val="0"/>
          <w:sz w:val="22"/>
          <w:highlight w:val="green"/>
          <w:u w:val="single"/>
        </w:rPr>
        <w:t>virtuous</w:t>
      </w:r>
      <w:r>
        <w:rPr>
          <w:b w:val="0"/>
          <w:i w:val="0"/>
          <w:smallCaps w:val="0"/>
          <w:strike w:val="0"/>
          <w:sz w:val="22"/>
          <w:u w:val="single"/>
        </w:rPr>
        <w:t xml:space="preserve"> thing</w:t>
      </w:r>
      <w:r>
        <w:rPr>
          <w:b w:val="0"/>
          <w:i w:val="0"/>
          <w:smallCaps w:val="0"/>
          <w:strike w:val="0"/>
          <w:sz w:val="16"/>
          <w:u w:val="none"/>
        </w:rPr>
        <w:t>.</w:t>
      </w:r>
    </w:p>
    <w:p>
      <w:pPr>
        <w:spacing w:after="60"/>
      </w:pPr>
      <w:r>
        <w:rPr>
          <w:b w:val="0"/>
          <w:i w:val="0"/>
          <w:smallCaps w:val="0"/>
          <w:strike w:val="0"/>
          <w:sz w:val="16"/>
          <w:u w:val="none"/>
        </w:rPr>
        <w:t xml:space="preserve">But that’s not right. </w:t>
      </w:r>
    </w:p>
    <w:p>
      <w:pPr>
        <w:spacing w:after="60"/>
      </w:pPr>
      <w:r>
        <w:rPr>
          <w:b w:val="0"/>
          <w:i w:val="0"/>
          <w:smallCaps w:val="0"/>
          <w:strike w:val="0"/>
          <w:sz w:val="16"/>
          <w:u w:val="none"/>
        </w:rPr>
        <w:t xml:space="preserve">There’s </w:t>
      </w:r>
      <w:r>
        <w:rPr>
          <w:b w:val="0"/>
          <w:i w:val="0"/>
          <w:smallCaps w:val="0"/>
          <w:strike w:val="0"/>
          <w:sz w:val="22"/>
          <w:u w:val="single"/>
        </w:rPr>
        <w:t xml:space="preserve">something </w:t>
      </w:r>
      <w:r>
        <w:rPr>
          <w:b/>
          <w:i w:val="0"/>
          <w:smallCaps w:val="0"/>
          <w:strike w:val="0"/>
          <w:sz w:val="22"/>
          <w:highlight w:val="green"/>
          <w:u w:val="single"/>
        </w:rPr>
        <w:t>seductive</w:t>
      </w:r>
      <w:r>
        <w:rPr>
          <w:b w:val="0"/>
          <w:i w:val="0"/>
          <w:smallCaps w:val="0"/>
          <w:strike w:val="0"/>
          <w:sz w:val="22"/>
          <w:u w:val="single"/>
        </w:rPr>
        <w:t xml:space="preserve"> (</w:t>
      </w:r>
      <w:r>
        <w:rPr>
          <w:b w:val="0"/>
          <w:i w:val="0"/>
          <w:smallCaps w:val="0"/>
          <w:strike w:val="0"/>
          <w:sz w:val="22"/>
          <w:highlight w:val="green"/>
          <w:u w:val="single"/>
        </w:rPr>
        <w:t>yet wrong</w:t>
      </w:r>
      <w:r>
        <w:rPr>
          <w:b w:val="0"/>
          <w:i w:val="0"/>
          <w:smallCaps w:val="0"/>
          <w:strike w:val="0"/>
          <w:sz w:val="22"/>
          <w:u w:val="single"/>
        </w:rPr>
        <w:t xml:space="preserve">) about </w:t>
      </w:r>
      <w:r>
        <w:rPr>
          <w:b/>
          <w:i w:val="0"/>
          <w:smallCaps w:val="0"/>
          <w:strike w:val="0"/>
          <w:sz w:val="22"/>
          <w:highlight w:val="green"/>
          <w:u w:val="single"/>
        </w:rPr>
        <w:t>analogizing</w:t>
      </w:r>
      <w:r>
        <w:rPr>
          <w:b w:val="0"/>
          <w:i w:val="0"/>
          <w:smallCaps w:val="0"/>
          <w:strike w:val="0"/>
          <w:sz w:val="22"/>
          <w:u w:val="single"/>
        </w:rPr>
        <w:t xml:space="preserve"> </w:t>
      </w:r>
      <w:r>
        <w:rPr>
          <w:b/>
          <w:i w:val="0"/>
          <w:smallCaps w:val="0"/>
          <w:strike w:val="0"/>
          <w:sz w:val="22"/>
          <w:highlight w:val="green"/>
          <w:u w:val="single"/>
        </w:rPr>
        <w:t>i</w:t>
      </w:r>
      <w:r>
        <w:rPr>
          <w:b w:val="0"/>
          <w:i w:val="0"/>
          <w:smallCaps w:val="0"/>
          <w:strike w:val="0"/>
          <w:sz w:val="22"/>
          <w:u w:val="single"/>
        </w:rPr>
        <w:t xml:space="preserve">nternational </w:t>
      </w:r>
      <w:r>
        <w:rPr>
          <w:b/>
          <w:i w:val="0"/>
          <w:smallCaps w:val="0"/>
          <w:strike w:val="0"/>
          <w:sz w:val="22"/>
          <w:highlight w:val="green"/>
          <w:u w:val="single"/>
        </w:rPr>
        <w:t>r</w:t>
      </w:r>
      <w:r>
        <w:rPr>
          <w:b w:val="0"/>
          <w:i w:val="0"/>
          <w:smallCaps w:val="0"/>
          <w:strike w:val="0"/>
          <w:sz w:val="22"/>
          <w:u w:val="single"/>
        </w:rPr>
        <w:t xml:space="preserve">elations </w:t>
      </w:r>
      <w:r>
        <w:rPr>
          <w:b w:val="0"/>
          <w:i w:val="0"/>
          <w:smallCaps w:val="0"/>
          <w:strike w:val="0"/>
          <w:sz w:val="22"/>
          <w:highlight w:val="green"/>
          <w:u w:val="single"/>
        </w:rPr>
        <w:t>to</w:t>
      </w:r>
      <w:r>
        <w:rPr>
          <w:b w:val="0"/>
          <w:i w:val="0"/>
          <w:smallCaps w:val="0"/>
          <w:strike w:val="0"/>
          <w:sz w:val="22"/>
          <w:u w:val="single"/>
        </w:rPr>
        <w:t xml:space="preserve"> </w:t>
      </w:r>
      <w:r>
        <w:rPr>
          <w:b w:val="0"/>
          <w:i w:val="0"/>
          <w:smallCaps w:val="0"/>
          <w:strike w:val="0"/>
          <w:sz w:val="22"/>
          <w:highlight w:val="green"/>
          <w:u w:val="single"/>
        </w:rPr>
        <w:t>competition</w:t>
      </w:r>
      <w:r>
        <w:rPr>
          <w:b w:val="0"/>
          <w:i w:val="0"/>
          <w:smallCaps w:val="0"/>
          <w:strike w:val="0"/>
          <w:sz w:val="22"/>
          <w:u w:val="single"/>
        </w:rPr>
        <w:t xml:space="preserve">—contests in which a </w:t>
      </w:r>
      <w:r>
        <w:rPr>
          <w:b/>
          <w:i w:val="0"/>
          <w:smallCaps w:val="0"/>
          <w:strike w:val="0"/>
          <w:sz w:val="22"/>
          <w:u w:val="single"/>
        </w:rPr>
        <w:t>winner</w:t>
      </w:r>
      <w:r>
        <w:rPr>
          <w:b w:val="0"/>
          <w:i w:val="0"/>
          <w:smallCaps w:val="0"/>
          <w:strike w:val="0"/>
          <w:sz w:val="22"/>
          <w:u w:val="single"/>
        </w:rPr>
        <w:t xml:space="preserve"> means a </w:t>
      </w:r>
      <w:r>
        <w:rPr>
          <w:b/>
          <w:i w:val="0"/>
          <w:smallCaps w:val="0"/>
          <w:strike w:val="0"/>
          <w:sz w:val="22"/>
          <w:u w:val="single"/>
        </w:rPr>
        <w:t>loser</w:t>
      </w:r>
      <w:r>
        <w:rPr>
          <w:b w:val="0"/>
          <w:i w:val="0"/>
          <w:smallCaps w:val="0"/>
          <w:strike w:val="0"/>
          <w:sz w:val="22"/>
          <w:u w:val="single"/>
        </w:rPr>
        <w:t xml:space="preserve"> and there is no way to avoid being one or the other</w:t>
      </w:r>
      <w:r>
        <w:rPr>
          <w:b w:val="0"/>
          <w:i w:val="0"/>
          <w:smallCaps w:val="0"/>
          <w:strike w:val="0"/>
          <w:sz w:val="16"/>
          <w:u w:val="none"/>
        </w:rPr>
        <w:t xml:space="preserve">. </w:t>
      </w:r>
    </w:p>
    <w:p>
      <w:pPr>
        <w:spacing w:after="60"/>
      </w:pPr>
      <w:r>
        <w:rPr>
          <w:b w:val="0"/>
          <w:i w:val="0"/>
          <w:smallCaps w:val="0"/>
          <w:strike w:val="0"/>
          <w:sz w:val="16"/>
          <w:u w:val="none"/>
        </w:rPr>
        <w:t>Here’s what I think is true, and it comes as much from my time as a competitor in combat sports and growing up around gang culture as it does from my study of international relations.</w:t>
      </w:r>
    </w:p>
    <w:p>
      <w:pPr>
        <w:spacing w:after="60"/>
      </w:pPr>
      <w:r>
        <w:rPr>
          <w:b w:val="0"/>
          <w:i w:val="0"/>
          <w:smallCaps w:val="0"/>
          <w:strike w:val="0"/>
          <w:u w:val="none"/>
        </w:rPr>
        <w:t>COMPETITION REVEALS, IT DOES NOT “MAKE”</w:t>
      </w:r>
    </w:p>
    <w:p>
      <w:pPr>
        <w:spacing w:after="60"/>
      </w:pPr>
      <w:r>
        <w:rPr>
          <w:b w:val="0"/>
          <w:i w:val="0"/>
          <w:smallCaps w:val="0"/>
          <w:strike w:val="0"/>
          <w:sz w:val="16"/>
          <w:u w:val="none"/>
        </w:rPr>
        <w:t>Competition does not bring out the best in you—it reveals what you’re really about. The submerged self that maybe you can’t access or discover otherwise. And what emerges can be disappointing.</w:t>
      </w:r>
    </w:p>
    <w:p>
      <w:pPr>
        <w:spacing w:after="60"/>
      </w:pPr>
      <w:r>
        <w:rPr>
          <w:b w:val="0"/>
          <w:i w:val="0"/>
          <w:smallCaps w:val="0"/>
          <w:strike w:val="0"/>
          <w:sz w:val="16"/>
          <w:u w:val="none"/>
        </w:rPr>
        <w:t>What that means is that if your decisions rest on biases of any kind (racial or otherwise), that will be exposed. If you lack impulse control, you’ll be found out. If you’re a sadist, your sadism will be exposed once you gain a position of advantage or control. What you value most/least will no doubt be exposed. And if you are ruthless and unsparing toward others, competition will reveal whether you discipline yourself that way or whether you only impose it on others.</w:t>
      </w:r>
    </w:p>
    <w:p>
      <w:pPr>
        <w:spacing w:after="60"/>
      </w:pPr>
      <w:r>
        <w:rPr>
          <w:b w:val="0"/>
          <w:i w:val="0"/>
          <w:smallCaps w:val="0"/>
          <w:strike w:val="0"/>
          <w:sz w:val="16"/>
          <w:u w:val="none"/>
        </w:rPr>
        <w:t xml:space="preserve">All of that is what competition will really mean in the context of international politics. That is what the Cold War presented us with over and over. And that is what we’re revealing about ourselves on the global stage today. </w:t>
      </w:r>
    </w:p>
    <w:p>
      <w:pPr>
        <w:spacing w:after="60"/>
      </w:pPr>
      <w:r>
        <w:rPr>
          <w:b w:val="0"/>
          <w:i w:val="0"/>
          <w:smallCaps w:val="0"/>
          <w:strike w:val="0"/>
          <w:sz w:val="22"/>
          <w:u w:val="single"/>
        </w:rPr>
        <w:t>Competition will not make America better in any respect—it will expose in a rawer way what the American national security state is about</w:t>
      </w:r>
      <w:r>
        <w:rPr>
          <w:b w:val="0"/>
          <w:i w:val="0"/>
          <w:smallCaps w:val="0"/>
          <w:strike w:val="0"/>
          <w:sz w:val="16"/>
          <w:u w:val="none"/>
        </w:rPr>
        <w:t xml:space="preserve">, and as any honest historian acknowledges, that’s </w:t>
      </w:r>
      <w:r>
        <w:rPr>
          <w:b w:val="0"/>
          <w:i w:val="0"/>
          <w:smallCaps w:val="0"/>
          <w:strike w:val="0"/>
          <w:sz w:val="22"/>
          <w:u w:val="single"/>
        </w:rPr>
        <w:t>not a pretty picture</w:t>
      </w:r>
      <w:r>
        <w:rPr>
          <w:b w:val="0"/>
          <w:i w:val="0"/>
          <w:smallCaps w:val="0"/>
          <w:strike w:val="0"/>
          <w:sz w:val="16"/>
          <w:u w:val="none"/>
        </w:rPr>
        <w:t>.</w:t>
      </w:r>
    </w:p>
    <w:p>
      <w:pPr>
        <w:spacing w:after="60"/>
      </w:pPr>
      <w:r>
        <w:rPr>
          <w:b w:val="0"/>
          <w:i w:val="0"/>
          <w:smallCaps w:val="0"/>
          <w:strike w:val="0"/>
          <w:u w:val="none"/>
        </w:rPr>
        <w:t>COMPETITION AS A MISSPECIFIED ANALOGY</w:t>
      </w:r>
    </w:p>
    <w:p>
      <w:pPr>
        <w:spacing w:after="60"/>
      </w:pPr>
      <w:r>
        <w:rPr>
          <w:b w:val="0"/>
          <w:i w:val="0"/>
          <w:smallCaps w:val="0"/>
          <w:strike w:val="0"/>
          <w:sz w:val="16"/>
          <w:u w:val="none"/>
        </w:rPr>
        <w:t xml:space="preserve">Thomas Schelling, game theorists, and certain realists formalized our knowledge of deterrence, compellence, and brute force as analogous to various games in which we were engaged in competitive pursuits against others. Invariably, the image these analogies conveyed were transactional and zero-sum—two teenagers playing a game of chicken, the prisoner’s dilemma, boxers facing off in a ring. </w:t>
      </w:r>
    </w:p>
    <w:p>
      <w:pPr>
        <w:spacing w:after="60"/>
      </w:pPr>
      <w:r>
        <w:rPr>
          <w:b w:val="0"/>
          <w:i w:val="0"/>
          <w:smallCaps w:val="0"/>
          <w:strike w:val="0"/>
          <w:sz w:val="16"/>
          <w:u w:val="none"/>
        </w:rPr>
        <w:t xml:space="preserve">But these images are not synecdoches of real life; they are snapshots of extreme outlier moments. Do you play a game of chicken every day of your life? No. </w:t>
      </w:r>
    </w:p>
    <w:p>
      <w:pPr>
        <w:spacing w:after="60"/>
      </w:pPr>
      <w:r>
        <w:rPr>
          <w:b w:val="0"/>
          <w:i w:val="0"/>
          <w:smallCaps w:val="0"/>
          <w:strike w:val="0"/>
          <w:sz w:val="16"/>
          <w:u w:val="none"/>
        </w:rPr>
        <w:t>When the fighter hears the bell ring, he is relieved—he doesn’t carry the fight with him into the locker room or to his hotel. He doesn’t have to fill himself with adrenaline and hyperfocus. What kind of person walks around thinking he’s fighting 24/7? A fascist. To extrapolate strategy insights from the context of the fighter in the cage is to miss everything that is important about what put that fighter in that cage.</w:t>
      </w:r>
    </w:p>
    <w:p>
      <w:pPr>
        <w:spacing w:after="60"/>
      </w:pPr>
      <w:r>
        <w:rPr>
          <w:b w:val="0"/>
          <w:i w:val="0"/>
          <w:smallCaps w:val="0"/>
          <w:strike w:val="0"/>
          <w:sz w:val="16"/>
          <w:u w:val="none"/>
        </w:rPr>
        <w:t>As I wrote in the Duck of Minerva a while back:</w:t>
      </w:r>
    </w:p>
    <w:p>
      <w:pPr>
        <w:spacing w:after="60"/>
      </w:pPr>
      <w:r>
        <w:rPr>
          <w:b w:val="0"/>
          <w:i w:val="0"/>
          <w:smallCaps w:val="0"/>
          <w:strike w:val="0"/>
          <w:sz w:val="22"/>
          <w:highlight w:val="green"/>
          <w:u w:val="single"/>
        </w:rPr>
        <w:t xml:space="preserve">if you take </w:t>
      </w:r>
      <w:r>
        <w:rPr>
          <w:b/>
          <w:i w:val="0"/>
          <w:smallCaps w:val="0"/>
          <w:strike w:val="0"/>
          <w:sz w:val="22"/>
          <w:highlight w:val="green"/>
          <w:u w:val="single"/>
        </w:rPr>
        <w:t>fighting analogies</w:t>
      </w:r>
      <w:r>
        <w:rPr>
          <w:b w:val="0"/>
          <w:i w:val="0"/>
          <w:smallCaps w:val="0"/>
          <w:strike w:val="0"/>
          <w:sz w:val="22"/>
          <w:u w:val="single"/>
        </w:rPr>
        <w:t xml:space="preserve"> too </w:t>
      </w:r>
      <w:r>
        <w:rPr>
          <w:b w:val="0"/>
          <w:i w:val="0"/>
          <w:smallCaps w:val="0"/>
          <w:strike w:val="0"/>
          <w:sz w:val="22"/>
          <w:highlight w:val="green"/>
          <w:u w:val="single"/>
        </w:rPr>
        <w:t>seriously</w:t>
      </w:r>
      <w:r>
        <w:rPr>
          <w:b w:val="0"/>
          <w:i w:val="0"/>
          <w:smallCaps w:val="0"/>
          <w:strike w:val="0"/>
          <w:sz w:val="22"/>
          <w:u w:val="single"/>
        </w:rPr>
        <w:t xml:space="preserve">, </w:t>
      </w:r>
      <w:r>
        <w:rPr>
          <w:b w:val="0"/>
          <w:i w:val="0"/>
          <w:smallCaps w:val="0"/>
          <w:strike w:val="0"/>
          <w:sz w:val="22"/>
          <w:highlight w:val="green"/>
          <w:u w:val="single"/>
        </w:rPr>
        <w:t xml:space="preserve">your </w:t>
      </w:r>
      <w:r>
        <w:rPr>
          <w:b/>
          <w:i w:val="0"/>
          <w:smallCaps w:val="0"/>
          <w:strike w:val="0"/>
          <w:sz w:val="22"/>
          <w:highlight w:val="green"/>
          <w:u w:val="single"/>
        </w:rPr>
        <w:t>perception of reality</w:t>
      </w:r>
      <w:r>
        <w:rPr>
          <w:b w:val="0"/>
          <w:i w:val="0"/>
          <w:smallCaps w:val="0"/>
          <w:strike w:val="0"/>
          <w:sz w:val="22"/>
          <w:u w:val="single"/>
        </w:rPr>
        <w:t xml:space="preserve"> will be massively </w:t>
      </w:r>
      <w:r>
        <w:rPr>
          <w:b/>
          <w:i w:val="0"/>
          <w:smallCaps w:val="0"/>
          <w:strike w:val="0"/>
          <w:sz w:val="22"/>
          <w:highlight w:val="green"/>
          <w:u w:val="single"/>
        </w:rPr>
        <w:t>warped</w:t>
      </w:r>
      <w:r>
        <w:rPr>
          <w:b w:val="0"/>
          <w:i w:val="0"/>
          <w:smallCaps w:val="0"/>
          <w:strike w:val="0"/>
          <w:sz w:val="22"/>
          <w:u w:val="single"/>
        </w:rPr>
        <w:t xml:space="preserve">…World politics is obviously a mixed valence enterprise. </w:t>
      </w:r>
      <w:r>
        <w:rPr>
          <w:b w:val="0"/>
          <w:i w:val="0"/>
          <w:smallCaps w:val="0"/>
          <w:strike w:val="0"/>
          <w:sz w:val="22"/>
          <w:highlight w:val="green"/>
          <w:u w:val="single"/>
        </w:rPr>
        <w:t xml:space="preserve">Some </w:t>
      </w:r>
      <w:r>
        <w:rPr>
          <w:b w:val="0"/>
          <w:i w:val="0"/>
          <w:smallCaps w:val="0"/>
          <w:strike w:val="0"/>
          <w:sz w:val="22"/>
          <w:highlight w:val="green"/>
          <w:u w:val="single"/>
        </w:rPr>
        <w:t xml:space="preserve">interactions are </w:t>
      </w:r>
      <w:r>
        <w:rPr>
          <w:b/>
          <w:i w:val="0"/>
          <w:smallCaps w:val="0"/>
          <w:strike w:val="0"/>
          <w:sz w:val="22"/>
          <w:highlight w:val="green"/>
          <w:u w:val="single"/>
        </w:rPr>
        <w:t>zero sum</w:t>
      </w:r>
      <w:r>
        <w:rPr>
          <w:b w:val="0"/>
          <w:i w:val="0"/>
          <w:smallCaps w:val="0"/>
          <w:strike w:val="0"/>
          <w:sz w:val="22"/>
          <w:highlight w:val="green"/>
          <w:u w:val="single"/>
        </w:rPr>
        <w:t xml:space="preserve">, but </w:t>
      </w:r>
      <w:r>
        <w:rPr>
          <w:b/>
          <w:i w:val="0"/>
          <w:smallCaps w:val="0"/>
          <w:strike w:val="0"/>
          <w:sz w:val="22"/>
          <w:highlight w:val="green"/>
          <w:u w:val="single"/>
        </w:rPr>
        <w:t>most are not</w:t>
      </w:r>
      <w:r>
        <w:rPr>
          <w:b w:val="0"/>
          <w:i w:val="0"/>
          <w:smallCaps w:val="0"/>
          <w:strike w:val="0"/>
          <w:sz w:val="16"/>
          <w:u w:val="none"/>
        </w:rPr>
        <w:t>…The idea that you should ignore the messiness of reality in favor of a view that the world is about domination and nothing else at best presents you a dilemma. You might even call it a security dilemma…</w:t>
      </w:r>
    </w:p>
    <w:p>
      <w:pPr>
        <w:spacing w:after="60"/>
      </w:pPr>
      <w:r>
        <w:rPr>
          <w:b w:val="0"/>
          <w:i w:val="0"/>
          <w:smallCaps w:val="0"/>
          <w:strike w:val="0"/>
          <w:sz w:val="22"/>
          <w:u w:val="single"/>
        </w:rPr>
        <w:t xml:space="preserve">Competition </w:t>
      </w:r>
      <w:r>
        <w:rPr>
          <w:b w:val="0"/>
          <w:i w:val="0"/>
          <w:smallCaps w:val="0"/>
          <w:strike w:val="0"/>
          <w:sz w:val="22"/>
          <w:u w:val="single"/>
        </w:rPr>
        <w:t>displaces</w:t>
      </w:r>
      <w:r>
        <w:rPr>
          <w:b w:val="0"/>
          <w:i w:val="0"/>
          <w:smallCaps w:val="0"/>
          <w:strike w:val="0"/>
          <w:sz w:val="22"/>
          <w:u w:val="single"/>
        </w:rPr>
        <w:t xml:space="preserve"> many things for the sake of one thing; it </w:t>
      </w:r>
      <w:r>
        <w:rPr>
          <w:b/>
          <w:i w:val="0"/>
          <w:smallCaps w:val="0"/>
          <w:strike w:val="0"/>
          <w:sz w:val="22"/>
          <w:highlight w:val="green"/>
          <w:u w:val="single"/>
        </w:rPr>
        <w:t>reorients our priorities</w:t>
      </w:r>
      <w:r>
        <w:rPr>
          <w:b w:val="0"/>
          <w:i w:val="0"/>
          <w:smallCaps w:val="0"/>
          <w:strike w:val="0"/>
          <w:sz w:val="16"/>
          <w:u w:val="none"/>
        </w:rPr>
        <w:t>. It is a selective—and, if your life is well lived, rare—venture.</w:t>
      </w:r>
    </w:p>
    <w:p>
      <w:pPr>
        <w:spacing w:after="60"/>
      </w:pPr>
      <w:r>
        <w:rPr>
          <w:b/>
          <w:i w:val="0"/>
          <w:smallCaps w:val="0"/>
          <w:strike w:val="0"/>
          <w:sz w:val="22"/>
          <w:highlight w:val="green"/>
          <w:u w:val="single"/>
        </w:rPr>
        <w:t>I</w:t>
      </w:r>
      <w:r>
        <w:rPr>
          <w:b w:val="0"/>
          <w:i w:val="0"/>
          <w:smallCaps w:val="0"/>
          <w:strike w:val="0"/>
          <w:sz w:val="22"/>
          <w:u w:val="single"/>
        </w:rPr>
        <w:t xml:space="preserve">nternational </w:t>
      </w:r>
      <w:r>
        <w:rPr>
          <w:b/>
          <w:i w:val="0"/>
          <w:smallCaps w:val="0"/>
          <w:strike w:val="0"/>
          <w:sz w:val="22"/>
          <w:highlight w:val="green"/>
          <w:u w:val="single"/>
        </w:rPr>
        <w:t>r</w:t>
      </w:r>
      <w:r>
        <w:rPr>
          <w:b w:val="0"/>
          <w:i w:val="0"/>
          <w:smallCaps w:val="0"/>
          <w:strike w:val="0"/>
          <w:sz w:val="22"/>
          <w:u w:val="single"/>
        </w:rPr>
        <w:t xml:space="preserve">elations, by contrast, </w:t>
      </w:r>
      <w:r>
        <w:rPr>
          <w:b w:val="0"/>
          <w:i w:val="0"/>
          <w:smallCaps w:val="0"/>
          <w:strike w:val="0"/>
          <w:sz w:val="22"/>
          <w:highlight w:val="green"/>
          <w:u w:val="single"/>
        </w:rPr>
        <w:t xml:space="preserve">is an </w:t>
      </w:r>
      <w:r>
        <w:rPr>
          <w:b/>
          <w:i w:val="0"/>
          <w:smallCaps w:val="0"/>
          <w:strike w:val="0"/>
          <w:sz w:val="22"/>
          <w:highlight w:val="green"/>
          <w:u w:val="single"/>
        </w:rPr>
        <w:t>everyday thing</w:t>
      </w:r>
      <w:r>
        <w:rPr>
          <w:b w:val="0"/>
          <w:i w:val="0"/>
          <w:smallCaps w:val="0"/>
          <w:strike w:val="0"/>
          <w:sz w:val="22"/>
          <w:u w:val="single"/>
        </w:rPr>
        <w:t xml:space="preserve">. It is the </w:t>
      </w:r>
      <w:r>
        <w:rPr>
          <w:b/>
          <w:i w:val="0"/>
          <w:smallCaps w:val="0"/>
          <w:strike w:val="0"/>
          <w:sz w:val="22"/>
          <w:highlight w:val="green"/>
          <w:u w:val="single"/>
        </w:rPr>
        <w:t>whole of life</w:t>
      </w:r>
      <w:r>
        <w:rPr>
          <w:b w:val="0"/>
          <w:i w:val="0"/>
          <w:smallCaps w:val="0"/>
          <w:strike w:val="0"/>
          <w:sz w:val="22"/>
          <w:u w:val="single"/>
        </w:rPr>
        <w:t xml:space="preserve">, on an </w:t>
      </w:r>
      <w:r>
        <w:rPr>
          <w:b/>
          <w:i w:val="0"/>
          <w:smallCaps w:val="0"/>
          <w:strike w:val="0"/>
          <w:sz w:val="22"/>
          <w:highlight w:val="green"/>
          <w:u w:val="single"/>
        </w:rPr>
        <w:t>ongoing</w:t>
      </w:r>
      <w:r>
        <w:rPr>
          <w:b w:val="0"/>
          <w:i w:val="0"/>
          <w:smallCaps w:val="0"/>
          <w:strike w:val="0"/>
          <w:sz w:val="22"/>
          <w:highlight w:val="green"/>
          <w:u w:val="single"/>
        </w:rPr>
        <w:t xml:space="preserve"> basis</w:t>
      </w:r>
      <w:r>
        <w:rPr>
          <w:b w:val="0"/>
          <w:i w:val="0"/>
          <w:smallCaps w:val="0"/>
          <w:strike w:val="0"/>
          <w:u w:val="none"/>
        </w:rPr>
        <w:t>.</w:t>
      </w:r>
      <w:r>
        <w:rPr>
          <w:b w:val="0"/>
          <w:i w:val="0"/>
          <w:smallCaps w:val="0"/>
          <w:strike w:val="0"/>
          <w:u w:val="none"/>
        </w:rPr>
        <w:t xml:space="preserve"> </w:t>
      </w:r>
      <w:r>
        <w:rPr>
          <w:b w:val="0"/>
          <w:i w:val="0"/>
          <w:smallCaps w:val="0"/>
          <w:strike w:val="0"/>
          <w:sz w:val="22"/>
          <w:highlight w:val="green"/>
          <w:u w:val="single"/>
        </w:rPr>
        <w:t>Collapsing your reality</w:t>
      </w:r>
      <w:r>
        <w:rPr>
          <w:b w:val="0"/>
          <w:i w:val="0"/>
          <w:smallCaps w:val="0"/>
          <w:strike w:val="0"/>
          <w:sz w:val="22"/>
          <w:u w:val="single"/>
        </w:rPr>
        <w:t xml:space="preserve"> (and the reality of those around you) </w:t>
      </w:r>
      <w:r>
        <w:rPr>
          <w:b w:val="0"/>
          <w:i w:val="0"/>
          <w:smallCaps w:val="0"/>
          <w:strike w:val="0"/>
          <w:sz w:val="22"/>
          <w:highlight w:val="green"/>
          <w:u w:val="single"/>
        </w:rPr>
        <w:t xml:space="preserve">into </w:t>
      </w:r>
      <w:r>
        <w:rPr>
          <w:b/>
          <w:i w:val="0"/>
          <w:smallCaps w:val="0"/>
          <w:strike w:val="0"/>
          <w:sz w:val="22"/>
          <w:highlight w:val="green"/>
          <w:u w:val="single"/>
        </w:rPr>
        <w:t>status-chasing</w:t>
      </w:r>
      <w:r>
        <w:rPr>
          <w:b w:val="0"/>
          <w:i w:val="0"/>
          <w:smallCaps w:val="0"/>
          <w:strike w:val="0"/>
          <w:sz w:val="22"/>
          <w:highlight w:val="green"/>
          <w:u w:val="single"/>
        </w:rPr>
        <w:t xml:space="preserve"> or preparation for</w:t>
      </w:r>
      <w:r>
        <w:rPr>
          <w:b w:val="0"/>
          <w:i w:val="0"/>
          <w:smallCaps w:val="0"/>
          <w:strike w:val="0"/>
          <w:sz w:val="22"/>
          <w:u w:val="single"/>
        </w:rPr>
        <w:t xml:space="preserve"> a </w:t>
      </w:r>
      <w:r>
        <w:rPr>
          <w:b/>
          <w:i w:val="0"/>
          <w:smallCaps w:val="0"/>
          <w:strike w:val="0"/>
          <w:sz w:val="22"/>
          <w:highlight w:val="green"/>
          <w:u w:val="single"/>
        </w:rPr>
        <w:t>“great” war</w:t>
      </w:r>
      <w:r>
        <w:rPr>
          <w:b w:val="0"/>
          <w:i w:val="0"/>
          <w:smallCaps w:val="0"/>
          <w:strike w:val="0"/>
          <w:sz w:val="22"/>
          <w:u w:val="single"/>
        </w:rPr>
        <w:t xml:space="preserve"> that need not come to pass </w:t>
      </w:r>
      <w:r>
        <w:rPr>
          <w:b w:val="0"/>
          <w:i w:val="0"/>
          <w:smallCaps w:val="0"/>
          <w:strike w:val="0"/>
          <w:sz w:val="22"/>
          <w:highlight w:val="green"/>
          <w:u w:val="single"/>
        </w:rPr>
        <w:t>is nonsensical. Selfish. Unfulfilling</w:t>
      </w:r>
      <w:r>
        <w:rPr>
          <w:b w:val="0"/>
          <w:i w:val="0"/>
          <w:smallCaps w:val="0"/>
          <w:strike w:val="0"/>
          <w:u w:val="none"/>
        </w:rPr>
        <w:t>.</w:t>
      </w:r>
    </w:p>
    <w:p>
      <w:pPr>
        <w:spacing w:after="60"/>
      </w:pPr>
      <w:r>
        <w:rPr>
          <w:b w:val="0"/>
          <w:i w:val="0"/>
          <w:smallCaps w:val="0"/>
          <w:strike w:val="0"/>
          <w:sz w:val="16"/>
          <w:u w:val="none"/>
        </w:rPr>
        <w:t xml:space="preserve">Worse, it </w:t>
      </w:r>
      <w:r>
        <w:rPr>
          <w:b/>
          <w:i w:val="0"/>
          <w:smallCaps w:val="0"/>
          <w:strike w:val="0"/>
          <w:sz w:val="22"/>
          <w:highlight w:val="green"/>
          <w:u w:val="single"/>
        </w:rPr>
        <w:t>forecloses on better futures</w:t>
      </w:r>
      <w:r>
        <w:rPr>
          <w:b w:val="0"/>
          <w:i w:val="0"/>
          <w:smallCaps w:val="0"/>
          <w:strike w:val="0"/>
          <w:sz w:val="16"/>
          <w:u w:val="none"/>
        </w:rPr>
        <w:t xml:space="preserve">. </w:t>
      </w:r>
    </w:p>
    <w:p>
      <w:pPr>
        <w:spacing w:after="60"/>
      </w:pPr>
      <w:r>
        <w:rPr>
          <w:b w:val="0"/>
          <w:i w:val="0"/>
          <w:smallCaps w:val="0"/>
          <w:strike w:val="0"/>
          <w:sz w:val="16"/>
          <w:u w:val="none"/>
        </w:rPr>
        <w:t xml:space="preserve">From a strategy perspective, </w:t>
      </w:r>
      <w:r>
        <w:rPr>
          <w:b/>
          <w:i w:val="0"/>
          <w:smallCaps w:val="0"/>
          <w:strike w:val="0"/>
          <w:sz w:val="22"/>
          <w:highlight w:val="green"/>
          <w:u w:val="single"/>
        </w:rPr>
        <w:t>relating</w:t>
      </w:r>
      <w:r>
        <w:rPr>
          <w:b w:val="0"/>
          <w:i w:val="0"/>
          <w:smallCaps w:val="0"/>
          <w:strike w:val="0"/>
          <w:sz w:val="22"/>
          <w:u w:val="single"/>
        </w:rPr>
        <w:t xml:space="preserve"> to other actors </w:t>
      </w:r>
      <w:r>
        <w:rPr>
          <w:b w:val="0"/>
          <w:i w:val="0"/>
          <w:smallCaps w:val="0"/>
          <w:strike w:val="0"/>
          <w:sz w:val="22"/>
          <w:highlight w:val="green"/>
          <w:u w:val="single"/>
        </w:rPr>
        <w:t>in a competitive way leads</w:t>
      </w:r>
      <w:r>
        <w:rPr>
          <w:b w:val="0"/>
          <w:i w:val="0"/>
          <w:smallCaps w:val="0"/>
          <w:strike w:val="0"/>
          <w:sz w:val="22"/>
          <w:u w:val="single"/>
        </w:rPr>
        <w:t xml:space="preserve"> you </w:t>
      </w:r>
      <w:r>
        <w:rPr>
          <w:b w:val="0"/>
          <w:i w:val="0"/>
          <w:smallCaps w:val="0"/>
          <w:strike w:val="0"/>
          <w:sz w:val="22"/>
          <w:highlight w:val="green"/>
          <w:u w:val="single"/>
        </w:rPr>
        <w:t>to focus on</w:t>
      </w:r>
      <w:r>
        <w:rPr>
          <w:b w:val="0"/>
          <w:i w:val="0"/>
          <w:smallCaps w:val="0"/>
          <w:strike w:val="0"/>
          <w:sz w:val="22"/>
          <w:u w:val="single"/>
        </w:rPr>
        <w:t xml:space="preserve"> a </w:t>
      </w:r>
      <w:r>
        <w:rPr>
          <w:b/>
          <w:i w:val="0"/>
          <w:smallCaps w:val="0"/>
          <w:strike w:val="0"/>
          <w:sz w:val="22"/>
          <w:highlight w:val="green"/>
          <w:u w:val="single"/>
        </w:rPr>
        <w:t>narrow</w:t>
      </w:r>
      <w:r>
        <w:rPr>
          <w:b/>
          <w:i w:val="0"/>
          <w:smallCaps w:val="0"/>
          <w:strike w:val="0"/>
          <w:sz w:val="22"/>
          <w:u w:val="single"/>
        </w:rPr>
        <w:t xml:space="preserve"> band of </w:t>
      </w:r>
      <w:r>
        <w:rPr>
          <w:b/>
          <w:i w:val="0"/>
          <w:smallCaps w:val="0"/>
          <w:strike w:val="0"/>
          <w:sz w:val="22"/>
          <w:highlight w:val="green"/>
          <w:u w:val="single"/>
        </w:rPr>
        <w:t>choices</w:t>
      </w:r>
      <w:r>
        <w:rPr>
          <w:b w:val="0"/>
          <w:i w:val="0"/>
          <w:smallCaps w:val="0"/>
          <w:strike w:val="0"/>
          <w:sz w:val="16"/>
          <w:u w:val="none"/>
        </w:rPr>
        <w:t xml:space="preserve">—competitive ones, obviously. Doing so obscures context. The circumstances and conditions that give rise to the competitive impulse, and that frame competitive choices, are what matters.  </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