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Johnson and Thayer 16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>Dominic D. P. Johnson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>Co-Director of the Oxford Martin School Natural Governance Programme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an Alistair Buchan Professor of International Relations at St Antony's College, Oxford</w:t>
      </w:r>
      <w:r>
        <w:rPr>
          <w:b w:val="0"/>
          <w:i w:val="0"/>
          <w:smallCaps w:val="0"/>
          <w:strike w:val="0"/>
          <w:u w:val="none"/>
        </w:rPr>
        <w:t xml:space="preserve">) and </w:t>
      </w:r>
      <w:r>
        <w:rPr>
          <w:b w:val="0"/>
          <w:i w:val="0"/>
          <w:smallCaps w:val="0"/>
          <w:strike w:val="0"/>
          <w:u w:val="none"/>
        </w:rPr>
        <w:t>Bradley A. Thayer</w:t>
      </w:r>
      <w:r>
        <w:rPr>
          <w:b w:val="0"/>
          <w:i w:val="0"/>
          <w:smallCaps w:val="0"/>
          <w:strike w:val="0"/>
          <w:u w:val="none"/>
        </w:rPr>
        <w:t xml:space="preserve"> (a</w:t>
      </w:r>
      <w:r>
        <w:rPr>
          <w:b w:val="0"/>
          <w:i w:val="0"/>
          <w:smallCaps w:val="0"/>
          <w:strike w:val="0"/>
          <w:u w:val="none"/>
        </w:rPr>
        <w:t>ssociate professor of political science at the University of Minnesota-Duluth and co-author of America's Achilles' Heel: Nuclear, Biological, and Chemical Weapons Terrorism and Covert Attack</w:t>
      </w:r>
      <w:r>
        <w:rPr>
          <w:b w:val="0"/>
          <w:i w:val="0"/>
          <w:smallCaps w:val="0"/>
          <w:strike w:val="0"/>
          <w:u w:val="none"/>
        </w:rPr>
        <w:t>), June 21 2016</w:t>
      </w:r>
      <w:r>
        <w:rPr>
          <w:b w:val="0"/>
          <w:i w:val="0"/>
          <w:smallCaps w:val="0"/>
          <w:strike w:val="0"/>
          <w:u w:val="none"/>
        </w:rPr>
        <w:t xml:space="preserve">, "The evolution of offensive realism", Cambridge Core, </w:t>
      </w:r>
      <w:r>
        <w:rPr>
          <w:b w:val="0"/>
          <w:i w:val="0"/>
          <w:smallCaps w:val="0"/>
          <w:strike w:val="0"/>
          <w:u w:val="none"/>
        </w:rPr>
        <w:t>) Julia 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2"/>
          <w:u w:val="single"/>
        </w:rPr>
        <w:t>critics of offensive realism point to</w:t>
      </w:r>
      <w:r>
        <w:rPr>
          <w:b w:val="0"/>
          <w:i w:val="0"/>
          <w:smallCaps w:val="0"/>
          <w:strike w:val="0"/>
          <w:u w:val="none"/>
        </w:rPr>
        <w:t xml:space="preserve"> countering factors such as the “</w:t>
      </w:r>
      <w:r>
        <w:rPr>
          <w:b w:val="0"/>
          <w:i w:val="0"/>
          <w:smallCaps w:val="0"/>
          <w:strike w:val="0"/>
          <w:sz w:val="22"/>
          <w:u w:val="single"/>
        </w:rPr>
        <w:t>democratic peace”</w:t>
      </w:r>
      <w:r>
        <w:rPr>
          <w:b w:val="0"/>
          <w:i w:val="0"/>
          <w:smallCaps w:val="0"/>
          <w:strike w:val="0"/>
          <w:u w:val="none"/>
        </w:rPr>
        <w:t xml:space="preserve"> or </w:t>
      </w:r>
      <w:r>
        <w:rPr>
          <w:b w:val="0"/>
          <w:i w:val="0"/>
          <w:smallCaps w:val="0"/>
          <w:strike w:val="0"/>
          <w:sz w:val="22"/>
          <w:u w:val="single"/>
        </w:rPr>
        <w:t>international institutions</w:t>
      </w:r>
      <w:r>
        <w:rPr>
          <w:b w:val="0"/>
          <w:i w:val="0"/>
          <w:smallCaps w:val="0"/>
          <w:strike w:val="0"/>
          <w:u w:val="none"/>
        </w:rPr>
        <w:t xml:space="preserve">. However, </w:t>
      </w:r>
      <w:r>
        <w:rPr>
          <w:b w:val="0"/>
          <w:i w:val="0"/>
          <w:smallCaps w:val="0"/>
          <w:strike w:val="0"/>
          <w:sz w:val="22"/>
          <w:u w:val="single"/>
        </w:rPr>
        <w:t>an evolutionary perspective raises</w:t>
      </w:r>
      <w:r>
        <w:rPr>
          <w:b w:val="0"/>
          <w:i w:val="0"/>
          <w:smallCaps w:val="0"/>
          <w:strike w:val="0"/>
          <w:u w:val="none"/>
        </w:rPr>
        <w:t xml:space="preserve"> new </w:t>
      </w:r>
      <w:r>
        <w:rPr>
          <w:b/>
          <w:i w:val="0"/>
          <w:smallCaps w:val="0"/>
          <w:strike w:val="0"/>
          <w:sz w:val="22"/>
          <w:u w:val="single"/>
        </w:rPr>
        <w:t>doubts about the significance</w:t>
      </w:r>
      <w:r>
        <w:rPr>
          <w:b w:val="0"/>
          <w:i w:val="0"/>
          <w:smallCaps w:val="0"/>
          <w:strike w:val="0"/>
          <w:u w:val="none"/>
        </w:rPr>
        <w:t xml:space="preserve"> of such evidence. </w:t>
      </w:r>
      <w:r>
        <w:rPr>
          <w:b w:val="0"/>
          <w:i w:val="0"/>
          <w:smallCaps w:val="0"/>
          <w:strike w:val="0"/>
          <w:u w:val="none"/>
        </w:rPr>
        <w:t>The very existence</w:t>
      </w:r>
      <w:r>
        <w:rPr>
          <w:b w:val="0"/>
          <w:i w:val="0"/>
          <w:smallCaps w:val="0"/>
          <w:strike w:val="0"/>
          <w:u w:val="none"/>
        </w:rPr>
        <w:t xml:space="preserve"> of these phenomena, </w:t>
      </w:r>
      <w:r>
        <w:rPr>
          <w:b w:val="0"/>
          <w:i w:val="0"/>
          <w:smallCaps w:val="0"/>
          <w:strike w:val="0"/>
          <w:u w:val="none"/>
        </w:rPr>
        <w:t>not to mention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extreme efforts and expense they </w:t>
      </w:r>
      <w:r>
        <w:rPr>
          <w:b w:val="0"/>
          <w:i w:val="0"/>
          <w:smallCaps w:val="0"/>
          <w:strike w:val="0"/>
          <w:u w:val="none"/>
        </w:rPr>
        <w:t>continually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require to function, only </w:t>
      </w:r>
      <w:r>
        <w:rPr>
          <w:b w:val="0"/>
          <w:i w:val="0"/>
          <w:smallCaps w:val="0"/>
          <w:strike w:val="0"/>
          <w:u w:val="none"/>
        </w:rPr>
        <w:t>supports the point</w:t>
      </w:r>
      <w:r>
        <w:rPr>
          <w:b w:val="0"/>
          <w:i w:val="0"/>
          <w:smallCaps w:val="0"/>
          <w:strike w:val="0"/>
          <w:u w:val="none"/>
        </w:rPr>
        <w:t xml:space="preserve"> that international </w:t>
      </w:r>
      <w:r>
        <w:rPr>
          <w:b w:val="0"/>
          <w:i w:val="0"/>
          <w:smallCaps w:val="0"/>
          <w:strike w:val="0"/>
          <w:u w:val="none"/>
        </w:rPr>
        <w:t>politics needs very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special</w:t>
      </w:r>
      <w:r>
        <w:rPr>
          <w:b w:val="0"/>
          <w:i w:val="0"/>
          <w:smallCaps w:val="0"/>
          <w:strike w:val="0"/>
          <w:u w:val="none"/>
        </w:rPr>
        <w:t xml:space="preserve"> and powerful </w:t>
      </w:r>
      <w:r>
        <w:rPr>
          <w:b w:val="0"/>
          <w:i w:val="0"/>
          <w:smallCaps w:val="0"/>
          <w:strike w:val="0"/>
          <w:sz w:val="22"/>
          <w:u w:val="single"/>
        </w:rPr>
        <w:t>arrangements to prevent people from acting as offensive realists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u w:val="none"/>
        </w:rPr>
        <w:t>predisposed as they are to do so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And, </w:t>
      </w:r>
      <w:r>
        <w:rPr>
          <w:b w:val="0"/>
          <w:i w:val="0"/>
          <w:smallCaps w:val="0"/>
          <w:strike w:val="0"/>
          <w:u w:val="none"/>
        </w:rPr>
        <w:t>even then</w:t>
      </w:r>
      <w:r>
        <w:rPr>
          <w:b w:val="0"/>
          <w:i w:val="0"/>
          <w:smallCaps w:val="0"/>
          <w:strike w:val="0"/>
          <w:sz w:val="22"/>
          <w:u w:val="single"/>
        </w:rPr>
        <w:t>, these arrangements</w:t>
      </w:r>
      <w:r>
        <w:rPr>
          <w:b w:val="0"/>
          <w:i w:val="0"/>
          <w:smallCaps w:val="0"/>
          <w:strike w:val="0"/>
          <w:u w:val="none"/>
        </w:rPr>
        <w:t xml:space="preserve"> often </w:t>
      </w:r>
      <w:r>
        <w:rPr>
          <w:b w:val="0"/>
          <w:i w:val="0"/>
          <w:smallCaps w:val="0"/>
          <w:strike w:val="0"/>
          <w:sz w:val="22"/>
          <w:u w:val="single"/>
        </w:rPr>
        <w:t>fail</w:t>
      </w:r>
      <w:r>
        <w:rPr>
          <w:b w:val="0"/>
          <w:i w:val="0"/>
          <w:smallCaps w:val="0"/>
          <w:strike w:val="0"/>
          <w:u w:val="none"/>
        </w:rPr>
        <w:t xml:space="preserve"> to work. </w:t>
      </w:r>
      <w:r>
        <w:rPr>
          <w:b w:val="0"/>
          <w:i w:val="0"/>
          <w:smallCaps w:val="0"/>
          <w:strike w:val="0"/>
          <w:sz w:val="22"/>
          <w:u w:val="single"/>
        </w:rPr>
        <w:t>When the stakes are high</w:t>
      </w:r>
      <w:r>
        <w:rPr>
          <w:b w:val="0"/>
          <w:i w:val="0"/>
          <w:smallCaps w:val="0"/>
          <w:strike w:val="0"/>
          <w:u w:val="none"/>
        </w:rPr>
        <w:t xml:space="preserve"> enough</w:t>
      </w:r>
      <w:r>
        <w:rPr>
          <w:b w:val="0"/>
          <w:i w:val="0"/>
          <w:smallCaps w:val="0"/>
          <w:strike w:val="0"/>
          <w:u w:val="none"/>
        </w:rPr>
        <w:t>, individuals as well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states</w:t>
      </w:r>
      <w:r>
        <w:rPr>
          <w:b w:val="0"/>
          <w:i w:val="0"/>
          <w:smallCaps w:val="0"/>
          <w:strike w:val="0"/>
          <w:u w:val="none"/>
        </w:rPr>
        <w:t xml:space="preserve"> all too </w:t>
      </w:r>
      <w:r>
        <w:rPr>
          <w:b/>
          <w:i w:val="0"/>
          <w:smallCaps w:val="0"/>
          <w:strike w:val="0"/>
          <w:sz w:val="22"/>
          <w:u w:val="single"/>
        </w:rPr>
        <w:t>easily revert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egoism, dominance, and fear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Third, </w:t>
      </w:r>
      <w:r>
        <w:rPr>
          <w:b w:val="0"/>
          <w:i w:val="0"/>
          <w:smallCaps w:val="0"/>
          <w:strike w:val="0"/>
          <w:sz w:val="22"/>
          <w:u w:val="single"/>
        </w:rPr>
        <w:t>critics point to</w:t>
      </w:r>
      <w:r>
        <w:rPr>
          <w:b w:val="0"/>
          <w:i w:val="0"/>
          <w:smallCaps w:val="0"/>
          <w:strike w:val="0"/>
          <w:u w:val="none"/>
        </w:rPr>
        <w:t xml:space="preserve"> international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cooperation </w:t>
      </w:r>
      <w:r>
        <w:rPr>
          <w:b w:val="0"/>
          <w:i w:val="0"/>
          <w:smallCaps w:val="0"/>
          <w:strike w:val="0"/>
          <w:u w:val="none"/>
        </w:rPr>
        <w:t>among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evidence against </w:t>
      </w:r>
      <w:r>
        <w:rPr>
          <w:b w:val="0"/>
          <w:i w:val="0"/>
          <w:smallCaps w:val="0"/>
          <w:strike w:val="0"/>
          <w:u w:val="none"/>
        </w:rPr>
        <w:t>offensive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realism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We realize</w:t>
      </w:r>
      <w:r>
        <w:rPr>
          <w:b w:val="0"/>
          <w:i w:val="0"/>
          <w:smallCaps w:val="0"/>
          <w:strike w:val="0"/>
          <w:u w:val="none"/>
        </w:rPr>
        <w:t xml:space="preserve"> international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cooperation is prevalent, but that does not mean such cooperation is easy to obtain. On the contrary, </w:t>
      </w:r>
      <w:r>
        <w:rPr>
          <w:b/>
          <w:i w:val="0"/>
          <w:smallCaps w:val="0"/>
          <w:strike w:val="0"/>
          <w:sz w:val="22"/>
          <w:u w:val="single"/>
        </w:rPr>
        <w:t>it is famously hard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initiate and maintain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both a theoretical and empirical perspective</w:t>
      </w:r>
      <w:r>
        <w:rPr>
          <w:b w:val="0"/>
          <w:i w:val="0"/>
          <w:smallCaps w:val="0"/>
          <w:strike w:val="0"/>
          <w:u w:val="none"/>
        </w:rPr>
        <w:t xml:space="preserve">, which is why this topic continues to fill huge volumes of scholarly literature in economics and political science.208,209 As we have emphasized, </w:t>
      </w:r>
      <w:r>
        <w:rPr>
          <w:b w:val="0"/>
          <w:i w:val="0"/>
          <w:smallCaps w:val="0"/>
          <w:strike w:val="0"/>
          <w:u w:val="none"/>
        </w:rPr>
        <w:t>cooperation is easy to explain where it brings clear mutual benefits to the self-interest of those involved, such as trade or military alliances</w:t>
      </w:r>
      <w:r>
        <w:rPr>
          <w:b w:val="0"/>
          <w:i w:val="0"/>
          <w:smallCaps w:val="0"/>
          <w:strike w:val="0"/>
          <w:u w:val="none"/>
        </w:rPr>
        <w:t xml:space="preserve"> (in which case offensive realism is as good an explanation of cooperation as any other theory). </w:t>
      </w:r>
      <w:r>
        <w:rPr>
          <w:b w:val="0"/>
          <w:i w:val="0"/>
          <w:smallCaps w:val="0"/>
          <w:strike w:val="0"/>
          <w:sz w:val="22"/>
          <w:u w:val="single"/>
        </w:rPr>
        <w:t>Collective action to attain public goods,</w:t>
      </w:r>
      <w:r>
        <w:rPr>
          <w:b w:val="0"/>
          <w:i w:val="0"/>
          <w:smallCaps w:val="0"/>
          <w:strike w:val="0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much harder to attain because of </w:t>
      </w:r>
      <w:r>
        <w:rPr>
          <w:b w:val="0"/>
          <w:i w:val="0"/>
          <w:smallCaps w:val="0"/>
          <w:strike w:val="0"/>
          <w:u w:val="none"/>
        </w:rPr>
        <w:t>the threat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free-riders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>as demonstrated</w:t>
      </w:r>
      <w:r>
        <w:rPr>
          <w:b w:val="0"/>
          <w:i w:val="0"/>
          <w:smallCaps w:val="0"/>
          <w:strike w:val="0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>by the slow response to climate change,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reluctance </w:t>
      </w:r>
      <w:r>
        <w:rPr>
          <w:b w:val="0"/>
          <w:i w:val="0"/>
          <w:smallCaps w:val="0"/>
          <w:strike w:val="0"/>
          <w:u w:val="none"/>
        </w:rPr>
        <w:t>of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accept Syrian refugees, and Eurozone fiscal responsibility). Where</w:t>
      </w:r>
      <w:r>
        <w:rPr>
          <w:b w:val="0"/>
          <w:i w:val="0"/>
          <w:smallCaps w:val="0"/>
          <w:strike w:val="0"/>
          <w:u w:val="none"/>
        </w:rPr>
        <w:t xml:space="preserve"> extensive international </w:t>
      </w:r>
      <w:r>
        <w:rPr>
          <w:b w:val="0"/>
          <w:i w:val="0"/>
          <w:smallCaps w:val="0"/>
          <w:strike w:val="0"/>
          <w:sz w:val="22"/>
          <w:u w:val="single"/>
        </w:rPr>
        <w:t>cooperation does occur</w:t>
      </w:r>
      <w:r>
        <w:rPr>
          <w:b w:val="0"/>
          <w:i w:val="0"/>
          <w:smallCaps w:val="0"/>
          <w:strike w:val="0"/>
          <w:u w:val="none"/>
        </w:rPr>
        <w:t xml:space="preserve">, it is often only by virtue of a hegemon willing to sustain it,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cooperation </w:t>
      </w:r>
      <w:r>
        <w:rPr>
          <w:b/>
          <w:i w:val="0"/>
          <w:smallCaps w:val="0"/>
          <w:strike w:val="0"/>
          <w:sz w:val="22"/>
          <w:u w:val="single"/>
        </w:rPr>
        <w:t>quickly breaks 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core interests and security are put at risk</w:t>
      </w:r>
      <w:r>
        <w:rPr>
          <w:b w:val="0"/>
          <w:i w:val="0"/>
          <w:smallCaps w:val="0"/>
          <w:strike w:val="0"/>
          <w:u w:val="none"/>
        </w:rPr>
        <w:t xml:space="preserve">. Furthermore,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cooperation is </w:t>
      </w:r>
      <w:r>
        <w:rPr>
          <w:b w:val="0"/>
          <w:i w:val="0"/>
          <w:smallCaps w:val="0"/>
          <w:strike w:val="0"/>
          <w:u w:val="none"/>
        </w:rPr>
        <w:t>often itself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 means to power maximization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formation of military and security alliances</w:t>
      </w:r>
      <w:r>
        <w:rPr>
          <w:b w:val="0"/>
          <w:i w:val="0"/>
          <w:smallCaps w:val="0"/>
          <w:strike w:val="0"/>
          <w:u w:val="none"/>
        </w:rPr>
        <w:t xml:space="preserve">—and thus, cooperation can be a prediction of, not a challenge to, offensive realism.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Where a state’s own security is threatened or </w:t>
      </w:r>
      <w:r>
        <w:rPr>
          <w:b w:val="0"/>
          <w:i w:val="0"/>
          <w:smallCaps w:val="0"/>
          <w:strike w:val="0"/>
          <w:u w:val="none"/>
        </w:rPr>
        <w:t>the 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becomes vulnerable </w:t>
      </w:r>
      <w:r>
        <w:rPr>
          <w:b w:val="0"/>
          <w:i w:val="0"/>
          <w:smallCaps w:val="0"/>
          <w:strike w:val="0"/>
          <w:u w:val="none"/>
        </w:rPr>
        <w:t>to exploitation</w:t>
      </w:r>
      <w:r>
        <w:rPr>
          <w:b w:val="0"/>
          <w:i w:val="0"/>
          <w:smallCaps w:val="0"/>
          <w:strike w:val="0"/>
          <w:sz w:val="22"/>
          <w:u w:val="single"/>
        </w:rPr>
        <w:t>, alliances offer</w:t>
      </w:r>
      <w:r>
        <w:rPr>
          <w:b w:val="0"/>
          <w:i w:val="0"/>
          <w:smallCaps w:val="0"/>
          <w:strike w:val="0"/>
          <w:u w:val="none"/>
        </w:rPr>
        <w:t xml:space="preserve"> one means of increasing or preserving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Similar patterns are evident in nature</w:t>
      </w:r>
      <w:r>
        <w:rPr>
          <w:b w:val="0"/>
          <w:i w:val="0"/>
          <w:smallCaps w:val="0"/>
          <w:strike w:val="0"/>
          <w:sz w:val="22"/>
          <w:u w:val="single"/>
        </w:rPr>
        <w:t>. Animals do not constantly fight.</w:t>
      </w:r>
      <w:r>
        <w:rPr>
          <w:b w:val="0"/>
          <w:i w:val="0"/>
          <w:smallCaps w:val="0"/>
          <w:strike w:val="0"/>
          <w:u w:val="none"/>
        </w:rPr>
        <w:t xml:space="preserve"> Natural selection generates contingent behavior because it is more effective than blind aggression. </w:t>
      </w:r>
      <w:r>
        <w:rPr>
          <w:b w:val="0"/>
          <w:i w:val="0"/>
          <w:smallCaps w:val="0"/>
          <w:strike w:val="0"/>
          <w:sz w:val="22"/>
          <w:u w:val="single"/>
        </w:rPr>
        <w:t>Individuals bide their time,</w:t>
      </w:r>
      <w:r>
        <w:rPr>
          <w:b w:val="0"/>
          <w:i w:val="0"/>
          <w:smallCaps w:val="0"/>
          <w:strike w:val="0"/>
          <w:u w:val="none"/>
        </w:rPr>
        <w:t xml:space="preserve"> form coalitions and alliances, and cooperate with others, </w:t>
      </w:r>
      <w:r>
        <w:rPr>
          <w:b w:val="0"/>
          <w:i w:val="0"/>
          <w:smallCaps w:val="0"/>
          <w:strike w:val="0"/>
          <w:sz w:val="22"/>
          <w:u w:val="single"/>
        </w:rPr>
        <w:t>but they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/>
          <w:i w:val="0"/>
          <w:smallCaps w:val="0"/>
          <w:strike w:val="0"/>
          <w:sz w:val="22"/>
          <w:u w:val="single"/>
        </w:rPr>
        <w:t>seize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the opportunity arises. States are</w:t>
      </w:r>
      <w:r>
        <w:rPr>
          <w:b w:val="0"/>
          <w:i w:val="0"/>
          <w:smallCaps w:val="0"/>
          <w:strike w:val="0"/>
          <w:u w:val="none"/>
        </w:rPr>
        <w:t xml:space="preserve"> much </w:t>
      </w:r>
      <w:r>
        <w:rPr>
          <w:b w:val="0"/>
          <w:i w:val="0"/>
          <w:smallCaps w:val="0"/>
          <w:strike w:val="0"/>
          <w:sz w:val="22"/>
          <w:u w:val="single"/>
        </w:rPr>
        <w:t>the same</w:t>
      </w:r>
      <w:r>
        <w:rPr>
          <w:b w:val="0"/>
          <w:i w:val="0"/>
          <w:smallCaps w:val="0"/>
          <w:strike w:val="0"/>
          <w:u w:val="none"/>
        </w:rPr>
        <w:t>. In international politics, the bigger problem may be aspiring hegemons—states that do not need to cooperate to obtain what they want.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