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are ideas of a "similar and racialized category of creatorship" when one uses the concept of "intellectual property." </w:t>
      </w:r>
    </w:p>
    <w:p>
      <w:pPr>
        <w:spacing w:after="80"/>
      </w:pPr>
      <w:r>
        <w:rPr>
          <w:b/>
          <w:i w:val="0"/>
          <w:smallCaps w:val="0"/>
          <w:strike w:val="0"/>
          <w:color w:val="000000"/>
          <w:sz w:val="24"/>
          <w:u w:val="none"/>
        </w:rPr>
        <w:t xml:space="preserve">ANJALI VATS, </w:t>
      </w:r>
      <w:r>
        <w:rPr>
          <w:b w:val="0"/>
          <w:i w:val="0"/>
          <w:smallCaps w:val="0"/>
          <w:strike w:val="0"/>
          <w:color w:val="000000"/>
          <w:sz w:val="22"/>
          <w:u w:val="none"/>
        </w:rPr>
        <w:t>20</w:t>
      </w:r>
      <w:r>
        <w:rPr>
          <w:b/>
          <w:i w:val="0"/>
          <w:smallCaps w:val="0"/>
          <w:strike w:val="0"/>
          <w:color w:val="000000"/>
          <w:sz w:val="24"/>
          <w:u w:val="none"/>
        </w:rPr>
        <w:t>20</w:t>
      </w:r>
      <w:r>
        <w:rPr>
          <w:b/>
          <w:i w:val="0"/>
          <w:smallCaps w:val="0"/>
          <w:strike w:val="0"/>
          <w:color w:val="000000"/>
          <w:sz w:val="22"/>
          <w:u w:val="none"/>
        </w:rPr>
        <w:t xml:space="preserve">, </w:t>
      </w:r>
      <w:r>
        <w:rPr>
          <w:b w:val="0"/>
          <w:i w:val="0"/>
          <w:smallCaps w:val="0"/>
          <w:strike w:val="0"/>
          <w:color w:val="000000"/>
          <w:sz w:val="20"/>
          <w:u w:val="none"/>
        </w:rPr>
        <w:t>Assistant Professor of Communication and African and African Diaspora Studies and Assistant Professor of Law at Boston College Anjali, “The Color of Creatorship</w:t>
      </w:r>
    </w:p>
    <w:p>
      <w:pPr>
        <w:spacing w:after="60"/>
      </w:pPr>
      <w:r>
        <w:rPr>
          <w:b w:val="0"/>
          <w:i w:val="0"/>
          <w:smallCaps w:val="0"/>
          <w:strike w:val="0"/>
          <w:color w:val="000000"/>
          <w:sz w:val="20"/>
          <w:u w:val="none"/>
        </w:rPr>
        <w:t>Intellectual Property, Race, and the Making of Americans”</w:t>
      </w:r>
    </w:p>
    <w:p>
      <w:pPr>
        <w:spacing w:after="60"/>
      </w:pPr>
      <w:r>
        <w:rPr>
          <w:b w:val="0"/>
          <w:i w:val="0"/>
          <w:smallCaps w:val="0"/>
          <w:strike w:val="0"/>
          <w:color w:val="000000"/>
          <w:sz w:val="14"/>
          <w:u w:val="none"/>
        </w:rPr>
        <w:t>Understanding the racial scripts embedded in intellectual property law requires treating the legal regime as both a collection of individual bodies of law and a mass noun. While Richard Stallman is correct tha</w:t>
      </w:r>
      <w:r>
        <w:rPr>
          <w:b w:val="0"/>
          <w:i w:val="0"/>
          <w:smallCaps w:val="0"/>
          <w:strike w:val="0"/>
          <w:color w:val="000000"/>
          <w:sz w:val="12"/>
          <w:u w:val="none"/>
        </w:rPr>
        <w:t xml:space="preserve">t </w:t>
      </w:r>
      <w:r>
        <w:rPr>
          <w:b w:val="0"/>
          <w:i w:val="0"/>
          <w:smallCaps w:val="0"/>
          <w:strike w:val="0"/>
          <w:color w:val="000000"/>
          <w:sz w:val="20"/>
          <w:u w:val="none"/>
        </w:rPr>
        <w:t>i</w:t>
      </w:r>
      <w:r>
        <w:rPr>
          <w:b w:val="0"/>
          <w:i w:val="0"/>
          <w:smallCaps w:val="0"/>
          <w:strike w:val="0"/>
          <w:color w:val="000000"/>
          <w:sz w:val="12"/>
          <w:u w:val="none"/>
        </w:rPr>
        <w:t xml:space="preserve">ntellectual </w:t>
      </w:r>
      <w:r>
        <w:rPr>
          <w:b w:val="0"/>
          <w:i w:val="0"/>
          <w:smallCaps w:val="0"/>
          <w:strike w:val="0"/>
          <w:color w:val="000000"/>
          <w:sz w:val="20"/>
          <w:u w:val="none"/>
        </w:rPr>
        <w:t>p</w:t>
      </w:r>
      <w:r>
        <w:rPr>
          <w:b w:val="0"/>
          <w:i w:val="0"/>
          <w:smallCaps w:val="0"/>
          <w:strike w:val="0"/>
          <w:color w:val="000000"/>
          <w:sz w:val="12"/>
          <w:u w:val="none"/>
        </w:rPr>
        <w:t xml:space="preserve">roperty </w:t>
      </w:r>
      <w:r>
        <w:rPr>
          <w:b w:val="0"/>
          <w:i w:val="0"/>
          <w:smallCaps w:val="0"/>
          <w:strike w:val="0"/>
          <w:color w:val="000000"/>
          <w:sz w:val="20"/>
          <w:u w:val="none"/>
        </w:rPr>
        <w:t>is a</w:t>
      </w:r>
      <w:r>
        <w:rPr>
          <w:b w:val="0"/>
          <w:i w:val="0"/>
          <w:smallCaps w:val="0"/>
          <w:strike w:val="0"/>
          <w:color w:val="000000"/>
          <w:sz w:val="12"/>
          <w:u w:val="none"/>
        </w:rPr>
        <w:t xml:space="preserve"> “</w:t>
      </w:r>
      <w:r>
        <w:rPr>
          <w:b w:val="0"/>
          <w:i w:val="0"/>
          <w:smallCaps w:val="0"/>
          <w:strike w:val="0"/>
          <w:color w:val="000000"/>
          <w:sz w:val="20"/>
          <w:u w:val="none"/>
        </w:rPr>
        <w:t>seductive mirage</w:t>
      </w:r>
      <w:r>
        <w:rPr>
          <w:b w:val="0"/>
          <w:i w:val="0"/>
          <w:smallCaps w:val="0"/>
          <w:strike w:val="0"/>
          <w:color w:val="000000"/>
          <w:sz w:val="12"/>
          <w:u w:val="none"/>
        </w:rPr>
        <w:t xml:space="preserve">”44 </w:t>
      </w:r>
      <w:r>
        <w:rPr>
          <w:b w:val="0"/>
          <w:i w:val="0"/>
          <w:smallCaps w:val="0"/>
          <w:strike w:val="0"/>
          <w:color w:val="000000"/>
          <w:sz w:val="20"/>
          <w:u w:val="none"/>
        </w:rPr>
        <w:t>through which policy differences</w:t>
      </w:r>
      <w:r>
        <w:rPr>
          <w:b w:val="0"/>
          <w:i w:val="0"/>
          <w:smallCaps w:val="0"/>
          <w:strike w:val="0"/>
          <w:color w:val="000000"/>
          <w:sz w:val="12"/>
          <w:u w:val="none"/>
        </w:rPr>
        <w:t xml:space="preserve"> between copyrights, trademarks, and patents </w:t>
      </w:r>
      <w:r>
        <w:rPr>
          <w:b w:val="0"/>
          <w:i w:val="0"/>
          <w:smallCaps w:val="0"/>
          <w:strike w:val="0"/>
          <w:color w:val="000000"/>
          <w:sz w:val="20"/>
          <w:u w:val="none"/>
        </w:rPr>
        <w:t>are obscured</w:t>
      </w:r>
      <w:r>
        <w:rPr>
          <w:b w:val="0"/>
          <w:i w:val="0"/>
          <w:smallCaps w:val="0"/>
          <w:strike w:val="0"/>
          <w:color w:val="000000"/>
          <w:sz w:val="12"/>
          <w:u w:val="none"/>
        </w:rPr>
        <w:t xml:space="preserve">, </w:t>
      </w:r>
      <w:r>
        <w:rPr>
          <w:b w:val="0"/>
          <w:i w:val="0"/>
          <w:smallCaps w:val="0"/>
          <w:strike w:val="0"/>
          <w:color w:val="000000"/>
          <w:sz w:val="20"/>
          <w:u w:val="none"/>
        </w:rPr>
        <w:t>the term</w:t>
      </w:r>
      <w:r>
        <w:rPr>
          <w:b w:val="0"/>
          <w:i w:val="0"/>
          <w:smallCaps w:val="0"/>
          <w:strike w:val="0"/>
          <w:color w:val="000000"/>
          <w:sz w:val="12"/>
          <w:u w:val="none"/>
        </w:rPr>
        <w:t xml:space="preserve"> </w:t>
      </w:r>
      <w:r>
        <w:rPr>
          <w:b w:val="0"/>
          <w:i w:val="0"/>
          <w:smallCaps w:val="0"/>
          <w:strike w:val="0"/>
          <w:color w:val="000000"/>
          <w:sz w:val="14"/>
          <w:u w:val="none"/>
        </w:rPr>
        <w:t>“</w:t>
      </w:r>
      <w:r>
        <w:rPr>
          <w:b/>
          <w:i w:val="0"/>
          <w:smallCaps w:val="0"/>
          <w:strike w:val="0"/>
          <w:color w:val="000000"/>
          <w:sz w:val="22"/>
          <w:u w:val="single"/>
        </w:rPr>
        <w:t>intellectual property</w:t>
      </w:r>
      <w:r>
        <w:rPr>
          <w:b w:val="0"/>
          <w:i w:val="0"/>
          <w:smallCaps w:val="0"/>
          <w:strike w:val="0"/>
          <w:color w:val="000000"/>
          <w:sz w:val="14"/>
          <w:u w:val="none"/>
        </w:rPr>
        <w:t xml:space="preserve">” </w:t>
      </w:r>
      <w:r>
        <w:rPr>
          <w:b w:val="0"/>
          <w:i w:val="0"/>
          <w:smallCaps w:val="0"/>
          <w:strike w:val="0"/>
          <w:color w:val="000000"/>
          <w:sz w:val="22"/>
          <w:u w:val="single"/>
        </w:rPr>
        <w:t xml:space="preserve">has </w:t>
      </w:r>
      <w:r>
        <w:rPr>
          <w:b/>
          <w:i w:val="0"/>
          <w:smallCaps w:val="0"/>
          <w:strike w:val="0"/>
          <w:color w:val="000000"/>
          <w:sz w:val="22"/>
          <w:u w:val="single"/>
        </w:rPr>
        <w:t>rhetorical properties</w:t>
      </w:r>
      <w:r>
        <w:rPr>
          <w:b w:val="0"/>
          <w:i w:val="0"/>
          <w:smallCaps w:val="0"/>
          <w:strike w:val="0"/>
          <w:color w:val="000000"/>
          <w:sz w:val="14"/>
          <w:u w:val="none"/>
        </w:rPr>
        <w:t xml:space="preserve"> that when used in public culture require study, especially with respect to race</w:t>
      </w:r>
      <w:r>
        <w:rPr>
          <w:b w:val="0"/>
          <w:i w:val="0"/>
          <w:smallCaps w:val="0"/>
          <w:strike w:val="0"/>
          <w:color w:val="000000"/>
          <w:sz w:val="12"/>
          <w:u w:val="none"/>
        </w:rPr>
        <w:t xml:space="preserve">. </w:t>
      </w:r>
      <w:r>
        <w:rPr>
          <w:b w:val="0"/>
          <w:i w:val="0"/>
          <w:smallCaps w:val="0"/>
          <w:strike w:val="0"/>
          <w:color w:val="000000"/>
          <w:sz w:val="20"/>
          <w:u w:val="single"/>
        </w:rPr>
        <w:t>Discursive deployments of</w:t>
      </w:r>
      <w:r>
        <w:rPr>
          <w:b w:val="0"/>
          <w:i w:val="0"/>
          <w:smallCaps w:val="0"/>
          <w:strike w:val="0"/>
          <w:color w:val="000000"/>
          <w:sz w:val="12"/>
          <w:u w:val="none"/>
        </w:rPr>
        <w:t xml:space="preserve"> </w:t>
      </w:r>
      <w:r>
        <w:rPr>
          <w:b w:val="0"/>
          <w:i w:val="0"/>
          <w:smallCaps w:val="0"/>
          <w:strike w:val="0"/>
          <w:color w:val="000000"/>
          <w:sz w:val="20"/>
          <w:u w:val="single"/>
        </w:rPr>
        <w:t>i</w:t>
      </w:r>
      <w:r>
        <w:rPr>
          <w:b w:val="0"/>
          <w:i w:val="0"/>
          <w:smallCaps w:val="0"/>
          <w:strike w:val="0"/>
          <w:color w:val="000000"/>
          <w:sz w:val="12"/>
          <w:u w:val="none"/>
        </w:rPr>
        <w:t xml:space="preserve">ntellectual </w:t>
      </w:r>
      <w:r>
        <w:rPr>
          <w:b w:val="0"/>
          <w:i w:val="0"/>
          <w:smallCaps w:val="0"/>
          <w:strike w:val="0"/>
          <w:color w:val="000000"/>
          <w:sz w:val="20"/>
          <w:u w:val="single"/>
        </w:rPr>
        <w:t>p</w:t>
      </w:r>
      <w:r>
        <w:rPr>
          <w:b w:val="0"/>
          <w:i w:val="0"/>
          <w:smallCaps w:val="0"/>
          <w:strike w:val="0"/>
          <w:color w:val="000000"/>
          <w:sz w:val="12"/>
          <w:u w:val="none"/>
        </w:rPr>
        <w:t>ro</w:t>
      </w:r>
      <w:r>
        <w:rPr>
          <w:b w:val="0"/>
          <w:i w:val="0"/>
          <w:smallCaps w:val="0"/>
          <w:strike w:val="0"/>
          <w:color w:val="000000"/>
          <w:sz w:val="14"/>
          <w:u w:val="none"/>
        </w:rPr>
        <w:t xml:space="preserve">perty </w:t>
      </w:r>
      <w:r>
        <w:rPr>
          <w:b w:val="0"/>
          <w:i w:val="0"/>
          <w:smallCaps w:val="0"/>
          <w:strike w:val="0"/>
          <w:color w:val="000000"/>
          <w:sz w:val="22"/>
          <w:u w:val="single"/>
        </w:rPr>
        <w:t xml:space="preserve">as a </w:t>
      </w:r>
      <w:r>
        <w:rPr>
          <w:b/>
          <w:i w:val="0"/>
          <w:smallCaps w:val="0"/>
          <w:strike w:val="0"/>
          <w:color w:val="000000"/>
          <w:sz w:val="22"/>
          <w:u w:val="single"/>
        </w:rPr>
        <w:t>single concept</w:t>
      </w:r>
      <w:r>
        <w:rPr>
          <w:b w:val="0"/>
          <w:i w:val="0"/>
          <w:smallCaps w:val="0"/>
          <w:strike w:val="0"/>
          <w:color w:val="000000"/>
          <w:sz w:val="22"/>
          <w:u w:val="single"/>
        </w:rPr>
        <w:t xml:space="preserve"> facilitate the creation of a </w:t>
      </w:r>
      <w:r>
        <w:rPr>
          <w:b/>
          <w:i w:val="0"/>
          <w:smallCaps w:val="0"/>
          <w:strike w:val="0"/>
          <w:color w:val="000000"/>
          <w:sz w:val="22"/>
          <w:u w:val="single"/>
        </w:rPr>
        <w:t>homogeneous</w:t>
      </w:r>
      <w:r>
        <w:rPr>
          <w:b w:val="0"/>
          <w:i w:val="0"/>
          <w:smallCaps w:val="0"/>
          <w:strike w:val="0"/>
          <w:color w:val="000000"/>
          <w:sz w:val="22"/>
          <w:u w:val="single"/>
        </w:rPr>
        <w:t xml:space="preserve"> and </w:t>
      </w:r>
      <w:r>
        <w:rPr>
          <w:b/>
          <w:i w:val="0"/>
          <w:smallCaps w:val="0"/>
          <w:strike w:val="0"/>
          <w:color w:val="000000"/>
          <w:sz w:val="22"/>
          <w:u w:val="single"/>
        </w:rPr>
        <w:t>racialized category</w:t>
      </w:r>
      <w:r>
        <w:rPr>
          <w:b w:val="0"/>
          <w:i w:val="0"/>
          <w:smallCaps w:val="0"/>
          <w:strike w:val="0"/>
          <w:color w:val="000000"/>
          <w:sz w:val="22"/>
          <w:u w:val="single"/>
        </w:rPr>
        <w:t xml:space="preserve"> of creatorship as well as the mobilization of public feelings about knowledge production</w:t>
      </w:r>
      <w:r>
        <w:rPr>
          <w:b w:val="0"/>
          <w:i w:val="0"/>
          <w:smallCaps w:val="0"/>
          <w:strike w:val="0"/>
          <w:color w:val="000000"/>
          <w:sz w:val="14"/>
          <w:u w:val="none"/>
        </w:rPr>
        <w:t>.</w:t>
      </w:r>
      <w:r>
        <w:rPr>
          <w:b w:val="0"/>
          <w:i w:val="0"/>
          <w:smallCaps w:val="0"/>
          <w:strike w:val="0"/>
          <w:color w:val="000000"/>
          <w:sz w:val="14"/>
          <w:u w:val="none"/>
        </w:rPr>
        <w:t xml:space="preserve"> Moving between intellectual property law as a mass noun and as a collection of bodies of law is useful in teasing out the structural and rhetorical implications of the racialized practices through which racial hierarchy is sustained.</w:t>
      </w:r>
    </w:p>
    <w:p>
      <w:pPr>
        <w:spacing w:after="60"/>
      </w:pPr>
      <w:r>
        <w:rPr>
          <w:b w:val="0"/>
          <w:i w:val="0"/>
          <w:smallCaps w:val="0"/>
          <w:strike w:val="0"/>
          <w:color w:val="000000"/>
          <w:sz w:val="14"/>
          <w:u w:val="none"/>
        </w:rPr>
        <w:t>With the exception of a few works, such as Madhavi Sunder’s From Goods to a Good Life: Intellectual Property and Global Justice, scholarship on intellectual property and race tends to address case studies within individual bodies of law. This approach is important and valuable, as it investigates in depth the racial implications of particular intellectual property policies. However, as Silbey argues, “[t]he origin stories that circulate about intellectual property protection span all three forms. The repetition of these stories of consent through the case law, the litigation that becomes case law, and the statutory and constitutional history behind the law, serves to further reinforce the message of consent.”45</w:t>
      </w:r>
    </w:p>
    <w:p>
      <w:pPr>
        <w:spacing w:after="60"/>
      </w:pPr>
      <w:r>
        <w:rPr>
          <w:b w:val="0"/>
          <w:i w:val="0"/>
          <w:smallCaps w:val="0"/>
          <w:strike w:val="0"/>
          <w:color w:val="000000"/>
          <w:sz w:val="14"/>
          <w:u w:val="none"/>
        </w:rPr>
        <w:t xml:space="preserve">Intellectual property law’s narratives about race span all three forms of law as well. </w:t>
      </w:r>
      <w:r>
        <w:rPr>
          <w:b w:val="0"/>
          <w:i w:val="0"/>
          <w:smallCaps w:val="0"/>
          <w:strike w:val="0"/>
          <w:color w:val="000000"/>
          <w:sz w:val="22"/>
          <w:u w:val="single"/>
        </w:rPr>
        <w:t xml:space="preserve">In the </w:t>
      </w:r>
      <w:r>
        <w:rPr>
          <w:b/>
          <w:i w:val="0"/>
          <w:smallCaps w:val="0"/>
          <w:strike w:val="0"/>
          <w:color w:val="000000"/>
          <w:sz w:val="22"/>
          <w:u w:val="single"/>
        </w:rPr>
        <w:t>colonial</w:t>
      </w:r>
      <w:r>
        <w:rPr>
          <w:b w:val="0"/>
          <w:i w:val="0"/>
          <w:smallCaps w:val="0"/>
          <w:strike w:val="0"/>
          <w:color w:val="000000"/>
          <w:sz w:val="22"/>
          <w:u w:val="single"/>
        </w:rPr>
        <w:t xml:space="preserve"> period</w:t>
      </w:r>
      <w:r>
        <w:rPr>
          <w:b w:val="0"/>
          <w:i w:val="0"/>
          <w:smallCaps w:val="0"/>
          <w:strike w:val="0"/>
          <w:color w:val="000000"/>
          <w:sz w:val="14"/>
          <w:u w:val="none"/>
        </w:rPr>
        <w:t xml:space="preserve">, </w:t>
      </w:r>
      <w:r>
        <w:rPr>
          <w:b w:val="0"/>
          <w:i w:val="0"/>
          <w:smallCaps w:val="0"/>
          <w:strike w:val="0"/>
          <w:color w:val="000000"/>
          <w:sz w:val="22"/>
          <w:u w:val="single"/>
        </w:rPr>
        <w:t>knowledge</w:t>
      </w:r>
      <w:r>
        <w:rPr>
          <w:b w:val="0"/>
          <w:i w:val="0"/>
          <w:smallCaps w:val="0"/>
          <w:strike w:val="0"/>
          <w:color w:val="000000"/>
          <w:sz w:val="22"/>
          <w:u w:val="single"/>
        </w:rPr>
        <w:t xml:space="preserve"> production </w:t>
      </w:r>
      <w:r>
        <w:rPr>
          <w:b w:val="0"/>
          <w:i w:val="0"/>
          <w:smallCaps w:val="0"/>
          <w:strike w:val="0"/>
          <w:color w:val="000000"/>
          <w:sz w:val="22"/>
          <w:u w:val="single"/>
        </w:rPr>
        <w:t xml:space="preserve">was structured through </w:t>
      </w:r>
      <w:r>
        <w:rPr>
          <w:b/>
          <w:i w:val="0"/>
          <w:smallCaps w:val="0"/>
          <w:strike w:val="0"/>
          <w:color w:val="000000"/>
          <w:sz w:val="22"/>
          <w:u w:val="single"/>
        </w:rPr>
        <w:t>overt racism</w:t>
      </w:r>
      <w:r>
        <w:rPr>
          <w:b w:val="0"/>
          <w:i w:val="0"/>
          <w:smallCaps w:val="0"/>
          <w:strike w:val="0"/>
          <w:color w:val="000000"/>
          <w:sz w:val="14"/>
          <w:u w:val="none"/>
        </w:rPr>
        <w:t xml:space="preserve">, with whites presuming they had superior capacity to create and know. That overt racism evolved </w:t>
      </w:r>
      <w:r>
        <w:rPr>
          <w:b w:val="0"/>
          <w:i w:val="0"/>
          <w:smallCaps w:val="0"/>
          <w:strike w:val="0"/>
          <w:color w:val="000000"/>
          <w:sz w:val="22"/>
          <w:u w:val="single"/>
        </w:rPr>
        <w:t>over time</w:t>
      </w:r>
      <w:r>
        <w:rPr>
          <w:b w:val="0"/>
          <w:i w:val="0"/>
          <w:smallCaps w:val="0"/>
          <w:strike w:val="0"/>
          <w:color w:val="000000"/>
          <w:sz w:val="14"/>
          <w:u w:val="none"/>
        </w:rPr>
        <w:t xml:space="preserve">. With the rise of corporate content ownership and neoliberalism, </w:t>
      </w:r>
      <w:r>
        <w:rPr>
          <w:b w:val="0"/>
          <w:i w:val="0"/>
          <w:smallCaps w:val="0"/>
          <w:strike w:val="0"/>
          <w:color w:val="000000"/>
          <w:sz w:val="22"/>
          <w:u w:val="single"/>
        </w:rPr>
        <w:t>types of</w:t>
      </w:r>
      <w:r>
        <w:rPr>
          <w:b w:val="0"/>
          <w:i w:val="0"/>
          <w:smallCaps w:val="0"/>
          <w:strike w:val="0"/>
          <w:color w:val="000000"/>
          <w:sz w:val="14"/>
          <w:u w:val="none"/>
        </w:rPr>
        <w:t xml:space="preserve"> </w:t>
      </w:r>
      <w:r>
        <w:rPr>
          <w:b/>
          <w:i w:val="0"/>
          <w:smallCaps w:val="0"/>
          <w:strike w:val="0"/>
          <w:color w:val="000000"/>
          <w:sz w:val="22"/>
          <w:u w:val="single"/>
        </w:rPr>
        <w:t>i</w:t>
      </w:r>
      <w:r>
        <w:rPr>
          <w:b w:val="0"/>
          <w:i w:val="0"/>
          <w:smallCaps w:val="0"/>
          <w:strike w:val="0"/>
          <w:color w:val="000000"/>
          <w:sz w:val="14"/>
          <w:u w:val="none"/>
        </w:rPr>
        <w:t xml:space="preserve">ntellectual </w:t>
      </w:r>
      <w:r>
        <w:rPr>
          <w:b/>
          <w:i w:val="0"/>
          <w:smallCaps w:val="0"/>
          <w:strike w:val="0"/>
          <w:color w:val="000000"/>
          <w:sz w:val="22"/>
          <w:u w:val="single"/>
        </w:rPr>
        <w:t>p</w:t>
      </w:r>
      <w:r>
        <w:rPr>
          <w:b w:val="0"/>
          <w:i w:val="0"/>
          <w:smallCaps w:val="0"/>
          <w:strike w:val="0"/>
          <w:color w:val="000000"/>
          <w:sz w:val="14"/>
          <w:u w:val="none"/>
        </w:rPr>
        <w:t xml:space="preserve">roperty </w:t>
      </w:r>
      <w:r>
        <w:rPr>
          <w:b w:val="0"/>
          <w:i w:val="0"/>
          <w:smallCaps w:val="0"/>
          <w:strike w:val="0"/>
          <w:color w:val="000000"/>
          <w:sz w:val="22"/>
          <w:u w:val="single"/>
        </w:rPr>
        <w:t>became</w:t>
      </w:r>
      <w:r>
        <w:rPr>
          <w:b w:val="0"/>
          <w:i w:val="0"/>
          <w:smallCaps w:val="0"/>
          <w:strike w:val="0"/>
          <w:color w:val="000000"/>
          <w:sz w:val="22"/>
          <w:u w:val="single"/>
        </w:rPr>
        <w:t xml:space="preserve"> </w:t>
      </w:r>
      <w:r>
        <w:rPr>
          <w:b/>
          <w:i w:val="0"/>
          <w:smallCaps w:val="0"/>
          <w:strike w:val="0"/>
          <w:color w:val="000000"/>
          <w:sz w:val="22"/>
          <w:u w:val="single"/>
        </w:rPr>
        <w:t xml:space="preserve">increasingly </w:t>
      </w:r>
      <w:r>
        <w:rPr>
          <w:b/>
          <w:i w:val="0"/>
          <w:smallCaps w:val="0"/>
          <w:strike w:val="0"/>
          <w:color w:val="000000"/>
          <w:sz w:val="22"/>
          <w:u w:val="single"/>
        </w:rPr>
        <w:t>blurred</w:t>
      </w:r>
      <w:r>
        <w:rPr>
          <w:b w:val="0"/>
          <w:i w:val="0"/>
          <w:smallCaps w:val="0"/>
          <w:strike w:val="0"/>
          <w:color w:val="000000"/>
          <w:sz w:val="14"/>
          <w:u w:val="none"/>
        </w:rPr>
        <w:t xml:space="preserve">. </w:t>
      </w:r>
      <w:r>
        <w:rPr>
          <w:b w:val="0"/>
          <w:i w:val="0"/>
          <w:smallCaps w:val="0"/>
          <w:strike w:val="0"/>
          <w:color w:val="000000"/>
          <w:sz w:val="22"/>
          <w:u w:val="single"/>
        </w:rPr>
        <w:t>This</w:t>
      </w:r>
      <w:r>
        <w:rPr>
          <w:b w:val="0"/>
          <w:i w:val="0"/>
          <w:smallCaps w:val="0"/>
          <w:strike w:val="0"/>
          <w:color w:val="000000"/>
          <w:sz w:val="14"/>
          <w:u w:val="none"/>
        </w:rPr>
        <w:t xml:space="preserve"> blurring </w:t>
      </w:r>
      <w:r>
        <w:rPr>
          <w:b w:val="0"/>
          <w:i w:val="0"/>
          <w:smallCaps w:val="0"/>
          <w:strike w:val="0"/>
          <w:color w:val="000000"/>
          <w:sz w:val="14"/>
          <w:u w:val="none"/>
        </w:rPr>
        <w:t xml:space="preserve">also </w:t>
      </w:r>
      <w:r>
        <w:rPr>
          <w:b w:val="0"/>
          <w:i w:val="0"/>
          <w:smallCaps w:val="0"/>
          <w:strike w:val="0"/>
          <w:color w:val="000000"/>
          <w:sz w:val="22"/>
          <w:u w:val="single"/>
        </w:rPr>
        <w:t>facilitated</w:t>
      </w:r>
      <w:r>
        <w:rPr>
          <w:b w:val="0"/>
          <w:i w:val="0"/>
          <w:smallCaps w:val="0"/>
          <w:strike w:val="0"/>
          <w:color w:val="000000"/>
          <w:sz w:val="22"/>
          <w:u w:val="single"/>
        </w:rPr>
        <w:t xml:space="preserve"> the </w:t>
      </w:r>
      <w:r>
        <w:rPr>
          <w:b/>
          <w:i w:val="0"/>
          <w:smallCaps w:val="0"/>
          <w:strike w:val="0"/>
          <w:color w:val="000000"/>
          <w:sz w:val="22"/>
          <w:u w:val="single"/>
        </w:rPr>
        <w:t>securitization</w:t>
      </w:r>
      <w:r>
        <w:rPr>
          <w:b w:val="0"/>
          <w:i w:val="0"/>
          <w:smallCaps w:val="0"/>
          <w:strike w:val="0"/>
          <w:color w:val="000000"/>
          <w:sz w:val="22"/>
          <w:u w:val="single"/>
        </w:rPr>
        <w:t xml:space="preserve"> of</w:t>
      </w:r>
      <w:r>
        <w:rPr>
          <w:b w:val="0"/>
          <w:i w:val="0"/>
          <w:smallCaps w:val="0"/>
          <w:strike w:val="0"/>
          <w:color w:val="000000"/>
          <w:sz w:val="14"/>
          <w:u w:val="none"/>
        </w:rPr>
        <w:t xml:space="preserve"> </w:t>
      </w:r>
      <w:r>
        <w:rPr>
          <w:b/>
          <w:i w:val="0"/>
          <w:smallCaps w:val="0"/>
          <w:strike w:val="0"/>
          <w:color w:val="000000"/>
          <w:sz w:val="22"/>
          <w:u w:val="single"/>
        </w:rPr>
        <w:t>i</w:t>
      </w:r>
      <w:r>
        <w:rPr>
          <w:b w:val="0"/>
          <w:i w:val="0"/>
          <w:smallCaps w:val="0"/>
          <w:strike w:val="0"/>
          <w:color w:val="000000"/>
          <w:sz w:val="14"/>
          <w:u w:val="none"/>
        </w:rPr>
        <w:t xml:space="preserve">ntellectual </w:t>
      </w:r>
      <w:r>
        <w:rPr>
          <w:b/>
          <w:i w:val="0"/>
          <w:smallCaps w:val="0"/>
          <w:strike w:val="0"/>
          <w:color w:val="000000"/>
          <w:sz w:val="22"/>
          <w:u w:val="single"/>
        </w:rPr>
        <w:t>p</w:t>
      </w:r>
      <w:r>
        <w:rPr>
          <w:b w:val="0"/>
          <w:i w:val="0"/>
          <w:smallCaps w:val="0"/>
          <w:strike w:val="0"/>
          <w:color w:val="000000"/>
          <w:sz w:val="14"/>
          <w:u w:val="none"/>
        </w:rPr>
        <w:t>roperty</w:t>
      </w:r>
      <w:r>
        <w:rPr>
          <w:b w:val="0"/>
          <w:i w:val="0"/>
          <w:smallCaps w:val="0"/>
          <w:strike w:val="0"/>
          <w:color w:val="000000"/>
          <w:sz w:val="12"/>
          <w:u w:val="none"/>
        </w:rPr>
        <w:t xml:space="preserve">, </w:t>
      </w:r>
      <w:r>
        <w:rPr>
          <w:b w:val="0"/>
          <w:i w:val="0"/>
          <w:smallCaps w:val="0"/>
          <w:strike w:val="0"/>
          <w:color w:val="000000"/>
          <w:sz w:val="20"/>
          <w:u w:val="none"/>
        </w:rPr>
        <w:t>by linking infringement and</w:t>
      </w:r>
      <w:r>
        <w:rPr>
          <w:b w:val="0"/>
          <w:i w:val="0"/>
          <w:smallCaps w:val="0"/>
          <w:strike w:val="0"/>
          <w:color w:val="000000"/>
          <w:sz w:val="22"/>
          <w:u w:val="single"/>
        </w:rPr>
        <w:t xml:space="preserve"> </w:t>
      </w:r>
      <w:r>
        <w:rPr>
          <w:b w:val="0"/>
          <w:i w:val="0"/>
          <w:smallCaps w:val="0"/>
          <w:strike w:val="0"/>
          <w:color w:val="000000"/>
          <w:sz w:val="22"/>
          <w:u w:val="single"/>
        </w:rPr>
        <w:t xml:space="preserve">counterfeiting with </w:t>
      </w:r>
      <w:r>
        <w:rPr>
          <w:b/>
          <w:i w:val="0"/>
          <w:smallCaps w:val="0"/>
          <w:strike w:val="0"/>
          <w:color w:val="000000"/>
          <w:sz w:val="22"/>
          <w:u w:val="single"/>
        </w:rPr>
        <w:t>national security threats</w:t>
      </w:r>
      <w:r>
        <w:rPr>
          <w:b w:val="0"/>
          <w:i w:val="0"/>
          <w:smallCaps w:val="0"/>
          <w:strike w:val="0"/>
          <w:color w:val="000000"/>
          <w:sz w:val="14"/>
          <w:u w:val="none"/>
        </w:rPr>
        <w:t xml:space="preserve">, such as terrorism and organized crime. From the late 1970s onward, Jack Valenti, former president of the Motion Picture Association of America (MPAA), came to be known for associating intellectual property infringement with terrorism, comparing it to rape and sexual assault, and racializing its perpetrators.46 Valenti’s </w:t>
      </w:r>
      <w:r>
        <w:rPr>
          <w:b w:val="0"/>
          <w:i w:val="0"/>
          <w:smallCaps w:val="0"/>
          <w:strike w:val="0"/>
          <w:color w:val="000000"/>
          <w:sz w:val="20"/>
          <w:u w:val="none"/>
        </w:rPr>
        <w:t>rhetorical moves facilitate the treatment of</w:t>
      </w:r>
      <w:r>
        <w:rPr>
          <w:b w:val="0"/>
          <w:i w:val="0"/>
          <w:smallCaps w:val="0"/>
          <w:strike w:val="0"/>
          <w:color w:val="000000"/>
          <w:sz w:val="12"/>
          <w:u w:val="none"/>
        </w:rPr>
        <w:t xml:space="preserve"> </w:t>
      </w:r>
      <w:r>
        <w:rPr>
          <w:b/>
          <w:i w:val="0"/>
          <w:smallCaps w:val="0"/>
          <w:strike w:val="0"/>
          <w:color w:val="000000"/>
          <w:sz w:val="20"/>
          <w:u w:val="none"/>
        </w:rPr>
        <w:t>i</w:t>
      </w:r>
      <w:r>
        <w:rPr>
          <w:b w:val="0"/>
          <w:i w:val="0"/>
          <w:smallCaps w:val="0"/>
          <w:strike w:val="0"/>
          <w:color w:val="000000"/>
          <w:sz w:val="12"/>
          <w:u w:val="none"/>
        </w:rPr>
        <w:t xml:space="preserve">ntellectual </w:t>
      </w:r>
      <w:r>
        <w:rPr>
          <w:b/>
          <w:i w:val="0"/>
          <w:smallCaps w:val="0"/>
          <w:strike w:val="0"/>
          <w:color w:val="000000"/>
          <w:sz w:val="20"/>
          <w:u w:val="none"/>
        </w:rPr>
        <w:t>p</w:t>
      </w:r>
      <w:r>
        <w:rPr>
          <w:b w:val="0"/>
          <w:i w:val="0"/>
          <w:smallCaps w:val="0"/>
          <w:strike w:val="0"/>
          <w:color w:val="000000"/>
          <w:sz w:val="12"/>
          <w:u w:val="none"/>
        </w:rPr>
        <w:t xml:space="preserve">roperty </w:t>
      </w:r>
      <w:r>
        <w:rPr>
          <w:b w:val="0"/>
          <w:i w:val="0"/>
          <w:smallCaps w:val="0"/>
          <w:strike w:val="0"/>
          <w:color w:val="000000"/>
          <w:sz w:val="20"/>
          <w:u w:val="none"/>
        </w:rPr>
        <w:t xml:space="preserve">protection as a </w:t>
      </w:r>
      <w:r>
        <w:rPr>
          <w:b/>
          <w:i w:val="0"/>
          <w:smallCaps w:val="0"/>
          <w:strike w:val="0"/>
          <w:color w:val="000000"/>
          <w:sz w:val="20"/>
          <w:u w:val="none"/>
        </w:rPr>
        <w:t>racialized mass noun</w:t>
      </w:r>
      <w:r>
        <w:rPr>
          <w:b w:val="0"/>
          <w:i w:val="0"/>
          <w:smallCaps w:val="0"/>
          <w:strike w:val="0"/>
          <w:color w:val="000000"/>
          <w:sz w:val="12"/>
          <w:u w:val="none"/>
        </w:rPr>
        <w:t xml:space="preserve">. His </w:t>
      </w:r>
      <w:r>
        <w:rPr>
          <w:b w:val="0"/>
          <w:i w:val="0"/>
          <w:smallCaps w:val="0"/>
          <w:strike w:val="0"/>
          <w:color w:val="000000"/>
          <w:sz w:val="14"/>
          <w:u w:val="none"/>
        </w:rPr>
        <w:t>discursive strategies, which others in the film and music industry have modeled, deploy intellectual property strategically in ways that are legible only through study of the term’s use to describe and read across multiple bodies of law.</w:t>
      </w:r>
    </w:p>
    <w:p>
      <w:pPr>
        <w:spacing w:after="60"/>
      </w:pPr>
      <w:r>
        <w:rPr>
          <w:b w:val="0"/>
          <w:i w:val="0"/>
          <w:smallCaps w:val="0"/>
          <w:strike w:val="0"/>
          <w:color w:val="000000"/>
          <w:sz w:val="22"/>
          <w:u w:val="single"/>
        </w:rPr>
        <w:t>Because</w:t>
      </w:r>
      <w:r>
        <w:rPr>
          <w:b w:val="0"/>
          <w:i w:val="0"/>
          <w:smallCaps w:val="0"/>
          <w:strike w:val="0"/>
          <w:color w:val="000000"/>
          <w:sz w:val="14"/>
          <w:u w:val="none"/>
        </w:rPr>
        <w:t>, in the context of law and public culture</w:t>
      </w:r>
      <w:r>
        <w:rPr>
          <w:b w:val="0"/>
          <w:i w:val="0"/>
          <w:smallCaps w:val="0"/>
          <w:strike w:val="0"/>
          <w:color w:val="000000"/>
          <w:sz w:val="14"/>
          <w:u w:val="none"/>
        </w:rPr>
        <w:t xml:space="preserve">, </w:t>
      </w:r>
      <w:r>
        <w:rPr>
          <w:b/>
          <w:i w:val="0"/>
          <w:smallCaps w:val="0"/>
          <w:strike w:val="0"/>
          <w:color w:val="000000"/>
          <w:sz w:val="22"/>
          <w:u w:val="single"/>
        </w:rPr>
        <w:t>all forms of knowledge</w:t>
      </w:r>
      <w:r>
        <w:rPr>
          <w:b w:val="0"/>
          <w:i w:val="0"/>
          <w:smallCaps w:val="0"/>
          <w:strike w:val="0"/>
          <w:color w:val="000000"/>
          <w:sz w:val="22"/>
          <w:u w:val="single"/>
        </w:rPr>
        <w:t xml:space="preserve"> production are often treated together</w:t>
      </w:r>
      <w:r>
        <w:rPr>
          <w:b w:val="0"/>
          <w:i w:val="0"/>
          <w:smallCaps w:val="0"/>
          <w:strike w:val="0"/>
          <w:color w:val="000000"/>
          <w:sz w:val="14"/>
          <w:u w:val="none"/>
        </w:rPr>
        <w:t xml:space="preserve">, </w:t>
      </w:r>
      <w:r>
        <w:rPr>
          <w:b w:val="0"/>
          <w:i w:val="0"/>
          <w:smallCaps w:val="0"/>
          <w:strike w:val="0"/>
          <w:color w:val="000000"/>
          <w:sz w:val="22"/>
          <w:u w:val="single"/>
        </w:rPr>
        <w:t xml:space="preserve">as a </w:t>
      </w:r>
      <w:r>
        <w:rPr>
          <w:b/>
          <w:i w:val="0"/>
          <w:smallCaps w:val="0"/>
          <w:strike w:val="0"/>
          <w:color w:val="000000"/>
          <w:sz w:val="22"/>
          <w:u w:val="single"/>
        </w:rPr>
        <w:t>chain</w:t>
      </w:r>
      <w:r>
        <w:rPr>
          <w:b w:val="0"/>
          <w:i w:val="0"/>
          <w:smallCaps w:val="0"/>
          <w:strike w:val="0"/>
          <w:color w:val="000000"/>
          <w:sz w:val="22"/>
          <w:u w:val="single"/>
        </w:rPr>
        <w:t xml:space="preserve"> of creation</w:t>
      </w:r>
      <w:r>
        <w:rPr>
          <w:b w:val="0"/>
          <w:i w:val="0"/>
          <w:smallCaps w:val="0"/>
          <w:strike w:val="0"/>
          <w:color w:val="000000"/>
          <w:sz w:val="14"/>
          <w:u w:val="none"/>
        </w:rPr>
        <w:t xml:space="preserve">, </w:t>
      </w:r>
      <w:r>
        <w:rPr>
          <w:b w:val="0"/>
          <w:i w:val="0"/>
          <w:smallCaps w:val="0"/>
          <w:strike w:val="0"/>
          <w:color w:val="000000"/>
          <w:sz w:val="20"/>
          <w:u w:val="single"/>
        </w:rPr>
        <w:t>marketing</w:t>
      </w:r>
      <w:r>
        <w:rPr>
          <w:b w:val="0"/>
          <w:i w:val="0"/>
          <w:smallCaps w:val="0"/>
          <w:strike w:val="0"/>
          <w:color w:val="000000"/>
          <w:sz w:val="12"/>
          <w:u w:val="none"/>
        </w:rPr>
        <w:t xml:space="preserve">, </w:t>
      </w:r>
      <w:r>
        <w:rPr>
          <w:b w:val="0"/>
          <w:i w:val="0"/>
          <w:smallCaps w:val="0"/>
          <w:strike w:val="0"/>
          <w:color w:val="000000"/>
          <w:sz w:val="20"/>
          <w:u w:val="single"/>
        </w:rPr>
        <w:t>and circulation</w:t>
      </w:r>
      <w:r>
        <w:rPr>
          <w:b w:val="0"/>
          <w:i w:val="0"/>
          <w:smallCaps w:val="0"/>
          <w:strike w:val="0"/>
          <w:color w:val="000000"/>
          <w:sz w:val="12"/>
          <w:u w:val="none"/>
        </w:rPr>
        <w:t>—</w:t>
      </w:r>
      <w:r>
        <w:rPr>
          <w:b w:val="0"/>
          <w:i w:val="0"/>
          <w:smallCaps w:val="0"/>
          <w:strike w:val="0"/>
          <w:color w:val="000000"/>
          <w:sz w:val="14"/>
          <w:u w:val="none"/>
        </w:rPr>
        <w:t>particularly under the streamlined economic model of neoliberalism—</w:t>
      </w:r>
      <w:r>
        <w:rPr>
          <w:b w:val="0"/>
          <w:i w:val="0"/>
          <w:smallCaps w:val="0"/>
          <w:strike w:val="0"/>
          <w:color w:val="000000"/>
          <w:sz w:val="22"/>
          <w:u w:val="single"/>
        </w:rPr>
        <w:t xml:space="preserve">narratives of </w:t>
      </w:r>
      <w:r>
        <w:rPr>
          <w:b/>
          <w:i w:val="0"/>
          <w:smallCaps w:val="0"/>
          <w:strike w:val="0"/>
          <w:color w:val="000000"/>
          <w:sz w:val="22"/>
          <w:u w:val="single"/>
        </w:rPr>
        <w:t>race</w:t>
      </w:r>
      <w:r>
        <w:rPr>
          <w:b w:val="0"/>
          <w:i w:val="0"/>
          <w:smallCaps w:val="0"/>
          <w:strike w:val="0"/>
          <w:color w:val="000000"/>
          <w:sz w:val="22"/>
          <w:u w:val="single"/>
        </w:rPr>
        <w:t xml:space="preserve"> move across the</w:t>
      </w:r>
      <w:r>
        <w:rPr>
          <w:b w:val="0"/>
          <w:i w:val="0"/>
          <w:smallCaps w:val="0"/>
          <w:strike w:val="0"/>
          <w:color w:val="000000"/>
          <w:sz w:val="22"/>
          <w:u w:val="single"/>
        </w:rPr>
        <w:t xml:space="preserve"> permeable</w:t>
      </w:r>
      <w:r>
        <w:rPr>
          <w:b w:val="0"/>
          <w:i w:val="0"/>
          <w:smallCaps w:val="0"/>
          <w:strike w:val="0"/>
          <w:color w:val="000000"/>
          <w:sz w:val="22"/>
          <w:u w:val="single"/>
        </w:rPr>
        <w:t xml:space="preserve"> </w:t>
      </w:r>
      <w:r>
        <w:rPr>
          <w:b/>
          <w:i w:val="0"/>
          <w:smallCaps w:val="0"/>
          <w:strike w:val="0"/>
          <w:color w:val="000000"/>
          <w:sz w:val="22"/>
          <w:u w:val="single"/>
        </w:rPr>
        <w:t>boundaries of copyright</w:t>
      </w:r>
      <w:r>
        <w:rPr>
          <w:b/>
          <w:i w:val="0"/>
          <w:smallCaps w:val="0"/>
          <w:strike w:val="0"/>
          <w:color w:val="000000"/>
          <w:sz w:val="14"/>
          <w:u w:val="none"/>
        </w:rPr>
        <w:t>,</w:t>
      </w:r>
      <w:r>
        <w:rPr>
          <w:b w:val="0"/>
          <w:i w:val="0"/>
          <w:smallCaps w:val="0"/>
          <w:strike w:val="0"/>
          <w:color w:val="000000"/>
          <w:sz w:val="14"/>
          <w:u w:val="none"/>
        </w:rPr>
        <w:t xml:space="preserve"> </w:t>
      </w:r>
      <w:r>
        <w:rPr>
          <w:b w:val="0"/>
          <w:i w:val="0"/>
          <w:smallCaps w:val="0"/>
          <w:strike w:val="0"/>
          <w:color w:val="000000"/>
          <w:sz w:val="22"/>
          <w:u w:val="single"/>
        </w:rPr>
        <w:t>patent</w:t>
      </w:r>
      <w:r>
        <w:rPr>
          <w:b w:val="0"/>
          <w:i w:val="0"/>
          <w:smallCaps w:val="0"/>
          <w:strike w:val="0"/>
          <w:color w:val="000000"/>
          <w:sz w:val="14"/>
          <w:u w:val="none"/>
        </w:rPr>
        <w:t xml:space="preserve">, </w:t>
      </w:r>
      <w:r>
        <w:rPr>
          <w:b w:val="0"/>
          <w:i w:val="0"/>
          <w:smallCaps w:val="0"/>
          <w:strike w:val="0"/>
          <w:color w:val="000000"/>
          <w:sz w:val="22"/>
          <w:u w:val="single"/>
        </w:rPr>
        <w:t>and trademark law</w:t>
      </w:r>
      <w:r>
        <w:rPr>
          <w:b w:val="0"/>
          <w:i w:val="0"/>
          <w:smallCaps w:val="0"/>
          <w:strike w:val="0"/>
          <w:color w:val="000000"/>
          <w:sz w:val="14"/>
          <w:u w:val="none"/>
        </w:rPr>
        <w:t xml:space="preserve">. </w:t>
      </w:r>
      <w:r>
        <w:rPr>
          <w:b w:val="0"/>
          <w:i w:val="0"/>
          <w:smallCaps w:val="0"/>
          <w:strike w:val="0"/>
          <w:color w:val="000000"/>
          <w:sz w:val="14"/>
          <w:u w:val="none"/>
        </w:rPr>
        <w:t xml:space="preserve"> From the late 1970s onward, Jack Valenti, former president of the Motion Picture Association of America (MPAA), came to be known for associating intellectual property infringement with terrorism, comparing it to rape and sexual assault, and racializing its perpetrators. </w:t>
      </w:r>
      <w:r>
        <w:rPr>
          <w:b w:val="0"/>
          <w:i w:val="0"/>
          <w:smallCaps w:val="0"/>
          <w:strike w:val="0"/>
          <w:color w:val="000000"/>
          <w:sz w:val="22"/>
          <w:u w:val="single"/>
        </w:rPr>
        <w:t>Different types of</w:t>
      </w:r>
      <w:r>
        <w:rPr>
          <w:b w:val="0"/>
          <w:i w:val="0"/>
          <w:smallCaps w:val="0"/>
          <w:strike w:val="0"/>
          <w:color w:val="000000"/>
          <w:sz w:val="14"/>
          <w:u w:val="none"/>
        </w:rPr>
        <w:t xml:space="preserve"> </w:t>
      </w:r>
      <w:r>
        <w:rPr>
          <w:b/>
          <w:i w:val="0"/>
          <w:smallCaps w:val="0"/>
          <w:strike w:val="0"/>
          <w:color w:val="000000"/>
          <w:sz w:val="22"/>
          <w:u w:val="single"/>
        </w:rPr>
        <w:t>i</w:t>
      </w:r>
      <w:r>
        <w:rPr>
          <w:b w:val="0"/>
          <w:i w:val="0"/>
          <w:smallCaps w:val="0"/>
          <w:strike w:val="0"/>
          <w:color w:val="000000"/>
          <w:sz w:val="14"/>
          <w:u w:val="none"/>
        </w:rPr>
        <w:t xml:space="preserve">ntellectual </w:t>
      </w:r>
      <w:r>
        <w:rPr>
          <w:b/>
          <w:i w:val="0"/>
          <w:smallCaps w:val="0"/>
          <w:strike w:val="0"/>
          <w:color w:val="000000"/>
          <w:sz w:val="22"/>
          <w:u w:val="single"/>
        </w:rPr>
        <w:t>p</w:t>
      </w:r>
      <w:r>
        <w:rPr>
          <w:b w:val="0"/>
          <w:i w:val="0"/>
          <w:smallCaps w:val="0"/>
          <w:strike w:val="0"/>
          <w:color w:val="000000"/>
          <w:sz w:val="14"/>
          <w:u w:val="none"/>
        </w:rPr>
        <w:t xml:space="preserve">roperty </w:t>
      </w:r>
      <w:r>
        <w:rPr>
          <w:b w:val="0"/>
          <w:i w:val="0"/>
          <w:smallCaps w:val="0"/>
          <w:strike w:val="0"/>
          <w:color w:val="000000"/>
          <w:sz w:val="22"/>
          <w:u w:val="single"/>
        </w:rPr>
        <w:t xml:space="preserve">protection operate in </w:t>
      </w:r>
      <w:r>
        <w:rPr>
          <w:b/>
          <w:i w:val="0"/>
          <w:smallCaps w:val="0"/>
          <w:strike w:val="0"/>
          <w:color w:val="000000"/>
          <w:sz w:val="22"/>
          <w:u w:val="single"/>
        </w:rPr>
        <w:t>tandem</w:t>
      </w:r>
      <w:r>
        <w:rPr>
          <w:b w:val="0"/>
          <w:i w:val="0"/>
          <w:smallCaps w:val="0"/>
          <w:strike w:val="0"/>
          <w:color w:val="000000"/>
          <w:sz w:val="22"/>
          <w:u w:val="single"/>
        </w:rPr>
        <w:t xml:space="preserve"> with one another</w:t>
      </w:r>
      <w:r>
        <w:rPr>
          <w:b w:val="0"/>
          <w:i w:val="0"/>
          <w:smallCaps w:val="0"/>
          <w:strike w:val="0"/>
          <w:color w:val="000000"/>
          <w:sz w:val="14"/>
          <w:u w:val="none"/>
        </w:rPr>
        <w:t xml:space="preserve">, </w:t>
      </w:r>
      <w:r>
        <w:rPr>
          <w:b/>
          <w:i w:val="0"/>
          <w:smallCaps w:val="0"/>
          <w:strike w:val="0"/>
          <w:color w:val="000000"/>
          <w:sz w:val="22"/>
          <w:u w:val="single"/>
        </w:rPr>
        <w:t>racially</w:t>
      </w:r>
      <w:r>
        <w:rPr>
          <w:b w:val="0"/>
          <w:i w:val="0"/>
          <w:smallCaps w:val="0"/>
          <w:strike w:val="0"/>
          <w:color w:val="000000"/>
          <w:sz w:val="22"/>
          <w:u w:val="single"/>
        </w:rPr>
        <w:t xml:space="preserve"> and </w:t>
      </w:r>
      <w:r>
        <w:rPr>
          <w:b/>
          <w:i w:val="0"/>
          <w:smallCaps w:val="0"/>
          <w:strike w:val="0"/>
          <w:color w:val="000000"/>
          <w:sz w:val="22"/>
          <w:u w:val="single"/>
        </w:rPr>
        <w:t>rhetorically</w:t>
      </w:r>
      <w:r>
        <w:rPr>
          <w:b w:val="0"/>
          <w:i w:val="0"/>
          <w:smallCaps w:val="0"/>
          <w:strike w:val="0"/>
          <w:color w:val="000000"/>
          <w:sz w:val="14"/>
          <w:u w:val="none"/>
        </w:rPr>
        <w:t>, with copyrights and patents forming the basis for the production of valuable commodities, which circulate through global economies, licitly or illicitly.</w:t>
      </w:r>
    </w:p>
    <w:p>
      <w:pPr>
        <w:spacing w:after="60"/>
      </w:pPr>
      <w:r>
        <w:rPr>
          <w:b w:val="0"/>
          <w:i w:val="0"/>
          <w:smallCaps w:val="0"/>
          <w:strike w:val="0"/>
          <w:color w:val="000000"/>
          <w:sz w:val="14"/>
          <w:u w:val="none"/>
        </w:rPr>
        <w:t>Here, Stallman’s argument proves the theoretical need to study the rhetorics deployed in discussions about copyrights, patents, and trademarks together. He argues that legislative</w:t>
      </w:r>
      <w:r>
        <w:rPr>
          <w:b w:val="0"/>
          <w:i w:val="0"/>
          <w:smallCaps w:val="0"/>
          <w:strike w:val="0"/>
          <w:color w:val="000000"/>
          <w:sz w:val="14"/>
          <w:u w:val="none"/>
        </w:rPr>
        <w:t xml:space="preserve"> </w:t>
      </w:r>
      <w:r>
        <w:rPr>
          <w:b/>
          <w:i w:val="0"/>
          <w:smallCaps w:val="0"/>
          <w:strike w:val="0"/>
          <w:color w:val="000000"/>
          <w:sz w:val="22"/>
          <w:u w:val="single"/>
        </w:rPr>
        <w:t>debates</w:t>
      </w:r>
      <w:r>
        <w:rPr>
          <w:b w:val="0"/>
          <w:i w:val="0"/>
          <w:smallCaps w:val="0"/>
          <w:strike w:val="0"/>
          <w:color w:val="000000"/>
          <w:sz w:val="14"/>
          <w:u w:val="none"/>
        </w:rPr>
        <w:t xml:space="preserve"> and lobbying </w:t>
      </w:r>
      <w:r>
        <w:rPr>
          <w:b w:val="0"/>
          <w:i w:val="0"/>
          <w:smallCaps w:val="0"/>
          <w:strike w:val="0"/>
          <w:color w:val="000000"/>
          <w:sz w:val="22"/>
          <w:u w:val="single"/>
        </w:rPr>
        <w:t>around</w:t>
      </w:r>
      <w:r>
        <w:rPr>
          <w:b w:val="0"/>
          <w:i w:val="0"/>
          <w:smallCaps w:val="0"/>
          <w:strike w:val="0"/>
          <w:color w:val="000000"/>
          <w:sz w:val="14"/>
          <w:u w:val="none"/>
        </w:rPr>
        <w:t xml:space="preserve"> </w:t>
      </w:r>
      <w:r>
        <w:rPr>
          <w:b/>
          <w:i w:val="0"/>
          <w:smallCaps w:val="0"/>
          <w:strike w:val="0"/>
          <w:color w:val="000000"/>
          <w:sz w:val="22"/>
          <w:u w:val="single"/>
        </w:rPr>
        <w:t>i</w:t>
      </w:r>
      <w:r>
        <w:rPr>
          <w:b w:val="0"/>
          <w:i w:val="0"/>
          <w:smallCaps w:val="0"/>
          <w:strike w:val="0"/>
          <w:color w:val="000000"/>
          <w:sz w:val="14"/>
          <w:u w:val="none"/>
        </w:rPr>
        <w:t xml:space="preserve">ntellectual </w:t>
      </w:r>
      <w:r>
        <w:rPr>
          <w:b/>
          <w:i w:val="0"/>
          <w:smallCaps w:val="0"/>
          <w:strike w:val="0"/>
          <w:color w:val="000000"/>
          <w:sz w:val="22"/>
          <w:u w:val="single"/>
        </w:rPr>
        <w:t>p</w:t>
      </w:r>
      <w:r>
        <w:rPr>
          <w:b w:val="0"/>
          <w:i w:val="0"/>
          <w:smallCaps w:val="0"/>
          <w:strike w:val="0"/>
          <w:color w:val="000000"/>
          <w:sz w:val="14"/>
          <w:u w:val="none"/>
        </w:rPr>
        <w:t xml:space="preserve">roperty </w:t>
      </w:r>
      <w:r>
        <w:rPr>
          <w:b w:val="0"/>
          <w:i w:val="0"/>
          <w:smallCaps w:val="0"/>
          <w:strike w:val="0"/>
          <w:color w:val="000000"/>
          <w:sz w:val="22"/>
          <w:u w:val="single"/>
        </w:rPr>
        <w:t>always</w:t>
      </w:r>
      <w:r>
        <w:rPr>
          <w:b w:val="0"/>
          <w:i w:val="0"/>
          <w:smallCaps w:val="0"/>
          <w:strike w:val="0"/>
          <w:color w:val="000000"/>
          <w:sz w:val="22"/>
          <w:u w:val="single"/>
        </w:rPr>
        <w:t xml:space="preserve"> already </w:t>
      </w:r>
      <w:r>
        <w:rPr>
          <w:b w:val="0"/>
          <w:i w:val="0"/>
          <w:smallCaps w:val="0"/>
          <w:strike w:val="0"/>
          <w:color w:val="000000"/>
          <w:sz w:val="22"/>
          <w:u w:val="single"/>
        </w:rPr>
        <w:t>appeal to</w:t>
      </w:r>
      <w:r>
        <w:rPr>
          <w:b w:val="0"/>
          <w:i w:val="0"/>
          <w:smallCaps w:val="0"/>
          <w:strike w:val="0"/>
          <w:color w:val="000000"/>
          <w:sz w:val="14"/>
          <w:u w:val="none"/>
        </w:rPr>
        <w:t xml:space="preserve"> “</w:t>
      </w:r>
      <w:r>
        <w:rPr>
          <w:b/>
          <w:i w:val="0"/>
          <w:smallCaps w:val="0"/>
          <w:strike w:val="0"/>
          <w:color w:val="000000"/>
          <w:sz w:val="22"/>
          <w:u w:val="single"/>
        </w:rPr>
        <w:t>creativity</w:t>
      </w:r>
      <w:r>
        <w:rPr>
          <w:b w:val="0"/>
          <w:i w:val="0"/>
          <w:smallCaps w:val="0"/>
          <w:strike w:val="0"/>
          <w:color w:val="000000"/>
          <w:sz w:val="14"/>
          <w:u w:val="none"/>
        </w:rPr>
        <w:t xml:space="preserve">” </w:t>
      </w:r>
      <w:r>
        <w:rPr>
          <w:b w:val="0"/>
          <w:i w:val="0"/>
          <w:smallCaps w:val="0"/>
          <w:strike w:val="0"/>
          <w:color w:val="000000"/>
          <w:sz w:val="22"/>
          <w:u w:val="single"/>
        </w:rPr>
        <w:t>and</w:t>
      </w:r>
      <w:r>
        <w:rPr>
          <w:b w:val="0"/>
          <w:i w:val="0"/>
          <w:smallCaps w:val="0"/>
          <w:strike w:val="0"/>
          <w:color w:val="000000"/>
          <w:sz w:val="14"/>
          <w:u w:val="none"/>
        </w:rPr>
        <w:t xml:space="preserve"> “</w:t>
      </w:r>
      <w:r>
        <w:rPr>
          <w:b/>
          <w:i w:val="0"/>
          <w:smallCaps w:val="0"/>
          <w:strike w:val="0"/>
          <w:color w:val="000000"/>
          <w:sz w:val="22"/>
          <w:u w:val="single"/>
        </w:rPr>
        <w:t>innovation</w:t>
      </w:r>
      <w:r>
        <w:rPr>
          <w:b w:val="0"/>
          <w:i w:val="0"/>
          <w:smallCaps w:val="0"/>
          <w:strike w:val="0"/>
          <w:color w:val="000000"/>
          <w:sz w:val="14"/>
          <w:u w:val="none"/>
        </w:rPr>
        <w:t xml:space="preserve">” even though those ideas do not operate across areas of law.47 Studying </w:t>
      </w:r>
      <w:r>
        <w:rPr>
          <w:b/>
          <w:i w:val="0"/>
          <w:smallCaps w:val="0"/>
          <w:strike w:val="0"/>
          <w:color w:val="000000"/>
          <w:sz w:val="22"/>
          <w:u w:val="single"/>
        </w:rPr>
        <w:t>i</w:t>
      </w:r>
      <w:r>
        <w:rPr>
          <w:b w:val="0"/>
          <w:i w:val="0"/>
          <w:smallCaps w:val="0"/>
          <w:strike w:val="0"/>
          <w:color w:val="000000"/>
          <w:sz w:val="14"/>
          <w:u w:val="none"/>
        </w:rPr>
        <w:t xml:space="preserve">ntellectual </w:t>
      </w:r>
      <w:r>
        <w:rPr>
          <w:b/>
          <w:i w:val="0"/>
          <w:smallCaps w:val="0"/>
          <w:strike w:val="0"/>
          <w:color w:val="000000"/>
          <w:sz w:val="22"/>
          <w:u w:val="single"/>
        </w:rPr>
        <w:t>p</w:t>
      </w:r>
      <w:r>
        <w:rPr>
          <w:b w:val="0"/>
          <w:i w:val="0"/>
          <w:smallCaps w:val="0"/>
          <w:strike w:val="0"/>
          <w:color w:val="000000"/>
          <w:sz w:val="14"/>
          <w:u w:val="none"/>
        </w:rPr>
        <w:t>roperty</w:t>
      </w:r>
      <w:r>
        <w:rPr>
          <w:b w:val="0"/>
          <w:i w:val="0"/>
          <w:smallCaps w:val="0"/>
          <w:strike w:val="0"/>
          <w:color w:val="000000"/>
          <w:sz w:val="22"/>
          <w:u w:val="single"/>
        </w:rPr>
        <w:t>’s</w:t>
      </w:r>
      <w:r>
        <w:rPr>
          <w:b w:val="0"/>
          <w:i w:val="0"/>
          <w:smallCaps w:val="0"/>
          <w:strike w:val="0"/>
          <w:color w:val="000000"/>
          <w:sz w:val="14"/>
          <w:u w:val="none"/>
        </w:rPr>
        <w:t xml:space="preserve"> </w:t>
      </w:r>
      <w:r>
        <w:rPr>
          <w:b w:val="0"/>
          <w:i w:val="0"/>
          <w:smallCaps w:val="0"/>
          <w:strike w:val="0"/>
          <w:color w:val="000000"/>
          <w:sz w:val="22"/>
          <w:u w:val="single"/>
        </w:rPr>
        <w:t>racial scripts</w:t>
      </w:r>
      <w:r>
        <w:rPr>
          <w:b w:val="0"/>
          <w:i w:val="0"/>
          <w:smallCaps w:val="0"/>
          <w:strike w:val="0"/>
          <w:color w:val="000000"/>
          <w:sz w:val="14"/>
          <w:u w:val="none"/>
        </w:rPr>
        <w:t xml:space="preserve"> demonstrates that ideals of ingenuity are not only consistently invoked concepts used in copyright, trademark, and patent discourses, among others, but also </w:t>
      </w:r>
      <w:r>
        <w:rPr>
          <w:b w:val="0"/>
          <w:i w:val="0"/>
          <w:smallCaps w:val="0"/>
          <w:strike w:val="0"/>
          <w:color w:val="000000"/>
          <w:sz w:val="22"/>
          <w:u w:val="single"/>
        </w:rPr>
        <w:t xml:space="preserve">serve as </w:t>
      </w:r>
      <w:r>
        <w:rPr>
          <w:b/>
          <w:i w:val="0"/>
          <w:smallCaps w:val="0"/>
          <w:strike w:val="0"/>
          <w:color w:val="000000"/>
          <w:sz w:val="22"/>
          <w:u w:val="single"/>
        </w:rPr>
        <w:t>rhetorical shorthand</w:t>
      </w:r>
      <w:r>
        <w:rPr>
          <w:b w:val="0"/>
          <w:i w:val="0"/>
          <w:smallCaps w:val="0"/>
          <w:strike w:val="0"/>
          <w:color w:val="000000"/>
          <w:sz w:val="22"/>
          <w:u w:val="single"/>
        </w:rPr>
        <w:t xml:space="preserve"> for </w:t>
      </w:r>
      <w:r>
        <w:rPr>
          <w:b w:val="0"/>
          <w:i w:val="0"/>
          <w:smallCaps w:val="0"/>
          <w:strike w:val="0"/>
          <w:color w:val="000000"/>
          <w:sz w:val="22"/>
          <w:u w:val="single"/>
        </w:rPr>
        <w:t>constructing</w:t>
      </w:r>
      <w:r>
        <w:rPr>
          <w:b w:val="0"/>
          <w:i w:val="0"/>
          <w:smallCaps w:val="0"/>
          <w:strike w:val="0"/>
          <w:color w:val="000000"/>
          <w:sz w:val="22"/>
          <w:u w:val="single"/>
        </w:rPr>
        <w:t xml:space="preserve"> a </w:t>
      </w:r>
      <w:r>
        <w:rPr>
          <w:b/>
          <w:i w:val="0"/>
          <w:smallCaps w:val="0"/>
          <w:strike w:val="0"/>
          <w:color w:val="000000"/>
          <w:sz w:val="22"/>
          <w:u w:val="single"/>
        </w:rPr>
        <w:t>white male knowledge citizenry</w:t>
      </w:r>
      <w:r>
        <w:rPr>
          <w:b w:val="0"/>
          <w:i w:val="0"/>
          <w:smallCaps w:val="0"/>
          <w:strike w:val="0"/>
          <w:color w:val="000000"/>
          <w:sz w:val="14"/>
          <w:u w:val="none"/>
        </w:rPr>
        <w:t xml:space="preserve">.48 While important and valuable in thinking through the policy implications of copyrights, patents, and trademarks, Stallman’s </w:t>
      </w:r>
      <w:r>
        <w:rPr>
          <w:b w:val="0"/>
          <w:i w:val="0"/>
          <w:smallCaps w:val="0"/>
          <w:strike w:val="0"/>
          <w:color w:val="000000"/>
          <w:sz w:val="20"/>
          <w:u w:val="single"/>
        </w:rPr>
        <w:t xml:space="preserve">insistence that we consider each area of law </w:t>
      </w:r>
      <w:r>
        <w:rPr>
          <w:b/>
          <w:i w:val="0"/>
          <w:smallCaps w:val="0"/>
          <w:strike w:val="0"/>
          <w:color w:val="000000"/>
          <w:sz w:val="20"/>
          <w:u w:val="single"/>
        </w:rPr>
        <w:t>separately</w:t>
      </w:r>
      <w:r>
        <w:rPr>
          <w:b w:val="0"/>
          <w:i w:val="0"/>
          <w:smallCaps w:val="0"/>
          <w:strike w:val="0"/>
          <w:color w:val="000000"/>
          <w:sz w:val="20"/>
          <w:u w:val="single"/>
        </w:rPr>
        <w:t xml:space="preserve"> encourages us to </w:t>
      </w:r>
      <w:r>
        <w:rPr>
          <w:b/>
          <w:i w:val="0"/>
          <w:smallCaps w:val="0"/>
          <w:strike w:val="0"/>
          <w:color w:val="000000"/>
          <w:sz w:val="20"/>
          <w:u w:val="single"/>
        </w:rPr>
        <w:t>elide</w:t>
      </w:r>
      <w:r>
        <w:rPr>
          <w:b w:val="0"/>
          <w:i w:val="0"/>
          <w:smallCaps w:val="0"/>
          <w:strike w:val="0"/>
          <w:color w:val="000000"/>
          <w:sz w:val="20"/>
          <w:u w:val="single"/>
        </w:rPr>
        <w:t xml:space="preserve"> the implications of race</w:t>
      </w:r>
      <w:r>
        <w:rPr>
          <w:b w:val="0"/>
          <w:i w:val="0"/>
          <w:smallCaps w:val="0"/>
          <w:strike w:val="0"/>
          <w:color w:val="000000"/>
          <w:sz w:val="12"/>
          <w:u w:val="none"/>
        </w:rPr>
        <w:t>. T</w:t>
      </w:r>
      <w:r>
        <w:rPr>
          <w:b w:val="0"/>
          <w:i w:val="0"/>
          <w:smallCaps w:val="0"/>
          <w:strike w:val="0"/>
          <w:color w:val="000000"/>
          <w:sz w:val="14"/>
          <w:u w:val="none"/>
        </w:rPr>
        <w:t>he full strategic benefits of flattening of knowledge policy, particularly vis-à-vis race, are legible only as we consider racial scripts and racial capitalism across types of intellectual property, while attending in detail to the structures of feeling underlying copyright, patent, and trademark law.</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