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Zero risk of nuclear terrorism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Weiss, PhD, 15</w:t>
      </w:r>
      <w:r>
        <w:rPr>
          <w:b w:val="0"/>
          <w:i w:val="0"/>
          <w:smallCaps w:val="0"/>
          <w:strike w:val="0"/>
          <w:u w:val="none"/>
        </w:rPr>
        <w:t>, Leonard, visiting scholar at the Center for International Security and Cooperation at Stanford University and member of the National Advisory Board of the Center for Arms Control and Non-Proliferation, March/April 2015, “On fear and nuclear terrorism,” Bulletin of the Atomic Scientists, Vol. 71, No. 2, p. 75-87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Manufacturing a nuclear weapon. To accomplish this, </w:t>
      </w:r>
      <w:r>
        <w:rPr>
          <w:b w:val="0"/>
          <w:i w:val="0"/>
          <w:smallCaps w:val="0"/>
          <w:strike w:val="0"/>
          <w:u w:val="single"/>
        </w:rPr>
        <w:t>a terrorist group would have to obtain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appropriate amount of one of the two most popular materials for nuclear weapons, highly enriched uranium (</w:t>
      </w:r>
      <w:r>
        <w:rPr>
          <w:b w:val="0"/>
          <w:i w:val="0"/>
          <w:smallCaps w:val="0"/>
          <w:strike w:val="0"/>
          <w:u w:val="single"/>
        </w:rPr>
        <w:t>HEU) or plutonium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separated from fuel used in a production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reactor or a power reactor. </w:t>
      </w:r>
      <w:r>
        <w:rPr>
          <w:b w:val="0"/>
          <w:i w:val="0"/>
          <w:smallCaps w:val="0"/>
          <w:strike w:val="0"/>
          <w:highlight w:val="cyan"/>
          <w:u w:val="single"/>
        </w:rPr>
        <w:t>Weapon-grade plutonium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found in weapon manufacturing facilities in nuclear weapon states and </w:t>
      </w:r>
      <w:r>
        <w:rPr>
          <w:b w:val="0"/>
          <w:i w:val="0"/>
          <w:smallCaps w:val="0"/>
          <w:strike w:val="0"/>
          <w:u w:val="single"/>
        </w:rPr>
        <w:t xml:space="preserve">is </w:t>
      </w:r>
      <w:r>
        <w:rPr>
          <w:b/>
          <w:i w:val="0"/>
          <w:smallCaps w:val="0"/>
          <w:strike w:val="0"/>
          <w:highlight w:val="cyan"/>
          <w:u w:val="single"/>
        </w:rPr>
        <w:t>very highly protected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until it is inserted in a weapon. </w:t>
      </w:r>
      <w:r>
        <w:rPr>
          <w:b w:val="0"/>
          <w:i w:val="0"/>
          <w:smallCaps w:val="0"/>
          <w:strike w:val="0"/>
          <w:highlight w:val="cyan"/>
          <w:u w:val="single"/>
        </w:rPr>
        <w:t>Reactor-grade plutonium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although still capable of being weaponized, </w:t>
      </w:r>
      <w:r>
        <w:rPr>
          <w:b w:val="0"/>
          <w:i w:val="0"/>
          <w:smallCaps w:val="0"/>
          <w:strike w:val="0"/>
          <w:u w:val="single"/>
        </w:rPr>
        <w:t>is less protected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in that sense is a more attractive target for a terrorist, especially since it has been produced and stored in prodigious quantities in </w:t>
      </w:r>
      <w:r>
        <w:rPr>
          <w:b w:val="0"/>
          <w:i w:val="0"/>
          <w:smallCaps w:val="0"/>
          <w:strike w:val="0"/>
          <w:sz w:val="16"/>
          <w:u w:val="non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nuclear weapon states and non-weapon states, particularly Japan.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terrorist </w:t>
      </w:r>
      <w:r>
        <w:rPr>
          <w:b w:val="0"/>
          <w:i w:val="0"/>
          <w:smallCaps w:val="0"/>
          <w:strike w:val="0"/>
          <w:u w:val="single"/>
        </w:rPr>
        <w:t xml:space="preserve">use of plutonium for a nuclear explosive device </w:t>
      </w:r>
      <w:r>
        <w:rPr>
          <w:b w:val="0"/>
          <w:i w:val="0"/>
          <w:smallCaps w:val="0"/>
          <w:strike w:val="0"/>
          <w:highlight w:val="cyan"/>
          <w:u w:val="single"/>
        </w:rPr>
        <w:t>would require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construction of </w:t>
      </w:r>
      <w:r>
        <w:rPr>
          <w:b/>
          <w:i w:val="0"/>
          <w:smallCaps w:val="0"/>
          <w:strike w:val="0"/>
          <w:highlight w:val="cyan"/>
          <w:u w:val="single"/>
        </w:rPr>
        <w:t>an implosion weapon</w:t>
      </w:r>
      <w:r>
        <w:rPr>
          <w:b w:val="0"/>
          <w:i w:val="0"/>
          <w:smallCaps w:val="0"/>
          <w:strike w:val="0"/>
          <w:u w:val="single"/>
        </w:rPr>
        <w:t>, requiring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fashioning of </w:t>
      </w:r>
      <w:r>
        <w:rPr>
          <w:b w:val="0"/>
          <w:i w:val="0"/>
          <w:smallCaps w:val="0"/>
          <w:strike w:val="0"/>
          <w:u w:val="single"/>
        </w:rPr>
        <w:t xml:space="preserve">an appropriate explosive lens of TNT, a </w:t>
      </w:r>
      <w:r>
        <w:rPr>
          <w:b w:val="0"/>
          <w:i w:val="0"/>
          <w:smallCaps w:val="0"/>
          <w:strike w:val="0"/>
          <w:highlight w:val="cyan"/>
          <w:u w:val="single"/>
        </w:rPr>
        <w:t>notoriously difficult</w:t>
      </w:r>
      <w:r>
        <w:rPr>
          <w:b w:val="0"/>
          <w:i w:val="0"/>
          <w:smallCaps w:val="0"/>
          <w:strike w:val="0"/>
          <w:u w:val="single"/>
        </w:rPr>
        <w:t xml:space="preserve"> technical problem.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if a high nuclear yield (much greater than 1 kiloton) is desired, the use of reactor-grade plutonium would require a still more sophisticated design. Moreover, </w:t>
      </w:r>
      <w:r>
        <w:rPr>
          <w:b w:val="0"/>
          <w:i w:val="0"/>
          <w:smallCaps w:val="0"/>
          <w:strike w:val="0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plutonium is</w:t>
      </w:r>
      <w:r>
        <w:rPr>
          <w:b w:val="0"/>
          <w:i w:val="0"/>
          <w:smallCaps w:val="0"/>
          <w:strike w:val="0"/>
          <w:u w:val="single"/>
        </w:rPr>
        <w:t xml:space="preserve"> only </w:t>
      </w:r>
      <w:r>
        <w:rPr>
          <w:b w:val="0"/>
          <w:i w:val="0"/>
          <w:smallCaps w:val="0"/>
          <w:strike w:val="0"/>
          <w:highlight w:val="cyan"/>
          <w:u w:val="single"/>
        </w:rPr>
        <w:t>available through</w:t>
      </w:r>
      <w:r>
        <w:rPr>
          <w:b w:val="0"/>
          <w:i w:val="0"/>
          <w:smallCaps w:val="0"/>
          <w:strike w:val="0"/>
          <w:u w:val="single"/>
        </w:rPr>
        <w:t xml:space="preserve"> chemical </w:t>
      </w:r>
      <w:r>
        <w:rPr>
          <w:b w:val="0"/>
          <w:i w:val="0"/>
          <w:smallCaps w:val="0"/>
          <w:strike w:val="0"/>
          <w:highlight w:val="cyan"/>
          <w:u w:val="single"/>
        </w:rPr>
        <w:t>separation</w:t>
      </w:r>
      <w:r>
        <w:rPr>
          <w:b w:val="0"/>
          <w:i w:val="0"/>
          <w:smallCaps w:val="0"/>
          <w:strike w:val="0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(presumably stolen) </w:t>
      </w:r>
      <w:r>
        <w:rPr>
          <w:b w:val="0"/>
          <w:i w:val="0"/>
          <w:smallCaps w:val="0"/>
          <w:strike w:val="0"/>
          <w:u w:val="single"/>
        </w:rPr>
        <w:t xml:space="preserve">spent fuel rods, </w:t>
      </w:r>
      <w:r>
        <w:rPr>
          <w:b w:val="0"/>
          <w:i w:val="0"/>
          <w:smallCaps w:val="0"/>
          <w:strike w:val="0"/>
          <w:highlight w:val="cyan"/>
          <w:u w:val="single"/>
        </w:rPr>
        <w:t>additional</w:t>
      </w:r>
      <w:r>
        <w:rPr>
          <w:b w:val="0"/>
          <w:i w:val="0"/>
          <w:smallCaps w:val="0"/>
          <w:strike w:val="0"/>
          <w:u w:val="single"/>
        </w:rPr>
        <w:t xml:space="preserve"> technical </w:t>
      </w:r>
      <w:r>
        <w:rPr>
          <w:b w:val="0"/>
          <w:i w:val="0"/>
          <w:smallCaps w:val="0"/>
          <w:strike w:val="0"/>
          <w:highlight w:val="cyan"/>
          <w:u w:val="single"/>
        </w:rPr>
        <w:t>complications present themselves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at least one study showing that a small team of people with the appropriate technical skills and equipment could, in principle, build a plutonium-based nuclear explosive device (Mark et al., 1986). But </w:t>
      </w:r>
      <w:r>
        <w:rPr>
          <w:b w:val="0"/>
          <w:i w:val="0"/>
          <w:smallCaps w:val="0"/>
          <w:strike w:val="0"/>
          <w:highlight w:val="cyan"/>
          <w:u w:val="single"/>
        </w:rPr>
        <w:t>even if one discounts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high probability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the plan would be discovered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some stage (missing plutonium or spent fuel rods would put the authorities and intelligence operations under high alert),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translating this into a real-world situation suggests an </w:t>
      </w:r>
      <w:r>
        <w:rPr>
          <w:b/>
          <w:i w:val="0"/>
          <w:smallCaps w:val="0"/>
          <w:strike w:val="0"/>
          <w:highlight w:val="cyan"/>
          <w:u w:val="single"/>
        </w:rPr>
        <w:t>extremely low probability</w:t>
      </w:r>
      <w:r>
        <w:rPr>
          <w:b w:val="0"/>
          <w:i w:val="0"/>
          <w:smallCaps w:val="0"/>
          <w:strike w:val="0"/>
          <w:u w:val="single"/>
        </w:rPr>
        <w:t xml:space="preserve"> of technical success. </w:t>
      </w:r>
      <w:r>
        <w:rPr>
          <w:b/>
          <w:i w:val="0"/>
          <w:smallCaps w:val="0"/>
          <w:strike w:val="0"/>
          <w:u w:val="single"/>
        </w:rPr>
        <w:t>More likely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one well-known weapon designer,4 </w:t>
      </w:r>
      <w:r>
        <w:rPr>
          <w:b w:val="0"/>
          <w:i w:val="0"/>
          <w:smallCaps w:val="0"/>
          <w:strike w:val="0"/>
          <w:u w:val="single"/>
        </w:rPr>
        <w:t>would be the death of the person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persons </w:t>
      </w:r>
      <w:r>
        <w:rPr>
          <w:b w:val="0"/>
          <w:i w:val="0"/>
          <w:smallCaps w:val="0"/>
          <w:strike w:val="0"/>
          <w:u w:val="single"/>
        </w:rPr>
        <w:t>in the attempt to build the device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There is the possibility of </w:t>
      </w:r>
      <w:r>
        <w:rPr>
          <w:b w:val="0"/>
          <w:i w:val="0"/>
          <w:smallCaps w:val="0"/>
          <w:strike w:val="0"/>
          <w:highlight w:val="cyan"/>
          <w:u w:val="single"/>
        </w:rPr>
        <w:t>an insider threat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in one example, a team of people working at a reactor or reprocessing site could conspire to steal some material and try to hide the diversion as MUF (materials unaccounted for) within the nuclear safeguards system. </w:t>
      </w:r>
      <w:r>
        <w:rPr>
          <w:b w:val="0"/>
          <w:i w:val="0"/>
          <w:smallCaps w:val="0"/>
          <w:strike w:val="0"/>
          <w:u w:val="single"/>
        </w:rPr>
        <w:t>But this scenario would require intimate knowledge of the materials accounting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which safeguards in that state are based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/>
          <w:i w:val="0"/>
          <w:smallCaps w:val="0"/>
          <w:strike w:val="0"/>
          <w:highlight w:val="cyan"/>
          <w:u w:val="single"/>
        </w:rPr>
        <w:t>adds another layer of complexity</w:t>
      </w:r>
      <w:r>
        <w:rPr>
          <w:b w:val="0"/>
          <w:i w:val="0"/>
          <w:smallCaps w:val="0"/>
          <w:strike w:val="0"/>
          <w:u w:val="single"/>
        </w:rPr>
        <w:t xml:space="preserve"> to an operation with </w:t>
      </w:r>
      <w:r>
        <w:rPr>
          <w:b/>
          <w:i w:val="0"/>
          <w:smallCaps w:val="0"/>
          <w:strike w:val="0"/>
          <w:u w:val="single"/>
        </w:rPr>
        <w:t>low probability of success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Marx Aff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