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 xml:space="preserve">Zero risk of nuke terror---acquisition is </w:t>
      </w:r>
      <w:r>
        <w:rPr>
          <w:b/>
          <w:i w:val="0"/>
          <w:smallCaps w:val="0"/>
          <w:strike w:val="0"/>
          <w:color w:val="000000"/>
          <w:sz w:val="26"/>
          <w:u w:val="single"/>
        </w:rPr>
        <w:t>impossible</w:t>
      </w:r>
      <w:r>
        <w:rPr>
          <w:b/>
          <w:i w:val="0"/>
          <w:smallCaps w:val="0"/>
          <w:strike w:val="0"/>
          <w:color w:val="000000"/>
          <w:sz w:val="26"/>
          <w:u w:val="none"/>
        </w:rPr>
        <w:t xml:space="preserve">, terrorists can’t </w:t>
      </w:r>
      <w:r>
        <w:rPr>
          <w:b/>
          <w:i w:val="0"/>
          <w:smallCaps w:val="0"/>
          <w:strike w:val="0"/>
          <w:color w:val="000000"/>
          <w:sz w:val="26"/>
          <w:u w:val="single"/>
        </w:rPr>
        <w:t>make</w:t>
      </w:r>
      <w:r>
        <w:rPr>
          <w:b/>
          <w:i w:val="0"/>
          <w:smallCaps w:val="0"/>
          <w:strike w:val="0"/>
          <w:color w:val="000000"/>
          <w:sz w:val="26"/>
          <w:u w:val="none"/>
        </w:rPr>
        <w:t xml:space="preserve"> bombs AND no group </w:t>
      </w:r>
      <w:r>
        <w:rPr>
          <w:b/>
          <w:i w:val="0"/>
          <w:smallCaps w:val="0"/>
          <w:strike w:val="0"/>
          <w:color w:val="000000"/>
          <w:sz w:val="26"/>
          <w:u w:val="single"/>
        </w:rPr>
        <w:t>wants to</w:t>
      </w:r>
      <w:r>
        <w:rPr>
          <w:b/>
          <w:i w:val="0"/>
          <w:smallCaps w:val="0"/>
          <w:strike w:val="0"/>
          <w:color w:val="000000"/>
          <w:sz w:val="26"/>
          <w:u w:val="none"/>
        </w:rPr>
        <w:t>.</w:t>
      </w:r>
    </w:p>
    <w:p>
      <w:pPr>
        <w:spacing w:after="80"/>
      </w:pPr>
      <w:r>
        <w:rPr>
          <w:b w:val="0"/>
          <w:i w:val="0"/>
          <w:smallCaps w:val="0"/>
          <w:strike w:val="0"/>
          <w:u w:val="none"/>
        </w:rPr>
        <w:t xml:space="preserve">John </w:t>
      </w:r>
      <w:r>
        <w:rPr>
          <w:b/>
          <w:i w:val="0"/>
          <w:smallCaps w:val="0"/>
          <w:strike w:val="0"/>
          <w:sz w:val="26"/>
          <w:u w:val="none"/>
        </w:rPr>
        <w:t>Mueller 23</w:t>
      </w:r>
      <w:r>
        <w:rPr>
          <w:b w:val="0"/>
          <w:i w:val="0"/>
          <w:smallCaps w:val="0"/>
          <w:strike w:val="0"/>
          <w:u w:val="none"/>
        </w:rPr>
        <w:t>. Woody Hayes Senior Research Scientist at the Mershon Center for International Security Studies, adjunct professor of political science at The Ohio State University, senior fellow at the Cato Institute. “The Risk of Nuclear Terrorism.” Oxford Academic. 6/20/23. https://academic.oup.com/edited-volume/46401/chapter/408850472</w:t>
      </w:r>
    </w:p>
    <w:p>
      <w:pPr>
        <w:spacing w:after="60"/>
      </w:pPr>
      <w:r>
        <w:rPr>
          <w:b w:val="0"/>
          <w:i w:val="0"/>
          <w:smallCaps w:val="0"/>
          <w:strike w:val="0"/>
          <w:sz w:val="16"/>
          <w:u w:val="none"/>
        </w:rPr>
        <w:t xml:space="preserve">There are </w:t>
      </w:r>
      <w:r>
        <w:rPr>
          <w:b w:val="0"/>
          <w:i w:val="0"/>
          <w:smallCaps w:val="0"/>
          <w:strike w:val="0"/>
          <w:u w:val="single"/>
        </w:rPr>
        <w:t>three potential routes a terrorist group might take to obtain a nuclear weapon</w:t>
      </w:r>
      <w:r>
        <w:rPr>
          <w:b w:val="0"/>
          <w:i w:val="0"/>
          <w:smallCaps w:val="0"/>
          <w:strike w:val="0"/>
          <w:sz w:val="16"/>
          <w:u w:val="none"/>
        </w:rPr>
        <w:t>.</w:t>
      </w:r>
    </w:p>
    <w:p>
      <w:pPr>
        <w:spacing w:after="60"/>
      </w:pPr>
      <w:r>
        <w:rPr>
          <w:b w:val="0"/>
          <w:i w:val="0"/>
          <w:smallCaps w:val="0"/>
          <w:strike w:val="0"/>
          <w:u w:val="single"/>
        </w:rPr>
        <w:t>One would be</w:t>
      </w:r>
      <w:r>
        <w:rPr>
          <w:b w:val="0"/>
          <w:i w:val="0"/>
          <w:smallCaps w:val="0"/>
          <w:strike w:val="0"/>
          <w:sz w:val="16"/>
          <w:u w:val="none"/>
        </w:rPr>
        <w:t xml:space="preserve"> for it to be </w:t>
      </w:r>
      <w:r>
        <w:rPr>
          <w:b/>
          <w:i w:val="0"/>
          <w:smallCaps w:val="0"/>
          <w:strike w:val="0"/>
          <w:highlight w:val="cyan"/>
          <w:u w:val="single"/>
        </w:rPr>
        <w:t>given or sold</w:t>
      </w:r>
      <w:r>
        <w:rPr>
          <w:b w:val="0"/>
          <w:i w:val="0"/>
          <w:smallCaps w:val="0"/>
          <w:strike w:val="0"/>
          <w:highlight w:val="cyan"/>
          <w:u w:val="single"/>
        </w:rPr>
        <w:t xml:space="preserve"> a bomb</w:t>
      </w:r>
      <w:r>
        <w:rPr>
          <w:b w:val="0"/>
          <w:i w:val="0"/>
          <w:smallCaps w:val="0"/>
          <w:strike w:val="0"/>
          <w:u w:val="single"/>
        </w:rPr>
        <w:t xml:space="preserve"> by a </w:t>
      </w:r>
      <w:r>
        <w:rPr>
          <w:b/>
          <w:i w:val="0"/>
          <w:smallCaps w:val="0"/>
          <w:strike w:val="0"/>
          <w:u w:val="single"/>
        </w:rPr>
        <w:t>generous</w:t>
      </w:r>
      <w:r>
        <w:rPr>
          <w:b w:val="0"/>
          <w:i w:val="0"/>
          <w:smallCaps w:val="0"/>
          <w:strike w:val="0"/>
          <w:u w:val="single"/>
        </w:rPr>
        <w:t xml:space="preserve"> like-minded nuclear state</w:t>
      </w:r>
      <w:r>
        <w:rPr>
          <w:b w:val="0"/>
          <w:i w:val="0"/>
          <w:smallCaps w:val="0"/>
          <w:strike w:val="0"/>
          <w:sz w:val="16"/>
          <w:u w:val="none"/>
        </w:rPr>
        <w:t xml:space="preserve"> for delivery abroad—the impelling fear about Iraq in 2003. </w:t>
      </w:r>
      <w:r>
        <w:rPr>
          <w:b w:val="0"/>
          <w:i w:val="0"/>
          <w:smallCaps w:val="0"/>
          <w:strike w:val="0"/>
          <w:u w:val="single"/>
        </w:rPr>
        <w:t>This is</w:t>
      </w:r>
      <w:r>
        <w:rPr>
          <w:b w:val="0"/>
          <w:i w:val="0"/>
          <w:smallCaps w:val="0"/>
          <w:strike w:val="0"/>
          <w:sz w:val="16"/>
          <w:u w:val="none"/>
        </w:rPr>
        <w:t xml:space="preserve"> </w:t>
      </w:r>
      <w:r>
        <w:rPr>
          <w:b/>
          <w:i w:val="0"/>
          <w:smallCaps w:val="0"/>
          <w:strike w:val="0"/>
          <w:u w:val="single"/>
        </w:rPr>
        <w:t xml:space="preserve">highly </w:t>
      </w:r>
      <w:r>
        <w:rPr>
          <w:b/>
          <w:i w:val="0"/>
          <w:smallCaps w:val="0"/>
          <w:strike w:val="0"/>
          <w:highlight w:val="cyan"/>
          <w:u w:val="single"/>
        </w:rPr>
        <w:t>improbable</w:t>
      </w:r>
      <w:r>
        <w:rPr>
          <w:b w:val="0"/>
          <w:i w:val="0"/>
          <w:smallCaps w:val="0"/>
          <w:strike w:val="0"/>
          <w:u w:val="single"/>
        </w:rPr>
        <w:t xml:space="preserve">, however, because there would be </w:t>
      </w:r>
      <w:r>
        <w:rPr>
          <w:b/>
          <w:i w:val="0"/>
          <w:smallCaps w:val="0"/>
          <w:strike w:val="0"/>
          <w:highlight w:val="cyan"/>
          <w:u w:val="single"/>
        </w:rPr>
        <w:t>too much risk</w:t>
      </w:r>
      <w:r>
        <w:rPr>
          <w:b w:val="0"/>
          <w:i w:val="0"/>
          <w:smallCaps w:val="0"/>
          <w:strike w:val="0"/>
          <w:u w:val="single"/>
        </w:rPr>
        <w:t xml:space="preserve">, </w:t>
      </w:r>
      <w:r>
        <w:rPr>
          <w:b w:val="0"/>
          <w:i w:val="0"/>
          <w:smallCaps w:val="0"/>
          <w:strike w:val="0"/>
          <w:sz w:val="16"/>
          <w:u w:val="none"/>
        </w:rPr>
        <w:t xml:space="preserve">even for a country led by extremists, </w:t>
      </w:r>
      <w:r>
        <w:rPr>
          <w:b w:val="0"/>
          <w:i w:val="0"/>
          <w:smallCaps w:val="0"/>
          <w:strike w:val="0"/>
          <w:u w:val="single"/>
        </w:rPr>
        <w:t xml:space="preserve">that </w:t>
      </w:r>
      <w:r>
        <w:rPr>
          <w:b w:val="0"/>
          <w:i w:val="0"/>
          <w:smallCaps w:val="0"/>
          <w:strike w:val="0"/>
          <w:highlight w:val="cyan"/>
          <w:u w:val="single"/>
        </w:rPr>
        <w:t>the</w:t>
      </w:r>
      <w:r>
        <w:rPr>
          <w:b w:val="0"/>
          <w:i w:val="0"/>
          <w:smallCaps w:val="0"/>
          <w:strike w:val="0"/>
          <w:u w:val="single"/>
        </w:rPr>
        <w:t xml:space="preserve"> ultimate </w:t>
      </w:r>
      <w:r>
        <w:rPr>
          <w:b w:val="0"/>
          <w:i w:val="0"/>
          <w:smallCaps w:val="0"/>
          <w:strike w:val="0"/>
          <w:highlight w:val="cyan"/>
          <w:u w:val="single"/>
        </w:rPr>
        <w:t>source of the weapon would be</w:t>
      </w:r>
      <w:r>
        <w:rPr>
          <w:b w:val="0"/>
          <w:i w:val="0"/>
          <w:smallCaps w:val="0"/>
          <w:strike w:val="0"/>
          <w:u w:val="single"/>
        </w:rPr>
        <w:t xml:space="preserve"> </w:t>
      </w:r>
      <w:r>
        <w:rPr>
          <w:b w:val="0"/>
          <w:i w:val="0"/>
          <w:smallCaps w:val="0"/>
          <w:strike w:val="0"/>
          <w:highlight w:val="cyan"/>
          <w:u w:val="single"/>
        </w:rPr>
        <w:t>discovered</w:t>
      </w:r>
      <w:r>
        <w:rPr>
          <w:b w:val="0"/>
          <w:i w:val="0"/>
          <w:smallCaps w:val="0"/>
          <w:strike w:val="0"/>
          <w:u w:val="single"/>
        </w:rPr>
        <w:t xml:space="preserve">. </w:t>
      </w:r>
      <w:r>
        <w:rPr>
          <w:b w:val="0"/>
          <w:i w:val="0"/>
          <w:smallCaps w:val="0"/>
          <w:strike w:val="0"/>
          <w:sz w:val="16"/>
          <w:u w:val="none"/>
        </w:rPr>
        <w:t xml:space="preserve">As prominent analyst Matthew Bunn puts it, </w:t>
      </w:r>
      <w:r>
        <w:rPr>
          <w:b w:val="0"/>
          <w:i w:val="0"/>
          <w:smallCaps w:val="0"/>
          <w:strike w:val="0"/>
          <w:u w:val="single"/>
        </w:rPr>
        <w:t>‘A</w:t>
      </w:r>
      <w:r>
        <w:rPr>
          <w:b w:val="0"/>
          <w:i w:val="0"/>
          <w:smallCaps w:val="0"/>
          <w:strike w:val="0"/>
          <w:sz w:val="16"/>
          <w:u w:val="none"/>
        </w:rPr>
        <w:t xml:space="preserve"> dictator or </w:t>
      </w:r>
      <w:r>
        <w:rPr>
          <w:b w:val="0"/>
          <w:i w:val="0"/>
          <w:smallCaps w:val="0"/>
          <w:strike w:val="0"/>
          <w:u w:val="single"/>
        </w:rPr>
        <w:t xml:space="preserve">oligarch bent on maintaining power is </w:t>
      </w:r>
      <w:r>
        <w:rPr>
          <w:b/>
          <w:i w:val="0"/>
          <w:smallCaps w:val="0"/>
          <w:strike w:val="0"/>
          <w:u w:val="single"/>
        </w:rPr>
        <w:t>highly unlikely</w:t>
      </w:r>
      <w:r>
        <w:rPr>
          <w:b w:val="0"/>
          <w:i w:val="0"/>
          <w:smallCaps w:val="0"/>
          <w:strike w:val="0"/>
          <w:u w:val="single"/>
        </w:rPr>
        <w:t xml:space="preserve"> to take the </w:t>
      </w:r>
      <w:r>
        <w:rPr>
          <w:b/>
          <w:i w:val="0"/>
          <w:smallCaps w:val="0"/>
          <w:strike w:val="0"/>
          <w:u w:val="single"/>
        </w:rPr>
        <w:t>immense risk</w:t>
      </w:r>
      <w:r>
        <w:rPr>
          <w:b w:val="0"/>
          <w:i w:val="0"/>
          <w:smallCaps w:val="0"/>
          <w:strike w:val="0"/>
          <w:u w:val="single"/>
        </w:rPr>
        <w:t xml:space="preserve"> of transferring such a devastating capability</w:t>
      </w:r>
      <w:r>
        <w:rPr>
          <w:b w:val="0"/>
          <w:i w:val="0"/>
          <w:smallCaps w:val="0"/>
          <w:strike w:val="0"/>
          <w:sz w:val="16"/>
          <w:u w:val="none"/>
        </w:rPr>
        <w:t xml:space="preserve"> </w:t>
      </w:r>
      <w:r>
        <w:rPr>
          <w:b w:val="0"/>
          <w:i w:val="0"/>
          <w:smallCaps w:val="0"/>
          <w:strike w:val="0"/>
          <w:u w:val="single"/>
        </w:rPr>
        <w:t>to terrorists they cannot control</w:t>
      </w:r>
      <w:r>
        <w:rPr>
          <w:b w:val="0"/>
          <w:i w:val="0"/>
          <w:smallCaps w:val="0"/>
          <w:strike w:val="0"/>
          <w:sz w:val="16"/>
          <w:u w:val="none"/>
        </w:rPr>
        <w:t xml:space="preserve">, </w:t>
      </w:r>
      <w:r>
        <w:rPr>
          <w:b w:val="0"/>
          <w:i w:val="0"/>
          <w:smallCaps w:val="0"/>
          <w:strike w:val="0"/>
          <w:u w:val="single"/>
        </w:rPr>
        <w:t>given</w:t>
      </w:r>
      <w:r>
        <w:rPr>
          <w:b w:val="0"/>
          <w:i w:val="0"/>
          <w:smallCaps w:val="0"/>
          <w:strike w:val="0"/>
          <w:sz w:val="16"/>
          <w:u w:val="none"/>
        </w:rPr>
        <w:t xml:space="preserve"> </w:t>
      </w:r>
      <w:r>
        <w:rPr>
          <w:b w:val="0"/>
          <w:i w:val="0"/>
          <w:smallCaps w:val="0"/>
          <w:strike w:val="0"/>
          <w:u w:val="single"/>
        </w:rPr>
        <w:t>the</w:t>
      </w:r>
      <w:r>
        <w:rPr>
          <w:b w:val="0"/>
          <w:i w:val="0"/>
          <w:smallCaps w:val="0"/>
          <w:strike w:val="0"/>
          <w:sz w:val="16"/>
          <w:u w:val="none"/>
        </w:rPr>
        <w:t xml:space="preserve"> ever-present </w:t>
      </w:r>
      <w:r>
        <w:rPr>
          <w:b w:val="0"/>
          <w:i w:val="0"/>
          <w:smallCaps w:val="0"/>
          <w:strike w:val="0"/>
          <w:u w:val="single"/>
        </w:rPr>
        <w:t>possibility</w:t>
      </w:r>
      <w:r>
        <w:rPr>
          <w:b w:val="0"/>
          <w:i w:val="0"/>
          <w:smallCaps w:val="0"/>
          <w:strike w:val="0"/>
          <w:sz w:val="16"/>
          <w:u w:val="none"/>
        </w:rPr>
        <w:t xml:space="preserve"> that </w:t>
      </w:r>
      <w:r>
        <w:rPr>
          <w:b w:val="0"/>
          <w:i w:val="0"/>
          <w:smallCaps w:val="0"/>
          <w:strike w:val="0"/>
          <w:u w:val="none"/>
        </w:rPr>
        <w:t>the</w:t>
      </w:r>
      <w:r>
        <w:rPr>
          <w:b w:val="0"/>
          <w:i w:val="0"/>
          <w:smallCaps w:val="0"/>
          <w:strike w:val="0"/>
          <w:u w:val="single"/>
        </w:rPr>
        <w:t xml:space="preserve"> material would be traced back to its origin’</w:t>
      </w:r>
      <w:r>
        <w:rPr>
          <w:b w:val="0"/>
          <w:i w:val="0"/>
          <w:smallCaps w:val="0"/>
          <w:strike w:val="0"/>
          <w:sz w:val="16"/>
          <w:u w:val="none"/>
        </w:rPr>
        <w:t>. Important in this last consideration are deterrent safeguards afforded by ‘nuclear forensics’, the rapidly developing science (and art) of connecting nuclear materials to their sources even after a bomb has been exploded.15</w:t>
      </w:r>
    </w:p>
    <w:p>
      <w:pPr>
        <w:spacing w:after="60"/>
      </w:pPr>
      <w:r>
        <w:rPr>
          <w:b w:val="0"/>
          <w:i w:val="0"/>
          <w:smallCaps w:val="0"/>
          <w:strike w:val="0"/>
          <w:sz w:val="16"/>
          <w:u w:val="none"/>
        </w:rPr>
        <w:t xml:space="preserve">Moreover, </w:t>
      </w:r>
      <w:r>
        <w:rPr>
          <w:b w:val="0"/>
          <w:i w:val="0"/>
          <w:smallCaps w:val="0"/>
          <w:strike w:val="0"/>
          <w:highlight w:val="cyan"/>
          <w:u w:val="single"/>
        </w:rPr>
        <w:t>there is</w:t>
      </w:r>
      <w:r>
        <w:rPr>
          <w:b w:val="0"/>
          <w:i w:val="0"/>
          <w:smallCaps w:val="0"/>
          <w:strike w:val="0"/>
          <w:sz w:val="16"/>
          <w:u w:val="none"/>
        </w:rPr>
        <w:t xml:space="preserve"> a very </w:t>
      </w:r>
      <w:r>
        <w:rPr>
          <w:b/>
          <w:i w:val="0"/>
          <w:smallCaps w:val="0"/>
          <w:strike w:val="0"/>
          <w:u w:val="single"/>
        </w:rPr>
        <w:t xml:space="preserve">considerable </w:t>
      </w:r>
      <w:r>
        <w:rPr>
          <w:b/>
          <w:i w:val="0"/>
          <w:smallCaps w:val="0"/>
          <w:strike w:val="0"/>
          <w:highlight w:val="cyan"/>
          <w:u w:val="single"/>
        </w:rPr>
        <w:t>danger</w:t>
      </w:r>
      <w:r>
        <w:rPr>
          <w:b w:val="0"/>
          <w:i w:val="0"/>
          <w:smallCaps w:val="0"/>
          <w:strike w:val="0"/>
          <w:highlight w:val="cyan"/>
          <w:u w:val="single"/>
        </w:rPr>
        <w:t xml:space="preserve"> </w:t>
      </w:r>
      <w:r>
        <w:rPr>
          <w:b w:val="0"/>
          <w:i w:val="0"/>
          <w:smallCaps w:val="0"/>
          <w:strike w:val="0"/>
          <w:u w:val="single"/>
        </w:rPr>
        <w:t xml:space="preserve">to the donor that </w:t>
      </w:r>
      <w:r>
        <w:rPr>
          <w:b w:val="0"/>
          <w:i w:val="0"/>
          <w:smallCaps w:val="0"/>
          <w:strike w:val="0"/>
          <w:highlight w:val="cyan"/>
          <w:u w:val="single"/>
        </w:rPr>
        <w:t>the bomb</w:t>
      </w:r>
      <w:r>
        <w:rPr>
          <w:b w:val="0"/>
          <w:i w:val="0"/>
          <w:smallCaps w:val="0"/>
          <w:strike w:val="0"/>
          <w:sz w:val="16"/>
          <w:u w:val="none"/>
        </w:rPr>
        <w:t xml:space="preserve"> (and its source) </w:t>
      </w:r>
      <w:r>
        <w:rPr>
          <w:b w:val="0"/>
          <w:i w:val="0"/>
          <w:smallCaps w:val="0"/>
          <w:strike w:val="0"/>
          <w:highlight w:val="cyan"/>
          <w:u w:val="single"/>
        </w:rPr>
        <w:t>would be</w:t>
      </w:r>
      <w:r>
        <w:rPr>
          <w:b w:val="0"/>
          <w:i w:val="0"/>
          <w:smallCaps w:val="0"/>
          <w:strike w:val="0"/>
          <w:sz w:val="16"/>
          <w:u w:val="none"/>
        </w:rPr>
        <w:t xml:space="preserve"> </w:t>
      </w:r>
      <w:r>
        <w:rPr>
          <w:b/>
          <w:i w:val="0"/>
          <w:smallCaps w:val="0"/>
          <w:strike w:val="0"/>
          <w:u w:val="single"/>
        </w:rPr>
        <w:t>discovered</w:t>
      </w:r>
      <w:r>
        <w:rPr>
          <w:b w:val="0"/>
          <w:i w:val="0"/>
          <w:smallCaps w:val="0"/>
          <w:strike w:val="0"/>
          <w:u w:val="single"/>
        </w:rPr>
        <w:t xml:space="preserve"> even </w:t>
      </w:r>
      <w:r>
        <w:rPr>
          <w:b/>
          <w:i w:val="0"/>
          <w:smallCaps w:val="0"/>
          <w:strike w:val="0"/>
          <w:u w:val="single"/>
        </w:rPr>
        <w:t>before delivery</w:t>
      </w:r>
      <w:r>
        <w:rPr>
          <w:b w:val="0"/>
          <w:i w:val="0"/>
          <w:smallCaps w:val="0"/>
          <w:strike w:val="0"/>
          <w:u w:val="single"/>
        </w:rPr>
        <w:t xml:space="preserve"> or that it would be </w:t>
      </w:r>
      <w:r>
        <w:rPr>
          <w:b w:val="0"/>
          <w:i w:val="0"/>
          <w:smallCaps w:val="0"/>
          <w:strike w:val="0"/>
          <w:highlight w:val="cyan"/>
          <w:u w:val="single"/>
        </w:rPr>
        <w:t>exploded</w:t>
      </w:r>
      <w:r>
        <w:rPr>
          <w:b w:val="0"/>
          <w:i w:val="0"/>
          <w:smallCaps w:val="0"/>
          <w:strike w:val="0"/>
          <w:u w:val="single"/>
        </w:rPr>
        <w:t xml:space="preserve"> in a manner and </w:t>
      </w:r>
      <w:r>
        <w:rPr>
          <w:b w:val="0"/>
          <w:i w:val="0"/>
          <w:smallCaps w:val="0"/>
          <w:strike w:val="0"/>
          <w:highlight w:val="cyan"/>
          <w:u w:val="single"/>
        </w:rPr>
        <w:t>on a target</w:t>
      </w:r>
      <w:r>
        <w:rPr>
          <w:b w:val="0"/>
          <w:i w:val="0"/>
          <w:smallCaps w:val="0"/>
          <w:strike w:val="0"/>
          <w:u w:val="single"/>
        </w:rPr>
        <w:t xml:space="preserve"> the </w:t>
      </w:r>
      <w:r>
        <w:rPr>
          <w:b w:val="0"/>
          <w:i w:val="0"/>
          <w:smallCaps w:val="0"/>
          <w:strike w:val="0"/>
          <w:highlight w:val="cyan"/>
          <w:u w:val="single"/>
        </w:rPr>
        <w:t>donor would not approve</w:t>
      </w:r>
      <w:r>
        <w:rPr>
          <w:b w:val="0"/>
          <w:i w:val="0"/>
          <w:smallCaps w:val="0"/>
          <w:strike w:val="0"/>
          <w:sz w:val="16"/>
          <w:u w:val="none"/>
        </w:rPr>
        <w:t>—</w:t>
      </w:r>
      <w:r>
        <w:rPr>
          <w:b w:val="0"/>
          <w:i w:val="0"/>
          <w:smallCaps w:val="0"/>
          <w:strike w:val="0"/>
          <w:u w:val="single"/>
        </w:rPr>
        <w:t xml:space="preserve">including on the </w:t>
      </w:r>
      <w:r>
        <w:rPr>
          <w:b/>
          <w:i w:val="0"/>
          <w:smallCaps w:val="0"/>
          <w:strike w:val="0"/>
          <w:u w:val="single"/>
        </w:rPr>
        <w:t>donor itself</w:t>
      </w:r>
      <w:r>
        <w:rPr>
          <w:b w:val="0"/>
          <w:i w:val="0"/>
          <w:smallCaps w:val="0"/>
          <w:strike w:val="0"/>
          <w:sz w:val="16"/>
          <w:u w:val="none"/>
        </w:rPr>
        <w:t>. Another concern would be that the terrorist group might be infiltrated by foreign intelligence.16</w:t>
      </w:r>
    </w:p>
    <w:p>
      <w:pPr>
        <w:spacing w:after="60"/>
      </w:pPr>
      <w:r>
        <w:rPr>
          <w:b w:val="0"/>
          <w:i w:val="0"/>
          <w:smallCaps w:val="0"/>
          <w:strike w:val="0"/>
          <w:sz w:val="16"/>
          <w:u w:val="none"/>
        </w:rPr>
        <w:t xml:space="preserve">A </w:t>
      </w:r>
      <w:r>
        <w:rPr>
          <w:b w:val="0"/>
          <w:i w:val="0"/>
          <w:smallCaps w:val="0"/>
          <w:strike w:val="0"/>
          <w:highlight w:val="cyan"/>
          <w:u w:val="single"/>
        </w:rPr>
        <w:t>second route</w:t>
      </w:r>
      <w:r>
        <w:rPr>
          <w:b w:val="0"/>
          <w:i w:val="0"/>
          <w:smallCaps w:val="0"/>
          <w:strike w:val="0"/>
          <w:u w:val="single"/>
        </w:rPr>
        <w:t xml:space="preserve"> would be for the terrorist group to </w:t>
      </w:r>
      <w:r>
        <w:rPr>
          <w:b/>
          <w:i w:val="0"/>
          <w:smallCaps w:val="0"/>
          <w:strike w:val="0"/>
          <w:highlight w:val="cyan"/>
          <w:u w:val="single"/>
        </w:rPr>
        <w:t>steal</w:t>
      </w:r>
      <w:r>
        <w:rPr>
          <w:b w:val="0"/>
          <w:i w:val="0"/>
          <w:smallCaps w:val="0"/>
          <w:strike w:val="0"/>
          <w:highlight w:val="cyan"/>
          <w:u w:val="single"/>
        </w:rPr>
        <w:t xml:space="preserve"> or</w:t>
      </w:r>
      <w:r>
        <w:rPr>
          <w:b w:val="0"/>
          <w:i w:val="0"/>
          <w:smallCaps w:val="0"/>
          <w:strike w:val="0"/>
          <w:u w:val="single"/>
        </w:rPr>
        <w:t xml:space="preserve"> illicitly </w:t>
      </w:r>
      <w:r>
        <w:rPr>
          <w:b/>
          <w:i w:val="0"/>
          <w:smallCaps w:val="0"/>
          <w:strike w:val="0"/>
          <w:highlight w:val="cyan"/>
          <w:u w:val="single"/>
        </w:rPr>
        <w:t>purchase</w:t>
      </w:r>
      <w:r>
        <w:rPr>
          <w:b w:val="0"/>
          <w:i w:val="0"/>
          <w:smallCaps w:val="0"/>
          <w:strike w:val="0"/>
          <w:u w:val="single"/>
        </w:rPr>
        <w:t xml:space="preserve"> a bomb</w:t>
      </w:r>
      <w:r>
        <w:rPr>
          <w:b w:val="0"/>
          <w:i w:val="0"/>
          <w:smallCaps w:val="0"/>
          <w:strike w:val="0"/>
          <w:sz w:val="16"/>
          <w:u w:val="none"/>
        </w:rPr>
        <w:t xml:space="preserve">. In the wake of the Cold War, there was great worry about such ‘loose nukes’ in unstable post-Communist Russia. However, both Russian nuclear officials and experts on the Russian nuclear programme point out that those </w:t>
      </w:r>
      <w:r>
        <w:rPr>
          <w:b w:val="0"/>
          <w:i w:val="0"/>
          <w:smallCaps w:val="0"/>
          <w:strike w:val="0"/>
          <w:u w:val="single"/>
        </w:rPr>
        <w:t xml:space="preserve">bombs are </w:t>
      </w:r>
      <w:r>
        <w:rPr>
          <w:b/>
          <w:i w:val="0"/>
          <w:smallCaps w:val="0"/>
          <w:strike w:val="0"/>
          <w:highlight w:val="cyan"/>
          <w:u w:val="single"/>
        </w:rPr>
        <w:t>difficult to maintain</w:t>
      </w:r>
      <w:r>
        <w:rPr>
          <w:b w:val="0"/>
          <w:i w:val="0"/>
          <w:smallCaps w:val="0"/>
          <w:strike w:val="0"/>
          <w:u w:val="single"/>
        </w:rPr>
        <w:t xml:space="preserve"> and have a </w:t>
      </w:r>
      <w:r>
        <w:rPr>
          <w:b w:val="0"/>
          <w:i w:val="0"/>
          <w:smallCaps w:val="0"/>
          <w:strike w:val="0"/>
          <w:highlight w:val="cyan"/>
          <w:u w:val="single"/>
        </w:rPr>
        <w:t>lifespan of one to three years</w:t>
      </w:r>
      <w:r>
        <w:rPr>
          <w:b w:val="0"/>
          <w:i w:val="0"/>
          <w:smallCaps w:val="0"/>
          <w:strike w:val="0"/>
          <w:sz w:val="16"/>
          <w:u w:val="none"/>
        </w:rPr>
        <w:t xml:space="preserve">, after which they become ‘radioactive scrap metal’.17 </w:t>
      </w:r>
      <w:r>
        <w:rPr>
          <w:b w:val="0"/>
          <w:i w:val="0"/>
          <w:smallCaps w:val="0"/>
          <w:strike w:val="0"/>
          <w:u w:val="single"/>
        </w:rPr>
        <w:t>Even some of those most alarmed</w:t>
      </w:r>
      <w:r>
        <w:rPr>
          <w:b w:val="0"/>
          <w:i w:val="0"/>
          <w:smallCaps w:val="0"/>
          <w:strike w:val="0"/>
          <w:sz w:val="16"/>
          <w:u w:val="none"/>
        </w:rPr>
        <w:t xml:space="preserve"> by the prospect of atomic terrorism have </w:t>
      </w:r>
      <w:r>
        <w:rPr>
          <w:b w:val="0"/>
          <w:i w:val="0"/>
          <w:smallCaps w:val="0"/>
          <w:strike w:val="0"/>
          <w:u w:val="single"/>
        </w:rPr>
        <w:t>concluded</w:t>
      </w:r>
      <w:r>
        <w:rPr>
          <w:b w:val="0"/>
          <w:i w:val="0"/>
          <w:smallCaps w:val="0"/>
          <w:strike w:val="0"/>
          <w:sz w:val="16"/>
          <w:u w:val="none"/>
        </w:rPr>
        <w:t xml:space="preserve"> that, </w:t>
      </w:r>
      <w:r>
        <w:rPr>
          <w:b w:val="0"/>
          <w:i w:val="0"/>
          <w:smallCaps w:val="0"/>
          <w:strike w:val="0"/>
          <w:u w:val="single"/>
        </w:rPr>
        <w:t xml:space="preserve">‘It is probably true that </w:t>
      </w:r>
      <w:r>
        <w:rPr>
          <w:b/>
          <w:i w:val="0"/>
          <w:smallCaps w:val="0"/>
          <w:strike w:val="0"/>
          <w:highlight w:val="cyan"/>
          <w:u w:val="single"/>
        </w:rPr>
        <w:t>there are no “loose nukes”</w:t>
      </w:r>
      <w:r>
        <w:rPr>
          <w:b w:val="0"/>
          <w:i w:val="0"/>
          <w:smallCaps w:val="0"/>
          <w:strike w:val="0"/>
          <w:u w:val="single"/>
        </w:rPr>
        <w:t xml:space="preserve">, </w:t>
      </w:r>
      <w:r>
        <w:rPr>
          <w:b w:val="0"/>
          <w:i w:val="0"/>
          <w:smallCaps w:val="0"/>
          <w:strike w:val="0"/>
          <w:sz w:val="16"/>
          <w:u w:val="none"/>
        </w:rPr>
        <w:t>transportable nuclear weapons missing from their proper storage locations and available for purchase in some way’.18</w:t>
      </w:r>
    </w:p>
    <w:p>
      <w:pPr>
        <w:spacing w:after="60"/>
      </w:pPr>
      <w:r>
        <w:rPr>
          <w:b w:val="0"/>
          <w:i w:val="0"/>
          <w:smallCaps w:val="0"/>
          <w:strike w:val="0"/>
          <w:sz w:val="16"/>
          <w:u w:val="none"/>
        </w:rPr>
        <w:t xml:space="preserve">It might be added that Russia and other nuclear powers have an intense interest in controlling any weapons on their territory. Stephen Younger, former head of nuclear weapons research and development at Los Alamos National Laboratory, notes, ‘Regardless of what is reported in the news, </w:t>
      </w:r>
      <w:r>
        <w:rPr>
          <w:b/>
          <w:i w:val="0"/>
          <w:smallCaps w:val="0"/>
          <w:strike w:val="0"/>
          <w:highlight w:val="cyan"/>
          <w:u w:val="single"/>
        </w:rPr>
        <w:t>all nuclear nations</w:t>
      </w:r>
      <w:r>
        <w:rPr>
          <w:b w:val="0"/>
          <w:i w:val="0"/>
          <w:smallCaps w:val="0"/>
          <w:strike w:val="0"/>
          <w:highlight w:val="cyan"/>
          <w:u w:val="single"/>
        </w:rPr>
        <w:t xml:space="preserve"> take</w:t>
      </w:r>
      <w:r>
        <w:rPr>
          <w:b w:val="0"/>
          <w:i w:val="0"/>
          <w:smallCaps w:val="0"/>
          <w:strike w:val="0"/>
          <w:u w:val="single"/>
        </w:rPr>
        <w:t xml:space="preserve"> the </w:t>
      </w:r>
      <w:r>
        <w:rPr>
          <w:b w:val="0"/>
          <w:i w:val="0"/>
          <w:smallCaps w:val="0"/>
          <w:strike w:val="0"/>
          <w:highlight w:val="cyan"/>
          <w:u w:val="single"/>
        </w:rPr>
        <w:t>security</w:t>
      </w:r>
      <w:r>
        <w:rPr>
          <w:b w:val="0"/>
          <w:i w:val="0"/>
          <w:smallCaps w:val="0"/>
          <w:strike w:val="0"/>
          <w:u w:val="single"/>
        </w:rPr>
        <w:t xml:space="preserve"> of their weapons </w:t>
      </w:r>
      <w:r>
        <w:rPr>
          <w:b/>
          <w:i w:val="0"/>
          <w:smallCaps w:val="0"/>
          <w:strike w:val="0"/>
          <w:highlight w:val="cyan"/>
          <w:u w:val="single"/>
        </w:rPr>
        <w:t>very seriously’</w:t>
      </w:r>
      <w:r>
        <w:rPr>
          <w:b w:val="0"/>
          <w:i w:val="0"/>
          <w:smallCaps w:val="0"/>
          <w:strike w:val="0"/>
          <w:sz w:val="16"/>
          <w:u w:val="none"/>
        </w:rPr>
        <w:t>.19</w:t>
      </w:r>
    </w:p>
    <w:p>
      <w:pPr>
        <w:spacing w:after="60"/>
      </w:pPr>
      <w:r>
        <w:rPr>
          <w:b w:val="0"/>
          <w:i w:val="0"/>
          <w:smallCaps w:val="0"/>
          <w:strike w:val="0"/>
          <w:sz w:val="16"/>
          <w:u w:val="none"/>
        </w:rPr>
        <w:t xml:space="preserve">Moreover, as technology has developed, </w:t>
      </w:r>
      <w:r>
        <w:rPr>
          <w:b w:val="0"/>
          <w:i w:val="0"/>
          <w:smallCaps w:val="0"/>
          <w:strike w:val="0"/>
          <w:u w:val="single"/>
        </w:rPr>
        <w:t>finished</w:t>
      </w:r>
      <w:r>
        <w:rPr>
          <w:b w:val="0"/>
          <w:i w:val="0"/>
          <w:smallCaps w:val="0"/>
          <w:strike w:val="0"/>
          <w:sz w:val="16"/>
          <w:u w:val="none"/>
        </w:rPr>
        <w:t xml:space="preserve"> </w:t>
      </w:r>
      <w:r>
        <w:rPr>
          <w:b w:val="0"/>
          <w:i w:val="0"/>
          <w:smallCaps w:val="0"/>
          <w:strike w:val="0"/>
          <w:u w:val="single"/>
        </w:rPr>
        <w:t xml:space="preserve">bombs have been outfitted with </w:t>
      </w:r>
      <w:r>
        <w:rPr>
          <w:b w:val="0"/>
          <w:i w:val="0"/>
          <w:smallCaps w:val="0"/>
          <w:strike w:val="0"/>
          <w:highlight w:val="cyan"/>
          <w:u w:val="single"/>
        </w:rPr>
        <w:t>devices</w:t>
      </w:r>
      <w:r>
        <w:rPr>
          <w:b w:val="0"/>
          <w:i w:val="0"/>
          <w:smallCaps w:val="0"/>
          <w:strike w:val="0"/>
          <w:u w:val="single"/>
        </w:rPr>
        <w:t xml:space="preserve"> that will trigger a non-nuclear explosion that </w:t>
      </w:r>
      <w:r>
        <w:rPr>
          <w:b w:val="0"/>
          <w:i w:val="0"/>
          <w:smallCaps w:val="0"/>
          <w:strike w:val="0"/>
          <w:highlight w:val="cyan"/>
          <w:u w:val="single"/>
        </w:rPr>
        <w:t>will</w:t>
      </w:r>
      <w:r>
        <w:rPr>
          <w:b w:val="0"/>
          <w:i w:val="0"/>
          <w:smallCaps w:val="0"/>
          <w:strike w:val="0"/>
          <w:u w:val="single"/>
        </w:rPr>
        <w:t xml:space="preserve"> </w:t>
      </w:r>
      <w:r>
        <w:rPr>
          <w:b w:val="0"/>
          <w:i w:val="0"/>
          <w:smallCaps w:val="0"/>
          <w:strike w:val="0"/>
          <w:highlight w:val="cyan"/>
          <w:u w:val="single"/>
        </w:rPr>
        <w:t xml:space="preserve">destroy the bomb if </w:t>
      </w:r>
      <w:r>
        <w:rPr>
          <w:b w:val="0"/>
          <w:i w:val="0"/>
          <w:smallCaps w:val="0"/>
          <w:strike w:val="0"/>
          <w:u w:val="single"/>
        </w:rPr>
        <w:t xml:space="preserve">it is </w:t>
      </w:r>
      <w:r>
        <w:rPr>
          <w:b w:val="0"/>
          <w:i w:val="0"/>
          <w:smallCaps w:val="0"/>
          <w:strike w:val="0"/>
          <w:highlight w:val="cyan"/>
          <w:u w:val="single"/>
        </w:rPr>
        <w:t>tampered</w:t>
      </w:r>
      <w:r>
        <w:rPr>
          <w:b w:val="0"/>
          <w:i w:val="0"/>
          <w:smallCaps w:val="0"/>
          <w:strike w:val="0"/>
          <w:sz w:val="16"/>
          <w:u w:val="none"/>
        </w:rPr>
        <w:t xml:space="preserve"> </w:t>
      </w:r>
      <w:r>
        <w:rPr>
          <w:b w:val="0"/>
          <w:i w:val="0"/>
          <w:smallCaps w:val="0"/>
          <w:strike w:val="0"/>
          <w:u w:val="single"/>
        </w:rPr>
        <w:t>with</w:t>
      </w:r>
      <w:r>
        <w:rPr>
          <w:b w:val="0"/>
          <w:i w:val="0"/>
          <w:smallCaps w:val="0"/>
          <w:strike w:val="0"/>
          <w:sz w:val="16"/>
          <w:u w:val="none"/>
        </w:rPr>
        <w:t xml:space="preserve">.20 </w:t>
      </w:r>
      <w:r>
        <w:rPr>
          <w:b w:val="0"/>
          <w:i w:val="0"/>
          <w:smallCaps w:val="0"/>
          <w:strike w:val="0"/>
          <w:u w:val="single"/>
        </w:rPr>
        <w:t xml:space="preserve">And there are other security techniques: </w:t>
      </w:r>
      <w:r>
        <w:rPr>
          <w:b w:val="0"/>
          <w:i w:val="0"/>
          <w:smallCaps w:val="0"/>
          <w:strike w:val="0"/>
          <w:highlight w:val="cyan"/>
          <w:u w:val="single"/>
        </w:rPr>
        <w:t>bombs can be</w:t>
      </w:r>
      <w:r>
        <w:rPr>
          <w:b w:val="0"/>
          <w:i w:val="0"/>
          <w:smallCaps w:val="0"/>
          <w:strike w:val="0"/>
          <w:u w:val="single"/>
        </w:rPr>
        <w:t xml:space="preserve"> </w:t>
      </w:r>
      <w:r>
        <w:rPr>
          <w:b/>
          <w:i w:val="0"/>
          <w:smallCaps w:val="0"/>
          <w:strike w:val="0"/>
          <w:u w:val="single"/>
        </w:rPr>
        <w:t xml:space="preserve">kept </w:t>
      </w:r>
      <w:r>
        <w:rPr>
          <w:b/>
          <w:i w:val="0"/>
          <w:smallCaps w:val="0"/>
          <w:strike w:val="0"/>
          <w:highlight w:val="cyan"/>
          <w:u w:val="single"/>
        </w:rPr>
        <w:t>disassembled</w:t>
      </w:r>
      <w:r>
        <w:rPr>
          <w:b w:val="0"/>
          <w:i w:val="0"/>
          <w:smallCaps w:val="0"/>
          <w:strike w:val="0"/>
          <w:sz w:val="16"/>
          <w:u w:val="none"/>
        </w:rPr>
        <w:t xml:space="preserve"> with the component parts stored in separate high-security vaults, </w:t>
      </w:r>
      <w:r>
        <w:rPr>
          <w:b w:val="0"/>
          <w:i w:val="0"/>
          <w:smallCaps w:val="0"/>
          <w:strike w:val="0"/>
          <w:u w:val="single"/>
        </w:rPr>
        <w:t>and</w:t>
      </w:r>
      <w:r>
        <w:rPr>
          <w:b w:val="0"/>
          <w:i w:val="0"/>
          <w:smallCaps w:val="0"/>
          <w:strike w:val="0"/>
          <w:sz w:val="16"/>
          <w:u w:val="none"/>
        </w:rPr>
        <w:t xml:space="preserve"> </w:t>
      </w:r>
      <w:r>
        <w:rPr>
          <w:b w:val="0"/>
          <w:i w:val="0"/>
          <w:smallCaps w:val="0"/>
          <w:strike w:val="0"/>
          <w:u w:val="single"/>
        </w:rPr>
        <w:t xml:space="preserve">procedures can be organized so that </w:t>
      </w:r>
      <w:r>
        <w:rPr>
          <w:b/>
          <w:i w:val="0"/>
          <w:smallCaps w:val="0"/>
          <w:strike w:val="0"/>
          <w:u w:val="single"/>
        </w:rPr>
        <w:t>two people</w:t>
      </w:r>
      <w:r>
        <w:rPr>
          <w:b w:val="0"/>
          <w:i w:val="0"/>
          <w:smallCaps w:val="0"/>
          <w:strike w:val="0"/>
          <w:u w:val="single"/>
        </w:rPr>
        <w:t xml:space="preserve"> and</w:t>
      </w:r>
      <w:r>
        <w:rPr>
          <w:b w:val="0"/>
          <w:i w:val="0"/>
          <w:smallCaps w:val="0"/>
          <w:strike w:val="0"/>
          <w:sz w:val="16"/>
          <w:u w:val="none"/>
        </w:rPr>
        <w:t xml:space="preserve"> </w:t>
      </w:r>
      <w:r>
        <w:rPr>
          <w:b/>
          <w:i w:val="0"/>
          <w:smallCaps w:val="0"/>
          <w:strike w:val="0"/>
          <w:u w:val="single"/>
        </w:rPr>
        <w:t xml:space="preserve">multiple </w:t>
      </w:r>
      <w:r>
        <w:rPr>
          <w:b/>
          <w:i w:val="0"/>
          <w:smallCaps w:val="0"/>
          <w:strike w:val="0"/>
          <w:highlight w:val="cyan"/>
          <w:u w:val="single"/>
        </w:rPr>
        <w:t>codes</w:t>
      </w:r>
      <w:r>
        <w:rPr>
          <w:b w:val="0"/>
          <w:i w:val="0"/>
          <w:smallCaps w:val="0"/>
          <w:strike w:val="0"/>
          <w:highlight w:val="cyan"/>
          <w:u w:val="single"/>
        </w:rPr>
        <w:t xml:space="preserve"> are required</w:t>
      </w:r>
      <w:r>
        <w:rPr>
          <w:b w:val="0"/>
          <w:i w:val="0"/>
          <w:smallCaps w:val="0"/>
          <w:strike w:val="0"/>
          <w:u w:val="single"/>
        </w:rPr>
        <w:t xml:space="preserve"> </w:t>
      </w:r>
      <w:r>
        <w:rPr>
          <w:b w:val="0"/>
          <w:i w:val="0"/>
          <w:smallCaps w:val="0"/>
          <w:strike w:val="0"/>
          <w:u w:val="none"/>
        </w:rPr>
        <w:t>not only</w:t>
      </w:r>
      <w:r>
        <w:rPr>
          <w:b w:val="0"/>
          <w:i w:val="0"/>
          <w:smallCaps w:val="0"/>
          <w:strike w:val="0"/>
          <w:u w:val="single"/>
        </w:rPr>
        <w:t xml:space="preserve"> to use the bomb, but also </w:t>
      </w:r>
      <w:r>
        <w:rPr>
          <w:b w:val="0"/>
          <w:i w:val="0"/>
          <w:smallCaps w:val="0"/>
          <w:strike w:val="0"/>
          <w:highlight w:val="cyan"/>
          <w:u w:val="single"/>
        </w:rPr>
        <w:t>to store,</w:t>
      </w:r>
      <w:r>
        <w:rPr>
          <w:b w:val="0"/>
          <w:i w:val="0"/>
          <w:smallCaps w:val="0"/>
          <w:strike w:val="0"/>
          <w:u w:val="single"/>
        </w:rPr>
        <w:t xml:space="preserve"> to </w:t>
      </w:r>
      <w:r>
        <w:rPr>
          <w:b w:val="0"/>
          <w:i w:val="0"/>
          <w:smallCaps w:val="0"/>
          <w:strike w:val="0"/>
          <w:highlight w:val="cyan"/>
          <w:u w:val="single"/>
        </w:rPr>
        <w:t>maintain</w:t>
      </w:r>
      <w:r>
        <w:rPr>
          <w:b w:val="0"/>
          <w:i w:val="0"/>
          <w:smallCaps w:val="0"/>
          <w:strike w:val="0"/>
          <w:u w:val="single"/>
        </w:rPr>
        <w:t xml:space="preserve">, </w:t>
      </w:r>
      <w:r>
        <w:rPr>
          <w:b w:val="0"/>
          <w:i w:val="0"/>
          <w:smallCaps w:val="0"/>
          <w:strike w:val="0"/>
          <w:highlight w:val="cyan"/>
          <w:u w:val="single"/>
        </w:rPr>
        <w:t>and</w:t>
      </w:r>
      <w:r>
        <w:rPr>
          <w:b w:val="0"/>
          <w:i w:val="0"/>
          <w:smallCaps w:val="0"/>
          <w:strike w:val="0"/>
          <w:u w:val="single"/>
        </w:rPr>
        <w:t xml:space="preserve"> to </w:t>
      </w:r>
      <w:r>
        <w:rPr>
          <w:b w:val="0"/>
          <w:i w:val="0"/>
          <w:smallCaps w:val="0"/>
          <w:strike w:val="0"/>
          <w:highlight w:val="cyan"/>
          <w:u w:val="single"/>
        </w:rPr>
        <w:t>deploy</w:t>
      </w:r>
      <w:r>
        <w:rPr>
          <w:b w:val="0"/>
          <w:i w:val="0"/>
          <w:smallCaps w:val="0"/>
          <w:strike w:val="0"/>
          <w:sz w:val="16"/>
          <w:u w:val="none"/>
        </w:rPr>
        <w:t xml:space="preserve"> it.21</w:t>
      </w:r>
    </w:p>
    <w:p>
      <w:pPr>
        <w:spacing w:after="60"/>
      </w:pPr>
      <w:r>
        <w:rPr>
          <w:b w:val="0"/>
          <w:i w:val="0"/>
          <w:smallCaps w:val="0"/>
          <w:strike w:val="0"/>
          <w:sz w:val="16"/>
          <w:u w:val="none"/>
        </w:rPr>
        <w:t xml:space="preserve">Since </w:t>
      </w:r>
      <w:r>
        <w:rPr>
          <w:b w:val="0"/>
          <w:i w:val="0"/>
          <w:smallCaps w:val="0"/>
          <w:strike w:val="0"/>
          <w:u w:val="none"/>
        </w:rPr>
        <w:t>terrorists are unlikely to be able to buy or steal a useable bomb</w:t>
      </w:r>
      <w:r>
        <w:rPr>
          <w:b w:val="0"/>
          <w:i w:val="0"/>
          <w:smallCaps w:val="0"/>
          <w:strike w:val="0"/>
          <w:sz w:val="16"/>
          <w:u w:val="none"/>
        </w:rPr>
        <w:t xml:space="preserve">, and since they are further unlikely to have one handed to them by an established nuclear state, </w:t>
      </w:r>
      <w:r>
        <w:rPr>
          <w:b w:val="0"/>
          <w:i w:val="0"/>
          <w:smallCaps w:val="0"/>
          <w:strike w:val="0"/>
          <w:u w:val="single"/>
        </w:rPr>
        <w:t>the most plausible route for terrorists would be to manufacture the device themselves</w:t>
      </w:r>
      <w:r>
        <w:rPr>
          <w:b w:val="0"/>
          <w:i w:val="0"/>
          <w:smallCaps w:val="0"/>
          <w:strike w:val="0"/>
          <w:sz w:val="16"/>
          <w:u w:val="none"/>
        </w:rPr>
        <w:t xml:space="preserve"> from purloined materials. This is the route identified by a majority of leading experts as the most likely to lead to nuclear terrorism.22 Because of the </w:t>
      </w:r>
      <w:r>
        <w:rPr>
          <w:b w:val="0"/>
          <w:i w:val="0"/>
          <w:smallCaps w:val="0"/>
          <w:strike w:val="0"/>
          <w:u w:val="none"/>
        </w:rPr>
        <w:t>dangers and difficulties of transporting and working with plutonium,</w:t>
      </w:r>
      <w:r>
        <w:rPr>
          <w:b w:val="0"/>
          <w:i w:val="0"/>
          <w:smallCaps w:val="0"/>
          <w:strike w:val="0"/>
          <w:sz w:val="16"/>
          <w:u w:val="none"/>
        </w:rPr>
        <w:t xml:space="preserve"> a dedicated terrorist group, it is generally further agreed, would choose to try to use highly enriched uranium.23 The idea would be to obtain as much of this stuff as necessary and then to fashion it into an explosive.</w:t>
      </w:r>
    </w:p>
    <w:p>
      <w:pPr>
        <w:spacing w:after="60"/>
      </w:pPr>
      <w:r>
        <w:rPr>
          <w:b w:val="0"/>
          <w:i w:val="0"/>
          <w:smallCaps w:val="0"/>
          <w:strike w:val="0"/>
          <w:sz w:val="16"/>
          <w:u w:val="none"/>
        </w:rPr>
        <w:t xml:space="preserve">The likely product of this effort would not be a bomb that can be dropped or hurled, since this would massively complicate the delivery problem. Rather, the terrorists would seek to come up with an ‘improvised nuclear device’ (IND) of the simplest design—one that could be set off at the target by a suicidal detonation crew. This would be a ‘gun’ type of device in which masses of highly enriched uranium are hurled at each other within a tube. </w:t>
      </w:r>
      <w:r>
        <w:rPr>
          <w:b w:val="0"/>
          <w:i w:val="0"/>
          <w:smallCaps w:val="0"/>
          <w:strike w:val="0"/>
          <w:u w:val="single"/>
        </w:rPr>
        <w:t xml:space="preserve">At best, </w:t>
      </w:r>
      <w:r>
        <w:rPr>
          <w:b w:val="0"/>
          <w:i w:val="0"/>
          <w:smallCaps w:val="0"/>
          <w:strike w:val="0"/>
          <w:highlight w:val="cyan"/>
          <w:u w:val="single"/>
        </w:rPr>
        <w:t>such a device would be</w:t>
      </w:r>
      <w:r>
        <w:rPr>
          <w:b w:val="0"/>
          <w:i w:val="0"/>
          <w:smallCaps w:val="0"/>
          <w:strike w:val="0"/>
          <w:sz w:val="16"/>
          <w:u w:val="none"/>
        </w:rPr>
        <w:t>, as even the deeply concerned Allison acknowledges, ‘large</w:t>
      </w:r>
      <w:r>
        <w:rPr>
          <w:b w:val="0"/>
          <w:i w:val="0"/>
          <w:smallCaps w:val="0"/>
          <w:strike w:val="0"/>
          <w:u w:val="single"/>
        </w:rPr>
        <w:t xml:space="preserve">, cumbersome, </w:t>
      </w:r>
      <w:r>
        <w:rPr>
          <w:b/>
          <w:i w:val="0"/>
          <w:smallCaps w:val="0"/>
          <w:strike w:val="0"/>
          <w:highlight w:val="cyan"/>
          <w:u w:val="single"/>
        </w:rPr>
        <w:t>unsafe</w:t>
      </w:r>
      <w:r>
        <w:rPr>
          <w:b w:val="0"/>
          <w:i w:val="0"/>
          <w:smallCaps w:val="0"/>
          <w:strike w:val="0"/>
          <w:u w:val="single"/>
        </w:rPr>
        <w:t xml:space="preserve">, unreliable, </w:t>
      </w:r>
      <w:r>
        <w:rPr>
          <w:b/>
          <w:i w:val="0"/>
          <w:smallCaps w:val="0"/>
          <w:strike w:val="0"/>
          <w:highlight w:val="cyan"/>
          <w:u w:val="single"/>
        </w:rPr>
        <w:t>unpredictable</w:t>
      </w:r>
      <w:r>
        <w:rPr>
          <w:b w:val="0"/>
          <w:i w:val="0"/>
          <w:smallCaps w:val="0"/>
          <w:strike w:val="0"/>
          <w:u w:val="single"/>
        </w:rPr>
        <w:t xml:space="preserve">, </w:t>
      </w:r>
      <w:r>
        <w:rPr>
          <w:b w:val="0"/>
          <w:i w:val="0"/>
          <w:smallCaps w:val="0"/>
          <w:strike w:val="0"/>
          <w:highlight w:val="cyan"/>
          <w:u w:val="single"/>
        </w:rPr>
        <w:t>and</w:t>
      </w:r>
      <w:r>
        <w:rPr>
          <w:b w:val="0"/>
          <w:i w:val="0"/>
          <w:smallCaps w:val="0"/>
          <w:strike w:val="0"/>
          <w:u w:val="single"/>
        </w:rPr>
        <w:t xml:space="preserve"> </w:t>
      </w:r>
      <w:r>
        <w:rPr>
          <w:b/>
          <w:i w:val="0"/>
          <w:smallCaps w:val="0"/>
          <w:strike w:val="0"/>
          <w:highlight w:val="cyan"/>
          <w:u w:val="single"/>
        </w:rPr>
        <w:t>inefficient’</w:t>
      </w:r>
      <w:r>
        <w:rPr>
          <w:b w:val="0"/>
          <w:i w:val="0"/>
          <w:smallCaps w:val="0"/>
          <w:strike w:val="0"/>
          <w:sz w:val="16"/>
          <w:u w:val="none"/>
        </w:rPr>
        <w:t xml:space="preserve">.24 </w:t>
      </w:r>
      <w:r>
        <w:rPr>
          <w:b w:val="0"/>
          <w:i w:val="0"/>
          <w:smallCaps w:val="0"/>
          <w:strike w:val="0"/>
          <w:u w:val="single"/>
        </w:rPr>
        <w:t>The process is a</w:t>
      </w:r>
      <w:r>
        <w:rPr>
          <w:b w:val="0"/>
          <w:i w:val="0"/>
          <w:smallCaps w:val="0"/>
          <w:strike w:val="0"/>
          <w:sz w:val="16"/>
          <w:u w:val="none"/>
        </w:rPr>
        <w:t xml:space="preserve"> </w:t>
      </w:r>
      <w:r>
        <w:rPr>
          <w:b/>
          <w:i w:val="0"/>
          <w:smallCaps w:val="0"/>
          <w:strike w:val="0"/>
          <w:u w:val="single"/>
        </w:rPr>
        <w:t>daunting one</w:t>
      </w:r>
      <w:r>
        <w:rPr>
          <w:b w:val="0"/>
          <w:i w:val="0"/>
          <w:smallCaps w:val="0"/>
          <w:strike w:val="0"/>
          <w:sz w:val="16"/>
          <w:u w:val="none"/>
        </w:rPr>
        <w:t xml:space="preserve">, </w:t>
      </w:r>
      <w:r>
        <w:rPr>
          <w:b w:val="0"/>
          <w:i w:val="0"/>
          <w:smallCaps w:val="0"/>
          <w:strike w:val="0"/>
          <w:u w:val="single"/>
        </w:rPr>
        <w:t>even in this minimal case</w:t>
      </w:r>
      <w:r>
        <w:rPr>
          <w:b w:val="0"/>
          <w:i w:val="0"/>
          <w:smallCaps w:val="0"/>
          <w:strike w:val="0"/>
          <w:sz w:val="16"/>
          <w:u w:val="none"/>
        </w:rPr>
        <w:t xml:space="preserve">. In particular, </w:t>
      </w:r>
      <w:r>
        <w:rPr>
          <w:b w:val="0"/>
          <w:i w:val="0"/>
          <w:smallCaps w:val="0"/>
          <w:strike w:val="0"/>
          <w:u w:val="single"/>
        </w:rPr>
        <w:t>the task requires</w:t>
      </w:r>
      <w:r>
        <w:rPr>
          <w:b w:val="0"/>
          <w:i w:val="0"/>
          <w:smallCaps w:val="0"/>
          <w:strike w:val="0"/>
          <w:sz w:val="16"/>
          <w:u w:val="none"/>
        </w:rPr>
        <w:t xml:space="preserve"> </w:t>
      </w:r>
      <w:r>
        <w:rPr>
          <w:b/>
          <w:i w:val="0"/>
          <w:smallCaps w:val="0"/>
          <w:strike w:val="0"/>
          <w:u w:val="single"/>
        </w:rPr>
        <w:t>a considerable</w:t>
      </w:r>
      <w:r>
        <w:rPr>
          <w:b w:val="0"/>
          <w:i w:val="0"/>
          <w:smallCaps w:val="0"/>
          <w:strike w:val="0"/>
          <w:sz w:val="16"/>
          <w:u w:val="none"/>
        </w:rPr>
        <w:t xml:space="preserve"> </w:t>
      </w:r>
      <w:r>
        <w:rPr>
          <w:b w:val="0"/>
          <w:i w:val="0"/>
          <w:smallCaps w:val="0"/>
          <w:strike w:val="0"/>
          <w:u w:val="single"/>
        </w:rPr>
        <w:t>series of</w:t>
      </w:r>
      <w:r>
        <w:rPr>
          <w:b w:val="0"/>
          <w:i w:val="0"/>
          <w:smallCaps w:val="0"/>
          <w:strike w:val="0"/>
          <w:sz w:val="16"/>
          <w:u w:val="none"/>
        </w:rPr>
        <w:t xml:space="preserve"> </w:t>
      </w:r>
      <w:r>
        <w:rPr>
          <w:b/>
          <w:i w:val="0"/>
          <w:smallCaps w:val="0"/>
          <w:strike w:val="0"/>
          <w:u w:val="single"/>
        </w:rPr>
        <w:t>difficult hurdles</w:t>
      </w:r>
      <w:r>
        <w:rPr>
          <w:b w:val="0"/>
          <w:i w:val="0"/>
          <w:smallCaps w:val="0"/>
          <w:strike w:val="0"/>
          <w:sz w:val="16"/>
          <w:u w:val="none"/>
        </w:rPr>
        <w:t xml:space="preserve"> </w:t>
      </w:r>
      <w:r>
        <w:rPr>
          <w:b w:val="0"/>
          <w:i w:val="0"/>
          <w:smallCaps w:val="0"/>
          <w:strike w:val="0"/>
          <w:u w:val="single"/>
        </w:rPr>
        <w:t>to be conquered and in sequence.</w:t>
      </w:r>
    </w:p>
    <w:p>
      <w:pPr>
        <w:spacing w:after="60"/>
      </w:pPr>
      <w:r>
        <w:rPr>
          <w:b w:val="0"/>
          <w:i w:val="0"/>
          <w:smallCaps w:val="0"/>
          <w:strike w:val="0"/>
          <w:sz w:val="16"/>
          <w:u w:val="none"/>
        </w:rPr>
        <w:t xml:space="preserve">At the present time and likely for the foreseeable future, </w:t>
      </w:r>
      <w:r>
        <w:rPr>
          <w:b w:val="0"/>
          <w:i w:val="0"/>
          <w:smallCaps w:val="0"/>
          <w:strike w:val="0"/>
          <w:highlight w:val="cyan"/>
          <w:u w:val="single"/>
        </w:rPr>
        <w:t>stateless groups</w:t>
      </w:r>
      <w:r>
        <w:rPr>
          <w:b w:val="0"/>
          <w:i w:val="0"/>
          <w:smallCaps w:val="0"/>
          <w:strike w:val="0"/>
          <w:u w:val="single"/>
        </w:rPr>
        <w:t xml:space="preserve"> are </w:t>
      </w:r>
      <w:r>
        <w:rPr>
          <w:b/>
          <w:i w:val="0"/>
          <w:smallCaps w:val="0"/>
          <w:strike w:val="0"/>
          <w:u w:val="single"/>
        </w:rPr>
        <w:t xml:space="preserve">simply </w:t>
      </w:r>
      <w:r>
        <w:rPr>
          <w:b/>
          <w:i w:val="0"/>
          <w:smallCaps w:val="0"/>
          <w:strike w:val="0"/>
          <w:highlight w:val="cyan"/>
          <w:u w:val="single"/>
        </w:rPr>
        <w:t>incapable</w:t>
      </w:r>
      <w:r>
        <w:rPr>
          <w:b w:val="0"/>
          <w:i w:val="0"/>
          <w:smallCaps w:val="0"/>
          <w:strike w:val="0"/>
          <w:highlight w:val="cyan"/>
          <w:u w:val="single"/>
        </w:rPr>
        <w:t xml:space="preserve"> of</w:t>
      </w:r>
      <w:r>
        <w:rPr>
          <w:b w:val="0"/>
          <w:i w:val="0"/>
          <w:smallCaps w:val="0"/>
          <w:strike w:val="0"/>
          <w:u w:val="single"/>
        </w:rPr>
        <w:t xml:space="preserve"> </w:t>
      </w:r>
      <w:r>
        <w:rPr>
          <w:b w:val="0"/>
          <w:i w:val="0"/>
          <w:smallCaps w:val="0"/>
          <w:strike w:val="0"/>
          <w:highlight w:val="cyan"/>
          <w:u w:val="single"/>
        </w:rPr>
        <w:t>manufacturing</w:t>
      </w:r>
      <w:r>
        <w:rPr>
          <w:b w:val="0"/>
          <w:i w:val="0"/>
          <w:smallCaps w:val="0"/>
          <w:strike w:val="0"/>
          <w:u w:val="single"/>
        </w:rPr>
        <w:t xml:space="preserve"> the required </w:t>
      </w:r>
      <w:r>
        <w:rPr>
          <w:b w:val="0"/>
          <w:i w:val="0"/>
          <w:smallCaps w:val="0"/>
          <w:strike w:val="0"/>
          <w:highlight w:val="cyan"/>
          <w:u w:val="single"/>
        </w:rPr>
        <w:t>fissile material</w:t>
      </w:r>
      <w:r>
        <w:rPr>
          <w:b w:val="0"/>
          <w:i w:val="0"/>
          <w:smallCaps w:val="0"/>
          <w:strike w:val="0"/>
          <w:u w:val="single"/>
        </w:rPr>
        <w:t xml:space="preserve"> for a bomb</w:t>
      </w:r>
      <w:r>
        <w:rPr>
          <w:b w:val="0"/>
          <w:i w:val="0"/>
          <w:smallCaps w:val="0"/>
          <w:strike w:val="0"/>
          <w:sz w:val="16"/>
          <w:u w:val="none"/>
        </w:rPr>
        <w:t xml:space="preserve"> </w:t>
      </w:r>
      <w:r>
        <w:rPr>
          <w:b w:val="0"/>
          <w:i w:val="0"/>
          <w:smallCaps w:val="0"/>
          <w:strike w:val="0"/>
          <w:highlight w:val="cyan"/>
          <w:u w:val="single"/>
        </w:rPr>
        <w:t>because the process requires</w:t>
      </w:r>
      <w:r>
        <w:rPr>
          <w:b w:val="0"/>
          <w:i w:val="0"/>
          <w:smallCaps w:val="0"/>
          <w:strike w:val="0"/>
          <w:u w:val="single"/>
        </w:rPr>
        <w:t xml:space="preserve"> an </w:t>
      </w:r>
      <w:r>
        <w:rPr>
          <w:b/>
          <w:i w:val="0"/>
          <w:smallCaps w:val="0"/>
          <w:strike w:val="0"/>
          <w:u w:val="single"/>
        </w:rPr>
        <w:t xml:space="preserve">effort on an </w:t>
      </w:r>
      <w:r>
        <w:rPr>
          <w:b/>
          <w:i w:val="0"/>
          <w:smallCaps w:val="0"/>
          <w:strike w:val="0"/>
          <w:highlight w:val="cyan"/>
          <w:u w:val="single"/>
        </w:rPr>
        <w:t>industrial scale</w:t>
      </w:r>
      <w:r>
        <w:rPr>
          <w:b w:val="0"/>
          <w:i w:val="0"/>
          <w:smallCaps w:val="0"/>
          <w:strike w:val="0"/>
          <w:sz w:val="16"/>
          <w:u w:val="none"/>
        </w:rPr>
        <w:t xml:space="preserve">.25 Moreover, they are </w:t>
      </w:r>
      <w:r>
        <w:rPr>
          <w:b w:val="0"/>
          <w:i w:val="0"/>
          <w:smallCaps w:val="0"/>
          <w:strike w:val="0"/>
          <w:u w:val="single"/>
        </w:rPr>
        <w:t>unlikely to be supplied with the material by a state for the same reasons a state is unlikely to give them a workable bomb</w:t>
      </w:r>
      <w:r>
        <w:rPr>
          <w:b w:val="0"/>
          <w:i w:val="0"/>
          <w:smallCaps w:val="0"/>
          <w:strike w:val="0"/>
          <w:sz w:val="16"/>
          <w:u w:val="none"/>
        </w:rPr>
        <w:t xml:space="preserve">. Thus, </w:t>
      </w:r>
      <w:r>
        <w:rPr>
          <w:b w:val="0"/>
          <w:i w:val="0"/>
          <w:smallCaps w:val="0"/>
          <w:strike w:val="0"/>
          <w:u w:val="single"/>
        </w:rPr>
        <w:t xml:space="preserve">they would need to </w:t>
      </w:r>
      <w:r>
        <w:rPr>
          <w:b/>
          <w:i w:val="0"/>
          <w:smallCaps w:val="0"/>
          <w:strike w:val="0"/>
          <w:u w:val="single"/>
        </w:rPr>
        <w:t>steal or illicitly purchase</w:t>
      </w:r>
      <w:r>
        <w:rPr>
          <w:b w:val="0"/>
          <w:i w:val="0"/>
          <w:smallCaps w:val="0"/>
          <w:strike w:val="0"/>
          <w:u w:val="single"/>
        </w:rPr>
        <w:t xml:space="preserve"> this </w:t>
      </w:r>
      <w:r>
        <w:rPr>
          <w:b/>
          <w:i w:val="0"/>
          <w:smallCaps w:val="0"/>
          <w:strike w:val="0"/>
          <w:u w:val="single"/>
        </w:rPr>
        <w:t>crucial material</w:t>
      </w:r>
      <w:r>
        <w:rPr>
          <w:b w:val="0"/>
          <w:i w:val="0"/>
          <w:smallCaps w:val="0"/>
          <w:strike w:val="0"/>
          <w:sz w:val="16"/>
          <w:u w:val="none"/>
        </w:rPr>
        <w:t>.</w:t>
      </w:r>
    </w:p>
    <w:p>
      <w:pPr>
        <w:spacing w:after="60"/>
      </w:pPr>
      <w:r>
        <w:rPr>
          <w:b w:val="0"/>
          <w:i w:val="0"/>
          <w:smallCaps w:val="0"/>
          <w:strike w:val="0"/>
          <w:sz w:val="16"/>
          <w:u w:val="none"/>
        </w:rPr>
        <w:t xml:space="preserve">The terrorist thieves would also need to know exactly what they want and where it is, and this presumably means trusting bribed, but not necessarily dependable, insiders. And to even begin to pull off such a heist, the terrorists would need to develop a highly nuanced street sense in foreign areas often filled with people who are suspicious of strangers.26 </w:t>
      </w:r>
      <w:r>
        <w:rPr>
          <w:b w:val="0"/>
          <w:i w:val="0"/>
          <w:smallCaps w:val="0"/>
          <w:strike w:val="0"/>
          <w:u w:val="single"/>
        </w:rPr>
        <w:t xml:space="preserve">This approach requires the terrorists to pay off a </w:t>
      </w:r>
      <w:r>
        <w:rPr>
          <w:b/>
          <w:i w:val="0"/>
          <w:smallCaps w:val="0"/>
          <w:strike w:val="0"/>
          <w:u w:val="single"/>
        </w:rPr>
        <w:t>host of greedy confederates</w:t>
      </w:r>
      <w:r>
        <w:rPr>
          <w:b w:val="0"/>
          <w:i w:val="0"/>
          <w:smallCaps w:val="0"/>
          <w:strike w:val="0"/>
          <w:sz w:val="16"/>
          <w:u w:val="none"/>
        </w:rPr>
        <w:t xml:space="preserve">, </w:t>
      </w:r>
      <w:r>
        <w:rPr>
          <w:b w:val="0"/>
          <w:i w:val="0"/>
          <w:smallCaps w:val="0"/>
          <w:strike w:val="0"/>
          <w:u w:val="single"/>
        </w:rPr>
        <w:t>including brokers and money transmitters</w:t>
      </w:r>
      <w:r>
        <w:rPr>
          <w:b w:val="0"/>
          <w:i w:val="0"/>
          <w:smallCaps w:val="0"/>
          <w:strike w:val="0"/>
          <w:sz w:val="16"/>
          <w:u w:val="none"/>
        </w:rPr>
        <w:t xml:space="preserve">, </w:t>
      </w:r>
      <w:r>
        <w:rPr>
          <w:b w:val="0"/>
          <w:i w:val="0"/>
          <w:smallCaps w:val="0"/>
          <w:strike w:val="0"/>
          <w:u w:val="single"/>
        </w:rPr>
        <w:t>any one of whom could</w:t>
      </w:r>
      <w:r>
        <w:rPr>
          <w:b w:val="0"/>
          <w:i w:val="0"/>
          <w:smallCaps w:val="0"/>
          <w:strike w:val="0"/>
          <w:sz w:val="16"/>
          <w:u w:val="none"/>
        </w:rPr>
        <w:t xml:space="preserve"> </w:t>
      </w:r>
      <w:r>
        <w:rPr>
          <w:b/>
          <w:i w:val="0"/>
          <w:smallCaps w:val="0"/>
          <w:strike w:val="0"/>
          <w:u w:val="single"/>
        </w:rPr>
        <w:t>turn on them</w:t>
      </w:r>
      <w:r>
        <w:rPr>
          <w:b w:val="0"/>
          <w:i w:val="0"/>
          <w:smallCaps w:val="0"/>
          <w:strike w:val="0"/>
          <w:sz w:val="16"/>
          <w:u w:val="none"/>
        </w:rPr>
        <w:t xml:space="preserve"> </w:t>
      </w:r>
      <w:r>
        <w:rPr>
          <w:b w:val="0"/>
          <w:i w:val="0"/>
          <w:smallCaps w:val="0"/>
          <w:strike w:val="0"/>
          <w:u w:val="single"/>
        </w:rPr>
        <w:t>or</w:t>
      </w:r>
      <w:r>
        <w:rPr>
          <w:b w:val="0"/>
          <w:i w:val="0"/>
          <w:smallCaps w:val="0"/>
          <w:strike w:val="0"/>
          <w:sz w:val="16"/>
          <w:u w:val="none"/>
        </w:rPr>
        <w:t xml:space="preserve">, either out of guile or incompetence, </w:t>
      </w:r>
      <w:r>
        <w:rPr>
          <w:b w:val="0"/>
          <w:i w:val="0"/>
          <w:smallCaps w:val="0"/>
          <w:strike w:val="0"/>
          <w:u w:val="single"/>
        </w:rPr>
        <w:t>furnish them with stuff that is useless.</w:t>
      </w:r>
      <w:r>
        <w:rPr>
          <w:b w:val="0"/>
          <w:i w:val="0"/>
          <w:smallCaps w:val="0"/>
          <w:strike w:val="0"/>
          <w:sz w:val="16"/>
          <w:u w:val="none"/>
        </w:rPr>
        <w:t xml:space="preserve"> Insiders might also come to ruminate over the fact that, once the heist had been accomplished, the terrorists would (as Jenkins puts it none too delicately) ‘have every incentive to cover their trail, beginning with eliminating their confederates’.27</w:t>
      </w:r>
    </w:p>
    <w:p>
      <w:pPr>
        <w:spacing w:after="60"/>
      </w:pPr>
      <w:r>
        <w:rPr>
          <w:b w:val="0"/>
          <w:i w:val="0"/>
          <w:smallCaps w:val="0"/>
          <w:strike w:val="0"/>
          <w:sz w:val="16"/>
          <w:u w:val="none"/>
        </w:rPr>
        <w:t xml:space="preserve">In addition, because of improving nuclear safeguards and accounting practices, </w:t>
      </w:r>
      <w:r>
        <w:rPr>
          <w:b w:val="0"/>
          <w:i w:val="0"/>
          <w:smallCaps w:val="0"/>
          <w:strike w:val="0"/>
          <w:highlight w:val="cyan"/>
          <w:u w:val="single"/>
        </w:rPr>
        <w:t xml:space="preserve">it is </w:t>
      </w:r>
      <w:r>
        <w:rPr>
          <w:b/>
          <w:i w:val="0"/>
          <w:smallCaps w:val="0"/>
          <w:strike w:val="0"/>
          <w:highlight w:val="cyan"/>
          <w:u w:val="single"/>
        </w:rPr>
        <w:t>decreasingly likely</w:t>
      </w:r>
      <w:r>
        <w:rPr>
          <w:b w:val="0"/>
          <w:i w:val="0"/>
          <w:smallCaps w:val="0"/>
          <w:strike w:val="0"/>
          <w:u w:val="single"/>
        </w:rPr>
        <w:t xml:space="preserve"> that the </w:t>
      </w:r>
      <w:r>
        <w:rPr>
          <w:b w:val="0"/>
          <w:i w:val="0"/>
          <w:smallCaps w:val="0"/>
          <w:strike w:val="0"/>
          <w:highlight w:val="cyan"/>
          <w:u w:val="single"/>
        </w:rPr>
        <w:t xml:space="preserve">theft would </w:t>
      </w:r>
      <w:r>
        <w:rPr>
          <w:b/>
          <w:i w:val="0"/>
          <w:smallCaps w:val="0"/>
          <w:strike w:val="0"/>
          <w:highlight w:val="cyan"/>
          <w:u w:val="single"/>
        </w:rPr>
        <w:t>remain undetected</w:t>
      </w:r>
      <w:r>
        <w:rPr>
          <w:b w:val="0"/>
          <w:i w:val="0"/>
          <w:smallCaps w:val="0"/>
          <w:strike w:val="0"/>
          <w:sz w:val="16"/>
          <w:u w:val="none"/>
        </w:rPr>
        <w:t>.28 This is an important development because, once it is noticed that some uranium is missing, the authorities would investigate the few people who might have been able to assist the thieves, and one who seems suddenly to have become prosperous is likely to arrest their attention right from the start.</w:t>
      </w:r>
    </w:p>
    <w:p>
      <w:pPr>
        <w:pStyle w:val="Caption"/>
      </w:pPr>
      <w:r>
        <w:t>Source: Marx Aff - Michigan 7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