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Adequate cybersecurity is impossible because of its cost and reactive nature, making hacker success inevitable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Kemmerer 03 </w:t>
      </w:r>
      <w:r>
        <w:rPr>
          <w:b w:val="0"/>
          <w:i w:val="0"/>
          <w:smallCaps w:val="0"/>
          <w:strike w:val="0"/>
          <w:u w:val="none"/>
        </w:rPr>
        <w:t>[Richard A. Kemmerer (Department of Computer Science University of California Santa Barbara), “Cybersecurity,” 25th International Conference on Software Engineering https://ieeexplore.ieee.org/abstract/document/1201257?casa_token=s1qv-GYnvecAAAAA:lxb6569LhAMQKYJ_UdXf-UZAg4pZgj4w_ScYpk5w1gB9A156oUqggwK5rtuROKBh4uKNnpc, accessed 7-19-2024] //elai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In addition to the rising threat, as </w:t>
      </w:r>
      <w:r>
        <w:rPr>
          <w:b w:val="0"/>
          <w:i w:val="0"/>
          <w:smallCaps w:val="0"/>
          <w:strike w:val="0"/>
          <w:highlight w:val="green"/>
          <w:u w:val="single"/>
        </w:rPr>
        <w:t>nation level attacks become more plausible</w:t>
      </w:r>
      <w:r>
        <w:rPr>
          <w:b w:val="0"/>
          <w:i w:val="0"/>
          <w:smallCaps w:val="0"/>
          <w:strike w:val="0"/>
          <w:u w:val="single"/>
        </w:rPr>
        <w:t xml:space="preserve">, the </w:t>
      </w:r>
      <w:r>
        <w:rPr>
          <w:b/>
          <w:i w:val="0"/>
          <w:smallCaps w:val="0"/>
          <w:strike w:val="0"/>
          <w:highlight w:val="green"/>
          <w:u w:val="single"/>
        </w:rPr>
        <w:t>vulnerabilities have also increased</w:t>
      </w:r>
      <w:r>
        <w:rPr>
          <w:b w:val="0"/>
          <w:i w:val="0"/>
          <w:smallCaps w:val="0"/>
          <w:strike w:val="0"/>
          <w:u w:val="single"/>
        </w:rPr>
        <w:t xml:space="preserve">. One </w:t>
      </w:r>
      <w:r>
        <w:rPr>
          <w:b w:val="0"/>
          <w:i w:val="0"/>
          <w:smallCaps w:val="0"/>
          <w:strike w:val="0"/>
          <w:highlight w:val="green"/>
          <w:u w:val="single"/>
        </w:rPr>
        <w:t>cause</w:t>
      </w:r>
      <w:r>
        <w:rPr>
          <w:b w:val="0"/>
          <w:i w:val="0"/>
          <w:smallCaps w:val="0"/>
          <w:strike w:val="0"/>
          <w:u w:val="single"/>
        </w:rPr>
        <w:t xml:space="preserve"> of this </w:t>
      </w:r>
      <w:r>
        <w:rPr>
          <w:b w:val="0"/>
          <w:i w:val="0"/>
          <w:smallCaps w:val="0"/>
          <w:strike w:val="0"/>
          <w:highlight w:val="green"/>
          <w:u w:val="single"/>
        </w:rPr>
        <w:t>is that</w:t>
      </w:r>
      <w:r>
        <w:rPr>
          <w:b w:val="0"/>
          <w:i w:val="0"/>
          <w:smallCaps w:val="0"/>
          <w:strike w:val="0"/>
          <w:u w:val="single"/>
        </w:rPr>
        <w:t xml:space="preserve"> in addition to virtually </w:t>
      </w:r>
      <w:r>
        <w:rPr>
          <w:b w:val="0"/>
          <w:i w:val="0"/>
          <w:smallCaps w:val="0"/>
          <w:strike w:val="0"/>
          <w:highlight w:val="green"/>
          <w:u w:val="single"/>
        </w:rPr>
        <w:t>every business</w:t>
      </w:r>
      <w:r>
        <w:rPr>
          <w:b w:val="0"/>
          <w:i w:val="0"/>
          <w:smallCaps w:val="0"/>
          <w:strike w:val="0"/>
          <w:u w:val="single"/>
        </w:rPr>
        <w:t xml:space="preserve"> being </w:t>
      </w:r>
      <w:r>
        <w:rPr>
          <w:b w:val="0"/>
          <w:i w:val="0"/>
          <w:smallCaps w:val="0"/>
          <w:strike w:val="0"/>
          <w:highlight w:val="green"/>
          <w:u w:val="single"/>
        </w:rPr>
        <w:t>on the Internet</w:t>
      </w:r>
      <w:r>
        <w:rPr>
          <w:b w:val="0"/>
          <w:i w:val="0"/>
          <w:smallCaps w:val="0"/>
          <w:strike w:val="0"/>
          <w:u w:val="single"/>
        </w:rPr>
        <w:t xml:space="preserve">, today most </w:t>
      </w:r>
      <w:r>
        <w:rPr>
          <w:b w:val="0"/>
          <w:i w:val="0"/>
          <w:smallCaps w:val="0"/>
          <w:strike w:val="0"/>
          <w:highlight w:val="green"/>
          <w:u w:val="single"/>
        </w:rPr>
        <w:t>homes are also connected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has become particularly true with the advent of relatively inexpensive DSL and cable connections. To make things worse, </w:t>
      </w:r>
      <w:r>
        <w:rPr>
          <w:b w:val="0"/>
          <w:i w:val="0"/>
          <w:smallCaps w:val="0"/>
          <w:strike w:val="0"/>
          <w:highlight w:val="green"/>
          <w:u w:val="single"/>
        </w:rPr>
        <w:t>most</w:t>
      </w:r>
      <w:r>
        <w:rPr>
          <w:b w:val="0"/>
          <w:i w:val="0"/>
          <w:smallCaps w:val="0"/>
          <w:strike w:val="0"/>
          <w:u w:val="single"/>
        </w:rPr>
        <w:t xml:space="preserve"> home </w:t>
      </w:r>
      <w:r>
        <w:rPr>
          <w:b w:val="0"/>
          <w:i w:val="0"/>
          <w:smallCaps w:val="0"/>
          <w:strike w:val="0"/>
          <w:highlight w:val="green"/>
          <w:u w:val="single"/>
        </w:rPr>
        <w:t>users do not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know </w:t>
      </w:r>
      <w:r>
        <w:rPr>
          <w:b w:val="0"/>
          <w:i w:val="0"/>
          <w:smallCaps w:val="0"/>
          <w:strike w:val="0"/>
          <w:u w:val="single"/>
        </w:rPr>
        <w:t xml:space="preserve">that </w:t>
      </w:r>
      <w:r>
        <w:rPr>
          <w:b w:val="0"/>
          <w:i w:val="0"/>
          <w:smallCaps w:val="0"/>
          <w:strike w:val="0"/>
          <w:highlight w:val="green"/>
          <w:u w:val="single"/>
        </w:rPr>
        <w:t>their systems are vulnerable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They often </w:t>
      </w:r>
      <w:r>
        <w:rPr>
          <w:b w:val="0"/>
          <w:i w:val="0"/>
          <w:smallCaps w:val="0"/>
          <w:strike w:val="0"/>
          <w:sz w:val="16"/>
          <w:u w:val="none"/>
        </w:rPr>
        <w:t>say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“I have nothing to hide,” or “I don’t care if someone else sees the information on my computer.” </w:t>
      </w:r>
      <w:r>
        <w:rPr>
          <w:b w:val="0"/>
          <w:i w:val="0"/>
          <w:smallCaps w:val="0"/>
          <w:strike w:val="0"/>
          <w:u w:val="single"/>
        </w:rPr>
        <w:t xml:space="preserve">Most of these users do not use a firewall, and they think that because their system came with an antivirus program they are protected. They often do not realize that virus programs need to be updated regularly. </w:t>
      </w:r>
      <w:r>
        <w:rPr>
          <w:b w:val="0"/>
          <w:i w:val="0"/>
          <w:smallCaps w:val="0"/>
          <w:strike w:val="0"/>
          <w:highlight w:val="green"/>
          <w:u w:val="single"/>
        </w:rPr>
        <w:t>A big problem is that</w:t>
      </w:r>
      <w:r>
        <w:rPr>
          <w:b w:val="0"/>
          <w:i w:val="0"/>
          <w:smallCaps w:val="0"/>
          <w:strike w:val="0"/>
          <w:u w:val="single"/>
        </w:rPr>
        <w:t xml:space="preserve"> home users are not aware that their systems can serve as a jump off point for other attacks.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fact, many of the </w:t>
      </w:r>
      <w:r>
        <w:rPr>
          <w:b w:val="0"/>
          <w:i w:val="0"/>
          <w:smallCaps w:val="0"/>
          <w:strike w:val="0"/>
          <w:sz w:val="16"/>
          <w:u w:val="none"/>
        </w:rPr>
        <w:t>denial of service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attacks use unsuspecting home computers as zombies to be awaken at a specific time to unwittingly accomplish a distributed denial of service. Another reason that things are so bad is because, for the most part, </w:t>
      </w:r>
      <w:r>
        <w:rPr>
          <w:b w:val="0"/>
          <w:i w:val="0"/>
          <w:smallCaps w:val="0"/>
          <w:strike w:val="0"/>
          <w:highlight w:val="green"/>
          <w:u w:val="single"/>
        </w:rPr>
        <w:t>computer security is reactive</w:t>
      </w:r>
      <w:r>
        <w:rPr>
          <w:b w:val="0"/>
          <w:i w:val="0"/>
          <w:smallCaps w:val="0"/>
          <w:strike w:val="0"/>
          <w:u w:val="single"/>
        </w:rPr>
        <w:t xml:space="preserve">. That is, system administrators and security professionals are usually reacting to the latest attack.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After </w:t>
      </w:r>
      <w:r>
        <w:rPr>
          <w:b w:val="0"/>
          <w:i w:val="0"/>
          <w:smallCaps w:val="0"/>
          <w:strike w:val="0"/>
          <w:u w:val="single"/>
        </w:rPr>
        <w:t xml:space="preserve">they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fix the vulnerability that allowed the attack,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attackers look for new vulnerabilities to </w:t>
      </w:r>
      <w:r>
        <w:rPr>
          <w:b/>
          <w:i w:val="0"/>
          <w:smallCaps w:val="0"/>
          <w:strike w:val="0"/>
          <w:highlight w:val="green"/>
          <w:u w:val="single"/>
        </w:rPr>
        <w:t>exploit for new attacks</w:t>
      </w:r>
      <w:r>
        <w:rPr>
          <w:b w:val="0"/>
          <w:i w:val="0"/>
          <w:smallCaps w:val="0"/>
          <w:strike w:val="0"/>
          <w:highlight w:val="green"/>
          <w:u w:val="single"/>
        </w:rPr>
        <w:t>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What is needed is a proactive approach.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Security is also </w:t>
      </w:r>
      <w:r>
        <w:rPr>
          <w:b/>
          <w:i w:val="0"/>
          <w:smallCaps w:val="0"/>
          <w:strike w:val="0"/>
          <w:highlight w:val="green"/>
          <w:u w:val="single"/>
        </w:rPr>
        <w:t>expensive</w:t>
      </w:r>
      <w:r>
        <w:rPr>
          <w:b w:val="0"/>
          <w:i w:val="0"/>
          <w:smallCaps w:val="0"/>
          <w:strike w:val="0"/>
          <w:u w:val="single"/>
        </w:rPr>
        <w:t xml:space="preserve">, both in dollars and in time taken from normal everyday tasks. </w:t>
      </w:r>
      <w:r>
        <w:rPr>
          <w:b w:val="0"/>
          <w:i w:val="0"/>
          <w:smallCaps w:val="0"/>
          <w:strike w:val="0"/>
          <w:highlight w:val="green"/>
          <w:u w:val="single"/>
        </w:rPr>
        <w:t>As a result, security vulnerabilities often exist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not because there is not a known fix, but because some </w:t>
      </w:r>
      <w:r>
        <w:rPr>
          <w:b w:val="0"/>
          <w:i w:val="0"/>
          <w:smallCaps w:val="0"/>
          <w:strike w:val="0"/>
          <w:u w:val="single"/>
        </w:rPr>
        <w:t xml:space="preserve">administrator does not have the time to put in a patch to fix the problem. Finally, </w:t>
      </w:r>
      <w:r>
        <w:rPr>
          <w:b/>
          <w:i w:val="0"/>
          <w:smallCaps w:val="0"/>
          <w:strike w:val="0"/>
          <w:highlight w:val="green"/>
          <w:u w:val="single"/>
        </w:rPr>
        <w:t>there is not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 now, and </w:t>
      </w:r>
      <w:r>
        <w:rPr>
          <w:b/>
          <w:i w:val="0"/>
          <w:smallCaps w:val="0"/>
          <w:strike w:val="0"/>
          <w:highlight w:val="green"/>
          <w:u w:val="single"/>
        </w:rPr>
        <w:t>never will be</w:t>
      </w:r>
      <w:r>
        <w:rPr>
          <w:b w:val="0"/>
          <w:i w:val="0"/>
          <w:smallCaps w:val="0"/>
          <w:strike w:val="0"/>
          <w:highlight w:val="green"/>
          <w:u w:val="single"/>
        </w:rPr>
        <w:t>, a system with perfect security</w:t>
      </w:r>
      <w:r>
        <w:rPr>
          <w:b w:val="0"/>
          <w:i w:val="0"/>
          <w:smallCaps w:val="0"/>
          <w:strike w:val="0"/>
          <w:u w:val="single"/>
        </w:rPr>
        <w:t xml:space="preserve">. That is, if functionality is a requirement, then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there will </w:t>
      </w:r>
      <w:r>
        <w:rPr>
          <w:b/>
          <w:i w:val="0"/>
          <w:smallCaps w:val="0"/>
          <w:strike w:val="0"/>
          <w:highlight w:val="green"/>
          <w:u w:val="single"/>
        </w:rPr>
        <w:t>always be security gaps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Security is a system attribute that must be traded off against user friendliness, efficiency, ease of use, and other desirable system properties.</w:t>
      </w:r>
    </w:p>
    <w:p>
      <w:pPr>
        <w:pStyle w:val="Caption"/>
      </w:pPr>
      <w:r>
        <w:t>Source: Marx Aff - Michigan 7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