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Materiality and improvements are key---don’t let theory be a barrier for organizing. The end of the world is the endpoint of our 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>solvency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 but action now is necessary.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Wilderson ’16 </w:t>
      </w:r>
      <w:r>
        <w:rPr>
          <w:b w:val="0"/>
          <w:i w:val="0"/>
          <w:smallCaps w:val="0"/>
          <w:strike w:val="0"/>
          <w:u w:val="none"/>
        </w:rPr>
        <w:t>[Frank B. Wilderson, III, “‘The Inside-Outside of Civil Society’: An Interview with Frank B. Wilderson, III”, https://media.suub.uni-bremen.de/bitstream/elib/3230/1/00105247-1.pdf, Jul. 20, 2016, accessed Jul. 13.]//max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Right </w:t>
      </w:r>
      <w:r>
        <w:rPr>
          <w:b w:val="0"/>
          <w:i w:val="0"/>
          <w:smallCaps w:val="0"/>
          <w:strike w:val="0"/>
          <w:u w:val="none"/>
        </w:rPr>
        <w:t>now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Black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political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organizing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is in</w:t>
      </w:r>
      <w:r>
        <w:rPr>
          <w:b w:val="0"/>
          <w:i w:val="0"/>
          <w:smallCaps w:val="0"/>
          <w:strike w:val="0"/>
          <w:u w:val="single"/>
        </w:rPr>
        <w:t xml:space="preserve"> a </w:t>
      </w:r>
      <w:r>
        <w:rPr>
          <w:b/>
          <w:i w:val="0"/>
          <w:smallCaps w:val="0"/>
          <w:strike w:val="0"/>
          <w:highlight w:val="cyan"/>
          <w:u w:val="single"/>
        </w:rPr>
        <w:t>crisis</w:t>
      </w:r>
      <w:r>
        <w:rPr>
          <w:b w:val="0"/>
          <w:i w:val="0"/>
          <w:smallCaps w:val="0"/>
          <w:strike w:val="0"/>
          <w:u w:val="single"/>
        </w:rPr>
        <w:t xml:space="preserve"> situati</w:t>
      </w:r>
      <w:r>
        <w:rPr>
          <w:b w:val="0"/>
          <w:i w:val="0"/>
          <w:smallCaps w:val="0"/>
          <w:strike w:val="0"/>
          <w:u w:val="none"/>
        </w:rPr>
        <w:t xml:space="preserve">on. </w:t>
      </w:r>
      <w:r>
        <w:rPr>
          <w:b w:val="0"/>
          <w:i w:val="0"/>
          <w:smallCaps w:val="0"/>
          <w:strike w:val="0"/>
          <w:sz w:val="16"/>
          <w:u w:val="none"/>
        </w:rPr>
        <w:t>The reason for that is because between 1970 and the early 1980s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there is </w:t>
      </w:r>
      <w:r>
        <w:rPr>
          <w:b w:val="0"/>
          <w:i w:val="0"/>
          <w:smallCaps w:val="0"/>
          <w:strike w:val="0"/>
          <w:highlight w:val="cyan"/>
          <w:u w:val="single"/>
        </w:rPr>
        <w:t>such a police crackdown on revolutionary forces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that we’re now in a situation in which the election of Barack Obama has lit a fuse in the collective unconscious of the entire country. The people eight years ago or so thought: “Oh we’re going to elect a Black president and that’s going to show how we’re evolving in terms of our race relations.” Yeah, it showed that [laughter]. And what the </w:t>
      </w:r>
      <w:r>
        <w:rPr>
          <w:b w:val="0"/>
          <w:i w:val="0"/>
          <w:smallCaps w:val="0"/>
          <w:strike w:val="0"/>
          <w:highlight w:val="cyan"/>
          <w:u w:val="single"/>
        </w:rPr>
        <w:t>election of</w:t>
      </w:r>
      <w:r>
        <w:rPr>
          <w:b w:val="0"/>
          <w:i w:val="0"/>
          <w:smallCaps w:val="0"/>
          <w:strike w:val="0"/>
          <w:u w:val="single"/>
        </w:rPr>
        <w:t xml:space="preserve"> Barack </w:t>
      </w:r>
      <w:r>
        <w:rPr>
          <w:b w:val="0"/>
          <w:i w:val="0"/>
          <w:smallCaps w:val="0"/>
          <w:strike w:val="0"/>
          <w:highlight w:val="cyan"/>
          <w:u w:val="single"/>
        </w:rPr>
        <w:t>Obama</w:t>
      </w:r>
      <w:r>
        <w:rPr>
          <w:b w:val="0"/>
          <w:i w:val="0"/>
          <w:smallCaps w:val="0"/>
          <w:strike w:val="0"/>
          <w:u w:val="single"/>
        </w:rPr>
        <w:t xml:space="preserve"> has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done is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 xml:space="preserve">it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has </w:t>
      </w:r>
      <w:r>
        <w:rPr>
          <w:b/>
          <w:i w:val="0"/>
          <w:smallCaps w:val="0"/>
          <w:strike w:val="0"/>
          <w:highlight w:val="cyan"/>
          <w:u w:val="single"/>
        </w:rPr>
        <w:t>liberated the unconscious anti-Blackness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throughout the country that we are, thankfully, in a more fascistic mode than we have ever been in the past, and I thank him for that [laughter]. The question is,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can Black political organizing</w:t>
      </w:r>
      <w:r>
        <w:rPr>
          <w:b w:val="0"/>
          <w:i w:val="0"/>
          <w:smallCaps w:val="0"/>
          <w:strike w:val="0"/>
          <w:u w:val="single"/>
        </w:rPr>
        <w:t xml:space="preserve"> in Ferguson and Baltimore and these places </w:t>
      </w:r>
      <w:r>
        <w:rPr>
          <w:b/>
          <w:i w:val="0"/>
          <w:smallCaps w:val="0"/>
          <w:strike w:val="0"/>
          <w:highlight w:val="cyan"/>
          <w:u w:val="single"/>
        </w:rPr>
        <w:t>catch up</w:t>
      </w:r>
      <w:r>
        <w:rPr>
          <w:b w:val="0"/>
          <w:i w:val="0"/>
          <w:smallCaps w:val="0"/>
          <w:strike w:val="0"/>
          <w:u w:val="single"/>
        </w:rPr>
        <w:t xml:space="preserve"> with that,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because unfortunately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, we have a problem in that </w:t>
      </w:r>
      <w:r>
        <w:rPr>
          <w:b/>
          <w:i w:val="0"/>
          <w:smallCaps w:val="0"/>
          <w:strike w:val="0"/>
          <w:sz w:val="16"/>
          <w:highlight w:val="cyan"/>
          <w:u w:val="single"/>
        </w:rPr>
        <w:t>the country is so much more of a police state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than it has ever </w:t>
      </w:r>
      <w:r>
        <w:rPr>
          <w:b w:val="0"/>
          <w:i w:val="0"/>
          <w:smallCaps w:val="0"/>
          <w:strike w:val="0"/>
          <w:sz w:val="16"/>
          <w:u w:val="none"/>
        </w:rPr>
        <w:t>been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you know that just by watching television. When I was in school, if you liked the American flag, if you liked the police, you didn’t have any friends. Now, I find young college students are very slow to say that they hate America, very slow to say that they hate the police. What we’re trying to do now is </w:t>
      </w:r>
      <w:r>
        <w:rPr>
          <w:b w:val="0"/>
          <w:i w:val="0"/>
          <w:smallCaps w:val="0"/>
          <w:strike w:val="0"/>
          <w:u w:val="single"/>
        </w:rPr>
        <w:t>to infuse an antagonistic orientation in Black people who are white-collar people in college so that their intellectual skills can be enhanced by the orientation that is felt by Black people in the ghetto</w:t>
      </w:r>
      <w:r>
        <w:rPr>
          <w:b w:val="0"/>
          <w:i w:val="0"/>
          <w:smallCaps w:val="0"/>
          <w:strike w:val="0"/>
          <w:sz w:val="16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If this doesn’t </w:t>
      </w:r>
      <w:r>
        <w:rPr>
          <w:b w:val="0"/>
          <w:i w:val="0"/>
          <w:smallCaps w:val="0"/>
          <w:strike w:val="0"/>
          <w:sz w:val="16"/>
          <w:u w:val="none"/>
        </w:rPr>
        <w:t>happen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they run risk of being anointed and appointed (by the power structure) to manage the anger of Black people in the street, rather than relate to that anger. So that’s a hurdle that we </w:t>
      </w:r>
      <w:r>
        <w:rPr>
          <w:b w:val="0"/>
          <w:i w:val="0"/>
          <w:smallCaps w:val="0"/>
          <w:strike w:val="0"/>
          <w:sz w:val="16"/>
          <w:u w:val="none"/>
        </w:rPr>
        <w:t>have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overcome. You know, I’ve been doing political education workshops for Black Lives Matter in New York and Los Angeles, and probably will do more in Chicago. And what I hope to have people do workshop exercises around is this concept that I have called “Two Trains Running (Side by Side).” </w:t>
      </w:r>
      <w:r>
        <w:rPr>
          <w:b w:val="0"/>
          <w:i w:val="0"/>
          <w:smallCaps w:val="0"/>
          <w:strike w:val="0"/>
          <w:u w:val="none"/>
        </w:rPr>
        <w:t xml:space="preserve">By that I mean, </w:t>
      </w:r>
      <w:r>
        <w:rPr>
          <w:b w:val="0"/>
          <w:i w:val="0"/>
          <w:smallCaps w:val="0"/>
          <w:strike w:val="0"/>
          <w:highlight w:val="cyan"/>
          <w:u w:val="single"/>
        </w:rPr>
        <w:t>you can</w:t>
      </w:r>
      <w:r>
        <w:rPr>
          <w:b w:val="0"/>
          <w:i w:val="0"/>
          <w:smallCaps w:val="0"/>
          <w:strike w:val="0"/>
          <w:u w:val="single"/>
        </w:rPr>
        <w:t xml:space="preserve"> do your political </w:t>
      </w:r>
      <w:r>
        <w:rPr>
          <w:b w:val="0"/>
          <w:i w:val="0"/>
          <w:smallCaps w:val="0"/>
          <w:strike w:val="0"/>
          <w:highlight w:val="cyan"/>
          <w:u w:val="single"/>
        </w:rPr>
        <w:t>organiz</w:t>
      </w:r>
      <w:r>
        <w:rPr>
          <w:b w:val="0"/>
          <w:i w:val="0"/>
          <w:smallCaps w:val="0"/>
          <w:strike w:val="0"/>
          <w:u w:val="single"/>
        </w:rPr>
        <w:t xml:space="preserve">ing </w:t>
      </w:r>
      <w:r>
        <w:rPr>
          <w:b w:val="0"/>
          <w:i w:val="0"/>
          <w:smallCaps w:val="0"/>
          <w:strike w:val="0"/>
          <w:highlight w:val="cyan"/>
          <w:u w:val="single"/>
        </w:rPr>
        <w:t>that will</w:t>
      </w:r>
      <w:r>
        <w:rPr>
          <w:b w:val="0"/>
          <w:i w:val="0"/>
          <w:smallCaps w:val="0"/>
          <w:strike w:val="0"/>
          <w:u w:val="single"/>
        </w:rPr>
        <w:t xml:space="preserve"> help us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get relief </w:t>
      </w:r>
      <w:r>
        <w:rPr>
          <w:b w:val="0"/>
          <w:i w:val="0"/>
          <w:smallCaps w:val="0"/>
          <w:strike w:val="0"/>
          <w:highlight w:val="cyan"/>
          <w:u w:val="single"/>
        </w:rPr>
        <w:t>from police brutality</w:t>
      </w:r>
      <w:r>
        <w:rPr>
          <w:b/>
          <w:i w:val="0"/>
          <w:smallCaps w:val="0"/>
          <w:strike w:val="0"/>
          <w:u w:val="single"/>
        </w:rPr>
        <w:t xml:space="preserve"> right now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/>
          <w:i w:val="0"/>
          <w:smallCaps w:val="0"/>
          <w:strike w:val="0"/>
          <w:highlight w:val="cyan"/>
          <w:u w:val="single"/>
        </w:rPr>
        <w:t>We need that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We need that. </w:t>
      </w:r>
      <w:r>
        <w:rPr>
          <w:b w:val="0"/>
          <w:i w:val="0"/>
          <w:smallCaps w:val="0"/>
          <w:strike w:val="0"/>
          <w:sz w:val="16"/>
          <w:u w:val="single"/>
        </w:rPr>
        <w:t>But that work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we do </w:t>
      </w:r>
      <w:r>
        <w:rPr>
          <w:b w:val="0"/>
          <w:i w:val="0"/>
          <w:smallCaps w:val="0"/>
          <w:strike w:val="0"/>
          <w:u w:val="single"/>
        </w:rPr>
        <w:t>should be seen as puny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 terms of its philosophical and theoretical orientation </w:t>
      </w:r>
      <w:r>
        <w:rPr>
          <w:b w:val="0"/>
          <w:i w:val="0"/>
          <w:smallCaps w:val="0"/>
          <w:strike w:val="0"/>
          <w:u w:val="single"/>
        </w:rPr>
        <w:t xml:space="preserve">so that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we can educate ourselves </w:t>
      </w:r>
      <w:r>
        <w:rPr>
          <w:b w:val="0"/>
          <w:i w:val="0"/>
          <w:smallCaps w:val="0"/>
          <w:strike w:val="0"/>
          <w:highlight w:val="cyan"/>
          <w:u w:val="single"/>
        </w:rPr>
        <w:t>politically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to be against the police as an institution and </w:t>
      </w:r>
      <w:r>
        <w:rPr>
          <w:b w:val="0"/>
          <w:i w:val="0"/>
          <w:smallCaps w:val="0"/>
          <w:strike w:val="0"/>
          <w:highlight w:val="cyan"/>
          <w:u w:val="single"/>
        </w:rPr>
        <w:t>against 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u w:val="single"/>
        </w:rPr>
        <w:t xml:space="preserve">nited </w:t>
      </w:r>
      <w:r>
        <w:rPr>
          <w:b w:val="0"/>
          <w:i w:val="0"/>
          <w:smallCaps w:val="0"/>
          <w:strike w:val="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u w:val="single"/>
        </w:rPr>
        <w:t>tates as a country</w:t>
      </w:r>
      <w:r>
        <w:rPr>
          <w:b w:val="0"/>
          <w:i w:val="0"/>
          <w:smallCaps w:val="0"/>
          <w:strike w:val="0"/>
          <w:u w:val="none"/>
        </w:rPr>
        <w:t xml:space="preserve">, even while we are working to reform police practices, because </w:t>
      </w:r>
      <w:r>
        <w:rPr>
          <w:b/>
          <w:i w:val="0"/>
          <w:smallCaps w:val="0"/>
          <w:strike w:val="0"/>
          <w:highlight w:val="cyan"/>
          <w:u w:val="single"/>
        </w:rPr>
        <w:t>we do not have the strength right now</w:t>
      </w:r>
      <w:r>
        <w:rPr>
          <w:b w:val="0"/>
          <w:i w:val="0"/>
          <w:smallCaps w:val="0"/>
          <w:strike w:val="0"/>
          <w:u w:val="single"/>
        </w:rPr>
        <w:t xml:space="preserve"> that we had in the 1960s and 1970s </w:t>
      </w:r>
      <w:r>
        <w:rPr>
          <w:b w:val="0"/>
          <w:i w:val="0"/>
          <w:smallCaps w:val="0"/>
          <w:strike w:val="0"/>
          <w:highlight w:val="cyan"/>
          <w:u w:val="single"/>
        </w:rPr>
        <w:t>to act in the way the Black Liberation Army did</w:t>
      </w:r>
      <w:r>
        <w:rPr>
          <w:b w:val="0"/>
          <w:i w:val="0"/>
          <w:smallCaps w:val="0"/>
          <w:strike w:val="0"/>
          <w:u w:val="none"/>
        </w:rPr>
        <w:t xml:space="preserve">, or BaaderMeinhof, </w:t>
      </w:r>
      <w:r>
        <w:rPr>
          <w:b w:val="0"/>
          <w:i w:val="0"/>
          <w:smallCaps w:val="0"/>
          <w:strike w:val="0"/>
          <w:u w:val="single"/>
        </w:rPr>
        <w:t xml:space="preserve">we do not have the strength to </w:t>
      </w:r>
      <w:r>
        <w:rPr>
          <w:b/>
          <w:i w:val="0"/>
          <w:smallCaps w:val="0"/>
          <w:strike w:val="0"/>
          <w:u w:val="single"/>
        </w:rPr>
        <w:t>act in the revolutionary mode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 xml:space="preserve">but that lack of strength, that lack of capacity, should not contaminate our orientation. We should not feel that we </w:t>
      </w:r>
      <w:r>
        <w:rPr>
          <w:b w:val="0"/>
          <w:i w:val="0"/>
          <w:smallCaps w:val="0"/>
          <w:strike w:val="0"/>
          <w:u w:val="none"/>
        </w:rPr>
        <w:t>have to</w:t>
      </w:r>
      <w:r>
        <w:rPr>
          <w:b w:val="0"/>
          <w:i w:val="0"/>
          <w:smallCaps w:val="0"/>
          <w:strike w:val="0"/>
          <w:u w:val="none"/>
        </w:rPr>
        <w:t xml:space="preserve"> accept the existence of police even if we’re working in reformist measures politically. Hopefully </w:t>
      </w:r>
      <w:r>
        <w:rPr>
          <w:b w:val="0"/>
          <w:i w:val="0"/>
          <w:smallCaps w:val="0"/>
          <w:strike w:val="0"/>
          <w:highlight w:val="cyan"/>
          <w:u w:val="single"/>
        </w:rPr>
        <w:t>this idea of two trains running will pick up.</w:t>
      </w:r>
      <w:r>
        <w:rPr>
          <w:b w:val="0"/>
          <w:i w:val="0"/>
          <w:smallCaps w:val="0"/>
          <w:strike w:val="0"/>
          <w:u w:val="single"/>
        </w:rPr>
        <w:t xml:space="preserve"> Black Lives Matter has done a great job in </w:t>
      </w:r>
      <w:r>
        <w:rPr>
          <w:b w:val="0"/>
          <w:i w:val="0"/>
          <w:smallCaps w:val="0"/>
          <w:strike w:val="0"/>
          <w:u w:val="single"/>
        </w:rPr>
        <w:t>opening up</w:t>
      </w:r>
      <w:r>
        <w:rPr>
          <w:b w:val="0"/>
          <w:i w:val="0"/>
          <w:smallCaps w:val="0"/>
          <w:strike w:val="0"/>
          <w:u w:val="single"/>
        </w:rPr>
        <w:t xml:space="preserve"> a new Black political organizing space.</w:t>
      </w:r>
      <w:r>
        <w:rPr>
          <w:b w:val="0"/>
          <w:i w:val="0"/>
          <w:smallCaps w:val="0"/>
          <w:strike w:val="0"/>
          <w:u w:val="none"/>
        </w:rPr>
        <w:t xml:space="preserve"> That’s great. Now </w:t>
      </w:r>
      <w:r>
        <w:rPr>
          <w:b w:val="0"/>
          <w:i w:val="0"/>
          <w:smallCaps w:val="0"/>
          <w:strike w:val="0"/>
          <w:highlight w:val="cyan"/>
          <w:u w:val="single"/>
        </w:rPr>
        <w:t>let’s use that space for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u w:val="single"/>
        </w:rPr>
        <w:t xml:space="preserve">n </w:t>
      </w:r>
      <w:r>
        <w:rPr>
          <w:b/>
          <w:i w:val="0"/>
          <w:smallCaps w:val="0"/>
          <w:strike w:val="0"/>
          <w:u w:val="single"/>
        </w:rPr>
        <w:t xml:space="preserve">educational </w:t>
      </w:r>
      <w:r>
        <w:rPr>
          <w:b/>
          <w:i w:val="0"/>
          <w:smallCaps w:val="0"/>
          <w:strike w:val="0"/>
          <w:highlight w:val="cyan"/>
          <w:u w:val="single"/>
        </w:rPr>
        <w:t>project</w:t>
      </w:r>
      <w:r>
        <w:rPr>
          <w:b/>
          <w:i w:val="0"/>
          <w:smallCaps w:val="0"/>
          <w:strike w:val="0"/>
          <w:u w:val="single"/>
        </w:rPr>
        <w:t xml:space="preserve"> that is </w:t>
      </w:r>
      <w:r>
        <w:rPr>
          <w:b/>
          <w:i w:val="0"/>
          <w:smallCaps w:val="0"/>
          <w:strike w:val="0"/>
          <w:highlight w:val="cyan"/>
          <w:u w:val="single"/>
        </w:rPr>
        <w:t>soundly anti-American</w:t>
      </w:r>
      <w:r>
        <w:rPr>
          <w:b/>
          <w:i w:val="0"/>
          <w:smallCaps w:val="0"/>
          <w:strike w:val="0"/>
          <w:highlight w:val="cyan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and soundly anti-police even if tactically, we </w:t>
      </w:r>
      <w:r>
        <w:rPr>
          <w:b w:val="0"/>
          <w:i w:val="0"/>
          <w:smallCaps w:val="0"/>
          <w:strike w:val="0"/>
          <w:u w:val="none"/>
        </w:rPr>
        <w:t>have to</w:t>
      </w:r>
      <w:r>
        <w:rPr>
          <w:b w:val="0"/>
          <w:i w:val="0"/>
          <w:smallCaps w:val="0"/>
          <w:strike w:val="0"/>
          <w:u w:val="none"/>
        </w:rPr>
        <w:t xml:space="preserve"> work for police reforms.</w:t>
      </w:r>
    </w:p>
    <w:p>
      <w:pPr>
        <w:pStyle w:val="Caption"/>
      </w:pPr>
      <w:r>
        <w:t>Source: Marx Aff - Michigan 7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