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technology is good. </w:t>
      </w:r>
    </w:p>
    <w:p>
      <w:pPr>
        <w:spacing w:after="80"/>
      </w:pPr>
      <w:r>
        <w:rPr>
          <w:b/>
          <w:i w:val="0"/>
          <w:smallCaps w:val="0"/>
          <w:strike w:val="0"/>
          <w:sz w:val="26"/>
          <w:u w:val="none"/>
        </w:rPr>
        <w:t>Pehar 24</w:t>
      </w:r>
      <w:r>
        <w:rPr>
          <w:b w:val="0"/>
          <w:i w:val="0"/>
          <w:smallCaps w:val="0"/>
          <w:strike w:val="0"/>
          <w:sz w:val="16"/>
          <w:u w:val="none"/>
        </w:rPr>
        <w:t xml:space="preserve"> [Danny Pehar is the architect of Cybercrime Equation and works closely with Toronto Police Cyber task force as well as the FBI cyber task force. Pehar sits on the board of directors of </w:t>
      </w:r>
      <w:r>
        <w:rPr>
          <w:b w:val="0"/>
          <w:i w:val="0"/>
          <w:smallCaps w:val="0"/>
          <w:strike w:val="0"/>
          <w:sz w:val="16"/>
          <w:u w:val="none"/>
        </w:rPr>
        <w:t>InfoSecTO</w:t>
      </w:r>
      <w:r>
        <w:rPr>
          <w:b w:val="0"/>
          <w:i w:val="0"/>
          <w:smallCaps w:val="0"/>
          <w:strike w:val="0"/>
          <w:sz w:val="16"/>
          <w:u w:val="none"/>
        </w:rPr>
        <w:t xml:space="preserve">] 1-17-2024, "Council Post: How Blockchain Revolutionizes Data Integrity </w:t>
      </w:r>
      <w:r>
        <w:rPr>
          <w:b w:val="0"/>
          <w:i w:val="0"/>
          <w:smallCaps w:val="0"/>
          <w:strike w:val="0"/>
          <w:sz w:val="16"/>
          <w:u w:val="none"/>
        </w:rPr>
        <w:t>And</w:t>
      </w:r>
      <w:r>
        <w:rPr>
          <w:b w:val="0"/>
          <w:i w:val="0"/>
          <w:smallCaps w:val="0"/>
          <w:strike w:val="0"/>
          <w:sz w:val="16"/>
          <w:u w:val="none"/>
        </w:rPr>
        <w:t xml:space="preserve"> Cybersecurity", Forbes, https://www.forbes.com/sites/forbestechcouncil/2024/01/17/how-blockchain-revolutionizes-data-integrity-and-cybersecurity// </w:t>
      </w:r>
      <w:r>
        <w:rPr>
          <w:b w:val="0"/>
          <w:i w:val="0"/>
          <w:smallCaps w:val="0"/>
          <w:strike w:val="0"/>
          <w:sz w:val="16"/>
          <w:u w:val="none"/>
        </w:rPr>
        <w:t>आयुष</w:t>
      </w:r>
    </w:p>
    <w:p>
      <w:pPr>
        <w:spacing w:after="60"/>
      </w:pPr>
      <w:r>
        <w:rPr>
          <w:b w:val="0"/>
          <w:i w:val="0"/>
          <w:smallCaps w:val="0"/>
          <w:strike w:val="0"/>
          <w:sz w:val="16"/>
          <w:u w:val="none"/>
        </w:rPr>
        <w:t xml:space="preserve">In the current digital landscape, </w:t>
      </w:r>
      <w:r>
        <w:rPr>
          <w:b w:val="0"/>
          <w:i w:val="0"/>
          <w:smallCaps w:val="0"/>
          <w:strike w:val="0"/>
          <w:sz w:val="16"/>
          <w:u w:val="single"/>
        </w:rPr>
        <w:t>data integrity and security have taken center stage</w:t>
      </w:r>
      <w:r>
        <w:rPr>
          <w:b w:val="0"/>
          <w:i w:val="0"/>
          <w:smallCaps w:val="0"/>
          <w:strike w:val="0"/>
          <w:sz w:val="16"/>
          <w:u w:val="none"/>
        </w:rPr>
        <w:t xml:space="preserve">, especially as businesses and institutions continue to depend on digital data. This reliance, however, brings its own set of challenges, as the ever-growing volume of digital data is accompanied by a rise in sophisticated cyber threats. </w:t>
      </w:r>
      <w:r>
        <w:rPr>
          <w:b w:val="0"/>
          <w:i w:val="0"/>
          <w:smallCaps w:val="0"/>
          <w:strike w:val="0"/>
          <w:sz w:val="16"/>
          <w:u w:val="single"/>
        </w:rPr>
        <w:t>These threats pose significant risks to the confidentiality, integrity and availability of data</w:t>
      </w:r>
      <w:r>
        <w:rPr>
          <w:b w:val="0"/>
          <w:i w:val="0"/>
          <w:smallCaps w:val="0"/>
          <w:strike w:val="0"/>
          <w:sz w:val="16"/>
          <w:u w:val="none"/>
        </w:rPr>
        <w:t>, which are the cornerstones of information security.</w:t>
      </w:r>
    </w:p>
    <w:p>
      <w:pPr>
        <w:spacing w:after="60"/>
      </w:pPr>
      <w:r>
        <w:rPr>
          <w:b w:val="0"/>
          <w:i w:val="0"/>
          <w:smallCaps w:val="0"/>
          <w:strike w:val="0"/>
          <w:sz w:val="16"/>
          <w:u w:val="single"/>
        </w:rPr>
        <w:t>Blockchain technology</w:t>
      </w:r>
      <w:r>
        <w:rPr>
          <w:b w:val="0"/>
          <w:i w:val="0"/>
          <w:smallCaps w:val="0"/>
          <w:strike w:val="0"/>
          <w:sz w:val="16"/>
          <w:u w:val="none"/>
        </w:rPr>
        <w:t xml:space="preserve"> can be </w:t>
      </w:r>
      <w:r>
        <w:rPr>
          <w:b w:val="0"/>
          <w:i w:val="0"/>
          <w:smallCaps w:val="0"/>
          <w:strike w:val="0"/>
          <w:sz w:val="16"/>
          <w:u w:val="single"/>
        </w:rPr>
        <w:t>a potential solution</w:t>
      </w:r>
      <w:r>
        <w:rPr>
          <w:b w:val="0"/>
          <w:i w:val="0"/>
          <w:smallCaps w:val="0"/>
          <w:strike w:val="0"/>
          <w:sz w:val="16"/>
          <w:u w:val="none"/>
        </w:rPr>
        <w:t xml:space="preserve">. To enhance data protection, </w:t>
      </w:r>
      <w:r>
        <w:rPr>
          <w:b w:val="0"/>
          <w:i w:val="0"/>
          <w:smallCaps w:val="0"/>
          <w:strike w:val="0"/>
          <w:sz w:val="16"/>
          <w:u w:val="single"/>
        </w:rPr>
        <w:t>blockchain introduces a new privacy model as an overlay network</w:t>
      </w:r>
      <w:r>
        <w:rPr>
          <w:b w:val="0"/>
          <w:i w:val="0"/>
          <w:smallCaps w:val="0"/>
          <w:strike w:val="0"/>
          <w:sz w:val="16"/>
          <w:u w:val="none"/>
        </w:rPr>
        <w:t xml:space="preserve">. It </w:t>
      </w:r>
      <w:r>
        <w:rPr>
          <w:b w:val="0"/>
          <w:i w:val="0"/>
          <w:smallCaps w:val="0"/>
          <w:strike w:val="0"/>
          <w:sz w:val="16"/>
          <w:u w:val="single"/>
        </w:rPr>
        <w:t>employs cryptographic hashes for robust data verification and operates on a distributed, public and permissionless network framework</w:t>
      </w:r>
      <w:r>
        <w:rPr>
          <w:b w:val="0"/>
          <w:i w:val="0"/>
          <w:smallCaps w:val="0"/>
          <w:strike w:val="0"/>
          <w:sz w:val="16"/>
          <w:u w:val="none"/>
        </w:rPr>
        <w:t xml:space="preserve">. These </w:t>
      </w:r>
      <w:r>
        <w:rPr>
          <w:b w:val="0"/>
          <w:i w:val="0"/>
          <w:smallCaps w:val="0"/>
          <w:strike w:val="0"/>
          <w:sz w:val="16"/>
          <w:u w:val="single"/>
        </w:rPr>
        <w:t>features collectively ensure the immutability, reliability and transparency of data, fostering a secure digital environment where data manipulation becomes nearly impossible and trust in digital records is significantly bolstered.</w:t>
      </w:r>
    </w:p>
    <w:p>
      <w:pPr>
        <w:spacing w:after="60"/>
      </w:pPr>
      <w:r>
        <w:rPr>
          <w:b w:val="0"/>
          <w:i w:val="0"/>
          <w:smallCaps w:val="0"/>
          <w:strike w:val="0"/>
          <w:sz w:val="16"/>
          <w:u w:val="single"/>
        </w:rPr>
        <w:t>Blockchain technology</w:t>
      </w:r>
      <w:r>
        <w:rPr>
          <w:b w:val="0"/>
          <w:i w:val="0"/>
          <w:smallCaps w:val="0"/>
          <w:strike w:val="0"/>
          <w:sz w:val="16"/>
          <w:u w:val="none"/>
        </w:rPr>
        <w:t xml:space="preserve"> is</w:t>
      </w:r>
      <w:r>
        <w:rPr>
          <w:b w:val="0"/>
          <w:i w:val="0"/>
          <w:smallCaps w:val="0"/>
          <w:strike w:val="0"/>
          <w:sz w:val="16"/>
          <w:u w:val="single"/>
        </w:rPr>
        <w:t xml:space="preserve"> revolutionizing the way data integrity is maintained</w:t>
      </w:r>
      <w:r>
        <w:rPr>
          <w:b w:val="0"/>
          <w:i w:val="0"/>
          <w:smallCaps w:val="0"/>
          <w:strike w:val="0"/>
          <w:sz w:val="16"/>
          <w:u w:val="none"/>
        </w:rPr>
        <w:t xml:space="preserve"> in the digital world. At its core, </w:t>
      </w:r>
      <w:r>
        <w:rPr>
          <w:b w:val="0"/>
          <w:i w:val="0"/>
          <w:smallCaps w:val="0"/>
          <w:strike w:val="0"/>
          <w:sz w:val="16"/>
          <w:u w:val="single"/>
        </w:rPr>
        <w:t>blockchain is a distributed ledger, where each block of data is cryptographically linked to its predecessor, creating an unbreakable chain</w:t>
      </w:r>
      <w:r>
        <w:rPr>
          <w:b w:val="0"/>
          <w:i w:val="0"/>
          <w:smallCaps w:val="0"/>
          <w:strike w:val="0"/>
          <w:sz w:val="16"/>
          <w:u w:val="none"/>
        </w:rPr>
        <w:t xml:space="preserve">. This immutable nature of blockchain is its most significant attribute in ensuring data integrity. </w:t>
      </w:r>
      <w:r>
        <w:rPr>
          <w:b w:val="0"/>
          <w:i w:val="0"/>
          <w:smallCaps w:val="0"/>
          <w:strike w:val="0"/>
          <w:sz w:val="16"/>
          <w:u w:val="single"/>
        </w:rPr>
        <w:t>Once data is recorded on a blockchain, making alterations or deletions without network consensus becomes nearly impossible, ensuring that the historical record of data remains untampered and accurate over time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16"/>
          <w:u w:val="single"/>
        </w:rPr>
        <w:t>strength of blockchain in preserving data integrity lies in its architecture</w:t>
      </w:r>
      <w:r>
        <w:rPr>
          <w:b w:val="0"/>
          <w:i w:val="0"/>
          <w:smallCaps w:val="0"/>
          <w:strike w:val="0"/>
          <w:sz w:val="16"/>
          <w:u w:val="none"/>
        </w:rPr>
        <w:t xml:space="preserve">. </w:t>
      </w:r>
      <w:r>
        <w:rPr>
          <w:b w:val="0"/>
          <w:i w:val="0"/>
          <w:smallCaps w:val="0"/>
          <w:strike w:val="0"/>
          <w:sz w:val="16"/>
          <w:u w:val="single"/>
        </w:rPr>
        <w:t>Each transaction or data entry is time-stamped and added to a block, which is then verified and sealed through a consensus mechanism.</w:t>
      </w:r>
      <w:r>
        <w:rPr>
          <w:b w:val="0"/>
          <w:i w:val="0"/>
          <w:smallCaps w:val="0"/>
          <w:strike w:val="0"/>
          <w:sz w:val="16"/>
          <w:u w:val="none"/>
        </w:rPr>
        <w:t xml:space="preserve"> This offers auditors an indisputable record of all activities, significantly </w:t>
      </w:r>
      <w:r>
        <w:rPr>
          <w:b w:val="0"/>
          <w:i w:val="0"/>
          <w:smallCaps w:val="0"/>
          <w:strike w:val="0"/>
          <w:sz w:val="16"/>
          <w:u w:val="single"/>
        </w:rPr>
        <w:t>simplifying audit procedures and boosting confidence in the system's reliability.</w:t>
      </w:r>
    </w:p>
    <w:p>
      <w:pPr>
        <w:spacing w:after="60"/>
      </w:pPr>
      <w:r>
        <w:rPr>
          <w:b w:val="0"/>
          <w:i w:val="0"/>
          <w:smallCaps w:val="0"/>
          <w:strike w:val="0"/>
          <w:sz w:val="16"/>
          <w:u w:val="none"/>
        </w:rPr>
        <w:t xml:space="preserve">Similarly, </w:t>
      </w:r>
      <w:r>
        <w:rPr>
          <w:b w:val="0"/>
          <w:i w:val="0"/>
          <w:smallCaps w:val="0"/>
          <w:strike w:val="0"/>
          <w:sz w:val="16"/>
          <w:u w:val="single"/>
        </w:rPr>
        <w:t>in financial transactions,</w:t>
      </w:r>
      <w:r>
        <w:rPr>
          <w:b w:val="0"/>
          <w:i w:val="0"/>
          <w:smallCaps w:val="0"/>
          <w:strike w:val="0"/>
          <w:sz w:val="16"/>
          <w:u w:val="none"/>
        </w:rPr>
        <w:t xml:space="preserve"> </w:t>
      </w:r>
      <w:r>
        <w:rPr>
          <w:b w:val="0"/>
          <w:i w:val="0"/>
          <w:smallCaps w:val="0"/>
          <w:strike w:val="0"/>
          <w:sz w:val="16"/>
          <w:u w:val="single"/>
        </w:rPr>
        <w:t>blockchain technology ensures that every transaction is accurately recorded and easily verifiable</w:t>
      </w:r>
      <w:r>
        <w:rPr>
          <w:b w:val="0"/>
          <w:i w:val="0"/>
          <w:smallCaps w:val="0"/>
          <w:strike w:val="0"/>
          <w:sz w:val="16"/>
          <w:u w:val="none"/>
        </w:rPr>
        <w:t xml:space="preserve">, </w:t>
      </w:r>
      <w:r>
        <w:rPr>
          <w:b w:val="0"/>
          <w:i w:val="0"/>
          <w:smallCaps w:val="0"/>
          <w:strike w:val="0"/>
          <w:sz w:val="16"/>
          <w:u w:val="single"/>
        </w:rPr>
        <w:t>preventing fraudulent activities like double-spending or manipulation of transaction records</w:t>
      </w:r>
      <w:r>
        <w:rPr>
          <w:b w:val="0"/>
          <w:i w:val="0"/>
          <w:smallCaps w:val="0"/>
          <w:strike w:val="0"/>
          <w:sz w:val="16"/>
          <w:u w:val="none"/>
        </w:rPr>
        <w:t xml:space="preserve">. By combining these cryptographic measures with a decentralized structure, </w:t>
      </w:r>
      <w:r>
        <w:rPr>
          <w:b w:val="0"/>
          <w:i w:val="0"/>
          <w:smallCaps w:val="0"/>
          <w:strike w:val="0"/>
          <w:sz w:val="16"/>
          <w:u w:val="single"/>
        </w:rPr>
        <w:t>blockchain provides a sturdy solution to fortify information security, substantially diminishing the risks associated with data breaches</w:t>
      </w:r>
      <w:r>
        <w:rPr>
          <w:b w:val="0"/>
          <w:i w:val="0"/>
          <w:smallCaps w:val="0"/>
          <w:strike w:val="0"/>
          <w:sz w:val="16"/>
          <w:u w:val="none"/>
        </w:rPr>
        <w:t>, tampering and unauthorized access in our increasingly digitized environment.</w:t>
      </w:r>
    </w:p>
    <w:p>
      <w:pPr>
        <w:spacing w:after="60"/>
      </w:pPr>
      <w:r>
        <w:rPr>
          <w:b w:val="0"/>
          <w:i w:val="0"/>
          <w:smallCaps w:val="0"/>
          <w:strike w:val="0"/>
          <w:sz w:val="16"/>
          <w:u w:val="none"/>
        </w:rPr>
        <w:t xml:space="preserve">Blockchain technology significantly enhances information security by effectively tackling concerns related to unauthorized access and the rising threat of cyberattacks. Its </w:t>
      </w:r>
      <w:r>
        <w:rPr>
          <w:b w:val="0"/>
          <w:i w:val="0"/>
          <w:smallCaps w:val="0"/>
          <w:strike w:val="0"/>
          <w:sz w:val="16"/>
          <w:u w:val="single"/>
        </w:rPr>
        <w:t>inherent design incorporates a public key infrastructure and advanced cryptography, providing robust protection</w:t>
      </w:r>
      <w:r>
        <w:rPr>
          <w:b w:val="0"/>
          <w:i w:val="0"/>
          <w:smallCaps w:val="0"/>
          <w:strike w:val="0"/>
          <w:sz w:val="16"/>
          <w:u w:val="none"/>
        </w:rPr>
        <w:t xml:space="preserve"> against various forms of cyberattacks.</w:t>
      </w:r>
    </w:p>
    <w:p>
      <w:pPr>
        <w:spacing w:after="60"/>
      </w:pPr>
      <w:r>
        <w:rPr>
          <w:b w:val="0"/>
          <w:i w:val="0"/>
          <w:smallCaps w:val="0"/>
          <w:strike w:val="0"/>
          <w:sz w:val="16"/>
          <w:u w:val="single"/>
        </w:rPr>
        <w:t>One of the critical elements of blockchain's security model is the use of cryptographic hash functions</w:t>
      </w:r>
      <w:r>
        <w:rPr>
          <w:b w:val="0"/>
          <w:i w:val="0"/>
          <w:smallCaps w:val="0"/>
          <w:strike w:val="0"/>
          <w:sz w:val="16"/>
          <w:u w:val="none"/>
        </w:rPr>
        <w:t xml:space="preserve">. These </w:t>
      </w:r>
      <w:r>
        <w:rPr>
          <w:b w:val="0"/>
          <w:i w:val="0"/>
          <w:smallCaps w:val="0"/>
          <w:strike w:val="0"/>
          <w:sz w:val="16"/>
          <w:u w:val="single"/>
        </w:rPr>
        <w:t>functions transform data into unique, fixed-size hash values, ensuring that any minor change in the data results in a completely different hash</w:t>
      </w:r>
      <w:r>
        <w:rPr>
          <w:b w:val="0"/>
          <w:i w:val="0"/>
          <w:smallCaps w:val="0"/>
          <w:strike w:val="0"/>
          <w:sz w:val="16"/>
          <w:u w:val="none"/>
        </w:rPr>
        <w:t xml:space="preserve">. This sensitivity to data alterations </w:t>
      </w:r>
      <w:r>
        <w:rPr>
          <w:b w:val="0"/>
          <w:i w:val="0"/>
          <w:smallCaps w:val="0"/>
          <w:strike w:val="0"/>
          <w:sz w:val="16"/>
          <w:u w:val="single"/>
        </w:rPr>
        <w:t>makes it extremely difficult for attackers to tamper with the information without being detected</w:t>
      </w:r>
      <w:r>
        <w:rPr>
          <w:b w:val="0"/>
          <w:i w:val="0"/>
          <w:smallCaps w:val="0"/>
          <w:strike w:val="0"/>
          <w:sz w:val="16"/>
          <w:u w:val="none"/>
        </w:rPr>
        <w:t xml:space="preserve">. Furthermore, digital signatures, another cornerstone of blockchain security, enable verification of data authenticity and origin. By </w:t>
      </w:r>
      <w:r>
        <w:rPr>
          <w:b w:val="0"/>
          <w:i w:val="0"/>
          <w:smallCaps w:val="0"/>
          <w:strike w:val="0"/>
          <w:sz w:val="16"/>
          <w:u w:val="single"/>
        </w:rPr>
        <w:t>signing data blocks with a private key, the blockchain ensures that only authorized parties can create or modify data,</w:t>
      </w:r>
      <w:r>
        <w:rPr>
          <w:b w:val="0"/>
          <w:i w:val="0"/>
          <w:smallCaps w:val="0"/>
          <w:strike w:val="0"/>
          <w:sz w:val="16"/>
          <w:u w:val="none"/>
        </w:rPr>
        <w:t xml:space="preserve"> while anyone with the public key can verify its authenticity.</w:t>
      </w:r>
    </w:p>
    <w:p>
      <w:pPr>
        <w:spacing w:after="60"/>
      </w:pPr>
      <w:r>
        <w:rPr>
          <w:b w:val="0"/>
          <w:i w:val="0"/>
          <w:smallCaps w:val="0"/>
          <w:strike w:val="0"/>
          <w:sz w:val="16"/>
          <w:u w:val="none"/>
        </w:rPr>
        <w:t xml:space="preserve">The decentralized nature of blockchain further strengthens its security. </w:t>
      </w:r>
      <w:r>
        <w:rPr>
          <w:b w:val="0"/>
          <w:i w:val="0"/>
          <w:smallCaps w:val="0"/>
          <w:strike w:val="0"/>
          <w:sz w:val="16"/>
          <w:u w:val="single"/>
        </w:rPr>
        <w:t>Unlike traditional centralized databases, which present lucrative targets for hackers, blockchain distributes its data across a network of nodes.</w:t>
      </w:r>
      <w:r>
        <w:rPr>
          <w:b w:val="0"/>
          <w:i w:val="0"/>
          <w:smallCaps w:val="0"/>
          <w:strike w:val="0"/>
          <w:sz w:val="16"/>
          <w:u w:val="none"/>
        </w:rPr>
        <w:t xml:space="preserve"> This </w:t>
      </w:r>
      <w:r>
        <w:rPr>
          <w:b w:val="0"/>
          <w:i w:val="0"/>
          <w:smallCaps w:val="0"/>
          <w:strike w:val="0"/>
          <w:sz w:val="16"/>
          <w:u w:val="single"/>
        </w:rPr>
        <w:t>dispersion of data not only eliminates single points of failure but also makes it exponentially more challenging for attackers to gain control over the entire dataset</w:t>
      </w:r>
      <w:r>
        <w:rPr>
          <w:b w:val="0"/>
          <w:i w:val="0"/>
          <w:smallCaps w:val="0"/>
          <w:strike w:val="0"/>
          <w:sz w:val="16"/>
          <w:u w:val="none"/>
        </w:rPr>
        <w:t xml:space="preserve">. Additionally, this </w:t>
      </w:r>
      <w:r>
        <w:rPr>
          <w:b w:val="0"/>
          <w:i w:val="0"/>
          <w:smallCaps w:val="0"/>
          <w:strike w:val="0"/>
          <w:sz w:val="16"/>
          <w:u w:val="single"/>
        </w:rPr>
        <w:t>decentralized storage model is inherently resistant to insider threats, as manipulating the data would require collusion across a vast majority of network participants</w:t>
      </w:r>
      <w:r>
        <w:rPr>
          <w:b w:val="0"/>
          <w:i w:val="0"/>
          <w:smallCaps w:val="0"/>
          <w:strike w:val="0"/>
          <w:sz w:val="16"/>
          <w:u w:val="none"/>
        </w:rPr>
        <w:t>—a practically unfeasible task.</w:t>
      </w:r>
    </w:p>
    <w:p>
      <w:pPr>
        <w:spacing w:after="60"/>
      </w:pPr>
      <w:r>
        <w:rPr>
          <w:b w:val="0"/>
          <w:i w:val="0"/>
          <w:smallCaps w:val="0"/>
          <w:strike w:val="0"/>
          <w:sz w:val="16"/>
          <w:u w:val="none"/>
        </w:rPr>
        <w:t>The integration of blockchain into these processes not only streamlines compliance with current regulations but also elevates an organization's overall cybersecurity readiness, positioning it as an invaluable asset in today's digital terrain.</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