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fails---5 </w:t>
      </w:r>
      <w:r>
        <w:rPr>
          <w:b/>
          <w:i w:val="0"/>
          <w:smallCaps w:val="0"/>
          <w:strike w:val="0"/>
          <w:sz w:val="26"/>
          <w:u w:val="none"/>
        </w:rPr>
        <w:t>warrants</w:t>
      </w:r>
      <w:r>
        <w:rPr>
          <w:b/>
          <w:i w:val="0"/>
          <w:smallCaps w:val="0"/>
          <w:strike w:val="0"/>
          <w:sz w:val="26"/>
          <w:u w:val="none"/>
        </w:rPr>
        <w:t>.</w:t>
      </w:r>
    </w:p>
    <w:p>
      <w:pPr>
        <w:spacing w:after="80"/>
      </w:pPr>
      <w:r>
        <w:rPr>
          <w:b/>
          <w:i w:val="0"/>
          <w:smallCaps w:val="0"/>
          <w:strike w:val="0"/>
          <w:sz w:val="26"/>
          <w:u w:val="none"/>
        </w:rPr>
        <w:t xml:space="preserve">Zimmer ’20 </w:t>
      </w:r>
      <w:r>
        <w:rPr>
          <w:b w:val="0"/>
          <w:i w:val="0"/>
          <w:smallCaps w:val="0"/>
          <w:strike w:val="0"/>
          <w:sz w:val="16"/>
          <w:u w:val="none"/>
        </w:rPr>
        <w:t>[Thomas; May 20; H</w:t>
      </w:r>
      <w:r>
        <w:rPr>
          <w:b w:val="0"/>
          <w:i w:val="0"/>
          <w:smallCaps w:val="0"/>
          <w:strike w:val="0"/>
          <w:sz w:val="16"/>
          <w:u w:val="none"/>
        </w:rPr>
        <w:t>istorian and DAAD Visiting Professor at Georgetown University where he focuses on the history of democracy and its discontents in the United States</w:t>
      </w:r>
      <w:r>
        <w:rPr>
          <w:b w:val="0"/>
          <w:i w:val="0"/>
          <w:smallCaps w:val="0"/>
          <w:strike w:val="0"/>
          <w:sz w:val="16"/>
          <w:u w:val="none"/>
        </w:rPr>
        <w:t>; The Washington Post, “</w:t>
      </w:r>
      <w:r>
        <w:rPr>
          <w:b w:val="0"/>
          <w:i w:val="0"/>
          <w:smallCaps w:val="0"/>
          <w:strike w:val="0"/>
          <w:sz w:val="16"/>
          <w:u w:val="none"/>
        </w:rPr>
        <w:t>Defunding or quitting the World Health Organization won’t fix it — or solve covid-19</w:t>
      </w:r>
      <w:r>
        <w:rPr>
          <w:b w:val="0"/>
          <w:i w:val="0"/>
          <w:smallCaps w:val="0"/>
          <w:strike w:val="0"/>
          <w:sz w:val="16"/>
          <w:u w:val="none"/>
        </w:rPr>
        <w:t xml:space="preserve">,” </w:t>
      </w:r>
      <w:r>
        <w:rPr>
          <w:b w:val="0"/>
          <w:i w:val="0"/>
          <w:smallCaps w:val="0"/>
          <w:strike w:val="0"/>
          <w:sz w:val="16"/>
          <w:u w:val="none"/>
        </w:rPr>
        <w:t>https://www.washingtonpost.com/outlook/2020/05/20/defunding-or-quitting-world-health-organization-wont-fix-it-or-solve-covid-19/</w:t>
      </w:r>
      <w:r>
        <w:rPr>
          <w:b w:val="0"/>
          <w:i w:val="0"/>
          <w:smallCaps w:val="0"/>
          <w:strike w:val="0"/>
          <w:sz w:val="16"/>
          <w:u w:val="none"/>
        </w:rPr>
        <w:t>]//av</w:t>
      </w:r>
    </w:p>
    <w:p>
      <w:pPr>
        <w:spacing w:after="60"/>
      </w:pPr>
      <w:r>
        <w:rPr>
          <w:b w:val="0"/>
          <w:i w:val="0"/>
          <w:smallCaps w:val="0"/>
          <w:strike w:val="0"/>
          <w:sz w:val="22"/>
          <w:highlight w:val="cyan"/>
          <w:u w:val="single"/>
        </w:rPr>
        <w:t>Blockchain</w:t>
      </w:r>
      <w:r>
        <w:rPr>
          <w:b w:val="0"/>
          <w:i w:val="0"/>
          <w:smallCaps w:val="0"/>
          <w:strike w:val="0"/>
          <w:sz w:val="16"/>
          <w:u w:val="none"/>
        </w:rPr>
        <w:t xml:space="preserve"> networks </w:t>
      </w:r>
      <w:r>
        <w:rPr>
          <w:b w:val="0"/>
          <w:i w:val="0"/>
          <w:smallCaps w:val="0"/>
          <w:strike w:val="0"/>
          <w:sz w:val="22"/>
          <w:u w:val="single"/>
        </w:rPr>
        <w:t xml:space="preserve">can </w:t>
      </w:r>
      <w:r>
        <w:rPr>
          <w:b w:val="0"/>
          <w:i w:val="0"/>
          <w:smallCaps w:val="0"/>
          <w:strike w:val="0"/>
          <w:sz w:val="22"/>
          <w:highlight w:val="cyan"/>
          <w:u w:val="single"/>
        </w:rPr>
        <w:t xml:space="preserve">be </w:t>
      </w:r>
      <w:r>
        <w:rPr>
          <w:b/>
          <w:i w:val="0"/>
          <w:smallCaps w:val="0"/>
          <w:strike w:val="0"/>
          <w:sz w:val="22"/>
          <w:highlight w:val="cyan"/>
          <w:u w:val="single"/>
        </w:rPr>
        <w:t>slow and inefficient</w:t>
      </w:r>
      <w:r>
        <w:rPr>
          <w:b w:val="0"/>
          <w:i w:val="0"/>
          <w:smallCaps w:val="0"/>
          <w:strike w:val="0"/>
          <w:sz w:val="22"/>
          <w:highlight w:val="cyan"/>
          <w:u w:val="single"/>
        </w:rPr>
        <w:t xml:space="preserve"> due to</w:t>
      </w:r>
      <w:r>
        <w:rPr>
          <w:b w:val="0"/>
          <w:i w:val="0"/>
          <w:smallCaps w:val="0"/>
          <w:strike w:val="0"/>
          <w:sz w:val="22"/>
          <w:u w:val="single"/>
        </w:rPr>
        <w:t xml:space="preserve"> the high </w:t>
      </w:r>
      <w:r>
        <w:rPr>
          <w:b w:val="0"/>
          <w:i w:val="0"/>
          <w:smallCaps w:val="0"/>
          <w:strike w:val="0"/>
          <w:sz w:val="22"/>
          <w:highlight w:val="cyan"/>
          <w:u w:val="single"/>
        </w:rPr>
        <w:t>computational requirements</w:t>
      </w:r>
      <w:r>
        <w:rPr>
          <w:b w:val="0"/>
          <w:i w:val="0"/>
          <w:smallCaps w:val="0"/>
          <w:strike w:val="0"/>
          <w:sz w:val="16"/>
          <w:u w:val="none"/>
        </w:rPr>
        <w:t xml:space="preserve"> needed to validate transactions. </w:t>
      </w:r>
      <w:r>
        <w:rPr>
          <w:b w:val="0"/>
          <w:i w:val="0"/>
          <w:smallCaps w:val="0"/>
          <w:strike w:val="0"/>
          <w:sz w:val="22"/>
          <w:u w:val="single"/>
        </w:rPr>
        <w:t>As</w:t>
      </w:r>
      <w:r>
        <w:rPr>
          <w:b w:val="0"/>
          <w:i w:val="0"/>
          <w:smallCaps w:val="0"/>
          <w:strike w:val="0"/>
          <w:sz w:val="16"/>
          <w:u w:val="none"/>
        </w:rPr>
        <w:t xml:space="preserve"> the number of </w:t>
      </w:r>
      <w:r>
        <w:rPr>
          <w:b w:val="0"/>
          <w:i w:val="0"/>
          <w:smallCaps w:val="0"/>
          <w:strike w:val="0"/>
          <w:sz w:val="22"/>
          <w:u w:val="single"/>
        </w:rPr>
        <w:t>users, transactions, and applications increases</w:t>
      </w:r>
      <w:r>
        <w:rPr>
          <w:b w:val="0"/>
          <w:i w:val="0"/>
          <w:smallCaps w:val="0"/>
          <w:strike w:val="0"/>
          <w:sz w:val="16"/>
          <w:u w:val="none"/>
        </w:rPr>
        <w:t xml:space="preserve">, the </w:t>
      </w:r>
      <w:r>
        <w:rPr>
          <w:b w:val="0"/>
          <w:i w:val="0"/>
          <w:smallCaps w:val="0"/>
          <w:strike w:val="0"/>
          <w:sz w:val="22"/>
          <w:highlight w:val="cyan"/>
          <w:u w:val="single"/>
        </w:rPr>
        <w:t>ability</w:t>
      </w:r>
      <w:r>
        <w:rPr>
          <w:b w:val="0"/>
          <w:i w:val="0"/>
          <w:smallCaps w:val="0"/>
          <w:strike w:val="0"/>
          <w:sz w:val="22"/>
          <w:u w:val="single"/>
        </w:rPr>
        <w:t xml:space="preserve"> of blockchain</w:t>
      </w:r>
      <w:r>
        <w:rPr>
          <w:b w:val="0"/>
          <w:i w:val="0"/>
          <w:smallCaps w:val="0"/>
          <w:strike w:val="0"/>
          <w:sz w:val="16"/>
          <w:u w:val="none"/>
        </w:rPr>
        <w:t xml:space="preserve"> networks to process and validate them in a timely way </w:t>
      </w:r>
      <w:r>
        <w:rPr>
          <w:b w:val="0"/>
          <w:i w:val="0"/>
          <w:smallCaps w:val="0"/>
          <w:strike w:val="0"/>
          <w:sz w:val="22"/>
          <w:highlight w:val="cyan"/>
          <w:u w:val="single"/>
        </w:rPr>
        <w:t>becomes strained</w:t>
      </w:r>
      <w:r>
        <w:rPr>
          <w:b w:val="0"/>
          <w:i w:val="0"/>
          <w:smallCaps w:val="0"/>
          <w:strike w:val="0"/>
          <w:sz w:val="16"/>
          <w:u w:val="none"/>
        </w:rPr>
        <w:t>. This</w:t>
      </w:r>
      <w:r>
        <w:rPr>
          <w:b w:val="0"/>
          <w:i w:val="0"/>
          <w:smallCaps w:val="0"/>
          <w:strike w:val="0"/>
          <w:sz w:val="16"/>
          <w:u w:val="none"/>
        </w:rPr>
        <w:t xml:space="preserve"> makes blockchain networks difficult to use in applications that require fast transaction processing speeds.</w:t>
      </w:r>
    </w:p>
    <w:p>
      <w:pPr>
        <w:spacing w:after="60"/>
      </w:pPr>
      <w:r>
        <w:rPr>
          <w:b w:val="0"/>
          <w:i w:val="0"/>
          <w:smallCaps w:val="0"/>
          <w:strike w:val="0"/>
          <w:sz w:val="16"/>
          <w:u w:val="none"/>
        </w:rPr>
        <w:t>Traditional blockchains like Bitcoin and Ethereum rely on consensus algorithms like proof-of-work and proof-of-stake, which can be slow and resource-intensive. As a result, these networks face limitations in transaction throughput, often leading to congestion and high transaction fees.</w:t>
      </w:r>
    </w:p>
    <w:p>
      <w:pPr>
        <w:spacing w:after="60"/>
      </w:pPr>
      <w:r>
        <w:rPr>
          <w:b w:val="0"/>
          <w:i w:val="0"/>
          <w:smallCaps w:val="0"/>
          <w:strike w:val="0"/>
          <w:sz w:val="16"/>
          <w:u w:val="none"/>
        </w:rPr>
        <w:t>Various solutions have been proposed to try to overcome scalability issues, including scaling systems for creating off-chain channels that allow for faster and more cost-effective transactions.</w:t>
      </w:r>
    </w:p>
    <w:p>
      <w:pPr>
        <w:spacing w:after="60"/>
      </w:pPr>
      <w:r>
        <w:rPr>
          <w:b w:val="0"/>
          <w:i w:val="0"/>
          <w:smallCaps w:val="0"/>
          <w:strike w:val="0"/>
          <w:sz w:val="16"/>
          <w:u w:val="none"/>
        </w:rPr>
        <w:t xml:space="preserve">And while blockchain experts are making some progress, </w:t>
      </w:r>
      <w:r>
        <w:rPr>
          <w:b w:val="0"/>
          <w:i w:val="0"/>
          <w:smallCaps w:val="0"/>
          <w:strike w:val="0"/>
          <w:sz w:val="22"/>
          <w:u w:val="single"/>
        </w:rPr>
        <w:t xml:space="preserve">achieving </w:t>
      </w:r>
      <w:r>
        <w:rPr>
          <w:b/>
          <w:i w:val="0"/>
          <w:smallCaps w:val="0"/>
          <w:strike w:val="0"/>
          <w:sz w:val="22"/>
          <w:highlight w:val="cyan"/>
          <w:u w:val="single"/>
        </w:rPr>
        <w:t>scalable</w:t>
      </w:r>
      <w:r>
        <w:rPr>
          <w:b w:val="0"/>
          <w:i w:val="0"/>
          <w:smallCaps w:val="0"/>
          <w:strike w:val="0"/>
          <w:sz w:val="16"/>
          <w:u w:val="none"/>
        </w:rPr>
        <w:t xml:space="preserve">, efficient, and decentralized </w:t>
      </w:r>
      <w:r>
        <w:rPr>
          <w:b w:val="0"/>
          <w:i w:val="0"/>
          <w:smallCaps w:val="0"/>
          <w:strike w:val="0"/>
          <w:sz w:val="22"/>
          <w:u w:val="single"/>
        </w:rPr>
        <w:t xml:space="preserve">blockchain </w:t>
      </w:r>
      <w:r>
        <w:rPr>
          <w:b/>
          <w:i w:val="0"/>
          <w:smallCaps w:val="0"/>
          <w:strike w:val="0"/>
          <w:sz w:val="22"/>
          <w:highlight w:val="cyan"/>
          <w:u w:val="single"/>
        </w:rPr>
        <w:t>networks remain</w:t>
      </w:r>
      <w:r>
        <w:rPr>
          <w:b/>
          <w:i w:val="0"/>
          <w:smallCaps w:val="0"/>
          <w:strike w:val="0"/>
          <w:sz w:val="22"/>
          <w:u w:val="single"/>
        </w:rPr>
        <w:t xml:space="preserve">s </w:t>
      </w:r>
      <w:r>
        <w:rPr>
          <w:b/>
          <w:i w:val="0"/>
          <w:smallCaps w:val="0"/>
          <w:strike w:val="0"/>
          <w:sz w:val="22"/>
          <w:highlight w:val="cyan"/>
          <w:u w:val="single"/>
        </w:rPr>
        <w:t>a</w:t>
      </w:r>
      <w:r>
        <w:rPr>
          <w:b w:val="0"/>
          <w:i w:val="0"/>
          <w:smallCaps w:val="0"/>
          <w:strike w:val="0"/>
          <w:sz w:val="22"/>
          <w:u w:val="single"/>
        </w:rPr>
        <w:t>n</w:t>
      </w:r>
      <w:r>
        <w:rPr>
          <w:b w:val="0"/>
          <w:i w:val="0"/>
          <w:smallCaps w:val="0"/>
          <w:strike w:val="0"/>
          <w:sz w:val="22"/>
          <w:u w:val="single"/>
        </w:rPr>
        <w:t xml:space="preserve"> ongoing </w:t>
      </w:r>
      <w:r>
        <w:rPr>
          <w:b/>
          <w:i w:val="0"/>
          <w:smallCaps w:val="0"/>
          <w:strike w:val="0"/>
          <w:sz w:val="22"/>
          <w:highlight w:val="cyan"/>
          <w:u w:val="single"/>
        </w:rPr>
        <w:t>challenge</w:t>
      </w:r>
      <w:r>
        <w:rPr>
          <w:b w:val="0"/>
          <w:i w:val="0"/>
          <w:smallCaps w:val="0"/>
          <w:strike w:val="0"/>
          <w:sz w:val="16"/>
          <w:u w:val="none"/>
        </w:rPr>
        <w:t xml:space="preserve"> that needs further exploration.</w:t>
      </w:r>
    </w:p>
    <w:p>
      <w:pPr>
        <w:spacing w:after="60"/>
      </w:pPr>
      <w:r>
        <w:rPr>
          <w:b w:val="0"/>
          <w:i w:val="0"/>
          <w:smallCaps w:val="0"/>
          <w:strike w:val="0"/>
          <w:sz w:val="22"/>
          <w:u w:val="single"/>
        </w:rPr>
        <w:t>Energy Consumption</w:t>
      </w:r>
    </w:p>
    <w:p>
      <w:pPr>
        <w:spacing w:after="60"/>
      </w:pPr>
      <w:r>
        <w:rPr>
          <w:b w:val="0"/>
          <w:i w:val="0"/>
          <w:smallCaps w:val="0"/>
          <w:strike w:val="0"/>
          <w:sz w:val="16"/>
          <w:u w:val="none"/>
        </w:rPr>
        <w:t xml:space="preserve">The process of </w:t>
      </w:r>
      <w:r>
        <w:rPr>
          <w:b w:val="0"/>
          <w:i w:val="0"/>
          <w:smallCaps w:val="0"/>
          <w:strike w:val="0"/>
          <w:sz w:val="22"/>
          <w:highlight w:val="cyan"/>
          <w:u w:val="single"/>
        </w:rPr>
        <w:t>validating transactions on</w:t>
      </w:r>
      <w:r>
        <w:rPr>
          <w:b w:val="0"/>
          <w:i w:val="0"/>
          <w:smallCaps w:val="0"/>
          <w:strike w:val="0"/>
          <w:sz w:val="22"/>
          <w:u w:val="single"/>
        </w:rPr>
        <w:t xml:space="preserve"> a </w:t>
      </w:r>
      <w:r>
        <w:rPr>
          <w:b/>
          <w:i w:val="0"/>
          <w:smallCaps w:val="0"/>
          <w:strike w:val="0"/>
          <w:sz w:val="22"/>
          <w:highlight w:val="cyan"/>
          <w:u w:val="single"/>
        </w:rPr>
        <w:t>blockchain</w:t>
      </w:r>
      <w:r>
        <w:rPr>
          <w:b w:val="0"/>
          <w:i w:val="0"/>
          <w:smallCaps w:val="0"/>
          <w:strike w:val="0"/>
          <w:sz w:val="22"/>
          <w:u w:val="single"/>
        </w:rPr>
        <w:t xml:space="preserve"> network </w:t>
      </w:r>
      <w:r>
        <w:rPr>
          <w:b/>
          <w:i w:val="0"/>
          <w:smallCaps w:val="0"/>
          <w:strike w:val="0"/>
          <w:sz w:val="22"/>
          <w:highlight w:val="cyan"/>
          <w:u w:val="single"/>
        </w:rPr>
        <w:t>requires</w:t>
      </w:r>
      <w:r>
        <w:rPr>
          <w:b w:val="0"/>
          <w:i w:val="0"/>
          <w:smallCaps w:val="0"/>
          <w:strike w:val="0"/>
          <w:sz w:val="16"/>
          <w:u w:val="none"/>
        </w:rPr>
        <w:t xml:space="preserve"> a lot of computing power, which in turn requires </w:t>
      </w:r>
      <w:r>
        <w:rPr>
          <w:b w:val="0"/>
          <w:i w:val="0"/>
          <w:smallCaps w:val="0"/>
          <w:strike w:val="0"/>
          <w:sz w:val="22"/>
          <w:u w:val="single"/>
        </w:rPr>
        <w:t xml:space="preserve">a </w:t>
      </w:r>
      <w:r>
        <w:rPr>
          <w:b w:val="0"/>
          <w:i w:val="0"/>
          <w:smallCaps w:val="0"/>
          <w:strike w:val="0"/>
          <w:sz w:val="22"/>
          <w:highlight w:val="cyan"/>
          <w:u w:val="single"/>
        </w:rPr>
        <w:t xml:space="preserve">lot of </w:t>
      </w:r>
      <w:r>
        <w:rPr>
          <w:b/>
          <w:i w:val="0"/>
          <w:smallCaps w:val="0"/>
          <w:strike w:val="0"/>
          <w:sz w:val="22"/>
          <w:highlight w:val="cyan"/>
          <w:u w:val="single"/>
        </w:rPr>
        <w:t>energy</w:t>
      </w:r>
      <w:r>
        <w:rPr>
          <w:b w:val="0"/>
          <w:i w:val="0"/>
          <w:smallCaps w:val="0"/>
          <w:strike w:val="0"/>
          <w:sz w:val="16"/>
          <w:u w:val="none"/>
        </w:rPr>
        <w:t>. This has led to concerns about carbon emissions and the environmental impact of blockchain technology.</w:t>
      </w:r>
    </w:p>
    <w:p>
      <w:pPr>
        <w:spacing w:after="60"/>
      </w:pPr>
      <w:r>
        <w:rPr>
          <w:b w:val="0"/>
          <w:i w:val="0"/>
          <w:smallCaps w:val="0"/>
          <w:strike w:val="0"/>
          <w:sz w:val="16"/>
          <w:u w:val="none"/>
        </w:rPr>
        <w:t xml:space="preserve">Some blockchain projects have adopted alternative consensus mechanisms, such as </w:t>
      </w:r>
      <w:r>
        <w:rPr>
          <w:b w:val="0"/>
          <w:i w:val="0"/>
          <w:smallCaps w:val="0"/>
          <w:strike w:val="0"/>
          <w:sz w:val="16"/>
          <w:u w:val="none"/>
        </w:rPr>
        <w:t>PoS</w:t>
      </w:r>
      <w:r>
        <w:rPr>
          <w:b w:val="0"/>
          <w:i w:val="0"/>
          <w:smallCaps w:val="0"/>
          <w:strike w:val="0"/>
          <w:sz w:val="16"/>
          <w:u w:val="none"/>
        </w:rPr>
        <w:t xml:space="preserve">, which consume significantly less energy. Initiatives like Ethereum 2.0 also aim to reduce the Ethereum network’s energy consumption. While these efforts are promising, </w:t>
      </w:r>
      <w:r>
        <w:rPr>
          <w:b w:val="0"/>
          <w:i w:val="0"/>
          <w:smallCaps w:val="0"/>
          <w:strike w:val="0"/>
          <w:sz w:val="22"/>
          <w:u w:val="single"/>
        </w:rPr>
        <w:t>it is crucial for the blockchain</w:t>
      </w:r>
      <w:r>
        <w:rPr>
          <w:b w:val="0"/>
          <w:i w:val="0"/>
          <w:smallCaps w:val="0"/>
          <w:strike w:val="0"/>
          <w:sz w:val="16"/>
          <w:u w:val="none"/>
        </w:rPr>
        <w:t xml:space="preserve"> community </w:t>
      </w:r>
      <w:r>
        <w:rPr>
          <w:b w:val="0"/>
          <w:i w:val="0"/>
          <w:smallCaps w:val="0"/>
          <w:strike w:val="0"/>
          <w:sz w:val="22"/>
          <w:u w:val="single"/>
        </w:rPr>
        <w:t>to</w:t>
      </w:r>
      <w:r>
        <w:rPr>
          <w:b w:val="0"/>
          <w:i w:val="0"/>
          <w:smallCaps w:val="0"/>
          <w:strike w:val="0"/>
          <w:sz w:val="16"/>
          <w:u w:val="none"/>
        </w:rPr>
        <w:t xml:space="preserve"> continue exploring ways to </w:t>
      </w:r>
      <w:r>
        <w:rPr>
          <w:b w:val="0"/>
          <w:i w:val="0"/>
          <w:smallCaps w:val="0"/>
          <w:strike w:val="0"/>
          <w:sz w:val="22"/>
          <w:u w:val="single"/>
        </w:rPr>
        <w:t>minimize energy consumption</w:t>
      </w:r>
      <w:r>
        <w:rPr>
          <w:b w:val="0"/>
          <w:i w:val="0"/>
          <w:smallCaps w:val="0"/>
          <w:strike w:val="0"/>
          <w:sz w:val="16"/>
          <w:u w:val="none"/>
        </w:rPr>
        <w:t xml:space="preserve"> and develop environmentally sustainable solutions.</w:t>
      </w:r>
    </w:p>
    <w:p>
      <w:pPr>
        <w:spacing w:after="60"/>
      </w:pPr>
      <w:r>
        <w:rPr>
          <w:b w:val="0"/>
          <w:i w:val="0"/>
          <w:smallCaps w:val="0"/>
          <w:strike w:val="0"/>
          <w:sz w:val="16"/>
          <w:u w:val="none"/>
        </w:rPr>
        <w:t>Security</w:t>
      </w:r>
    </w:p>
    <w:p>
      <w:pPr>
        <w:spacing w:after="60"/>
      </w:pPr>
      <w:r>
        <w:rPr>
          <w:b w:val="0"/>
          <w:i w:val="0"/>
          <w:smallCaps w:val="0"/>
          <w:strike w:val="0"/>
          <w:sz w:val="16"/>
          <w:u w:val="none"/>
        </w:rPr>
        <w:t xml:space="preserve">Blockchain's security measures have often been touted as key strengths of the technology — but the </w:t>
      </w:r>
      <w:r>
        <w:rPr>
          <w:b w:val="0"/>
          <w:i w:val="0"/>
          <w:smallCaps w:val="0"/>
          <w:strike w:val="0"/>
          <w:sz w:val="22"/>
          <w:highlight w:val="cyan"/>
          <w:u w:val="single"/>
        </w:rPr>
        <w:t>security</w:t>
      </w:r>
      <w:r>
        <w:rPr>
          <w:b w:val="0"/>
          <w:i w:val="0"/>
          <w:smallCaps w:val="0"/>
          <w:strike w:val="0"/>
          <w:sz w:val="22"/>
          <w:u w:val="single"/>
        </w:rPr>
        <w:t xml:space="preserve"> of blockchain networks </w:t>
      </w:r>
      <w:r>
        <w:rPr>
          <w:b w:val="0"/>
          <w:i w:val="0"/>
          <w:smallCaps w:val="0"/>
          <w:strike w:val="0"/>
          <w:sz w:val="22"/>
          <w:highlight w:val="cyan"/>
          <w:u w:val="single"/>
        </w:rPr>
        <w:t>is not without</w:t>
      </w:r>
      <w:r>
        <w:rPr>
          <w:b w:val="0"/>
          <w:i w:val="0"/>
          <w:smallCaps w:val="0"/>
          <w:strike w:val="0"/>
          <w:sz w:val="22"/>
          <w:u w:val="single"/>
        </w:rPr>
        <w:t xml:space="preserve"> its </w:t>
      </w:r>
      <w:r>
        <w:rPr>
          <w:b w:val="0"/>
          <w:i w:val="0"/>
          <w:smallCaps w:val="0"/>
          <w:strike w:val="0"/>
          <w:sz w:val="22"/>
          <w:highlight w:val="cyan"/>
          <w:u w:val="single"/>
        </w:rPr>
        <w:t>challenges</w:t>
      </w:r>
      <w:r>
        <w:rPr>
          <w:b w:val="0"/>
          <w:i w:val="0"/>
          <w:smallCaps w:val="0"/>
          <w:strike w:val="0"/>
          <w:sz w:val="16"/>
          <w:u w:val="none"/>
        </w:rPr>
        <w:t xml:space="preserve">. There have been </w:t>
      </w:r>
      <w:r>
        <w:rPr>
          <w:b w:val="0"/>
          <w:i w:val="0"/>
          <w:smallCaps w:val="0"/>
          <w:strike w:val="0"/>
          <w:sz w:val="22"/>
          <w:u w:val="single"/>
        </w:rPr>
        <w:t xml:space="preserve">instances of </w:t>
      </w:r>
      <w:r>
        <w:rPr>
          <w:b/>
          <w:i w:val="0"/>
          <w:smallCaps w:val="0"/>
          <w:strike w:val="0"/>
          <w:sz w:val="22"/>
          <w:highlight w:val="cyan"/>
          <w:u w:val="single"/>
        </w:rPr>
        <w:t>security breaches</w:t>
      </w:r>
      <w:r>
        <w:rPr>
          <w:b w:val="0"/>
          <w:i w:val="0"/>
          <w:smallCaps w:val="0"/>
          <w:strike w:val="0"/>
          <w:sz w:val="16"/>
          <w:u w:val="none"/>
        </w:rPr>
        <w:t xml:space="preserve"> and hacking attacks </w:t>
      </w:r>
      <w:r>
        <w:rPr>
          <w:b w:val="0"/>
          <w:i w:val="0"/>
          <w:smallCaps w:val="0"/>
          <w:strike w:val="0"/>
          <w:sz w:val="22"/>
          <w:u w:val="single"/>
        </w:rPr>
        <w:t>on blockchain</w:t>
      </w:r>
      <w:r>
        <w:rPr>
          <w:b w:val="0"/>
          <w:i w:val="0"/>
          <w:smallCaps w:val="0"/>
          <w:strike w:val="0"/>
          <w:sz w:val="16"/>
          <w:u w:val="none"/>
        </w:rPr>
        <w:t xml:space="preserve"> networks, and these problems can </w:t>
      </w:r>
      <w:r>
        <w:rPr>
          <w:b w:val="0"/>
          <w:i w:val="0"/>
          <w:smallCaps w:val="0"/>
          <w:strike w:val="0"/>
          <w:sz w:val="22"/>
          <w:highlight w:val="cyan"/>
          <w:u w:val="single"/>
        </w:rPr>
        <w:t xml:space="preserve">result in </w:t>
      </w:r>
      <w:r>
        <w:rPr>
          <w:b/>
          <w:i w:val="0"/>
          <w:smallCaps w:val="0"/>
          <w:strike w:val="0"/>
          <w:sz w:val="22"/>
          <w:highlight w:val="cyan"/>
          <w:u w:val="single"/>
        </w:rPr>
        <w:t>monetary losses and damage</w:t>
      </w:r>
      <w:r>
        <w:rPr>
          <w:b w:val="0"/>
          <w:i w:val="0"/>
          <w:smallCaps w:val="0"/>
          <w:strike w:val="0"/>
          <w:sz w:val="22"/>
          <w:u w:val="single"/>
        </w:rPr>
        <w:t xml:space="preserve"> to the integrity</w:t>
      </w:r>
      <w:r>
        <w:rPr>
          <w:b w:val="0"/>
          <w:i w:val="0"/>
          <w:smallCaps w:val="0"/>
          <w:strike w:val="0"/>
          <w:sz w:val="16"/>
          <w:u w:val="none"/>
        </w:rPr>
        <w:t xml:space="preserve"> of the network.</w:t>
      </w:r>
    </w:p>
    <w:p>
      <w:pPr>
        <w:spacing w:after="60"/>
      </w:pPr>
      <w:r>
        <w:rPr>
          <w:b w:val="0"/>
          <w:i w:val="0"/>
          <w:smallCaps w:val="0"/>
          <w:strike w:val="0"/>
          <w:sz w:val="16"/>
          <w:u w:val="none"/>
        </w:rPr>
        <w:t>To mitigate risks, companies are working to improve the security of blockchain networks and applications. Their security efforts include formal verification of smart contracts to help identify potential vulnerabilities and using multi-signature wallets for storing and managing digital assets.</w:t>
      </w:r>
    </w:p>
    <w:p>
      <w:pPr>
        <w:spacing w:after="60"/>
      </w:pPr>
      <w:r>
        <w:rPr>
          <w:b w:val="0"/>
          <w:i w:val="0"/>
          <w:smallCaps w:val="0"/>
          <w:strike w:val="0"/>
          <w:sz w:val="16"/>
          <w:u w:val="none"/>
        </w:rPr>
        <w:t xml:space="preserve">As blockchain technology continues to evolve, ensuring the security of users, assets, and </w:t>
      </w:r>
      <w:r>
        <w:rPr>
          <w:b w:val="0"/>
          <w:i w:val="0"/>
          <w:smallCaps w:val="0"/>
          <w:strike w:val="0"/>
          <w:sz w:val="22"/>
          <w:highlight w:val="cyan"/>
          <w:u w:val="single"/>
        </w:rPr>
        <w:t>transactions is</w:t>
      </w:r>
      <w:r>
        <w:rPr>
          <w:b w:val="0"/>
          <w:i w:val="0"/>
          <w:smallCaps w:val="0"/>
          <w:strike w:val="0"/>
          <w:sz w:val="16"/>
          <w:u w:val="none"/>
        </w:rPr>
        <w:t xml:space="preserve"> still </w:t>
      </w:r>
      <w:r>
        <w:rPr>
          <w:b w:val="0"/>
          <w:i w:val="0"/>
          <w:smallCaps w:val="0"/>
          <w:strike w:val="0"/>
          <w:sz w:val="22"/>
          <w:highlight w:val="cyan"/>
          <w:u w:val="single"/>
        </w:rPr>
        <w:t>a concern</w:t>
      </w:r>
      <w:r>
        <w:rPr>
          <w:b w:val="0"/>
          <w:i w:val="0"/>
          <w:smallCaps w:val="0"/>
          <w:strike w:val="0"/>
          <w:sz w:val="22"/>
          <w:u w:val="single"/>
        </w:rPr>
        <w:t>.</w:t>
      </w:r>
    </w:p>
    <w:p>
      <w:pPr>
        <w:spacing w:after="60"/>
      </w:pPr>
      <w:r>
        <w:rPr>
          <w:b w:val="0"/>
          <w:i w:val="0"/>
          <w:smallCaps w:val="0"/>
          <w:strike w:val="0"/>
          <w:sz w:val="16"/>
          <w:u w:val="none"/>
        </w:rPr>
        <w:t>Complexity</w:t>
      </w:r>
    </w:p>
    <w:p>
      <w:pPr>
        <w:spacing w:after="60"/>
      </w:pPr>
      <w:r>
        <w:rPr>
          <w:b w:val="0"/>
          <w:i w:val="0"/>
          <w:smallCaps w:val="0"/>
          <w:strike w:val="0"/>
          <w:sz w:val="16"/>
          <w:u w:val="none"/>
        </w:rPr>
        <w:t xml:space="preserve">Blockchain is a complex technology that requires a high level of technical expertise to implement and maintain. </w:t>
      </w:r>
      <w:r>
        <w:rPr>
          <w:b w:val="0"/>
          <w:i w:val="0"/>
          <w:smallCaps w:val="0"/>
          <w:strike w:val="0"/>
          <w:sz w:val="22"/>
          <w:u w:val="single"/>
        </w:rPr>
        <w:t xml:space="preserve">Tech </w:t>
      </w:r>
      <w:r>
        <w:rPr>
          <w:b/>
          <w:i w:val="0"/>
          <w:smallCaps w:val="0"/>
          <w:strike w:val="0"/>
          <w:sz w:val="22"/>
          <w:highlight w:val="cyan"/>
          <w:u w:val="single"/>
        </w:rPr>
        <w:t>challenges</w:t>
      </w:r>
      <w:r>
        <w:rPr>
          <w:b w:val="0"/>
          <w:i w:val="0"/>
          <w:smallCaps w:val="0"/>
          <w:strike w:val="0"/>
          <w:sz w:val="22"/>
          <w:u w:val="single"/>
        </w:rPr>
        <w:t xml:space="preserve"> may </w:t>
      </w:r>
      <w:r>
        <w:rPr>
          <w:b/>
          <w:i w:val="0"/>
          <w:smallCaps w:val="0"/>
          <w:strike w:val="0"/>
          <w:sz w:val="22"/>
          <w:highlight w:val="cyan"/>
          <w:u w:val="single"/>
        </w:rPr>
        <w:t>hinder</w:t>
      </w:r>
      <w:r>
        <w:rPr>
          <w:b w:val="0"/>
          <w:i w:val="0"/>
          <w:smallCaps w:val="0"/>
          <w:strike w:val="0"/>
          <w:sz w:val="22"/>
          <w:u w:val="single"/>
        </w:rPr>
        <w:t xml:space="preserve"> the widespread </w:t>
      </w:r>
      <w:r>
        <w:rPr>
          <w:b/>
          <w:i w:val="0"/>
          <w:smallCaps w:val="0"/>
          <w:strike w:val="0"/>
          <w:sz w:val="22"/>
          <w:highlight w:val="cyan"/>
          <w:u w:val="single"/>
        </w:rPr>
        <w:t>adoption</w:t>
      </w:r>
      <w:r>
        <w:rPr>
          <w:b w:val="0"/>
          <w:i w:val="0"/>
          <w:smallCaps w:val="0"/>
          <w:strike w:val="0"/>
          <w:sz w:val="22"/>
          <w:highlight w:val="cyan"/>
          <w:u w:val="single"/>
        </w:rPr>
        <w:t xml:space="preserve"> of blockchain</w:t>
      </w:r>
      <w:r>
        <w:rPr>
          <w:b w:val="0"/>
          <w:i w:val="0"/>
          <w:smallCaps w:val="0"/>
          <w:strike w:val="0"/>
          <w:sz w:val="22"/>
          <w:u w:val="single"/>
        </w:rPr>
        <w:t xml:space="preserve"> technology and discourage potential users</w:t>
      </w:r>
      <w:r>
        <w:rPr>
          <w:b w:val="0"/>
          <w:i w:val="0"/>
          <w:smallCaps w:val="0"/>
          <w:strike w:val="0"/>
          <w:sz w:val="16"/>
          <w:u w:val="none"/>
        </w:rPr>
        <w:t xml:space="preserve"> and developers from engaging with it. Blockchain’s </w:t>
      </w:r>
      <w:r>
        <w:rPr>
          <w:b w:val="0"/>
          <w:i w:val="0"/>
          <w:smallCaps w:val="0"/>
          <w:strike w:val="0"/>
          <w:sz w:val="22"/>
          <w:highlight w:val="cyan"/>
          <w:u w:val="single"/>
        </w:rPr>
        <w:t>complexity</w:t>
      </w:r>
      <w:r>
        <w:rPr>
          <w:b w:val="0"/>
          <w:i w:val="0"/>
          <w:smallCaps w:val="0"/>
          <w:strike w:val="0"/>
          <w:sz w:val="22"/>
          <w:u w:val="single"/>
        </w:rPr>
        <w:t xml:space="preserve"> can also </w:t>
      </w:r>
      <w:r>
        <w:rPr>
          <w:b w:val="0"/>
          <w:i w:val="0"/>
          <w:smallCaps w:val="0"/>
          <w:strike w:val="0"/>
          <w:sz w:val="22"/>
          <w:highlight w:val="cyan"/>
          <w:u w:val="single"/>
        </w:rPr>
        <w:t xml:space="preserve">lead to </w:t>
      </w:r>
      <w:r>
        <w:rPr>
          <w:b/>
          <w:i w:val="0"/>
          <w:smallCaps w:val="0"/>
          <w:strike w:val="0"/>
          <w:sz w:val="22"/>
          <w:highlight w:val="cyan"/>
          <w:u w:val="single"/>
        </w:rPr>
        <w:t>errors</w:t>
      </w:r>
      <w:r>
        <w:rPr>
          <w:b/>
          <w:i w:val="0"/>
          <w:smallCaps w:val="0"/>
          <w:strike w:val="0"/>
          <w:sz w:val="22"/>
          <w:u w:val="single"/>
        </w:rPr>
        <w:t xml:space="preserve"> and inefficiencies</w:t>
      </w:r>
      <w:r>
        <w:rPr>
          <w:b w:val="0"/>
          <w:i w:val="0"/>
          <w:smallCaps w:val="0"/>
          <w:strike w:val="0"/>
          <w:sz w:val="16"/>
          <w:u w:val="none"/>
        </w:rPr>
        <w:t xml:space="preserve"> in implementation.</w:t>
      </w:r>
    </w:p>
    <w:p>
      <w:pPr>
        <w:spacing w:after="60"/>
      </w:pPr>
      <w:r>
        <w:rPr>
          <w:b w:val="0"/>
          <w:i w:val="0"/>
          <w:smallCaps w:val="0"/>
          <w:strike w:val="0"/>
          <w:sz w:val="16"/>
          <w:u w:val="none"/>
        </w:rPr>
        <w:t>Efforts to address this issue include the development of user-friendly interfaces, streamlined onboarding processes, and educational resources that simplify the complexities of blockchain. Increased collaboration between industry experts, academia, and government bodies can also promote the sharing of knowledge and the creation of standardized protocols and frameworks that reduce barriers to entry.</w:t>
      </w:r>
    </w:p>
    <w:p>
      <w:pPr>
        <w:spacing w:after="60"/>
      </w:pPr>
      <w:r>
        <w:rPr>
          <w:b w:val="0"/>
          <w:i w:val="0"/>
          <w:smallCaps w:val="0"/>
          <w:strike w:val="0"/>
          <w:sz w:val="16"/>
          <w:u w:val="none"/>
        </w:rPr>
        <w:t>Interoperability</w:t>
      </w:r>
    </w:p>
    <w:p>
      <w:pPr>
        <w:spacing w:after="60"/>
      </w:pPr>
      <w:r>
        <w:rPr>
          <w:b/>
          <w:i w:val="0"/>
          <w:smallCaps w:val="0"/>
          <w:strike w:val="0"/>
          <w:sz w:val="22"/>
          <w:u w:val="single"/>
        </w:rPr>
        <w:t>Interoperability</w:t>
      </w:r>
      <w:r>
        <w:rPr>
          <w:b w:val="0"/>
          <w:i w:val="0"/>
          <w:smallCaps w:val="0"/>
          <w:strike w:val="0"/>
          <w:sz w:val="16"/>
          <w:u w:val="none"/>
        </w:rPr>
        <w:t xml:space="preserve">, or the ability of different blockchain networks to communicate and interact with each other, </w:t>
      </w:r>
      <w:r>
        <w:rPr>
          <w:b w:val="0"/>
          <w:i w:val="0"/>
          <w:smallCaps w:val="0"/>
          <w:strike w:val="0"/>
          <w:sz w:val="22"/>
          <w:u w:val="single"/>
        </w:rPr>
        <w:t xml:space="preserve">is another crucial </w:t>
      </w:r>
      <w:r>
        <w:rPr>
          <w:b w:val="0"/>
          <w:i w:val="0"/>
          <w:smallCaps w:val="0"/>
          <w:strike w:val="0"/>
          <w:sz w:val="22"/>
          <w:u w:val="single"/>
        </w:rPr>
        <w:t>challenge</w:t>
      </w:r>
      <w:r>
        <w:rPr>
          <w:b w:val="0"/>
          <w:i w:val="0"/>
          <w:smallCaps w:val="0"/>
          <w:strike w:val="0"/>
          <w:sz w:val="22"/>
          <w:u w:val="single"/>
        </w:rPr>
        <w:t xml:space="preserve"> facing the industry</w:t>
      </w:r>
      <w:r>
        <w:rPr>
          <w:b w:val="0"/>
          <w:i w:val="0"/>
          <w:smallCaps w:val="0"/>
          <w:strike w:val="0"/>
          <w:sz w:val="16"/>
          <w:u w:val="none"/>
        </w:rPr>
        <w:t xml:space="preserve">. There are currently many </w:t>
      </w:r>
      <w:r>
        <w:rPr>
          <w:b w:val="0"/>
          <w:i w:val="0"/>
          <w:smallCaps w:val="0"/>
          <w:strike w:val="0"/>
          <w:sz w:val="22"/>
          <w:u w:val="single"/>
        </w:rPr>
        <w:t xml:space="preserve">different </w:t>
      </w:r>
      <w:r>
        <w:rPr>
          <w:b w:val="0"/>
          <w:i w:val="0"/>
          <w:smallCaps w:val="0"/>
          <w:strike w:val="0"/>
          <w:sz w:val="22"/>
          <w:u w:val="single"/>
        </w:rPr>
        <w:t>blockchain</w:t>
      </w:r>
      <w:r>
        <w:rPr>
          <w:b w:val="0"/>
          <w:i w:val="0"/>
          <w:smallCaps w:val="0"/>
          <w:strike w:val="0"/>
          <w:sz w:val="22"/>
          <w:u w:val="single"/>
        </w:rPr>
        <w:t xml:space="preserve"> </w:t>
      </w:r>
      <w:r>
        <w:rPr>
          <w:b w:val="0"/>
          <w:i w:val="0"/>
          <w:smallCaps w:val="0"/>
          <w:strike w:val="0"/>
          <w:sz w:val="22"/>
          <w:highlight w:val="cyan"/>
          <w:u w:val="single"/>
        </w:rPr>
        <w:t>platforms</w:t>
      </w:r>
      <w:r>
        <w:rPr>
          <w:b w:val="0"/>
          <w:i w:val="0"/>
          <w:smallCaps w:val="0"/>
          <w:strike w:val="0"/>
          <w:sz w:val="16"/>
          <w:u w:val="none"/>
        </w:rPr>
        <w:t xml:space="preserve"> — each with its own protocols and standards – and they often </w:t>
      </w:r>
      <w:r>
        <w:rPr>
          <w:b w:val="0"/>
          <w:i w:val="0"/>
          <w:smallCaps w:val="0"/>
          <w:strike w:val="0"/>
          <w:sz w:val="22"/>
          <w:highlight w:val="cyan"/>
          <w:u w:val="single"/>
        </w:rPr>
        <w:t>do not work</w:t>
      </w:r>
      <w:r>
        <w:rPr>
          <w:b w:val="0"/>
          <w:i w:val="0"/>
          <w:smallCaps w:val="0"/>
          <w:strike w:val="0"/>
          <w:sz w:val="22"/>
          <w:u w:val="single"/>
        </w:rPr>
        <w:t xml:space="preserve"> well </w:t>
      </w:r>
      <w:r>
        <w:rPr>
          <w:b w:val="0"/>
          <w:i w:val="0"/>
          <w:smallCaps w:val="0"/>
          <w:strike w:val="0"/>
          <w:sz w:val="22"/>
          <w:highlight w:val="cyan"/>
          <w:u w:val="single"/>
        </w:rPr>
        <w:t>together</w:t>
      </w:r>
      <w:r>
        <w:rPr>
          <w:b w:val="0"/>
          <w:i w:val="0"/>
          <w:smallCaps w:val="0"/>
          <w:strike w:val="0"/>
          <w:sz w:val="16"/>
          <w:u w:val="none"/>
        </w:rPr>
        <w:t>.</w:t>
      </w:r>
    </w:p>
    <w:p>
      <w:pPr>
        <w:spacing w:after="60"/>
      </w:pPr>
      <w:r>
        <w:rPr>
          <w:b w:val="0"/>
          <w:i w:val="0"/>
          <w:smallCaps w:val="0"/>
          <w:strike w:val="0"/>
          <w:sz w:val="16"/>
          <w:u w:val="none"/>
        </w:rPr>
        <w:t xml:space="preserve">This lack of interoperability </w:t>
      </w:r>
      <w:r>
        <w:rPr>
          <w:b w:val="0"/>
          <w:i w:val="0"/>
          <w:smallCaps w:val="0"/>
          <w:strike w:val="0"/>
          <w:sz w:val="22"/>
          <w:u w:val="single"/>
        </w:rPr>
        <w:t xml:space="preserve">can </w:t>
      </w:r>
      <w:r>
        <w:rPr>
          <w:b/>
          <w:i w:val="0"/>
          <w:smallCaps w:val="0"/>
          <w:strike w:val="0"/>
          <w:sz w:val="22"/>
          <w:highlight w:val="cyan"/>
          <w:u w:val="single"/>
        </w:rPr>
        <w:t>lead to inefficiencies</w:t>
      </w:r>
      <w:r>
        <w:rPr>
          <w:b w:val="0"/>
          <w:i w:val="0"/>
          <w:smallCaps w:val="0"/>
          <w:strike w:val="0"/>
          <w:sz w:val="16"/>
          <w:u w:val="none"/>
        </w:rPr>
        <w:t xml:space="preserve">, as individuals and companies may need to navigate multiple platforms and use </w:t>
      </w:r>
      <w:r>
        <w:rPr>
          <w:b w:val="0"/>
          <w:i w:val="0"/>
          <w:smallCaps w:val="0"/>
          <w:strike w:val="0"/>
          <w:sz w:val="16"/>
          <w:u w:val="none"/>
        </w:rPr>
        <w:t>a number of</w:t>
      </w:r>
      <w:r>
        <w:rPr>
          <w:b w:val="0"/>
          <w:i w:val="0"/>
          <w:smallCaps w:val="0"/>
          <w:strike w:val="0"/>
          <w:sz w:val="16"/>
          <w:u w:val="none"/>
        </w:rPr>
        <w:t xml:space="preserve"> tokens or cryptocurrencies to interact with different networks. This </w:t>
      </w:r>
      <w:r>
        <w:rPr>
          <w:b w:val="0"/>
          <w:i w:val="0"/>
          <w:smallCaps w:val="0"/>
          <w:strike w:val="0"/>
          <w:sz w:val="22"/>
          <w:u w:val="single"/>
        </w:rPr>
        <w:t xml:space="preserve">fragmentation can also </w:t>
      </w:r>
      <w:r>
        <w:rPr>
          <w:b w:val="0"/>
          <w:i w:val="0"/>
          <w:smallCaps w:val="0"/>
          <w:strike w:val="0"/>
          <w:sz w:val="22"/>
          <w:highlight w:val="cyan"/>
          <w:u w:val="single"/>
        </w:rPr>
        <w:t>hinder collaboration, stifle innovation</w:t>
      </w:r>
      <w:r>
        <w:rPr>
          <w:b w:val="0"/>
          <w:i w:val="0"/>
          <w:smallCaps w:val="0"/>
          <w:strike w:val="0"/>
          <w:sz w:val="22"/>
          <w:u w:val="single"/>
        </w:rPr>
        <w:t xml:space="preserve">, and </w:t>
      </w:r>
      <w:r>
        <w:rPr>
          <w:b w:val="0"/>
          <w:i w:val="0"/>
          <w:smallCaps w:val="0"/>
          <w:strike w:val="0"/>
          <w:sz w:val="22"/>
          <w:highlight w:val="cyan"/>
          <w:u w:val="single"/>
        </w:rPr>
        <w:t>prevent</w:t>
      </w:r>
      <w:r>
        <w:rPr>
          <w:b w:val="0"/>
          <w:i w:val="0"/>
          <w:smallCaps w:val="0"/>
          <w:strike w:val="0"/>
          <w:sz w:val="22"/>
          <w:u w:val="single"/>
        </w:rPr>
        <w:t xml:space="preserve"> the </w:t>
      </w:r>
      <w:r>
        <w:rPr>
          <w:b w:val="0"/>
          <w:i w:val="0"/>
          <w:smallCaps w:val="0"/>
          <w:strike w:val="0"/>
          <w:sz w:val="22"/>
          <w:highlight w:val="cyan"/>
          <w:u w:val="single"/>
        </w:rPr>
        <w:t>seamless exchange</w:t>
      </w:r>
      <w:r>
        <w:rPr>
          <w:b w:val="0"/>
          <w:i w:val="0"/>
          <w:smallCaps w:val="0"/>
          <w:strike w:val="0"/>
          <w:sz w:val="22"/>
          <w:u w:val="single"/>
        </w:rPr>
        <w:t xml:space="preserve"> of </w:t>
      </w:r>
      <w:r>
        <w:rPr>
          <w:b w:val="0"/>
          <w:i w:val="0"/>
          <w:smallCaps w:val="0"/>
          <w:strike w:val="0"/>
          <w:sz w:val="22"/>
          <w:u w:val="single"/>
        </w:rPr>
        <w:t>data</w:t>
      </w:r>
      <w:r>
        <w:rPr>
          <w:b w:val="0"/>
          <w:i w:val="0"/>
          <w:smallCaps w:val="0"/>
          <w:strike w:val="0"/>
          <w:sz w:val="16"/>
          <w:u w:val="none"/>
        </w:rPr>
        <w:t xml:space="preserve"> and value between different blockchain ecosystems.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