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Solves polarization.</w:t>
      </w:r>
    </w:p>
    <w:p>
      <w:pPr>
        <w:spacing w:after="80"/>
      </w:pPr>
      <w:r>
        <w:rPr>
          <w:b/>
          <w:i w:val="0"/>
          <w:smallCaps w:val="0"/>
          <w:strike w:val="0"/>
          <w:sz w:val="26"/>
          <w:u w:val="none"/>
        </w:rPr>
        <w:t xml:space="preserve">Drutman 19 </w:t>
      </w:r>
      <w:r>
        <w:rPr>
          <w:b w:val="0"/>
          <w:i w:val="0"/>
          <w:smallCaps w:val="0"/>
          <w:strike w:val="0"/>
          <w:sz w:val="16"/>
          <w:u w:val="none"/>
        </w:rPr>
        <w:t>[</w:t>
      </w:r>
      <w:r>
        <w:rPr>
          <w:b w:val="0"/>
          <w:i w:val="0"/>
          <w:smallCaps w:val="0"/>
          <w:strike w:val="0"/>
          <w:sz w:val="16"/>
          <w:u w:val="none"/>
        </w:rPr>
        <w:t xml:space="preserve">Lee; November 7; senior fellow in the Political Reform program at New America; NBC News, “A new voting system could fix American democracy: Ranked-choice ballots,” </w:t>
      </w:r>
      <w:r>
        <w:rPr>
          <w:b w:val="0"/>
          <w:i w:val="0"/>
          <w:smallCaps w:val="0"/>
          <w:strike w:val="0"/>
          <w:sz w:val="16"/>
          <w:u w:val="none"/>
        </w:rPr>
        <w:t>https://www.nbcnews.com/think/opinion/new-voting-system-could-fix-american-democracy-ranked-choice-ballots-ncna1078491</w:t>
      </w:r>
      <w:r>
        <w:rPr>
          <w:b w:val="0"/>
          <w:i w:val="0"/>
          <w:smallCaps w:val="0"/>
          <w:strike w:val="0"/>
          <w:sz w:val="16"/>
          <w:u w:val="none"/>
        </w:rPr>
        <w:t>]</w:t>
      </w:r>
    </w:p>
    <w:p>
      <w:pPr>
        <w:spacing w:after="60"/>
      </w:pPr>
      <w:r>
        <w:rPr>
          <w:b w:val="0"/>
          <w:i w:val="0"/>
          <w:smallCaps w:val="0"/>
          <w:strike w:val="0"/>
          <w:sz w:val="22"/>
          <w:u w:val="single"/>
        </w:rPr>
        <w:t xml:space="preserve">In cities where </w:t>
      </w:r>
      <w:r>
        <w:rPr>
          <w:b/>
          <w:i w:val="0"/>
          <w:smallCaps w:val="0"/>
          <w:strike w:val="0"/>
          <w:sz w:val="22"/>
          <w:u w:val="single"/>
        </w:rPr>
        <w:t>r</w:t>
      </w:r>
      <w:r>
        <w:rPr>
          <w:b w:val="0"/>
          <w:i w:val="0"/>
          <w:smallCaps w:val="0"/>
          <w:strike w:val="0"/>
          <w:sz w:val="16"/>
          <w:u w:val="none"/>
        </w:rPr>
        <w:t>anked-</w:t>
      </w:r>
      <w:r>
        <w:rPr>
          <w:b/>
          <w:i w:val="0"/>
          <w:smallCaps w:val="0"/>
          <w:strike w:val="0"/>
          <w:sz w:val="22"/>
          <w:u w:val="single"/>
        </w:rPr>
        <w:t>c</w:t>
      </w:r>
      <w:r>
        <w:rPr>
          <w:b w:val="0"/>
          <w:i w:val="0"/>
          <w:smallCaps w:val="0"/>
          <w:strike w:val="0"/>
          <w:sz w:val="16"/>
          <w:u w:val="none"/>
        </w:rPr>
        <w:t xml:space="preserve">hoice </w:t>
      </w:r>
      <w:r>
        <w:rPr>
          <w:b/>
          <w:i w:val="0"/>
          <w:smallCaps w:val="0"/>
          <w:strike w:val="0"/>
          <w:sz w:val="22"/>
          <w:u w:val="single"/>
        </w:rPr>
        <w:t>v</w:t>
      </w:r>
      <w:r>
        <w:rPr>
          <w:b w:val="0"/>
          <w:i w:val="0"/>
          <w:smallCaps w:val="0"/>
          <w:strike w:val="0"/>
          <w:sz w:val="16"/>
          <w:u w:val="none"/>
        </w:rPr>
        <w:t xml:space="preserve">oting </w:t>
      </w:r>
      <w:r>
        <w:rPr>
          <w:b w:val="0"/>
          <w:i w:val="0"/>
          <w:smallCaps w:val="0"/>
          <w:strike w:val="0"/>
          <w:sz w:val="22"/>
          <w:u w:val="single"/>
        </w:rPr>
        <w:t xml:space="preserve">has been adopted, </w:t>
      </w:r>
      <w:r>
        <w:rPr>
          <w:b/>
          <w:i w:val="0"/>
          <w:smallCaps w:val="0"/>
          <w:strike w:val="0"/>
          <w:sz w:val="22"/>
          <w:u w:val="single"/>
        </w:rPr>
        <w:t>candidates</w:t>
      </w:r>
      <w:r>
        <w:rPr>
          <w:b w:val="0"/>
          <w:i w:val="0"/>
          <w:smallCaps w:val="0"/>
          <w:strike w:val="0"/>
          <w:sz w:val="22"/>
          <w:u w:val="single"/>
        </w:rPr>
        <w:t xml:space="preserve"> </w:t>
      </w:r>
      <w:r>
        <w:rPr>
          <w:b/>
          <w:i w:val="0"/>
          <w:smallCaps w:val="0"/>
          <w:strike w:val="0"/>
          <w:sz w:val="22"/>
          <w:u w:val="single"/>
        </w:rPr>
        <w:t>devote less time to attacking</w:t>
      </w:r>
      <w:r>
        <w:rPr>
          <w:b w:val="0"/>
          <w:i w:val="0"/>
          <w:smallCaps w:val="0"/>
          <w:strike w:val="0"/>
          <w:sz w:val="22"/>
          <w:u w:val="single"/>
        </w:rPr>
        <w:t xml:space="preserve"> each other, and voters say they are happier with more civil and more positive campaigning.</w:t>
      </w:r>
    </w:p>
    <w:p>
      <w:pPr>
        <w:spacing w:after="60"/>
      </w:pPr>
      <w:r>
        <w:rPr>
          <w:b w:val="0"/>
          <w:i w:val="0"/>
          <w:smallCaps w:val="0"/>
          <w:strike w:val="0"/>
          <w:sz w:val="16"/>
          <w:u w:val="none"/>
        </w:rPr>
        <w:t xml:space="preserve">New York now joins </w:t>
      </w:r>
      <w:r>
        <w:rPr>
          <w:b w:val="0"/>
          <w:i w:val="0"/>
          <w:smallCaps w:val="0"/>
          <w:strike w:val="0"/>
          <w:sz w:val="22"/>
          <w:u w:val="single"/>
        </w:rPr>
        <w:t>more than 15 U.S. cities and one state</w:t>
      </w:r>
      <w:r>
        <w:rPr>
          <w:b w:val="0"/>
          <w:i w:val="0"/>
          <w:smallCaps w:val="0"/>
          <w:strike w:val="0"/>
          <w:sz w:val="16"/>
          <w:u w:val="none"/>
        </w:rPr>
        <w:t xml:space="preserve"> (Maine) in </w:t>
      </w:r>
      <w:r>
        <w:rPr>
          <w:b w:val="0"/>
          <w:i w:val="0"/>
          <w:smallCaps w:val="0"/>
          <w:strike w:val="0"/>
          <w:sz w:val="22"/>
          <w:u w:val="single"/>
        </w:rPr>
        <w:t>using the voting method,</w:t>
      </w:r>
      <w:r>
        <w:rPr>
          <w:b w:val="0"/>
          <w:i w:val="0"/>
          <w:smallCaps w:val="0"/>
          <w:strike w:val="0"/>
          <w:sz w:val="16"/>
          <w:u w:val="none"/>
        </w:rPr>
        <w:t xml:space="preserve"> </w:t>
      </w:r>
      <w:r>
        <w:rPr>
          <w:b w:val="0"/>
          <w:i w:val="0"/>
          <w:smallCaps w:val="0"/>
          <w:strike w:val="0"/>
          <w:sz w:val="22"/>
          <w:u w:val="single"/>
        </w:rPr>
        <w:t>which is a significant improvement over the traditional process</w:t>
      </w:r>
      <w:r>
        <w:rPr>
          <w:b w:val="0"/>
          <w:i w:val="0"/>
          <w:smallCaps w:val="0"/>
          <w:strike w:val="0"/>
          <w:sz w:val="16"/>
          <w:u w:val="none"/>
        </w:rPr>
        <w:t xml:space="preserve"> of whichever-candidate-gets-the-most-votes-wins. This reform is increasingly taking hold because </w:t>
      </w:r>
      <w:r>
        <w:rPr>
          <w:b w:val="0"/>
          <w:i w:val="0"/>
          <w:smallCaps w:val="0"/>
          <w:strike w:val="0"/>
          <w:sz w:val="22"/>
          <w:u w:val="single"/>
        </w:rPr>
        <w:t>the case for r</w:t>
      </w:r>
      <w:r>
        <w:rPr>
          <w:b w:val="0"/>
          <w:i w:val="0"/>
          <w:smallCaps w:val="0"/>
          <w:strike w:val="0"/>
          <w:sz w:val="16"/>
          <w:u w:val="none"/>
        </w:rPr>
        <w:t>anked-</w:t>
      </w:r>
      <w:r>
        <w:rPr>
          <w:b w:val="0"/>
          <w:i w:val="0"/>
          <w:smallCaps w:val="0"/>
          <w:strike w:val="0"/>
          <w:sz w:val="22"/>
          <w:u w:val="single"/>
        </w:rPr>
        <w:t>c</w:t>
      </w:r>
      <w:r>
        <w:rPr>
          <w:b w:val="0"/>
          <w:i w:val="0"/>
          <w:smallCaps w:val="0"/>
          <w:strike w:val="0"/>
          <w:sz w:val="16"/>
          <w:u w:val="none"/>
        </w:rPr>
        <w:t xml:space="preserve">hoice </w:t>
      </w:r>
      <w:r>
        <w:rPr>
          <w:b w:val="0"/>
          <w:i w:val="0"/>
          <w:smallCaps w:val="0"/>
          <w:strike w:val="0"/>
          <w:sz w:val="22"/>
          <w:u w:val="single"/>
        </w:rPr>
        <w:t>v</w:t>
      </w:r>
      <w:r>
        <w:rPr>
          <w:b w:val="0"/>
          <w:i w:val="0"/>
          <w:smallCaps w:val="0"/>
          <w:strike w:val="0"/>
          <w:sz w:val="16"/>
          <w:u w:val="none"/>
        </w:rPr>
        <w:t xml:space="preserve">oting </w:t>
      </w:r>
      <w:r>
        <w:rPr>
          <w:b w:val="0"/>
          <w:i w:val="0"/>
          <w:smallCaps w:val="0"/>
          <w:strike w:val="0"/>
          <w:sz w:val="22"/>
          <w:u w:val="single"/>
        </w:rPr>
        <w:t xml:space="preserve">is </w:t>
      </w:r>
      <w:r>
        <w:rPr>
          <w:b/>
          <w:i w:val="0"/>
          <w:smallCaps w:val="0"/>
          <w:strike w:val="0"/>
          <w:sz w:val="22"/>
          <w:u w:val="single"/>
        </w:rPr>
        <w:t>simple and profound</w:t>
      </w:r>
      <w:r>
        <w:rPr>
          <w:b w:val="0"/>
          <w:i w:val="0"/>
          <w:smallCaps w:val="0"/>
          <w:strike w:val="0"/>
          <w:sz w:val="16"/>
          <w:u w:val="none"/>
        </w:rPr>
        <w:t xml:space="preserve">: It gives voters more options, allows them to express their preferences better, </w:t>
      </w:r>
      <w:r>
        <w:rPr>
          <w:b w:val="0"/>
          <w:i w:val="0"/>
          <w:smallCaps w:val="0"/>
          <w:strike w:val="0"/>
          <w:sz w:val="22"/>
          <w:u w:val="single"/>
        </w:rPr>
        <w:t xml:space="preserve">and </w:t>
      </w:r>
      <w:r>
        <w:rPr>
          <w:b/>
          <w:i w:val="0"/>
          <w:smallCaps w:val="0"/>
          <w:strike w:val="0"/>
          <w:sz w:val="22"/>
          <w:u w:val="single"/>
        </w:rPr>
        <w:t>makes politics</w:t>
      </w:r>
      <w:r>
        <w:rPr>
          <w:b w:val="0"/>
          <w:i w:val="0"/>
          <w:smallCaps w:val="0"/>
          <w:strike w:val="0"/>
          <w:sz w:val="22"/>
          <w:u w:val="single"/>
        </w:rPr>
        <w:t xml:space="preserve"> more </w:t>
      </w:r>
      <w:r>
        <w:rPr>
          <w:b/>
          <w:i w:val="0"/>
          <w:smallCaps w:val="0"/>
          <w:strike w:val="0"/>
          <w:sz w:val="22"/>
          <w:u w:val="single"/>
        </w:rPr>
        <w:t>civil and cooperative.</w:t>
      </w:r>
    </w:p>
    <w:p>
      <w:pPr>
        <w:spacing w:after="60"/>
      </w:pPr>
      <w:r>
        <w:rPr>
          <w:b w:val="0"/>
          <w:i w:val="0"/>
          <w:smallCaps w:val="0"/>
          <w:strike w:val="0"/>
          <w:sz w:val="16"/>
          <w:u w:val="none"/>
        </w:rPr>
        <w:t xml:space="preserve">Is it so profound that it can fix American democracy? Maybe. If you believe the biggest problem in American democracy is partisan polarization (as I do), </w:t>
      </w:r>
      <w:r>
        <w:rPr>
          <w:b w:val="0"/>
          <w:i w:val="0"/>
          <w:smallCaps w:val="0"/>
          <w:strike w:val="0"/>
          <w:sz w:val="22"/>
          <w:u w:val="single"/>
        </w:rPr>
        <w:t>r</w:t>
      </w:r>
      <w:r>
        <w:rPr>
          <w:b w:val="0"/>
          <w:i w:val="0"/>
          <w:smallCaps w:val="0"/>
          <w:strike w:val="0"/>
          <w:sz w:val="16"/>
          <w:u w:val="none"/>
        </w:rPr>
        <w:t>anked-</w:t>
      </w:r>
      <w:r>
        <w:rPr>
          <w:b w:val="0"/>
          <w:i w:val="0"/>
          <w:smallCaps w:val="0"/>
          <w:strike w:val="0"/>
          <w:sz w:val="22"/>
          <w:u w:val="single"/>
        </w:rPr>
        <w:t>c</w:t>
      </w:r>
      <w:r>
        <w:rPr>
          <w:b w:val="0"/>
          <w:i w:val="0"/>
          <w:smallCaps w:val="0"/>
          <w:strike w:val="0"/>
          <w:sz w:val="16"/>
          <w:u w:val="none"/>
        </w:rPr>
        <w:t xml:space="preserve">hoice </w:t>
      </w:r>
      <w:r>
        <w:rPr>
          <w:b w:val="0"/>
          <w:i w:val="0"/>
          <w:smallCaps w:val="0"/>
          <w:strike w:val="0"/>
          <w:sz w:val="22"/>
          <w:u w:val="single"/>
        </w:rPr>
        <w:t xml:space="preserve">voting is </w:t>
      </w:r>
      <w:r>
        <w:rPr>
          <w:b w:val="0"/>
          <w:i w:val="0"/>
          <w:smallCaps w:val="0"/>
          <w:strike w:val="0"/>
          <w:sz w:val="22"/>
          <w:u w:val="single"/>
        </w:rPr>
        <w:t>proven to counteract</w:t>
      </w:r>
      <w:r>
        <w:rPr>
          <w:b w:val="0"/>
          <w:i w:val="0"/>
          <w:smallCaps w:val="0"/>
          <w:strike w:val="0"/>
          <w:sz w:val="22"/>
          <w:u w:val="single"/>
        </w:rPr>
        <w:t xml:space="preserve"> some of the “I win by making you lose</w:t>
      </w:r>
      <w:r>
        <w:rPr>
          <w:b w:val="0"/>
          <w:i w:val="0"/>
          <w:smallCaps w:val="0"/>
          <w:strike w:val="0"/>
          <w:sz w:val="16"/>
          <w:u w:val="none"/>
        </w:rPr>
        <w:t xml:space="preserve">” zero-sum </w:t>
      </w:r>
      <w:r>
        <w:rPr>
          <w:b w:val="0"/>
          <w:i w:val="0"/>
          <w:smallCaps w:val="0"/>
          <w:strike w:val="0"/>
          <w:sz w:val="22"/>
          <w:u w:val="single"/>
        </w:rPr>
        <w:t>logic</w:t>
      </w:r>
      <w:r>
        <w:rPr>
          <w:b w:val="0"/>
          <w:i w:val="0"/>
          <w:smallCaps w:val="0"/>
          <w:strike w:val="0"/>
          <w:sz w:val="16"/>
          <w:u w:val="none"/>
        </w:rPr>
        <w:t xml:space="preserve"> of our current election style, </w:t>
      </w:r>
      <w:r>
        <w:rPr>
          <w:b/>
          <w:i w:val="0"/>
          <w:smallCaps w:val="0"/>
          <w:strike w:val="0"/>
          <w:sz w:val="22"/>
          <w:u w:val="single"/>
        </w:rPr>
        <w:t>incentivizing compromise, civility</w:t>
      </w:r>
      <w:r>
        <w:rPr>
          <w:b w:val="0"/>
          <w:i w:val="0"/>
          <w:smallCaps w:val="0"/>
          <w:strike w:val="0"/>
          <w:sz w:val="22"/>
          <w:u w:val="single"/>
        </w:rPr>
        <w:t xml:space="preserve"> </w:t>
      </w:r>
      <w:r>
        <w:rPr>
          <w:b/>
          <w:i w:val="0"/>
          <w:smallCaps w:val="0"/>
          <w:strike w:val="0"/>
          <w:sz w:val="22"/>
          <w:u w:val="single"/>
        </w:rPr>
        <w:t>and moderation</w:t>
      </w:r>
      <w:r>
        <w:rPr>
          <w:b w:val="0"/>
          <w:i w:val="0"/>
          <w:smallCaps w:val="0"/>
          <w:strike w:val="0"/>
          <w:sz w:val="22"/>
          <w:u w:val="single"/>
        </w:rPr>
        <w:t xml:space="preserve">, and leading to more </w:t>
      </w:r>
      <w:r>
        <w:rPr>
          <w:b/>
          <w:i w:val="0"/>
          <w:smallCaps w:val="0"/>
          <w:strike w:val="0"/>
          <w:sz w:val="22"/>
          <w:u w:val="single"/>
        </w:rPr>
        <w:t>diverse</w:t>
      </w:r>
      <w:r>
        <w:rPr>
          <w:b w:val="0"/>
          <w:i w:val="0"/>
          <w:smallCaps w:val="0"/>
          <w:strike w:val="0"/>
          <w:sz w:val="22"/>
          <w:u w:val="single"/>
        </w:rPr>
        <w:t xml:space="preserve"> </w:t>
      </w:r>
      <w:r>
        <w:rPr>
          <w:b/>
          <w:i w:val="0"/>
          <w:smallCaps w:val="0"/>
          <w:strike w:val="0"/>
          <w:sz w:val="22"/>
          <w:u w:val="single"/>
        </w:rPr>
        <w:t>candidates</w:t>
      </w:r>
      <w:r>
        <w:rPr>
          <w:b w:val="0"/>
          <w:i w:val="0"/>
          <w:smallCaps w:val="0"/>
          <w:strike w:val="0"/>
          <w:sz w:val="22"/>
          <w:u w:val="single"/>
        </w:rPr>
        <w:t>.</w:t>
      </w:r>
    </w:p>
    <w:p>
      <w:pPr>
        <w:spacing w:after="60"/>
      </w:pPr>
      <w:r>
        <w:rPr>
          <w:b w:val="0"/>
          <w:i w:val="0"/>
          <w:smallCaps w:val="0"/>
          <w:strike w:val="0"/>
          <w:sz w:val="16"/>
          <w:u w:val="none"/>
        </w:rPr>
        <w:t xml:space="preserve">Especially when paired with multimember districts (larger congressional districts that have more than one representative instead of our current one-district, one-representative setup), </w:t>
      </w:r>
      <w:r>
        <w:rPr>
          <w:b w:val="0"/>
          <w:i w:val="0"/>
          <w:smallCaps w:val="0"/>
          <w:strike w:val="0"/>
          <w:sz w:val="22"/>
          <w:u w:val="single"/>
        </w:rPr>
        <w:t>r</w:t>
      </w:r>
      <w:r>
        <w:rPr>
          <w:b w:val="0"/>
          <w:i w:val="0"/>
          <w:smallCaps w:val="0"/>
          <w:strike w:val="0"/>
          <w:sz w:val="16"/>
          <w:u w:val="none"/>
        </w:rPr>
        <w:t>anked-</w:t>
      </w:r>
      <w:r>
        <w:rPr>
          <w:b w:val="0"/>
          <w:i w:val="0"/>
          <w:smallCaps w:val="0"/>
          <w:strike w:val="0"/>
          <w:sz w:val="22"/>
          <w:u w:val="single"/>
        </w:rPr>
        <w:t>c</w:t>
      </w:r>
      <w:r>
        <w:rPr>
          <w:b w:val="0"/>
          <w:i w:val="0"/>
          <w:smallCaps w:val="0"/>
          <w:strike w:val="0"/>
          <w:sz w:val="16"/>
          <w:u w:val="none"/>
        </w:rPr>
        <w:t xml:space="preserve">hoice </w:t>
      </w:r>
      <w:r>
        <w:rPr>
          <w:b w:val="0"/>
          <w:i w:val="0"/>
          <w:smallCaps w:val="0"/>
          <w:strike w:val="0"/>
          <w:sz w:val="22"/>
          <w:u w:val="single"/>
        </w:rPr>
        <w:t>v</w:t>
      </w:r>
      <w:r>
        <w:rPr>
          <w:b w:val="0"/>
          <w:i w:val="0"/>
          <w:smallCaps w:val="0"/>
          <w:strike w:val="0"/>
          <w:sz w:val="16"/>
          <w:u w:val="none"/>
        </w:rPr>
        <w:t xml:space="preserve">oting </w:t>
      </w:r>
      <w:r>
        <w:rPr>
          <w:b w:val="0"/>
          <w:i w:val="0"/>
          <w:smallCaps w:val="0"/>
          <w:strike w:val="0"/>
          <w:sz w:val="22"/>
          <w:u w:val="single"/>
        </w:rPr>
        <w:t xml:space="preserve">could have a </w:t>
      </w:r>
      <w:r>
        <w:rPr>
          <w:b/>
          <w:i w:val="0"/>
          <w:smallCaps w:val="0"/>
          <w:strike w:val="0"/>
          <w:sz w:val="22"/>
          <w:u w:val="single"/>
        </w:rPr>
        <w:t>transformative</w:t>
      </w:r>
      <w:r>
        <w:rPr>
          <w:b w:val="0"/>
          <w:i w:val="0"/>
          <w:smallCaps w:val="0"/>
          <w:strike w:val="0"/>
          <w:sz w:val="22"/>
          <w:u w:val="single"/>
        </w:rPr>
        <w:t xml:space="preserve"> power </w:t>
      </w:r>
      <w:r>
        <w:rPr>
          <w:b/>
          <w:i w:val="0"/>
          <w:smallCaps w:val="0"/>
          <w:strike w:val="0"/>
          <w:sz w:val="22"/>
          <w:u w:val="single"/>
        </w:rPr>
        <w:t>in reshaping</w:t>
      </w:r>
      <w:r>
        <w:rPr>
          <w:b w:val="0"/>
          <w:i w:val="0"/>
          <w:smallCaps w:val="0"/>
          <w:strike w:val="0"/>
          <w:sz w:val="22"/>
          <w:u w:val="single"/>
        </w:rPr>
        <w:t xml:space="preserve"> our party </w:t>
      </w:r>
      <w:r>
        <w:rPr>
          <w:b/>
          <w:i w:val="0"/>
          <w:smallCaps w:val="0"/>
          <w:strike w:val="0"/>
          <w:sz w:val="22"/>
          <w:u w:val="single"/>
        </w:rPr>
        <w:t>system</w:t>
      </w:r>
      <w:r>
        <w:rPr>
          <w:b w:val="0"/>
          <w:i w:val="0"/>
          <w:smallCaps w:val="0"/>
          <w:strike w:val="0"/>
          <w:sz w:val="22"/>
          <w:u w:val="single"/>
        </w:rPr>
        <w:t xml:space="preserve"> into something more </w:t>
      </w:r>
      <w:r>
        <w:rPr>
          <w:b/>
          <w:i w:val="0"/>
          <w:smallCaps w:val="0"/>
          <w:strike w:val="0"/>
          <w:sz w:val="22"/>
          <w:u w:val="single"/>
        </w:rPr>
        <w:t>sustainable</w:t>
      </w:r>
      <w:r>
        <w:rPr>
          <w:b w:val="0"/>
          <w:i w:val="0"/>
          <w:smallCaps w:val="0"/>
          <w:strike w:val="0"/>
          <w:sz w:val="22"/>
          <w:u w:val="single"/>
        </w:rPr>
        <w:t xml:space="preserve"> </w:t>
      </w:r>
      <w:r>
        <w:rPr>
          <w:b/>
          <w:i w:val="0"/>
          <w:smallCaps w:val="0"/>
          <w:strike w:val="0"/>
          <w:sz w:val="22"/>
          <w:u w:val="single"/>
        </w:rPr>
        <w:t>and less destructive.</w:t>
      </w:r>
    </w:p>
    <w:p>
      <w:pPr>
        <w:spacing w:after="60"/>
      </w:pPr>
      <w:r>
        <w:rPr>
          <w:b w:val="0"/>
          <w:i w:val="0"/>
          <w:smallCaps w:val="0"/>
          <w:strike w:val="0"/>
          <w:sz w:val="22"/>
          <w:u w:val="single"/>
        </w:rPr>
        <w:t>Under traditional</w:t>
      </w:r>
      <w:r>
        <w:rPr>
          <w:b w:val="0"/>
          <w:i w:val="0"/>
          <w:smallCaps w:val="0"/>
          <w:strike w:val="0"/>
          <w:sz w:val="16"/>
          <w:u w:val="none"/>
        </w:rPr>
        <w:t xml:space="preserve"> “simple plurality” </w:t>
      </w:r>
      <w:r>
        <w:rPr>
          <w:b w:val="0"/>
          <w:i w:val="0"/>
          <w:smallCaps w:val="0"/>
          <w:strike w:val="0"/>
          <w:sz w:val="22"/>
          <w:u w:val="single"/>
        </w:rPr>
        <w:t>rules, candidates often win without getting a true majority</w:t>
      </w:r>
      <w:r>
        <w:rPr>
          <w:b w:val="0"/>
          <w:i w:val="0"/>
          <w:smallCaps w:val="0"/>
          <w:strike w:val="0"/>
          <w:sz w:val="16"/>
          <w:u w:val="none"/>
        </w:rPr>
        <w:t xml:space="preserve">, especially in a crowded field — a problem </w:t>
      </w:r>
      <w:r>
        <w:rPr>
          <w:b w:val="0"/>
          <w:i w:val="0"/>
          <w:smallCaps w:val="0"/>
          <w:strike w:val="0"/>
          <w:sz w:val="22"/>
          <w:u w:val="single"/>
        </w:rPr>
        <w:t>since it can allow organized minorities to rule over disorganized majorities. This often happens when</w:t>
      </w:r>
      <w:r>
        <w:rPr>
          <w:b w:val="0"/>
          <w:i w:val="0"/>
          <w:smallCaps w:val="0"/>
          <w:strike w:val="0"/>
          <w:sz w:val="16"/>
          <w:u w:val="none"/>
        </w:rPr>
        <w:t xml:space="preserve"> independent and third-party </w:t>
      </w:r>
      <w:r>
        <w:rPr>
          <w:b/>
          <w:i w:val="0"/>
          <w:smallCaps w:val="0"/>
          <w:strike w:val="0"/>
          <w:sz w:val="22"/>
          <w:u w:val="single"/>
        </w:rPr>
        <w:t>candidates take votes away</w:t>
      </w:r>
      <w:r>
        <w:rPr>
          <w:b w:val="0"/>
          <w:i w:val="0"/>
          <w:smallCaps w:val="0"/>
          <w:strike w:val="0"/>
          <w:sz w:val="22"/>
          <w:u w:val="single"/>
        </w:rPr>
        <w:t xml:space="preserve"> from major-party candidates, </w:t>
      </w:r>
      <w:r>
        <w:rPr>
          <w:b/>
          <w:i w:val="0"/>
          <w:smallCaps w:val="0"/>
          <w:strike w:val="0"/>
          <w:sz w:val="22"/>
          <w:u w:val="single"/>
        </w:rPr>
        <w:t>playing</w:t>
      </w:r>
      <w:r>
        <w:rPr>
          <w:b w:val="0"/>
          <w:i w:val="0"/>
          <w:smallCaps w:val="0"/>
          <w:strike w:val="0"/>
          <w:sz w:val="22"/>
          <w:u w:val="single"/>
        </w:rPr>
        <w:t xml:space="preserve"> the role of </w:t>
      </w:r>
      <w:r>
        <w:rPr>
          <w:b/>
          <w:i w:val="0"/>
          <w:smallCaps w:val="0"/>
          <w:strike w:val="0"/>
          <w:sz w:val="22"/>
          <w:u w:val="single"/>
        </w:rPr>
        <w:t>spoiler</w:t>
      </w:r>
      <w:r>
        <w:rPr>
          <w:b w:val="0"/>
          <w:i w:val="0"/>
          <w:smallCaps w:val="0"/>
          <w:strike w:val="0"/>
          <w:sz w:val="22"/>
          <w:u w:val="single"/>
        </w:rPr>
        <w:t>. But under r</w:t>
      </w:r>
      <w:r>
        <w:rPr>
          <w:b w:val="0"/>
          <w:i w:val="0"/>
          <w:smallCaps w:val="0"/>
          <w:strike w:val="0"/>
          <w:sz w:val="16"/>
          <w:u w:val="none"/>
        </w:rPr>
        <w:t>anked-</w:t>
      </w:r>
      <w:r>
        <w:rPr>
          <w:b w:val="0"/>
          <w:i w:val="0"/>
          <w:smallCaps w:val="0"/>
          <w:strike w:val="0"/>
          <w:sz w:val="22"/>
          <w:u w:val="single"/>
        </w:rPr>
        <w:t>c</w:t>
      </w:r>
      <w:r>
        <w:rPr>
          <w:b w:val="0"/>
          <w:i w:val="0"/>
          <w:smallCaps w:val="0"/>
          <w:strike w:val="0"/>
          <w:sz w:val="16"/>
          <w:u w:val="none"/>
        </w:rPr>
        <w:t xml:space="preserve">hoice </w:t>
      </w:r>
      <w:r>
        <w:rPr>
          <w:b w:val="0"/>
          <w:i w:val="0"/>
          <w:smallCaps w:val="0"/>
          <w:strike w:val="0"/>
          <w:sz w:val="22"/>
          <w:u w:val="single"/>
        </w:rPr>
        <w:t>v</w:t>
      </w:r>
      <w:r>
        <w:rPr>
          <w:b w:val="0"/>
          <w:i w:val="0"/>
          <w:smallCaps w:val="0"/>
          <w:strike w:val="0"/>
          <w:sz w:val="16"/>
          <w:u w:val="none"/>
        </w:rPr>
        <w:t xml:space="preserve">oting, </w:t>
      </w:r>
      <w:r>
        <w:rPr>
          <w:b w:val="0"/>
          <w:i w:val="0"/>
          <w:smallCaps w:val="0"/>
          <w:strike w:val="0"/>
          <w:sz w:val="22"/>
          <w:u w:val="single"/>
        </w:rPr>
        <w:t>there are no spoilers</w:t>
      </w:r>
      <w:r>
        <w:rPr>
          <w:b w:val="0"/>
          <w:i w:val="0"/>
          <w:smallCaps w:val="0"/>
          <w:strike w:val="0"/>
          <w:sz w:val="16"/>
          <w:u w:val="none"/>
        </w:rPr>
        <w:t xml:space="preserve">. Voters can select their favorite candidate without having to make the </w:t>
      </w:r>
      <w:r>
        <w:rPr>
          <w:b w:val="0"/>
          <w:i w:val="0"/>
          <w:smallCaps w:val="0"/>
          <w:strike w:val="0"/>
          <w:sz w:val="16"/>
          <w:u w:val="none"/>
        </w:rPr>
        <w:t>internal calculation of whether that’s going to help their least favorite candidate get elected.</w:t>
      </w:r>
    </w:p>
    <w:p>
      <w:pPr>
        <w:spacing w:after="60"/>
      </w:pPr>
      <w:r>
        <w:rPr>
          <w:b w:val="0"/>
          <w:i w:val="0"/>
          <w:smallCaps w:val="0"/>
          <w:strike w:val="0"/>
          <w:sz w:val="16"/>
          <w:u w:val="none"/>
        </w:rPr>
        <w:t>That’s because after selecting their favorite candidate, voters go on to rank the rest of the candidates in order of preference. If one candidate gets a majority of the first-place votes, he or she wins, as in the traditional system. But if not, as is often the case when there are more than two competitors, the candidate who comes in last is eliminated. Those who voted for that person then have their votes counted for their second-choice candidate. This retallying continues until there’s an outright majority for one competitor.</w:t>
      </w:r>
    </w:p>
    <w:p>
      <w:pPr>
        <w:spacing w:after="60"/>
      </w:pPr>
      <w:r>
        <w:rPr>
          <w:b w:val="0"/>
          <w:i w:val="0"/>
          <w:smallCaps w:val="0"/>
          <w:strike w:val="0"/>
          <w:sz w:val="22"/>
          <w:u w:val="single"/>
        </w:rPr>
        <w:t xml:space="preserve">This </w:t>
      </w:r>
      <w:r>
        <w:rPr>
          <w:b/>
          <w:i w:val="0"/>
          <w:smallCaps w:val="0"/>
          <w:strike w:val="0"/>
          <w:sz w:val="22"/>
          <w:u w:val="single"/>
        </w:rPr>
        <w:t>encourages more candidates</w:t>
      </w:r>
      <w:r>
        <w:rPr>
          <w:b w:val="0"/>
          <w:i w:val="0"/>
          <w:smallCaps w:val="0"/>
          <w:strike w:val="0"/>
          <w:sz w:val="22"/>
          <w:u w:val="single"/>
        </w:rPr>
        <w:t xml:space="preserve"> to run</w:t>
      </w:r>
      <w:r>
        <w:rPr>
          <w:b w:val="0"/>
          <w:i w:val="0"/>
          <w:smallCaps w:val="0"/>
          <w:strike w:val="0"/>
          <w:sz w:val="22"/>
          <w:u w:val="single"/>
        </w:rPr>
        <w:t>, expanding the field of voices</w:t>
      </w:r>
      <w:r>
        <w:rPr>
          <w:b w:val="0"/>
          <w:i w:val="0"/>
          <w:smallCaps w:val="0"/>
          <w:strike w:val="0"/>
          <w:sz w:val="16"/>
          <w:u w:val="none"/>
        </w:rPr>
        <w:t>, because minor party candidates are no longer dismissed as spoilers. It also changes the incentives of campaigning. In a whoever-gets-the-most-votes-wins election, it makes strategic sense to appeal to a limited but passionate base, so they turn out in large numbers, and go negative against your strongest opponents, so others shun them. But in a ranked-choice voting election, the strategic calculus changes. Since second and third (and sometimes even fourth and fifth) preferences matter, candidates have an incentive to appeal to one another’s supporters, and to build bridges instead of trying to tear one another down.</w:t>
      </w:r>
    </w:p>
    <w:p>
      <w:pPr>
        <w:spacing w:after="60"/>
      </w:pPr>
      <w:r>
        <w:rPr>
          <w:b w:val="0"/>
          <w:i w:val="0"/>
          <w:smallCaps w:val="0"/>
          <w:strike w:val="0"/>
          <w:sz w:val="16"/>
          <w:u w:val="none"/>
        </w:rPr>
        <w:t xml:space="preserve">Thus, </w:t>
      </w:r>
      <w:r>
        <w:rPr>
          <w:b w:val="0"/>
          <w:i w:val="0"/>
          <w:smallCaps w:val="0"/>
          <w:strike w:val="0"/>
          <w:sz w:val="22"/>
          <w:u w:val="single"/>
        </w:rPr>
        <w:t>in cities where r</w:t>
      </w:r>
      <w:r>
        <w:rPr>
          <w:b w:val="0"/>
          <w:i w:val="0"/>
          <w:smallCaps w:val="0"/>
          <w:strike w:val="0"/>
          <w:sz w:val="16"/>
          <w:u w:val="none"/>
        </w:rPr>
        <w:t>anked-</w:t>
      </w:r>
      <w:r>
        <w:rPr>
          <w:b w:val="0"/>
          <w:i w:val="0"/>
          <w:smallCaps w:val="0"/>
          <w:strike w:val="0"/>
          <w:sz w:val="22"/>
          <w:u w:val="single"/>
        </w:rPr>
        <w:t>c</w:t>
      </w:r>
      <w:r>
        <w:rPr>
          <w:b w:val="0"/>
          <w:i w:val="0"/>
          <w:smallCaps w:val="0"/>
          <w:strike w:val="0"/>
          <w:sz w:val="16"/>
          <w:u w:val="none"/>
        </w:rPr>
        <w:t xml:space="preserve">hoice </w:t>
      </w:r>
      <w:r>
        <w:rPr>
          <w:b w:val="0"/>
          <w:i w:val="0"/>
          <w:smallCaps w:val="0"/>
          <w:strike w:val="0"/>
          <w:sz w:val="22"/>
          <w:u w:val="single"/>
        </w:rPr>
        <w:t>v</w:t>
      </w:r>
      <w:r>
        <w:rPr>
          <w:b w:val="0"/>
          <w:i w:val="0"/>
          <w:smallCaps w:val="0"/>
          <w:strike w:val="0"/>
          <w:sz w:val="16"/>
          <w:u w:val="none"/>
        </w:rPr>
        <w:t xml:space="preserve">oting </w:t>
      </w:r>
      <w:r>
        <w:rPr>
          <w:b w:val="0"/>
          <w:i w:val="0"/>
          <w:smallCaps w:val="0"/>
          <w:strike w:val="0"/>
          <w:sz w:val="22"/>
          <w:u w:val="single"/>
        </w:rPr>
        <w:t xml:space="preserve">has been adopted, candidates devote less time to attacking each other, and voters say they are happier with </w:t>
      </w:r>
      <w:r>
        <w:rPr>
          <w:b/>
          <w:i w:val="0"/>
          <w:smallCaps w:val="0"/>
          <w:strike w:val="0"/>
          <w:sz w:val="22"/>
          <w:u w:val="single"/>
        </w:rPr>
        <w:t>more civil</w:t>
      </w:r>
      <w:r>
        <w:rPr>
          <w:b w:val="0"/>
          <w:i w:val="0"/>
          <w:smallCaps w:val="0"/>
          <w:strike w:val="0"/>
          <w:sz w:val="22"/>
          <w:u w:val="single"/>
        </w:rPr>
        <w:t xml:space="preserve"> and more </w:t>
      </w:r>
      <w:r>
        <w:rPr>
          <w:b/>
          <w:i w:val="0"/>
          <w:smallCaps w:val="0"/>
          <w:strike w:val="0"/>
          <w:sz w:val="22"/>
          <w:u w:val="single"/>
        </w:rPr>
        <w:t>positive</w:t>
      </w:r>
      <w:r>
        <w:rPr>
          <w:b w:val="0"/>
          <w:i w:val="0"/>
          <w:smallCaps w:val="0"/>
          <w:strike w:val="0"/>
          <w:sz w:val="22"/>
          <w:u w:val="single"/>
        </w:rPr>
        <w:t xml:space="preserve"> campaigning. This voting process also </w:t>
      </w:r>
      <w:r>
        <w:rPr>
          <w:b/>
          <w:i w:val="0"/>
          <w:smallCaps w:val="0"/>
          <w:strike w:val="0"/>
          <w:sz w:val="22"/>
          <w:u w:val="single"/>
        </w:rPr>
        <w:t>changes who</w:t>
      </w:r>
      <w:r>
        <w:rPr>
          <w:b w:val="0"/>
          <w:i w:val="0"/>
          <w:smallCaps w:val="0"/>
          <w:strike w:val="0"/>
          <w:sz w:val="22"/>
          <w:u w:val="single"/>
        </w:rPr>
        <w:t xml:space="preserve"> runs and </w:t>
      </w:r>
      <w:r>
        <w:rPr>
          <w:b/>
          <w:i w:val="0"/>
          <w:smallCaps w:val="0"/>
          <w:strike w:val="0"/>
          <w:sz w:val="22"/>
          <w:u w:val="single"/>
        </w:rPr>
        <w:t>wins</w:t>
      </w:r>
      <w:r>
        <w:rPr>
          <w:b w:val="0"/>
          <w:i w:val="0"/>
          <w:smallCaps w:val="0"/>
          <w:strike w:val="0"/>
          <w:sz w:val="22"/>
          <w:u w:val="single"/>
        </w:rPr>
        <w:t xml:space="preserve">. </w:t>
      </w:r>
      <w:r>
        <w:rPr>
          <w:b/>
          <w:i w:val="0"/>
          <w:smallCaps w:val="0"/>
          <w:strike w:val="0"/>
          <w:sz w:val="22"/>
          <w:u w:val="single"/>
        </w:rPr>
        <w:t>Female and minority candidates</w:t>
      </w:r>
      <w:r>
        <w:rPr>
          <w:b w:val="0"/>
          <w:i w:val="0"/>
          <w:smallCaps w:val="0"/>
          <w:strike w:val="0"/>
          <w:sz w:val="22"/>
          <w:u w:val="single"/>
        </w:rPr>
        <w:t xml:space="preserve">, and especially female-minority candidates, tend to run and </w:t>
      </w:r>
      <w:r>
        <w:rPr>
          <w:b/>
          <w:i w:val="0"/>
          <w:smallCaps w:val="0"/>
          <w:strike w:val="0"/>
          <w:sz w:val="22"/>
          <w:u w:val="single"/>
        </w:rPr>
        <w:t>win more</w:t>
      </w:r>
      <w:r>
        <w:rPr>
          <w:b w:val="0"/>
          <w:i w:val="0"/>
          <w:smallCaps w:val="0"/>
          <w:strike w:val="0"/>
          <w:sz w:val="22"/>
          <w:u w:val="single"/>
        </w:rPr>
        <w:t xml:space="preserve">. Female candidates </w:t>
      </w:r>
      <w:r>
        <w:rPr>
          <w:b w:val="0"/>
          <w:i w:val="0"/>
          <w:smallCaps w:val="0"/>
          <w:strike w:val="0"/>
          <w:sz w:val="22"/>
          <w:u w:val="single"/>
        </w:rPr>
        <w:t>in particular tend</w:t>
      </w:r>
      <w:r>
        <w:rPr>
          <w:b w:val="0"/>
          <w:i w:val="0"/>
          <w:smallCaps w:val="0"/>
          <w:strike w:val="0"/>
          <w:sz w:val="22"/>
          <w:u w:val="single"/>
        </w:rPr>
        <w:t xml:space="preserve"> to benefit from the less-negative style of campaigning that emerges under the new voting method because they tend toward a more </w:t>
      </w:r>
      <w:r>
        <w:rPr>
          <w:b/>
          <w:i w:val="0"/>
          <w:smallCaps w:val="0"/>
          <w:strike w:val="0"/>
          <w:sz w:val="22"/>
          <w:u w:val="single"/>
        </w:rPr>
        <w:t xml:space="preserve">cooperative </w:t>
      </w:r>
      <w:r>
        <w:rPr>
          <w:b w:val="0"/>
          <w:i w:val="0"/>
          <w:smallCaps w:val="0"/>
          <w:strike w:val="0"/>
          <w:sz w:val="22"/>
          <w:u w:val="single"/>
        </w:rPr>
        <w:t xml:space="preserve">style of </w:t>
      </w:r>
      <w:r>
        <w:rPr>
          <w:b/>
          <w:i w:val="0"/>
          <w:smallCaps w:val="0"/>
          <w:strike w:val="0"/>
          <w:sz w:val="22"/>
          <w:u w:val="single"/>
        </w:rPr>
        <w:t>campaigning</w:t>
      </w:r>
      <w:r>
        <w:rPr>
          <w:b w:val="0"/>
          <w:i w:val="0"/>
          <w:smallCaps w:val="0"/>
          <w:strike w:val="0"/>
          <w:sz w:val="22"/>
          <w:u w:val="single"/>
        </w:rPr>
        <w:t>.</w:t>
      </w:r>
    </w:p>
    <w:p>
      <w:pPr>
        <w:spacing w:after="60"/>
      </w:pPr>
      <w:r>
        <w:rPr>
          <w:b w:val="0"/>
          <w:i w:val="0"/>
          <w:smallCaps w:val="0"/>
          <w:strike w:val="0"/>
          <w:sz w:val="16"/>
          <w:u w:val="none"/>
        </w:rPr>
        <w:t xml:space="preserve">While </w:t>
      </w:r>
      <w:r>
        <w:rPr>
          <w:b/>
          <w:i w:val="0"/>
          <w:smallCaps w:val="0"/>
          <w:strike w:val="0"/>
          <w:sz w:val="22"/>
          <w:u w:val="single"/>
        </w:rPr>
        <w:t>r</w:t>
      </w:r>
      <w:r>
        <w:rPr>
          <w:b w:val="0"/>
          <w:i w:val="0"/>
          <w:smallCaps w:val="0"/>
          <w:strike w:val="0"/>
          <w:sz w:val="16"/>
          <w:u w:val="none"/>
        </w:rPr>
        <w:t>anked-</w:t>
      </w:r>
      <w:r>
        <w:rPr>
          <w:b/>
          <w:i w:val="0"/>
          <w:smallCaps w:val="0"/>
          <w:strike w:val="0"/>
          <w:sz w:val="22"/>
          <w:u w:val="single"/>
        </w:rPr>
        <w:t>c</w:t>
      </w:r>
      <w:r>
        <w:rPr>
          <w:b w:val="0"/>
          <w:i w:val="0"/>
          <w:smallCaps w:val="0"/>
          <w:strike w:val="0"/>
          <w:sz w:val="16"/>
          <w:u w:val="none"/>
        </w:rPr>
        <w:t xml:space="preserve">hoice </w:t>
      </w:r>
      <w:r>
        <w:rPr>
          <w:b/>
          <w:i w:val="0"/>
          <w:smallCaps w:val="0"/>
          <w:strike w:val="0"/>
          <w:sz w:val="22"/>
          <w:u w:val="single"/>
        </w:rPr>
        <w:t>v</w:t>
      </w:r>
      <w:r>
        <w:rPr>
          <w:b w:val="0"/>
          <w:i w:val="0"/>
          <w:smallCaps w:val="0"/>
          <w:strike w:val="0"/>
          <w:sz w:val="16"/>
          <w:u w:val="none"/>
        </w:rPr>
        <w:t xml:space="preserve">oting feels like a hot new reform, it </w:t>
      </w:r>
      <w:r>
        <w:rPr>
          <w:b w:val="0"/>
          <w:i w:val="0"/>
          <w:smallCaps w:val="0"/>
          <w:strike w:val="0"/>
          <w:sz w:val="16"/>
          <w:u w:val="none"/>
        </w:rPr>
        <w:t xml:space="preserve">actually </w:t>
      </w:r>
      <w:r>
        <w:rPr>
          <w:b/>
          <w:i w:val="0"/>
          <w:smallCaps w:val="0"/>
          <w:strike w:val="0"/>
          <w:sz w:val="22"/>
          <w:u w:val="single"/>
        </w:rPr>
        <w:t>has</w:t>
      </w:r>
      <w:r>
        <w:rPr>
          <w:b/>
          <w:i w:val="0"/>
          <w:smallCaps w:val="0"/>
          <w:strike w:val="0"/>
          <w:sz w:val="22"/>
          <w:u w:val="single"/>
        </w:rPr>
        <w:t xml:space="preserve"> a long history</w:t>
      </w:r>
      <w:r>
        <w:rPr>
          <w:b w:val="0"/>
          <w:i w:val="0"/>
          <w:smallCaps w:val="0"/>
          <w:strike w:val="0"/>
          <w:sz w:val="22"/>
          <w:u w:val="single"/>
        </w:rPr>
        <w:t xml:space="preserve"> in the U</w:t>
      </w:r>
      <w:r>
        <w:rPr>
          <w:b w:val="0"/>
          <w:i w:val="0"/>
          <w:smallCaps w:val="0"/>
          <w:strike w:val="0"/>
          <w:sz w:val="16"/>
          <w:u w:val="none"/>
        </w:rPr>
        <w:t xml:space="preserve">nited </w:t>
      </w:r>
      <w:r>
        <w:rPr>
          <w:b w:val="0"/>
          <w:i w:val="0"/>
          <w:smallCaps w:val="0"/>
          <w:strike w:val="0"/>
          <w:sz w:val="22"/>
          <w:u w:val="single"/>
        </w:rPr>
        <w:t>S</w:t>
      </w:r>
      <w:r>
        <w:rPr>
          <w:b w:val="0"/>
          <w:i w:val="0"/>
          <w:smallCaps w:val="0"/>
          <w:strike w:val="0"/>
          <w:sz w:val="16"/>
          <w:u w:val="none"/>
        </w:rPr>
        <w:t xml:space="preserve">tates — including in New York City, as part of the progressives’ broader municipal reform movement. In the first half of the 20th century, 24 U.S. cities adopted a </w:t>
      </w:r>
      <w:r>
        <w:rPr>
          <w:b w:val="0"/>
          <w:i w:val="0"/>
          <w:smallCaps w:val="0"/>
          <w:strike w:val="0"/>
          <w:sz w:val="16"/>
          <w:u w:val="none"/>
        </w:rPr>
        <w:t>multiwinner</w:t>
      </w:r>
      <w:r>
        <w:rPr>
          <w:b w:val="0"/>
          <w:i w:val="0"/>
          <w:smallCaps w:val="0"/>
          <w:strike w:val="0"/>
          <w:sz w:val="16"/>
          <w:u w:val="none"/>
        </w:rPr>
        <w:t xml:space="preserve"> form of ranked-choice voting. New York adopted it in 1936, only to repeal it in 1947 when leadership of both parties saw it as a threat. Today, as then</w:t>
      </w:r>
      <w:r>
        <w:rPr>
          <w:b w:val="0"/>
          <w:i w:val="0"/>
          <w:smallCaps w:val="0"/>
          <w:strike w:val="0"/>
          <w:sz w:val="22"/>
          <w:u w:val="single"/>
        </w:rPr>
        <w:t xml:space="preserve">, it gives voters more choices, and has the potential to </w:t>
      </w:r>
      <w:r>
        <w:rPr>
          <w:b/>
          <w:i w:val="0"/>
          <w:smallCaps w:val="0"/>
          <w:strike w:val="0"/>
          <w:sz w:val="22"/>
          <w:u w:val="single"/>
        </w:rPr>
        <w:t>break the two-party dominance</w:t>
      </w:r>
      <w:r>
        <w:rPr>
          <w:b w:val="0"/>
          <w:i w:val="0"/>
          <w:smallCaps w:val="0"/>
          <w:strike w:val="0"/>
          <w:sz w:val="22"/>
          <w:u w:val="single"/>
        </w:rPr>
        <w:t xml:space="preserve"> of American democracy.</w:t>
      </w:r>
    </w:p>
    <w:p>
      <w:pPr>
        <w:spacing w:after="60"/>
      </w:pPr>
      <w:r>
        <w:rPr>
          <w:b w:val="0"/>
          <w:i w:val="0"/>
          <w:smallCaps w:val="0"/>
          <w:strike w:val="0"/>
          <w:sz w:val="16"/>
          <w:u w:val="none"/>
        </w:rPr>
        <w:t>It also has a long history around the world. Australia has used forms of ranked-choice voting for over 100 years. Ireland has used it for almost as long. Several other countries have adopted it more recently, including Fiji in 1999 and Papua New Guinea in 2007.</w:t>
      </w:r>
    </w:p>
    <w:p>
      <w:pPr>
        <w:spacing w:after="60"/>
      </w:pPr>
      <w:r>
        <w:rPr>
          <w:b w:val="0"/>
          <w:i w:val="0"/>
          <w:smallCaps w:val="0"/>
          <w:strike w:val="0"/>
          <w:sz w:val="16"/>
          <w:u w:val="none"/>
        </w:rPr>
        <w:t xml:space="preserve">The more recent U.S. good government reform movement of the vote started when </w:t>
      </w:r>
      <w:r>
        <w:rPr>
          <w:b/>
          <w:i w:val="0"/>
          <w:smallCaps w:val="0"/>
          <w:strike w:val="0"/>
          <w:sz w:val="22"/>
          <w:u w:val="single"/>
        </w:rPr>
        <w:t>San Francisco</w:t>
      </w:r>
      <w:r>
        <w:rPr>
          <w:b w:val="0"/>
          <w:i w:val="0"/>
          <w:smallCaps w:val="0"/>
          <w:strike w:val="0"/>
          <w:sz w:val="22"/>
          <w:u w:val="single"/>
        </w:rPr>
        <w:t xml:space="preserve"> approved ranked-choice voting in 2002 and </w:t>
      </w:r>
      <w:r>
        <w:rPr>
          <w:b/>
          <w:i w:val="0"/>
          <w:smallCaps w:val="0"/>
          <w:strike w:val="0"/>
          <w:sz w:val="22"/>
          <w:u w:val="single"/>
        </w:rPr>
        <w:t>replaced a costly two-round system</w:t>
      </w:r>
      <w:r>
        <w:rPr>
          <w:b w:val="0"/>
          <w:i w:val="0"/>
          <w:smallCaps w:val="0"/>
          <w:strike w:val="0"/>
          <w:sz w:val="22"/>
          <w:u w:val="single"/>
        </w:rPr>
        <w:t xml:space="preserve"> with just one round, which also </w:t>
      </w:r>
      <w:r>
        <w:rPr>
          <w:b/>
          <w:i w:val="0"/>
          <w:smallCaps w:val="0"/>
          <w:strike w:val="0"/>
          <w:sz w:val="22"/>
          <w:u w:val="single"/>
        </w:rPr>
        <w:t>avoided</w:t>
      </w:r>
      <w:r>
        <w:rPr>
          <w:b w:val="0"/>
          <w:i w:val="0"/>
          <w:smallCaps w:val="0"/>
          <w:strike w:val="0"/>
          <w:sz w:val="22"/>
          <w:u w:val="single"/>
        </w:rPr>
        <w:t xml:space="preserve"> the problem of serious </w:t>
      </w:r>
      <w:r>
        <w:rPr>
          <w:b/>
          <w:i w:val="0"/>
          <w:smallCaps w:val="0"/>
          <w:strike w:val="0"/>
          <w:sz w:val="22"/>
          <w:u w:val="single"/>
        </w:rPr>
        <w:t>turnout decline</w:t>
      </w:r>
      <w:r>
        <w:rPr>
          <w:b w:val="0"/>
          <w:i w:val="0"/>
          <w:smallCaps w:val="0"/>
          <w:strike w:val="0"/>
          <w:sz w:val="22"/>
          <w:u w:val="single"/>
        </w:rPr>
        <w:t xml:space="preserve"> in run-off elections. It then got a big boost in 2018 when Maine voters approved the voting method. The state Legislature in Utah recently allowed all cities to use ranked-choice voting, and two piloted it this week. Next year will most likely see statewide ballot initiatives to use it in Alaska and Massachusetts.</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