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Lobbying doesn’t hurt democracy.</w:t>
      </w:r>
    </w:p>
    <w:p>
      <w:pPr>
        <w:spacing w:after="80"/>
      </w:pPr>
      <w:r>
        <w:rPr>
          <w:b/>
          <w:i w:val="0"/>
          <w:smallCaps w:val="0"/>
          <w:strike w:val="0"/>
          <w:sz w:val="26"/>
          <w:u w:val="none"/>
        </w:rPr>
        <w:t xml:space="preserve">Harsanyi 19 </w:t>
      </w:r>
      <w:r>
        <w:rPr>
          <w:b w:val="0"/>
          <w:i w:val="0"/>
          <w:smallCaps w:val="0"/>
          <w:strike w:val="0"/>
          <w:sz w:val="16"/>
          <w:u w:val="none"/>
        </w:rPr>
        <w:t>[</w:t>
      </w:r>
      <w:r>
        <w:rPr>
          <w:b w:val="0"/>
          <w:i w:val="0"/>
          <w:smallCaps w:val="0"/>
          <w:strike w:val="0"/>
          <w:sz w:val="16"/>
          <w:u w:val="none"/>
        </w:rPr>
        <w:t xml:space="preserve">David; June 7; journalist, columnist, and editor who writes for the Denver Post, Blaze, The Federalist, National Review; Real Clear Politics, “In Defense of Lobbying,” </w:t>
      </w:r>
      <w:r>
        <w:rPr>
          <w:b w:val="0"/>
          <w:i w:val="0"/>
          <w:smallCaps w:val="0"/>
          <w:strike w:val="0"/>
          <w:sz w:val="16"/>
          <w:u w:val="none"/>
        </w:rPr>
        <w:t>https://www.realclearpolitics.com/articles/2019/06/07/in_defense_of_lobbying_140515.html</w:t>
      </w:r>
      <w:r>
        <w:rPr>
          <w:b w:val="0"/>
          <w:i w:val="0"/>
          <w:smallCaps w:val="0"/>
          <w:strike w:val="0"/>
          <w:sz w:val="16"/>
          <w:u w:val="none"/>
        </w:rPr>
        <w:t xml:space="preserve">] </w:t>
      </w:r>
    </w:p>
    <w:p>
      <w:pPr>
        <w:spacing w:after="60"/>
      </w:pPr>
      <w:r>
        <w:rPr>
          <w:b w:val="0"/>
          <w:i w:val="0"/>
          <w:smallCaps w:val="0"/>
          <w:strike w:val="0"/>
          <w:sz w:val="22"/>
          <w:u w:val="single"/>
        </w:rPr>
        <w:t xml:space="preserve">There are </w:t>
      </w:r>
      <w:r>
        <w:rPr>
          <w:b/>
          <w:i w:val="0"/>
          <w:smallCaps w:val="0"/>
          <w:strike w:val="0"/>
          <w:sz w:val="22"/>
          <w:u w:val="single"/>
        </w:rPr>
        <w:t>fewer lobbyists</w:t>
      </w:r>
      <w:r>
        <w:rPr>
          <w:b w:val="0"/>
          <w:i w:val="0"/>
          <w:smallCaps w:val="0"/>
          <w:strike w:val="0"/>
          <w:sz w:val="22"/>
          <w:u w:val="single"/>
        </w:rPr>
        <w:t xml:space="preserve"> in D.C. </w:t>
      </w:r>
      <w:r>
        <w:rPr>
          <w:b/>
          <w:i w:val="0"/>
          <w:smallCaps w:val="0"/>
          <w:strike w:val="0"/>
          <w:sz w:val="22"/>
          <w:u w:val="single"/>
        </w:rPr>
        <w:t>today</w:t>
      </w:r>
      <w:r>
        <w:rPr>
          <w:b w:val="0"/>
          <w:i w:val="0"/>
          <w:smallCaps w:val="0"/>
          <w:strike w:val="0"/>
          <w:sz w:val="22"/>
          <w:u w:val="single"/>
        </w:rPr>
        <w:t xml:space="preserve"> than</w:t>
      </w:r>
      <w:r>
        <w:rPr>
          <w:b w:val="0"/>
          <w:i w:val="0"/>
          <w:smallCaps w:val="0"/>
          <w:strike w:val="0"/>
          <w:sz w:val="16"/>
          <w:u w:val="none"/>
        </w:rPr>
        <w:t xml:space="preserve"> there have been in </w:t>
      </w:r>
      <w:r>
        <w:rPr>
          <w:b w:val="0"/>
          <w:i w:val="0"/>
          <w:smallCaps w:val="0"/>
          <w:strike w:val="0"/>
          <w:sz w:val="22"/>
          <w:u w:val="single"/>
        </w:rPr>
        <w:t>the past 20 years</w:t>
      </w:r>
      <w:r>
        <w:rPr>
          <w:b w:val="0"/>
          <w:i w:val="0"/>
          <w:smallCaps w:val="0"/>
          <w:strike w:val="0"/>
          <w:sz w:val="16"/>
          <w:u w:val="none"/>
        </w:rPr>
        <w:t xml:space="preserve">, even though lobbying groups spend more money </w:t>
      </w:r>
      <w:r>
        <w:rPr>
          <w:b w:val="0"/>
          <w:i w:val="0"/>
          <w:smallCaps w:val="0"/>
          <w:strike w:val="0"/>
          <w:sz w:val="16"/>
          <w:u w:val="none"/>
        </w:rPr>
        <w:t>promoting their causes than ever. Many former politicians are functional "lobbyists" who simply don't register as such, yet still do virtually the same job. Which is to say, if you believe bans on speech will change the dynamic of politics, you're incredibly naive.</w:t>
      </w:r>
    </w:p>
    <w:p>
      <w:pPr>
        <w:spacing w:after="60"/>
      </w:pPr>
      <w:r>
        <w:rPr>
          <w:b w:val="0"/>
          <w:i w:val="0"/>
          <w:smallCaps w:val="0"/>
          <w:strike w:val="0"/>
          <w:sz w:val="16"/>
          <w:u w:val="none"/>
        </w:rPr>
        <w:t>It's unsurprising that the lobbyist-politician revolving door is nearly as busy as the journalist-political operative revolving door. Working in D.C. is a full-time job, and lobbying firms hire people with relevant experience and contacts. Who are they supposed to hire? Former bartenders? Snarky tweeters? Idealistic pundits? You can't outlaw Americans from gaining experience any more than you can outlaw them from staying in Washington. What you can do is vote for decent politicians, if such things exist.</w:t>
      </w:r>
    </w:p>
    <w:p>
      <w:pPr>
        <w:spacing w:after="60"/>
      </w:pPr>
      <w:r>
        <w:rPr>
          <w:b w:val="0"/>
          <w:i w:val="0"/>
          <w:smallCaps w:val="0"/>
          <w:strike w:val="0"/>
          <w:sz w:val="16"/>
          <w:u w:val="none"/>
        </w:rPr>
        <w:t xml:space="preserve">Then again, those you do vote into office know well that the average </w:t>
      </w:r>
      <w:r>
        <w:rPr>
          <w:b w:val="0"/>
          <w:i w:val="0"/>
          <w:smallCaps w:val="0"/>
          <w:strike w:val="0"/>
          <w:sz w:val="22"/>
          <w:u w:val="single"/>
        </w:rPr>
        <w:t>American sees "</w:t>
      </w:r>
      <w:r>
        <w:rPr>
          <w:b/>
          <w:i w:val="0"/>
          <w:smallCaps w:val="0"/>
          <w:strike w:val="0"/>
          <w:sz w:val="22"/>
          <w:u w:val="single"/>
        </w:rPr>
        <w:t>lobbying</w:t>
      </w:r>
      <w:r>
        <w:rPr>
          <w:b w:val="0"/>
          <w:i w:val="0"/>
          <w:smallCaps w:val="0"/>
          <w:strike w:val="0"/>
          <w:sz w:val="22"/>
          <w:u w:val="single"/>
        </w:rPr>
        <w:t xml:space="preserve">" as a </w:t>
      </w:r>
      <w:r>
        <w:rPr>
          <w:b/>
          <w:i w:val="0"/>
          <w:smallCaps w:val="0"/>
          <w:strike w:val="0"/>
          <w:sz w:val="22"/>
          <w:u w:val="single"/>
        </w:rPr>
        <w:t>catchall</w:t>
      </w:r>
      <w:r>
        <w:rPr>
          <w:b w:val="0"/>
          <w:i w:val="0"/>
          <w:smallCaps w:val="0"/>
          <w:strike w:val="0"/>
          <w:sz w:val="22"/>
          <w:u w:val="single"/>
        </w:rPr>
        <w:t xml:space="preserve"> for all the troubles in the world</w:t>
      </w:r>
      <w:r>
        <w:rPr>
          <w:b w:val="0"/>
          <w:i w:val="0"/>
          <w:smallCaps w:val="0"/>
          <w:strike w:val="0"/>
          <w:sz w:val="16"/>
          <w:u w:val="none"/>
        </w:rPr>
        <w:t xml:space="preserve">. For progressives, it's about </w:t>
      </w:r>
      <w:r>
        <w:rPr>
          <w:b w:val="0"/>
          <w:i w:val="0"/>
          <w:smallCaps w:val="0"/>
          <w:strike w:val="0"/>
          <w:sz w:val="22"/>
          <w:u w:val="single"/>
        </w:rPr>
        <w:t>"corporate interests" or oil companies or Koch brothers.</w:t>
      </w:r>
      <w:r>
        <w:rPr>
          <w:b w:val="0"/>
          <w:i w:val="0"/>
          <w:smallCaps w:val="0"/>
          <w:strike w:val="0"/>
          <w:sz w:val="16"/>
          <w:u w:val="none"/>
        </w:rPr>
        <w:t xml:space="preserve"> For conservatives, it's unions and environmentalist groups and George Soros. For everyone, "</w:t>
      </w:r>
      <w:r>
        <w:rPr>
          <w:b w:val="0"/>
          <w:i w:val="0"/>
          <w:smallCaps w:val="0"/>
          <w:strike w:val="0"/>
          <w:sz w:val="22"/>
          <w:u w:val="single"/>
        </w:rPr>
        <w:t xml:space="preserve">special interests" is just a </w:t>
      </w:r>
      <w:r>
        <w:rPr>
          <w:b/>
          <w:i w:val="0"/>
          <w:smallCaps w:val="0"/>
          <w:strike w:val="0"/>
          <w:sz w:val="22"/>
          <w:u w:val="single"/>
        </w:rPr>
        <w:t>euphemism</w:t>
      </w:r>
      <w:r>
        <w:rPr>
          <w:b w:val="0"/>
          <w:i w:val="0"/>
          <w:smallCaps w:val="0"/>
          <w:strike w:val="0"/>
          <w:sz w:val="22"/>
          <w:u w:val="single"/>
        </w:rPr>
        <w:t xml:space="preserve"> for political advocacy </w:t>
      </w:r>
      <w:r>
        <w:rPr>
          <w:b/>
          <w:i w:val="0"/>
          <w:smallCaps w:val="0"/>
          <w:strike w:val="0"/>
          <w:sz w:val="22"/>
          <w:u w:val="single"/>
        </w:rPr>
        <w:t>they dislike.</w:t>
      </w:r>
    </w:p>
    <w:p>
      <w:pPr>
        <w:spacing w:after="60"/>
      </w:pPr>
      <w:r>
        <w:rPr>
          <w:b w:val="0"/>
          <w:i w:val="0"/>
          <w:smallCaps w:val="0"/>
          <w:strike w:val="0"/>
          <w:sz w:val="16"/>
          <w:u w:val="none"/>
        </w:rPr>
        <w:t xml:space="preserve">For more than a century, </w:t>
      </w:r>
      <w:r>
        <w:rPr>
          <w:b/>
          <w:i w:val="0"/>
          <w:smallCaps w:val="0"/>
          <w:strike w:val="0"/>
          <w:sz w:val="22"/>
          <w:u w:val="single"/>
        </w:rPr>
        <w:t>lobbyists</w:t>
      </w:r>
      <w:r>
        <w:rPr>
          <w:b w:val="0"/>
          <w:i w:val="0"/>
          <w:smallCaps w:val="0"/>
          <w:strike w:val="0"/>
          <w:sz w:val="22"/>
          <w:u w:val="single"/>
        </w:rPr>
        <w:t xml:space="preserve"> have been</w:t>
      </w:r>
      <w:r>
        <w:rPr>
          <w:b w:val="0"/>
          <w:i w:val="0"/>
          <w:smallCaps w:val="0"/>
          <w:strike w:val="0"/>
          <w:sz w:val="16"/>
          <w:u w:val="none"/>
        </w:rPr>
        <w:t xml:space="preserve"> useful </w:t>
      </w:r>
      <w:r>
        <w:rPr>
          <w:b/>
          <w:i w:val="0"/>
          <w:smallCaps w:val="0"/>
          <w:strike w:val="0"/>
          <w:sz w:val="22"/>
          <w:u w:val="single"/>
        </w:rPr>
        <w:t>strawmen</w:t>
      </w:r>
      <w:r>
        <w:rPr>
          <w:b w:val="0"/>
          <w:i w:val="0"/>
          <w:smallCaps w:val="0"/>
          <w:strike w:val="0"/>
          <w:sz w:val="22"/>
          <w:u w:val="single"/>
        </w:rPr>
        <w:t xml:space="preserve"> for elected officials who want to avoid</w:t>
      </w:r>
      <w:r>
        <w:rPr>
          <w:b w:val="0"/>
          <w:i w:val="0"/>
          <w:smallCaps w:val="0"/>
          <w:strike w:val="0"/>
          <w:sz w:val="16"/>
          <w:u w:val="none"/>
        </w:rPr>
        <w:t xml:space="preserve"> directly </w:t>
      </w:r>
      <w:r>
        <w:rPr>
          <w:b/>
          <w:i w:val="0"/>
          <w:smallCaps w:val="0"/>
          <w:strike w:val="0"/>
          <w:sz w:val="22"/>
          <w:u w:val="single"/>
        </w:rPr>
        <w:t>insulting voters</w:t>
      </w:r>
      <w:r>
        <w:rPr>
          <w:b w:val="0"/>
          <w:i w:val="0"/>
          <w:smallCaps w:val="0"/>
          <w:strike w:val="0"/>
          <w:sz w:val="22"/>
          <w:u w:val="single"/>
        </w:rPr>
        <w:t xml:space="preserve"> and smearing</w:t>
      </w:r>
      <w:r>
        <w:rPr>
          <w:b w:val="0"/>
          <w:i w:val="0"/>
          <w:smallCaps w:val="0"/>
          <w:strike w:val="0"/>
          <w:sz w:val="16"/>
          <w:u w:val="none"/>
        </w:rPr>
        <w:t xml:space="preserve"> their </w:t>
      </w:r>
      <w:r>
        <w:rPr>
          <w:b w:val="0"/>
          <w:i w:val="0"/>
          <w:smallCaps w:val="0"/>
          <w:strike w:val="0"/>
          <w:sz w:val="22"/>
          <w:u w:val="single"/>
        </w:rPr>
        <w:t>opponents</w:t>
      </w:r>
      <w:r>
        <w:rPr>
          <w:b w:val="0"/>
          <w:i w:val="0"/>
          <w:smallCaps w:val="0"/>
          <w:strike w:val="0"/>
          <w:sz w:val="16"/>
          <w:u w:val="none"/>
        </w:rPr>
        <w:t xml:space="preserve"> as lapdogs. </w:t>
      </w:r>
      <w:r>
        <w:rPr>
          <w:b w:val="0"/>
          <w:i w:val="0"/>
          <w:smallCaps w:val="0"/>
          <w:strike w:val="0"/>
          <w:sz w:val="22"/>
          <w:u w:val="single"/>
        </w:rPr>
        <w:t>The most obvious</w:t>
      </w:r>
      <w:r>
        <w:rPr>
          <w:b w:val="0"/>
          <w:i w:val="0"/>
          <w:smallCaps w:val="0"/>
          <w:strike w:val="0"/>
          <w:sz w:val="16"/>
          <w:u w:val="none"/>
        </w:rPr>
        <w:t xml:space="preserve"> example </w:t>
      </w:r>
      <w:r>
        <w:rPr>
          <w:b w:val="0"/>
          <w:i w:val="0"/>
          <w:smallCaps w:val="0"/>
          <w:strike w:val="0"/>
          <w:sz w:val="22"/>
          <w:u w:val="single"/>
        </w:rPr>
        <w:t>is the</w:t>
      </w:r>
      <w:r>
        <w:rPr>
          <w:b w:val="0"/>
          <w:i w:val="0"/>
          <w:smallCaps w:val="0"/>
          <w:strike w:val="0"/>
          <w:sz w:val="16"/>
          <w:u w:val="none"/>
        </w:rPr>
        <w:t xml:space="preserve"> preposterous </w:t>
      </w:r>
      <w:r>
        <w:rPr>
          <w:b w:val="0"/>
          <w:i w:val="0"/>
          <w:smallCaps w:val="0"/>
          <w:strike w:val="0"/>
          <w:sz w:val="22"/>
          <w:u w:val="single"/>
        </w:rPr>
        <w:t>treatment the N</w:t>
      </w:r>
      <w:r>
        <w:rPr>
          <w:b w:val="0"/>
          <w:i w:val="0"/>
          <w:smallCaps w:val="0"/>
          <w:strike w:val="0"/>
          <w:sz w:val="16"/>
          <w:u w:val="none"/>
        </w:rPr>
        <w:t xml:space="preserve">ational </w:t>
      </w:r>
      <w:r>
        <w:rPr>
          <w:b w:val="0"/>
          <w:i w:val="0"/>
          <w:smallCaps w:val="0"/>
          <w:strike w:val="0"/>
          <w:sz w:val="22"/>
          <w:u w:val="single"/>
        </w:rPr>
        <w:t>R</w:t>
      </w:r>
      <w:r>
        <w:rPr>
          <w:b w:val="0"/>
          <w:i w:val="0"/>
          <w:smallCaps w:val="0"/>
          <w:strike w:val="0"/>
          <w:sz w:val="16"/>
          <w:u w:val="none"/>
        </w:rPr>
        <w:t xml:space="preserve">ifle </w:t>
      </w:r>
      <w:r>
        <w:rPr>
          <w:b w:val="0"/>
          <w:i w:val="0"/>
          <w:smallCaps w:val="0"/>
          <w:strike w:val="0"/>
          <w:sz w:val="22"/>
          <w:u w:val="single"/>
        </w:rPr>
        <w:t>A</w:t>
      </w:r>
      <w:r>
        <w:rPr>
          <w:b w:val="0"/>
          <w:i w:val="0"/>
          <w:smallCaps w:val="0"/>
          <w:strike w:val="0"/>
          <w:sz w:val="16"/>
          <w:u w:val="none"/>
        </w:rPr>
        <w:t xml:space="preserve">ssociation has gotten over the years. </w:t>
      </w:r>
      <w:r>
        <w:rPr>
          <w:b w:val="0"/>
          <w:i w:val="0"/>
          <w:smallCaps w:val="0"/>
          <w:strike w:val="0"/>
          <w:sz w:val="22"/>
          <w:u w:val="single"/>
        </w:rPr>
        <w:t xml:space="preserve">Democrats like to pretend that the Second Amendment </w:t>
      </w:r>
      <w:r>
        <w:rPr>
          <w:b w:val="0"/>
          <w:i w:val="0"/>
          <w:smallCaps w:val="0"/>
          <w:strike w:val="0"/>
          <w:sz w:val="16"/>
          <w:u w:val="none"/>
        </w:rPr>
        <w:t xml:space="preserve">advocacy </w:t>
      </w:r>
      <w:r>
        <w:rPr>
          <w:b w:val="0"/>
          <w:i w:val="0"/>
          <w:smallCaps w:val="0"/>
          <w:strike w:val="0"/>
          <w:sz w:val="22"/>
          <w:u w:val="single"/>
        </w:rPr>
        <w:t xml:space="preserve">group is holding </w:t>
      </w:r>
      <w:r>
        <w:rPr>
          <w:b w:val="0"/>
          <w:i w:val="0"/>
          <w:smallCaps w:val="0"/>
          <w:strike w:val="0"/>
          <w:sz w:val="22"/>
          <w:u w:val="single"/>
        </w:rPr>
        <w:t>politicians</w:t>
      </w:r>
      <w:r>
        <w:rPr>
          <w:b w:val="0"/>
          <w:i w:val="0"/>
          <w:smallCaps w:val="0"/>
          <w:strike w:val="0"/>
          <w:sz w:val="22"/>
          <w:u w:val="single"/>
        </w:rPr>
        <w:t xml:space="preserve"> hostage</w:t>
      </w:r>
      <w:r>
        <w:rPr>
          <w:b w:val="0"/>
          <w:i w:val="0"/>
          <w:smallCaps w:val="0"/>
          <w:strike w:val="0"/>
          <w:sz w:val="16"/>
          <w:u w:val="none"/>
        </w:rPr>
        <w:t xml:space="preserve"> </w:t>
      </w:r>
      <w:r>
        <w:rPr>
          <w:b w:val="0"/>
          <w:i w:val="0"/>
          <w:smallCaps w:val="0"/>
          <w:strike w:val="0"/>
          <w:sz w:val="22"/>
          <w:u w:val="single"/>
        </w:rPr>
        <w:t>rather than</w:t>
      </w:r>
      <w:r>
        <w:rPr>
          <w:b w:val="0"/>
          <w:i w:val="0"/>
          <w:smallCaps w:val="0"/>
          <w:strike w:val="0"/>
          <w:sz w:val="16"/>
          <w:u w:val="none"/>
        </w:rPr>
        <w:t xml:space="preserve"> merely </w:t>
      </w:r>
      <w:r>
        <w:rPr>
          <w:b w:val="0"/>
          <w:i w:val="0"/>
          <w:smallCaps w:val="0"/>
          <w:strike w:val="0"/>
          <w:sz w:val="22"/>
          <w:u w:val="single"/>
        </w:rPr>
        <w:t>representing</w:t>
      </w:r>
      <w:r>
        <w:rPr>
          <w:b w:val="0"/>
          <w:i w:val="0"/>
          <w:smallCaps w:val="0"/>
          <w:strike w:val="0"/>
          <w:sz w:val="16"/>
          <w:u w:val="none"/>
        </w:rPr>
        <w:t xml:space="preserve"> the positions of </w:t>
      </w:r>
      <w:r>
        <w:rPr>
          <w:b w:val="0"/>
          <w:i w:val="0"/>
          <w:smallCaps w:val="0"/>
          <w:strike w:val="0"/>
          <w:sz w:val="22"/>
          <w:u w:val="single"/>
        </w:rPr>
        <w:t>millions of voters</w:t>
      </w:r>
      <w:r>
        <w:rPr>
          <w:b w:val="0"/>
          <w:i w:val="0"/>
          <w:smallCaps w:val="0"/>
          <w:strike w:val="0"/>
          <w:sz w:val="16"/>
          <w:u w:val="none"/>
        </w:rPr>
        <w:t xml:space="preserve"> that those politicians rely on, in the same way that Planned Parenthood does.</w:t>
      </w:r>
    </w:p>
    <w:p>
      <w:pPr>
        <w:spacing w:after="60"/>
      </w:pPr>
      <w:r>
        <w:rPr>
          <w:b w:val="0"/>
          <w:i w:val="0"/>
          <w:smallCaps w:val="0"/>
          <w:strike w:val="0"/>
          <w:sz w:val="16"/>
          <w:u w:val="none"/>
        </w:rPr>
        <w:t xml:space="preserve">As hard as it may be to believe, </w:t>
      </w:r>
      <w:r>
        <w:rPr>
          <w:b/>
          <w:i w:val="0"/>
          <w:smallCaps w:val="0"/>
          <w:strike w:val="0"/>
          <w:sz w:val="22"/>
          <w:u w:val="single"/>
        </w:rPr>
        <w:t>lobbyist</w:t>
      </w:r>
      <w:r>
        <w:rPr>
          <w:b w:val="0"/>
          <w:i w:val="0"/>
          <w:smallCaps w:val="0"/>
          <w:strike w:val="0"/>
          <w:sz w:val="22"/>
          <w:u w:val="single"/>
        </w:rPr>
        <w:t xml:space="preserve"> speech can also be </w:t>
      </w:r>
      <w:r>
        <w:rPr>
          <w:b/>
          <w:i w:val="0"/>
          <w:smallCaps w:val="0"/>
          <w:strike w:val="0"/>
          <w:sz w:val="22"/>
          <w:u w:val="single"/>
        </w:rPr>
        <w:t>beneficial</w:t>
      </w:r>
      <w:r>
        <w:rPr>
          <w:b w:val="0"/>
          <w:i w:val="0"/>
          <w:smallCaps w:val="0"/>
          <w:strike w:val="0"/>
          <w:sz w:val="22"/>
          <w:u w:val="single"/>
        </w:rPr>
        <w:t>. Sometimes individuals</w:t>
      </w:r>
      <w:r>
        <w:rPr>
          <w:b w:val="0"/>
          <w:i w:val="0"/>
          <w:smallCaps w:val="0"/>
          <w:strike w:val="0"/>
          <w:sz w:val="16"/>
          <w:u w:val="none"/>
        </w:rPr>
        <w:t xml:space="preserve"> in an industry </w:t>
      </w:r>
      <w:r>
        <w:rPr>
          <w:b w:val="0"/>
          <w:i w:val="0"/>
          <w:smallCaps w:val="0"/>
          <w:strike w:val="0"/>
          <w:sz w:val="22"/>
          <w:u w:val="single"/>
        </w:rPr>
        <w:t>pool their resources and hire a lobbyist who makes arguments and offers expertise</w:t>
      </w:r>
      <w:r>
        <w:rPr>
          <w:b w:val="0"/>
          <w:i w:val="0"/>
          <w:smallCaps w:val="0"/>
          <w:strike w:val="0"/>
          <w:sz w:val="16"/>
          <w:u w:val="none"/>
        </w:rPr>
        <w:t xml:space="preserve"> -- biased as it surely is -- </w:t>
      </w:r>
      <w:r>
        <w:rPr>
          <w:b w:val="0"/>
          <w:i w:val="0"/>
          <w:smallCaps w:val="0"/>
          <w:strike w:val="0"/>
          <w:sz w:val="22"/>
          <w:u w:val="single"/>
        </w:rPr>
        <w:t>that politicians aren't aware of.</w:t>
      </w:r>
      <w:r>
        <w:rPr>
          <w:b w:val="0"/>
          <w:i w:val="0"/>
          <w:smallCaps w:val="0"/>
          <w:strike w:val="0"/>
          <w:sz w:val="16"/>
          <w:u w:val="none"/>
        </w:rPr>
        <w:t xml:space="preserve"> The downside, upside or cost of legislation, for example. Surely </w:t>
      </w:r>
      <w:r>
        <w:rPr>
          <w:b w:val="0"/>
          <w:i w:val="0"/>
          <w:smallCaps w:val="0"/>
          <w:strike w:val="0"/>
          <w:sz w:val="22"/>
          <w:u w:val="single"/>
        </w:rPr>
        <w:t>there are ignorant elected officials who harbor puerile ideas about the world that might benefit from hearing more information and debate.</w:t>
      </w:r>
    </w:p>
    <w:p>
      <w:pPr>
        <w:spacing w:after="60"/>
      </w:pPr>
      <w:r>
        <w:rPr>
          <w:b w:val="0"/>
          <w:i w:val="0"/>
          <w:smallCaps w:val="0"/>
          <w:strike w:val="0"/>
          <w:sz w:val="16"/>
          <w:u w:val="none"/>
        </w:rPr>
        <w:t xml:space="preserve">And since we're </w:t>
      </w:r>
      <w:r>
        <w:rPr>
          <w:b w:val="0"/>
          <w:i w:val="0"/>
          <w:smallCaps w:val="0"/>
          <w:strike w:val="0"/>
          <w:sz w:val="16"/>
          <w:u w:val="none"/>
        </w:rPr>
        <w:t>on the subject of Ocasio-Cortez</w:t>
      </w:r>
      <w:r>
        <w:rPr>
          <w:b w:val="0"/>
          <w:i w:val="0"/>
          <w:smallCaps w:val="0"/>
          <w:strike w:val="0"/>
          <w:sz w:val="16"/>
          <w:u w:val="none"/>
        </w:rPr>
        <w:t xml:space="preserve">, it's worth mentioning that both she and Cruz piggybacked on the idea brought up Democratic Party presidential hopefuls -- and aren't they all? -- Michael Bennet and Elizabeth Warren, who want members of Congress to ban legislators from lobbying after they leave </w:t>
      </w:r>
      <w:r>
        <w:rPr>
          <w:b w:val="0"/>
          <w:i w:val="0"/>
          <w:smallCaps w:val="0"/>
          <w:strike w:val="0"/>
          <w:sz w:val="16"/>
          <w:u w:val="none"/>
        </w:rPr>
        <w:t>office</w:t>
      </w:r>
      <w:r>
        <w:rPr>
          <w:b w:val="0"/>
          <w:i w:val="0"/>
          <w:smallCaps w:val="0"/>
          <w:strike w:val="0"/>
          <w:sz w:val="16"/>
          <w:u w:val="none"/>
        </w:rPr>
        <w:t>.</w:t>
      </w:r>
    </w:p>
    <w:p>
      <w:pPr>
        <w:spacing w:after="60"/>
      </w:pPr>
      <w:r>
        <w:rPr>
          <w:b w:val="0"/>
          <w:i w:val="0"/>
          <w:smallCaps w:val="0"/>
          <w:strike w:val="0"/>
          <w:sz w:val="16"/>
          <w:u w:val="none"/>
        </w:rPr>
        <w:t>"There's no constitutional right to get paid to peddle influence -- rightly so," the Massachusetts senator argues. Warren, who was making $430,000 as a Harvard law professor while also pulling in six figures as a consultant in anti-trust cases around the country, knows well that Americans don't need special permission to speak. The question is should Congress be able to ban someone like Warren, should she ever leave politics, from being able to make arguments in cases that have political implications or rely on the expertise she gained as a lawmaker?</w:t>
      </w:r>
    </w:p>
    <w:p>
      <w:pPr>
        <w:spacing w:after="60"/>
      </w:pPr>
      <w:r>
        <w:rPr>
          <w:b w:val="0"/>
          <w:i w:val="0"/>
          <w:smallCaps w:val="0"/>
          <w:strike w:val="0"/>
          <w:sz w:val="22"/>
          <w:u w:val="single"/>
        </w:rPr>
        <w:t xml:space="preserve">Lobbying </w:t>
      </w:r>
      <w:r>
        <w:rPr>
          <w:b/>
          <w:i w:val="0"/>
          <w:smallCaps w:val="0"/>
          <w:strike w:val="0"/>
          <w:sz w:val="22"/>
          <w:u w:val="single"/>
        </w:rPr>
        <w:t>isn't inherently unethical</w:t>
      </w:r>
      <w:r>
        <w:rPr>
          <w:b w:val="0"/>
          <w:i w:val="0"/>
          <w:smallCaps w:val="0"/>
          <w:strike w:val="0"/>
          <w:sz w:val="22"/>
          <w:u w:val="single"/>
        </w:rPr>
        <w:t>. There are lobbyists for construction workers, nurses, casket makers, lawn care providers, and numerous other industries that most voters probably find morally neutral.</w:t>
      </w:r>
      <w:r>
        <w:rPr>
          <w:b w:val="0"/>
          <w:i w:val="0"/>
          <w:smallCaps w:val="0"/>
          <w:strike w:val="0"/>
          <w:sz w:val="16"/>
          <w:u w:val="none"/>
        </w:rPr>
        <w:t xml:space="preserve"> Yet, not one of these outfits, </w:t>
      </w:r>
      <w:r>
        <w:rPr>
          <w:b w:val="0"/>
          <w:i w:val="0"/>
          <w:smallCaps w:val="0"/>
          <w:strike w:val="0"/>
          <w:sz w:val="22"/>
          <w:u w:val="single"/>
        </w:rPr>
        <w:t>not even the ones with the most money or the most politicized agendas, has ever controlled your vote or the vote of your cowardly elected official.</w:t>
      </w:r>
    </w:p>
    <w:p>
      <w:pPr>
        <w:spacing w:after="60"/>
      </w:pPr>
      <w:r>
        <w:rPr>
          <w:b w:val="0"/>
          <w:i w:val="0"/>
          <w:smallCaps w:val="0"/>
          <w:strike w:val="0"/>
          <w:sz w:val="22"/>
          <w:u w:val="single"/>
        </w:rPr>
        <w:t xml:space="preserve">Politicians rely on groups whose views comport with their own agendas. </w:t>
      </w:r>
      <w:r>
        <w:rPr>
          <w:b/>
          <w:i w:val="0"/>
          <w:smallCaps w:val="0"/>
          <w:strike w:val="0"/>
          <w:sz w:val="22"/>
          <w:u w:val="single"/>
        </w:rPr>
        <w:t>Banning speech won't change that reality.</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