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NFU fails and triggers nuclear and chemical war with Russia and China---four warrants.</w:t>
      </w:r>
    </w:p>
    <w:p>
      <w:pPr>
        <w:spacing w:after="80"/>
      </w:pPr>
      <w:r>
        <w:rPr>
          <w:b/>
          <w:i w:val="0"/>
          <w:smallCaps w:val="0"/>
          <w:strike w:val="0"/>
          <w:sz w:val="26"/>
          <w:u w:val="none"/>
        </w:rPr>
        <w:t xml:space="preserve">Heinrichs ’20 </w:t>
      </w:r>
      <w:r>
        <w:rPr>
          <w:b w:val="0"/>
          <w:i w:val="0"/>
          <w:smallCaps w:val="0"/>
          <w:strike w:val="0"/>
          <w:sz w:val="16"/>
          <w:u w:val="none"/>
        </w:rPr>
        <w:t>[Rebeccah; August 24; S</w:t>
      </w:r>
      <w:r>
        <w:rPr>
          <w:b w:val="0"/>
          <w:i w:val="0"/>
          <w:smallCaps w:val="0"/>
          <w:strike w:val="0"/>
          <w:sz w:val="16"/>
          <w:u w:val="none"/>
        </w:rPr>
        <w:t>enior fellow at Hudson Institute and the director of its Keystone Defense Initiative. She specializes in US national defense policy with a focus on strategic deterrence</w:t>
      </w:r>
      <w:r>
        <w:rPr>
          <w:b w:val="0"/>
          <w:i w:val="0"/>
          <w:smallCaps w:val="0"/>
          <w:strike w:val="0"/>
          <w:sz w:val="16"/>
          <w:u w:val="none"/>
        </w:rPr>
        <w:t>; Hudson Institute, “</w:t>
      </w:r>
      <w:r>
        <w:rPr>
          <w:b w:val="0"/>
          <w:i w:val="0"/>
          <w:smallCaps w:val="0"/>
          <w:strike w:val="0"/>
          <w:sz w:val="16"/>
          <w:u w:val="none"/>
        </w:rPr>
        <w:t>Reject 'No First Use' Nuclear Policy</w:t>
      </w:r>
      <w:r>
        <w:rPr>
          <w:b w:val="0"/>
          <w:i w:val="0"/>
          <w:smallCaps w:val="0"/>
          <w:strike w:val="0"/>
          <w:sz w:val="16"/>
          <w:u w:val="none"/>
        </w:rPr>
        <w:t xml:space="preserve">,” </w:t>
      </w:r>
      <w:r>
        <w:rPr>
          <w:b w:val="0"/>
          <w:i w:val="0"/>
          <w:smallCaps w:val="0"/>
          <w:strike w:val="0"/>
          <w:sz w:val="16"/>
          <w:u w:val="none"/>
        </w:rPr>
        <w:t>https://www.hudson.org/national-security-defense/reject-no-first-use-nuclear-policy</w:t>
      </w:r>
      <w:r>
        <w:rPr>
          <w:b w:val="0"/>
          <w:i w:val="0"/>
          <w:smallCaps w:val="0"/>
          <w:strike w:val="0"/>
          <w:sz w:val="16"/>
          <w:u w:val="none"/>
        </w:rPr>
        <w:t>]//av</w:t>
      </w:r>
    </w:p>
    <w:p>
      <w:pPr>
        <w:spacing w:after="60"/>
      </w:pPr>
      <w:r>
        <w:rPr>
          <w:b w:val="0"/>
          <w:i w:val="0"/>
          <w:smallCaps w:val="0"/>
          <w:strike w:val="0"/>
          <w:sz w:val="16"/>
          <w:u w:val="none"/>
        </w:rPr>
        <w:t xml:space="preserve">The reality is that </w:t>
      </w:r>
      <w:r>
        <w:rPr>
          <w:b w:val="0"/>
          <w:i w:val="0"/>
          <w:smallCaps w:val="0"/>
          <w:strike w:val="0"/>
          <w:sz w:val="22"/>
          <w:u w:val="single"/>
        </w:rPr>
        <w:t>every single American president</w:t>
      </w:r>
      <w:r>
        <w:rPr>
          <w:b w:val="0"/>
          <w:i w:val="0"/>
          <w:smallCaps w:val="0"/>
          <w:strike w:val="0"/>
          <w:sz w:val="16"/>
          <w:u w:val="none"/>
        </w:rPr>
        <w:t xml:space="preserve">, Democrat and Republican alike, has </w:t>
      </w:r>
      <w:r>
        <w:rPr>
          <w:b w:val="0"/>
          <w:i w:val="0"/>
          <w:smallCaps w:val="0"/>
          <w:strike w:val="0"/>
          <w:sz w:val="22"/>
          <w:u w:val="single"/>
        </w:rPr>
        <w:t xml:space="preserve">rejected an </w:t>
      </w:r>
      <w:r>
        <w:rPr>
          <w:b w:val="0"/>
          <w:i w:val="0"/>
          <w:smallCaps w:val="0"/>
          <w:strike w:val="0"/>
          <w:sz w:val="22"/>
          <w:highlight w:val="cyan"/>
          <w:u w:val="single"/>
        </w:rPr>
        <w:t>NFU</w:t>
      </w:r>
      <w:r>
        <w:rPr>
          <w:b w:val="0"/>
          <w:i w:val="0"/>
          <w:smallCaps w:val="0"/>
          <w:strike w:val="0"/>
          <w:sz w:val="16"/>
          <w:u w:val="none"/>
        </w:rPr>
        <w:t xml:space="preserve"> declaration </w:t>
      </w:r>
      <w:r>
        <w:rPr>
          <w:b w:val="0"/>
          <w:i w:val="0"/>
          <w:smallCaps w:val="0"/>
          <w:strike w:val="0"/>
          <w:sz w:val="16"/>
          <w:u w:val="none"/>
        </w:rPr>
        <w:t>because</w:t>
      </w:r>
      <w:r>
        <w:rPr>
          <w:b w:val="0"/>
          <w:i w:val="0"/>
          <w:smallCaps w:val="0"/>
          <w:strike w:val="0"/>
          <w:sz w:val="16"/>
          <w:u w:val="single"/>
        </w:rPr>
        <w:t xml:space="preserve"> </w:t>
      </w:r>
      <w:r>
        <w:rPr>
          <w:b w:val="0"/>
          <w:i w:val="0"/>
          <w:smallCaps w:val="0"/>
          <w:strike w:val="0"/>
          <w:sz w:val="22"/>
          <w:u w:val="single"/>
        </w:rPr>
        <w:t xml:space="preserve">to do so </w:t>
      </w:r>
      <w:r>
        <w:rPr>
          <w:b w:val="0"/>
          <w:i w:val="0"/>
          <w:smallCaps w:val="0"/>
          <w:strike w:val="0"/>
          <w:sz w:val="22"/>
          <w:highlight w:val="cyan"/>
          <w:u w:val="single"/>
        </w:rPr>
        <w:t xml:space="preserve">would </w:t>
      </w:r>
      <w:r>
        <w:rPr>
          <w:b/>
          <w:i w:val="0"/>
          <w:smallCaps w:val="0"/>
          <w:strike w:val="0"/>
          <w:sz w:val="22"/>
          <w:highlight w:val="cyan"/>
          <w:u w:val="single"/>
        </w:rPr>
        <w:t>invite unacceptable risk</w:t>
      </w:r>
      <w:r>
        <w:rPr>
          <w:b w:val="0"/>
          <w:i w:val="0"/>
          <w:smallCaps w:val="0"/>
          <w:strike w:val="0"/>
          <w:sz w:val="22"/>
          <w:u w:val="single"/>
        </w:rPr>
        <w:t xml:space="preserve"> that could </w:t>
      </w:r>
      <w:r>
        <w:rPr>
          <w:b w:val="0"/>
          <w:i w:val="0"/>
          <w:smallCaps w:val="0"/>
          <w:strike w:val="0"/>
          <w:sz w:val="22"/>
          <w:highlight w:val="cyan"/>
          <w:u w:val="single"/>
        </w:rPr>
        <w:t xml:space="preserve">yield </w:t>
      </w:r>
      <w:r>
        <w:rPr>
          <w:b/>
          <w:i w:val="0"/>
          <w:smallCaps w:val="0"/>
          <w:strike w:val="0"/>
          <w:sz w:val="22"/>
          <w:highlight w:val="cyan"/>
          <w:u w:val="single"/>
        </w:rPr>
        <w:t>catastrophic war</w:t>
      </w:r>
      <w:r>
        <w:rPr>
          <w:b w:val="0"/>
          <w:i w:val="0"/>
          <w:smallCaps w:val="0"/>
          <w:strike w:val="0"/>
          <w:sz w:val="16"/>
          <w:u w:val="none"/>
        </w:rPr>
        <w:t xml:space="preserve">—and </w:t>
      </w:r>
      <w:r>
        <w:rPr>
          <w:b w:val="0"/>
          <w:i w:val="0"/>
          <w:smallCaps w:val="0"/>
          <w:strike w:val="0"/>
          <w:sz w:val="22"/>
          <w:highlight w:val="cyan"/>
          <w:u w:val="single"/>
        </w:rPr>
        <w:t>for no</w:t>
      </w:r>
      <w:r>
        <w:rPr>
          <w:b w:val="0"/>
          <w:i w:val="0"/>
          <w:smallCaps w:val="0"/>
          <w:strike w:val="0"/>
          <w:sz w:val="16"/>
          <w:u w:val="none"/>
        </w:rPr>
        <w:t xml:space="preserve"> tangible </w:t>
      </w:r>
      <w:r>
        <w:rPr>
          <w:b w:val="0"/>
          <w:i w:val="0"/>
          <w:smallCaps w:val="0"/>
          <w:strike w:val="0"/>
          <w:sz w:val="22"/>
          <w:highlight w:val="cyan"/>
          <w:u w:val="single"/>
        </w:rPr>
        <w:t>benefit</w:t>
      </w:r>
      <w:r>
        <w:rPr>
          <w:b w:val="0"/>
          <w:i w:val="0"/>
          <w:smallCaps w:val="0"/>
          <w:strike w:val="0"/>
          <w:sz w:val="22"/>
          <w:u w:val="single"/>
        </w:rPr>
        <w:t xml:space="preserve"> at all.</w:t>
      </w:r>
    </w:p>
    <w:p>
      <w:pPr>
        <w:spacing w:after="60"/>
      </w:pPr>
      <w:r>
        <w:rPr>
          <w:b w:val="0"/>
          <w:i w:val="0"/>
          <w:smallCaps w:val="0"/>
          <w:strike w:val="0"/>
          <w:sz w:val="16"/>
          <w:u w:val="none"/>
        </w:rPr>
        <w:t>This is true for four reasons.</w:t>
      </w:r>
    </w:p>
    <w:p>
      <w:pPr>
        <w:spacing w:after="60"/>
      </w:pPr>
      <w:r>
        <w:rPr>
          <w:b w:val="0"/>
          <w:i w:val="0"/>
          <w:smallCaps w:val="0"/>
          <w:strike w:val="0"/>
          <w:sz w:val="22"/>
          <w:u w:val="single"/>
        </w:rPr>
        <w:t>First, adopting</w:t>
      </w:r>
      <w:r>
        <w:rPr>
          <w:b w:val="0"/>
          <w:i w:val="0"/>
          <w:smallCaps w:val="0"/>
          <w:strike w:val="0"/>
          <w:sz w:val="22"/>
          <w:u w:val="single"/>
        </w:rPr>
        <w:t xml:space="preserve"> an </w:t>
      </w:r>
      <w:r>
        <w:rPr>
          <w:b w:val="0"/>
          <w:i w:val="0"/>
          <w:smallCaps w:val="0"/>
          <w:strike w:val="0"/>
          <w:sz w:val="22"/>
          <w:highlight w:val="cyan"/>
          <w:u w:val="single"/>
        </w:rPr>
        <w:t>NFU</w:t>
      </w:r>
      <w:r>
        <w:rPr>
          <w:b w:val="0"/>
          <w:i w:val="0"/>
          <w:smallCaps w:val="0"/>
          <w:strike w:val="0"/>
          <w:sz w:val="22"/>
          <w:u w:val="single"/>
        </w:rPr>
        <w:t xml:space="preserve"> policy </w:t>
      </w:r>
      <w:r>
        <w:rPr>
          <w:b/>
          <w:i w:val="0"/>
          <w:smallCaps w:val="0"/>
          <w:strike w:val="0"/>
          <w:sz w:val="22"/>
          <w:highlight w:val="cyan"/>
          <w:u w:val="single"/>
        </w:rPr>
        <w:t>invites</w:t>
      </w:r>
      <w:r>
        <w:rPr>
          <w:b w:val="0"/>
          <w:i w:val="0"/>
          <w:smallCaps w:val="0"/>
          <w:strike w:val="0"/>
          <w:sz w:val="22"/>
          <w:u w:val="single"/>
        </w:rPr>
        <w:t xml:space="preserve"> a </w:t>
      </w:r>
      <w:r>
        <w:rPr>
          <w:b/>
          <w:i w:val="0"/>
          <w:smallCaps w:val="0"/>
          <w:strike w:val="0"/>
          <w:sz w:val="22"/>
          <w:highlight w:val="cyan"/>
          <w:u w:val="single"/>
        </w:rPr>
        <w:t>strategic non-nuclear attack</w:t>
      </w:r>
      <w:r>
        <w:rPr>
          <w:b w:val="0"/>
          <w:i w:val="0"/>
          <w:smallCaps w:val="0"/>
          <w:strike w:val="0"/>
          <w:sz w:val="22"/>
          <w:highlight w:val="cyan"/>
          <w:u w:val="single"/>
        </w:rPr>
        <w:t xml:space="preserve"> against</w:t>
      </w:r>
      <w:r>
        <w:rPr>
          <w:b w:val="0"/>
          <w:i w:val="0"/>
          <w:smallCaps w:val="0"/>
          <w:strike w:val="0"/>
          <w:sz w:val="16"/>
          <w:u w:val="none"/>
        </w:rPr>
        <w:t xml:space="preserve"> the </w:t>
      </w:r>
      <w:r>
        <w:rPr>
          <w:b w:val="0"/>
          <w:i w:val="0"/>
          <w:smallCaps w:val="0"/>
          <w:strike w:val="0"/>
          <w:sz w:val="22"/>
          <w:highlight w:val="cyan"/>
          <w:u w:val="single"/>
        </w:rPr>
        <w:t>America</w:t>
      </w:r>
      <w:r>
        <w:rPr>
          <w:b w:val="0"/>
          <w:i w:val="0"/>
          <w:smallCaps w:val="0"/>
          <w:strike w:val="0"/>
          <w:sz w:val="16"/>
          <w:u w:val="none"/>
        </w:rPr>
        <w:t xml:space="preserve">n people, our allies and our interests. An NFU declaration broadcasts to America's </w:t>
      </w:r>
      <w:r>
        <w:rPr>
          <w:b w:val="0"/>
          <w:i w:val="0"/>
          <w:smallCaps w:val="0"/>
          <w:strike w:val="0"/>
          <w:sz w:val="22"/>
          <w:u w:val="single"/>
        </w:rPr>
        <w:t>enemies</w:t>
      </w:r>
      <w:r>
        <w:rPr>
          <w:b w:val="0"/>
          <w:i w:val="0"/>
          <w:smallCaps w:val="0"/>
          <w:strike w:val="0"/>
          <w:sz w:val="16"/>
          <w:u w:val="none"/>
        </w:rPr>
        <w:t xml:space="preserve"> that they </w:t>
      </w:r>
      <w:r>
        <w:rPr>
          <w:b w:val="0"/>
          <w:i w:val="0"/>
          <w:smallCaps w:val="0"/>
          <w:strike w:val="0"/>
          <w:sz w:val="22"/>
          <w:u w:val="single"/>
        </w:rPr>
        <w:t xml:space="preserve">can proceed with a </w:t>
      </w:r>
      <w:r>
        <w:rPr>
          <w:b/>
          <w:i w:val="0"/>
          <w:smallCaps w:val="0"/>
          <w:strike w:val="0"/>
          <w:sz w:val="22"/>
          <w:highlight w:val="cyan"/>
          <w:u w:val="single"/>
        </w:rPr>
        <w:t>chemical weapons</w:t>
      </w:r>
      <w:r>
        <w:rPr>
          <w:b w:val="0"/>
          <w:i w:val="0"/>
          <w:smallCaps w:val="0"/>
          <w:strike w:val="0"/>
          <w:sz w:val="22"/>
          <w:highlight w:val="cyan"/>
          <w:u w:val="single"/>
        </w:rPr>
        <w:t xml:space="preserve"> attack</w:t>
      </w:r>
      <w:r>
        <w:rPr>
          <w:b w:val="0"/>
          <w:i w:val="0"/>
          <w:smallCaps w:val="0"/>
          <w:strike w:val="0"/>
          <w:sz w:val="22"/>
          <w:u w:val="single"/>
        </w:rPr>
        <w:t xml:space="preserve"> on U.S</w:t>
      </w:r>
      <w:r>
        <w:rPr>
          <w:b w:val="0"/>
          <w:i w:val="0"/>
          <w:smallCaps w:val="0"/>
          <w:strike w:val="0"/>
          <w:sz w:val="16"/>
          <w:u w:val="none"/>
        </w:rPr>
        <w:t xml:space="preserve">. forces and their families, can proceed with a </w:t>
      </w:r>
      <w:r>
        <w:rPr>
          <w:b w:val="0"/>
          <w:i w:val="0"/>
          <w:smallCaps w:val="0"/>
          <w:strike w:val="0"/>
          <w:sz w:val="22"/>
          <w:highlight w:val="cyan"/>
          <w:u w:val="single"/>
        </w:rPr>
        <w:t>biological attack</w:t>
      </w:r>
      <w:r>
        <w:rPr>
          <w:b w:val="0"/>
          <w:i w:val="0"/>
          <w:smallCaps w:val="0"/>
          <w:strike w:val="0"/>
          <w:sz w:val="22"/>
          <w:u w:val="single"/>
        </w:rPr>
        <w:t xml:space="preserve"> on</w:t>
      </w:r>
      <w:r>
        <w:rPr>
          <w:b w:val="0"/>
          <w:i w:val="0"/>
          <w:smallCaps w:val="0"/>
          <w:strike w:val="0"/>
          <w:sz w:val="16"/>
          <w:u w:val="none"/>
        </w:rPr>
        <w:t xml:space="preserve"> an </w:t>
      </w:r>
      <w:r>
        <w:rPr>
          <w:b w:val="0"/>
          <w:i w:val="0"/>
          <w:smallCaps w:val="0"/>
          <w:strike w:val="0"/>
          <w:sz w:val="22"/>
          <w:u w:val="single"/>
        </w:rPr>
        <w:t>America</w:t>
      </w:r>
      <w:r>
        <w:rPr>
          <w:b w:val="0"/>
          <w:i w:val="0"/>
          <w:smallCaps w:val="0"/>
          <w:strike w:val="0"/>
          <w:sz w:val="16"/>
          <w:u w:val="none"/>
        </w:rPr>
        <w:t xml:space="preserve">n city </w:t>
      </w:r>
      <w:r>
        <w:rPr>
          <w:b w:val="0"/>
          <w:i w:val="0"/>
          <w:smallCaps w:val="0"/>
          <w:strike w:val="0"/>
          <w:sz w:val="22"/>
          <w:u w:val="single"/>
        </w:rPr>
        <w:t xml:space="preserve">and can proceed with an overwhelming </w:t>
      </w:r>
      <w:r>
        <w:rPr>
          <w:b w:val="0"/>
          <w:i w:val="0"/>
          <w:smallCaps w:val="0"/>
          <w:strike w:val="0"/>
          <w:sz w:val="22"/>
          <w:u w:val="single"/>
        </w:rPr>
        <w:t>conventional attack against</w:t>
      </w:r>
      <w:r>
        <w:rPr>
          <w:b w:val="0"/>
          <w:i w:val="0"/>
          <w:smallCaps w:val="0"/>
          <w:strike w:val="0"/>
          <w:sz w:val="22"/>
          <w:u w:val="single"/>
        </w:rPr>
        <w:t xml:space="preserve"> critical U</w:t>
      </w:r>
      <w:r>
        <w:rPr>
          <w:b w:val="0"/>
          <w:i w:val="0"/>
          <w:smallCaps w:val="0"/>
          <w:strike w:val="0"/>
          <w:sz w:val="22"/>
          <w:u w:val="single"/>
        </w:rPr>
        <w:t>.S. assets</w:t>
      </w:r>
      <w:r>
        <w:rPr>
          <w:b w:val="0"/>
          <w:i w:val="0"/>
          <w:smallCaps w:val="0"/>
          <w:strike w:val="0"/>
          <w:sz w:val="16"/>
          <w:u w:val="none"/>
        </w:rPr>
        <w:t>,</w:t>
      </w:r>
      <w:r>
        <w:rPr>
          <w:b w:val="0"/>
          <w:i w:val="0"/>
          <w:smallCaps w:val="0"/>
          <w:strike w:val="0"/>
          <w:sz w:val="16"/>
          <w:u w:val="none"/>
        </w:rPr>
        <w:t xml:space="preserve"> all </w:t>
      </w:r>
      <w:r>
        <w:rPr>
          <w:b/>
          <w:i w:val="0"/>
          <w:smallCaps w:val="0"/>
          <w:strike w:val="0"/>
          <w:sz w:val="22"/>
          <w:highlight w:val="cyan"/>
          <w:u w:val="single"/>
        </w:rPr>
        <w:t>without</w:t>
      </w:r>
      <w:r>
        <w:rPr>
          <w:b/>
          <w:i w:val="0"/>
          <w:smallCaps w:val="0"/>
          <w:strike w:val="0"/>
          <w:sz w:val="22"/>
          <w:u w:val="single"/>
        </w:rPr>
        <w:t xml:space="preserve"> fear of nuclear </w:t>
      </w:r>
      <w:r>
        <w:rPr>
          <w:b/>
          <w:i w:val="0"/>
          <w:smallCaps w:val="0"/>
          <w:strike w:val="0"/>
          <w:sz w:val="22"/>
          <w:highlight w:val="cyan"/>
          <w:u w:val="single"/>
        </w:rPr>
        <w:t>retaliation</w:t>
      </w:r>
      <w:r>
        <w:rPr>
          <w:b w:val="0"/>
          <w:i w:val="0"/>
          <w:smallCaps w:val="0"/>
          <w:strike w:val="0"/>
          <w:sz w:val="16"/>
          <w:u w:val="none"/>
        </w:rPr>
        <w:t xml:space="preserve">. Any would-be enemy could carry out an </w:t>
      </w:r>
      <w:r>
        <w:rPr>
          <w:b w:val="0"/>
          <w:i w:val="0"/>
          <w:smallCaps w:val="0"/>
          <w:strike w:val="0"/>
          <w:sz w:val="22"/>
          <w:u w:val="single"/>
        </w:rPr>
        <w:t>infinite number of attacks short of a nuclear attack</w:t>
      </w:r>
      <w:r>
        <w:rPr>
          <w:b w:val="0"/>
          <w:i w:val="0"/>
          <w:smallCaps w:val="0"/>
          <w:strike w:val="0"/>
          <w:sz w:val="16"/>
          <w:u w:val="none"/>
        </w:rPr>
        <w:t>, while the NFU-endorsing U.S. president assures their safety from our nuclear weapon arsenal.</w:t>
      </w:r>
    </w:p>
    <w:p>
      <w:pPr>
        <w:spacing w:after="60"/>
      </w:pPr>
      <w:r>
        <w:rPr>
          <w:b w:val="0"/>
          <w:i w:val="0"/>
          <w:smallCaps w:val="0"/>
          <w:strike w:val="0"/>
          <w:sz w:val="16"/>
          <w:u w:val="none"/>
        </w:rPr>
        <w:t xml:space="preserve">An NFU policy is </w:t>
      </w:r>
      <w:r>
        <w:rPr>
          <w:b w:val="0"/>
          <w:i w:val="0"/>
          <w:smallCaps w:val="0"/>
          <w:strike w:val="0"/>
          <w:sz w:val="22"/>
          <w:u w:val="single"/>
        </w:rPr>
        <w:t>especially unwise now</w:t>
      </w:r>
      <w:r>
        <w:rPr>
          <w:b w:val="0"/>
          <w:i w:val="0"/>
          <w:smallCaps w:val="0"/>
          <w:strike w:val="0"/>
          <w:sz w:val="16"/>
          <w:u w:val="none"/>
        </w:rPr>
        <w:t xml:space="preserve">, while the </w:t>
      </w:r>
      <w:r>
        <w:rPr>
          <w:b w:val="0"/>
          <w:i w:val="0"/>
          <w:smallCaps w:val="0"/>
          <w:strike w:val="0"/>
          <w:sz w:val="22"/>
          <w:highlight w:val="cyan"/>
          <w:u w:val="single"/>
        </w:rPr>
        <w:t>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t</w:t>
      </w:r>
      <w:r>
        <w:rPr>
          <w:b w:val="0"/>
          <w:i w:val="0"/>
          <w:smallCaps w:val="0"/>
          <w:strike w:val="0"/>
          <w:sz w:val="22"/>
          <w:u w:val="single"/>
        </w:rPr>
        <w:t xml:space="preserve">ates </w:t>
      </w:r>
      <w:r>
        <w:rPr>
          <w:b w:val="0"/>
          <w:i w:val="0"/>
          <w:smallCaps w:val="0"/>
          <w:strike w:val="0"/>
          <w:sz w:val="22"/>
          <w:highlight w:val="cyan"/>
          <w:u w:val="single"/>
        </w:rPr>
        <w:t>contends with</w:t>
      </w:r>
      <w:r>
        <w:rPr>
          <w:b w:val="0"/>
          <w:i w:val="0"/>
          <w:smallCaps w:val="0"/>
          <w:strike w:val="0"/>
          <w:sz w:val="16"/>
          <w:u w:val="none"/>
        </w:rPr>
        <w:t xml:space="preserve"> not one, but two major power threats. Both </w:t>
      </w:r>
      <w:r>
        <w:rPr>
          <w:b w:val="0"/>
          <w:i w:val="0"/>
          <w:smallCaps w:val="0"/>
          <w:strike w:val="0"/>
          <w:sz w:val="22"/>
          <w:highlight w:val="cyan"/>
          <w:u w:val="single"/>
        </w:rPr>
        <w:t>Russia and China</w:t>
      </w:r>
      <w:r>
        <w:rPr>
          <w:b w:val="0"/>
          <w:i w:val="0"/>
          <w:smallCaps w:val="0"/>
          <w:strike w:val="0"/>
          <w:sz w:val="16"/>
          <w:u w:val="none"/>
        </w:rPr>
        <w:t xml:space="preserve"> are expanding their military capabilities and have acted in ways that demonstrate their willingness to attack sovereign nations and redraw borders.</w:t>
      </w:r>
    </w:p>
    <w:p>
      <w:pPr>
        <w:spacing w:after="60"/>
      </w:pPr>
      <w:r>
        <w:rPr>
          <w:b w:val="0"/>
          <w:i w:val="0"/>
          <w:smallCaps w:val="0"/>
          <w:strike w:val="0"/>
          <w:sz w:val="16"/>
          <w:u w:val="none"/>
        </w:rPr>
        <w:t xml:space="preserve">Of the two, </w:t>
      </w:r>
      <w:r>
        <w:rPr>
          <w:b/>
          <w:i w:val="0"/>
          <w:smallCaps w:val="0"/>
          <w:strike w:val="0"/>
          <w:sz w:val="22"/>
          <w:highlight w:val="cyan"/>
          <w:u w:val="single"/>
        </w:rPr>
        <w:t>China</w:t>
      </w:r>
      <w:r>
        <w:rPr>
          <w:b w:val="0"/>
          <w:i w:val="0"/>
          <w:smallCaps w:val="0"/>
          <w:strike w:val="0"/>
          <w:sz w:val="22"/>
          <w:u w:val="single"/>
        </w:rPr>
        <w:t xml:space="preserve"> poses the </w:t>
      </w:r>
      <w:r>
        <w:rPr>
          <w:b/>
          <w:i w:val="0"/>
          <w:smallCaps w:val="0"/>
          <w:strike w:val="0"/>
          <w:sz w:val="22"/>
          <w:highlight w:val="cyan"/>
          <w:u w:val="single"/>
        </w:rPr>
        <w:t>single greatest threat to America</w:t>
      </w:r>
      <w:r>
        <w:rPr>
          <w:b w:val="0"/>
          <w:i w:val="0"/>
          <w:smallCaps w:val="0"/>
          <w:strike w:val="0"/>
          <w:sz w:val="22"/>
          <w:u w:val="single"/>
        </w:rPr>
        <w:t>'s national security</w:t>
      </w:r>
      <w:r>
        <w:rPr>
          <w:b w:val="0"/>
          <w:i w:val="0"/>
          <w:smallCaps w:val="0"/>
          <w:strike w:val="0"/>
          <w:sz w:val="16"/>
          <w:u w:val="none"/>
        </w:rPr>
        <w:t xml:space="preserve"> and way of life. General Secretary Xi Jinping and his Chinese Communist Party (</w:t>
      </w:r>
      <w:r>
        <w:rPr>
          <w:b w:val="0"/>
          <w:i w:val="0"/>
          <w:smallCaps w:val="0"/>
          <w:strike w:val="0"/>
          <w:sz w:val="22"/>
          <w:highlight w:val="cyan"/>
          <w:u w:val="single"/>
        </w:rPr>
        <w:t>CCP</w:t>
      </w:r>
      <w:r>
        <w:rPr>
          <w:b w:val="0"/>
          <w:i w:val="0"/>
          <w:smallCaps w:val="0"/>
          <w:strike w:val="0"/>
          <w:sz w:val="22"/>
          <w:u w:val="single"/>
        </w:rPr>
        <w:t xml:space="preserve">) are now </w:t>
      </w:r>
      <w:r>
        <w:rPr>
          <w:b w:val="0"/>
          <w:i w:val="0"/>
          <w:smallCaps w:val="0"/>
          <w:strike w:val="0"/>
          <w:sz w:val="22"/>
          <w:u w:val="single"/>
        </w:rPr>
        <w:t>in the midst of</w:t>
      </w:r>
      <w:r>
        <w:rPr>
          <w:b w:val="0"/>
          <w:i w:val="0"/>
          <w:smallCaps w:val="0"/>
          <w:strike w:val="0"/>
          <w:sz w:val="22"/>
          <w:u w:val="single"/>
        </w:rPr>
        <w:t xml:space="preserve"> a </w:t>
      </w:r>
      <w:r>
        <w:rPr>
          <w:b/>
          <w:i w:val="0"/>
          <w:smallCaps w:val="0"/>
          <w:strike w:val="0"/>
          <w:sz w:val="22"/>
          <w:highlight w:val="cyan"/>
          <w:u w:val="single"/>
        </w:rPr>
        <w:t>rapid modernization</w:t>
      </w:r>
      <w:r>
        <w:rPr>
          <w:b w:val="0"/>
          <w:i w:val="0"/>
          <w:smallCaps w:val="0"/>
          <w:strike w:val="0"/>
          <w:sz w:val="22"/>
          <w:highlight w:val="cyan"/>
          <w:u w:val="single"/>
        </w:rPr>
        <w:t xml:space="preserve"> of</w:t>
      </w:r>
      <w:r>
        <w:rPr>
          <w:b w:val="0"/>
          <w:i w:val="0"/>
          <w:smallCaps w:val="0"/>
          <w:strike w:val="0"/>
          <w:sz w:val="22"/>
          <w:u w:val="single"/>
        </w:rPr>
        <w:t xml:space="preserve"> their </w:t>
      </w:r>
      <w:r>
        <w:rPr>
          <w:b w:val="0"/>
          <w:i w:val="0"/>
          <w:smallCaps w:val="0"/>
          <w:strike w:val="0"/>
          <w:sz w:val="22"/>
          <w:highlight w:val="cyan"/>
          <w:u w:val="single"/>
        </w:rPr>
        <w:t>military</w:t>
      </w:r>
      <w:r>
        <w:rPr>
          <w:b w:val="0"/>
          <w:i w:val="0"/>
          <w:smallCaps w:val="0"/>
          <w:strike w:val="0"/>
          <w:sz w:val="16"/>
          <w:u w:val="none"/>
        </w:rPr>
        <w:t xml:space="preserve">. China has the most diverse missile force on the </w:t>
      </w:r>
      <w:r>
        <w:rPr>
          <w:b w:val="0"/>
          <w:i w:val="0"/>
          <w:smallCaps w:val="0"/>
          <w:strike w:val="0"/>
          <w:sz w:val="16"/>
          <w:u w:val="none"/>
        </w:rPr>
        <w:t>planet, and</w:t>
      </w:r>
      <w:r>
        <w:rPr>
          <w:b w:val="0"/>
          <w:i w:val="0"/>
          <w:smallCaps w:val="0"/>
          <w:strike w:val="0"/>
          <w:sz w:val="16"/>
          <w:u w:val="none"/>
        </w:rPr>
        <w:t xml:space="preserve"> h</w:t>
      </w:r>
      <w:r>
        <w:rPr>
          <w:b w:val="0"/>
          <w:i w:val="0"/>
          <w:smallCaps w:val="0"/>
          <w:strike w:val="0"/>
          <w:sz w:val="22"/>
          <w:u w:val="single"/>
        </w:rPr>
        <w:t>as launched more ballistic missiles for testing and training than the rest of the world</w:t>
      </w:r>
      <w:r>
        <w:rPr>
          <w:b w:val="0"/>
          <w:i w:val="0"/>
          <w:smallCaps w:val="0"/>
          <w:strike w:val="0"/>
          <w:sz w:val="16"/>
          <w:u w:val="none"/>
        </w:rPr>
        <w:t xml:space="preserve"> combined. Nor has Beijing neglected its nuclear capabilities—although their efforts are furtive, we know the CCP is investing in a large force, with delivery systems capable of launching nuclear weapons. Director of the Defense Intelligence Agency Lt. General Robert P. Ashley, Jr. said in 2019 that the intelligence community believes </w:t>
      </w:r>
      <w:r>
        <w:rPr>
          <w:b w:val="0"/>
          <w:i w:val="0"/>
          <w:smallCaps w:val="0"/>
          <w:strike w:val="0"/>
          <w:sz w:val="22"/>
          <w:highlight w:val="cyan"/>
          <w:u w:val="single"/>
        </w:rPr>
        <w:t>China</w:t>
      </w:r>
      <w:r>
        <w:rPr>
          <w:b w:val="0"/>
          <w:i w:val="0"/>
          <w:smallCaps w:val="0"/>
          <w:strike w:val="0"/>
          <w:sz w:val="22"/>
          <w:u w:val="single"/>
        </w:rPr>
        <w:t xml:space="preserve"> is likely to at least </w:t>
      </w:r>
      <w:r>
        <w:rPr>
          <w:b w:val="0"/>
          <w:i w:val="0"/>
          <w:smallCaps w:val="0"/>
          <w:strike w:val="0"/>
          <w:sz w:val="22"/>
          <w:highlight w:val="cyan"/>
          <w:u w:val="single"/>
        </w:rPr>
        <w:t>double</w:t>
      </w:r>
      <w:r>
        <w:rPr>
          <w:b w:val="0"/>
          <w:i w:val="0"/>
          <w:smallCaps w:val="0"/>
          <w:strike w:val="0"/>
          <w:sz w:val="22"/>
          <w:u w:val="single"/>
        </w:rPr>
        <w:t xml:space="preserve"> the </w:t>
      </w:r>
      <w:r>
        <w:rPr>
          <w:b w:val="0"/>
          <w:i w:val="0"/>
          <w:smallCaps w:val="0"/>
          <w:strike w:val="0"/>
          <w:sz w:val="22"/>
          <w:highlight w:val="cyan"/>
          <w:u w:val="single"/>
        </w:rPr>
        <w:t>size of</w:t>
      </w:r>
      <w:r>
        <w:rPr>
          <w:b w:val="0"/>
          <w:i w:val="0"/>
          <w:smallCaps w:val="0"/>
          <w:strike w:val="0"/>
          <w:sz w:val="22"/>
          <w:u w:val="single"/>
        </w:rPr>
        <w:t xml:space="preserve"> its nuclear </w:t>
      </w:r>
      <w:r>
        <w:rPr>
          <w:b w:val="0"/>
          <w:i w:val="0"/>
          <w:smallCaps w:val="0"/>
          <w:strike w:val="0"/>
          <w:sz w:val="22"/>
          <w:highlight w:val="cyan"/>
          <w:u w:val="single"/>
        </w:rPr>
        <w:t>stockpile</w:t>
      </w:r>
      <w:r>
        <w:rPr>
          <w:b w:val="0"/>
          <w:i w:val="0"/>
          <w:smallCaps w:val="0"/>
          <w:strike w:val="0"/>
          <w:sz w:val="16"/>
          <w:u w:val="none"/>
        </w:rPr>
        <w:t xml:space="preserve"> in the course of implementing the most rapid expansion and diversification of its nuclear arsenal in China's history." "The number commonly cited for China's stockpile is around 300. But it is plausible that there are </w:t>
      </w:r>
      <w:r>
        <w:rPr>
          <w:b w:val="0"/>
          <w:i w:val="0"/>
          <w:smallCaps w:val="0"/>
          <w:strike w:val="0"/>
          <w:sz w:val="16"/>
          <w:u w:val="none"/>
        </w:rPr>
        <w:t>actually many</w:t>
      </w:r>
      <w:r>
        <w:rPr>
          <w:b w:val="0"/>
          <w:i w:val="0"/>
          <w:smallCaps w:val="0"/>
          <w:strike w:val="0"/>
          <w:sz w:val="16"/>
          <w:u w:val="none"/>
        </w:rPr>
        <w:t xml:space="preserve"> more than 300, as one highly credible former government official confided to me.</w:t>
      </w:r>
    </w:p>
    <w:p>
      <w:pPr>
        <w:spacing w:after="60"/>
      </w:pPr>
      <w:r>
        <w:rPr>
          <w:b w:val="0"/>
          <w:i w:val="0"/>
          <w:smallCaps w:val="0"/>
          <w:strike w:val="0"/>
          <w:sz w:val="16"/>
          <w:u w:val="none"/>
        </w:rPr>
        <w:t xml:space="preserve">What's more, </w:t>
      </w:r>
      <w:r>
        <w:rPr>
          <w:b/>
          <w:i w:val="0"/>
          <w:smallCaps w:val="0"/>
          <w:strike w:val="0"/>
          <w:sz w:val="22"/>
          <w:u w:val="single"/>
        </w:rPr>
        <w:t>China</w:t>
      </w:r>
      <w:r>
        <w:rPr>
          <w:b w:val="0"/>
          <w:i w:val="0"/>
          <w:smallCaps w:val="0"/>
          <w:strike w:val="0"/>
          <w:sz w:val="22"/>
          <w:u w:val="single"/>
        </w:rPr>
        <w:t xml:space="preserve"> likely </w:t>
      </w:r>
      <w:r>
        <w:rPr>
          <w:b/>
          <w:i w:val="0"/>
          <w:smallCaps w:val="0"/>
          <w:strike w:val="0"/>
          <w:sz w:val="22"/>
          <w:u w:val="single"/>
        </w:rPr>
        <w:t>has</w:t>
      </w:r>
      <w:r>
        <w:rPr>
          <w:b w:val="0"/>
          <w:i w:val="0"/>
          <w:smallCaps w:val="0"/>
          <w:strike w:val="0"/>
          <w:sz w:val="22"/>
          <w:u w:val="single"/>
        </w:rPr>
        <w:t xml:space="preserve"> an </w:t>
      </w:r>
      <w:r>
        <w:rPr>
          <w:b/>
          <w:i w:val="0"/>
          <w:smallCaps w:val="0"/>
          <w:strike w:val="0"/>
          <w:sz w:val="22"/>
          <w:u w:val="single"/>
        </w:rPr>
        <w:t>advanced chemical warfare</w:t>
      </w:r>
      <w:r>
        <w:rPr>
          <w:b w:val="0"/>
          <w:i w:val="0"/>
          <w:smallCaps w:val="0"/>
          <w:strike w:val="0"/>
          <w:sz w:val="22"/>
          <w:u w:val="single"/>
        </w:rPr>
        <w:t xml:space="preserve"> program</w:t>
      </w:r>
      <w:r>
        <w:rPr>
          <w:b w:val="0"/>
          <w:i w:val="0"/>
          <w:smallCaps w:val="0"/>
          <w:strike w:val="0"/>
          <w:sz w:val="16"/>
          <w:u w:val="none"/>
        </w:rPr>
        <w:t>. Like its nuclear program, China does not reveal to the United States what, exactly, it does have. But the more we learn about the CCP's gross abuse of religious minorities, including of the Uyghurs imprisoned in Xinjiang concentration camps, the more our hackles should be raised. Western democracies view any use of chemical weapons as unconscionable, but the evidence shows our enemies do not share this view.</w:t>
      </w:r>
    </w:p>
    <w:p>
      <w:pPr>
        <w:spacing w:after="60"/>
      </w:pPr>
      <w:r>
        <w:rPr>
          <w:b w:val="0"/>
          <w:i w:val="0"/>
          <w:smallCaps w:val="0"/>
          <w:strike w:val="0"/>
          <w:sz w:val="16"/>
          <w:u w:val="none"/>
        </w:rPr>
        <w:t xml:space="preserve">Although the scope of Russia's economy and the ambitiousness of its national objectives pale in comparison to China's, </w:t>
      </w:r>
      <w:r>
        <w:rPr>
          <w:b/>
          <w:i w:val="0"/>
          <w:smallCaps w:val="0"/>
          <w:strike w:val="0"/>
          <w:sz w:val="22"/>
          <w:highlight w:val="cyan"/>
          <w:u w:val="single"/>
        </w:rPr>
        <w:t>Russia</w:t>
      </w:r>
      <w:r>
        <w:rPr>
          <w:b w:val="0"/>
          <w:i w:val="0"/>
          <w:smallCaps w:val="0"/>
          <w:strike w:val="0"/>
          <w:sz w:val="22"/>
          <w:u w:val="single"/>
        </w:rPr>
        <w:t xml:space="preserve"> still </w:t>
      </w:r>
      <w:r>
        <w:rPr>
          <w:b w:val="0"/>
          <w:i w:val="0"/>
          <w:smallCaps w:val="0"/>
          <w:strike w:val="0"/>
          <w:sz w:val="22"/>
          <w:highlight w:val="cyan"/>
          <w:u w:val="single"/>
        </w:rPr>
        <w:t xml:space="preserve">seeks to </w:t>
      </w:r>
      <w:r>
        <w:rPr>
          <w:b/>
          <w:i w:val="0"/>
          <w:smallCaps w:val="0"/>
          <w:strike w:val="0"/>
          <w:sz w:val="22"/>
          <w:highlight w:val="cyan"/>
          <w:u w:val="single"/>
        </w:rPr>
        <w:t>undermine</w:t>
      </w:r>
      <w:r>
        <w:rPr>
          <w:b/>
          <w:i w:val="0"/>
          <w:smallCaps w:val="0"/>
          <w:strike w:val="0"/>
          <w:sz w:val="22"/>
          <w:u w:val="single"/>
        </w:rPr>
        <w:t xml:space="preserve"> the </w:t>
      </w:r>
      <w:r>
        <w:rPr>
          <w:b/>
          <w:i w:val="0"/>
          <w:smallCaps w:val="0"/>
          <w:strike w:val="0"/>
          <w:sz w:val="22"/>
          <w:highlight w:val="cyan"/>
          <w:u w:val="single"/>
        </w:rPr>
        <w:t>U</w:t>
      </w:r>
      <w:r>
        <w:rPr>
          <w:b/>
          <w:i w:val="0"/>
          <w:smallCaps w:val="0"/>
          <w:strike w:val="0"/>
          <w:sz w:val="22"/>
          <w:u w:val="single"/>
        </w:rPr>
        <w:t xml:space="preserve">nited </w:t>
      </w:r>
      <w:r>
        <w:rPr>
          <w:b/>
          <w:i w:val="0"/>
          <w:smallCaps w:val="0"/>
          <w:strike w:val="0"/>
          <w:sz w:val="22"/>
          <w:highlight w:val="cyan"/>
          <w:u w:val="single"/>
        </w:rPr>
        <w:t>S</w:t>
      </w:r>
      <w:r>
        <w:rPr>
          <w:b/>
          <w:i w:val="0"/>
          <w:smallCaps w:val="0"/>
          <w:strike w:val="0"/>
          <w:sz w:val="22"/>
          <w:u w:val="single"/>
        </w:rPr>
        <w:t>tates</w:t>
      </w:r>
      <w:r>
        <w:rPr>
          <w:b w:val="0"/>
          <w:i w:val="0"/>
          <w:smallCaps w:val="0"/>
          <w:strike w:val="0"/>
          <w:sz w:val="22"/>
          <w:u w:val="single"/>
        </w:rPr>
        <w:t xml:space="preserve"> and our allies</w:t>
      </w:r>
      <w:r>
        <w:rPr>
          <w:b w:val="0"/>
          <w:i w:val="0"/>
          <w:smallCaps w:val="0"/>
          <w:strike w:val="0"/>
          <w:sz w:val="16"/>
          <w:u w:val="none"/>
        </w:rPr>
        <w:t xml:space="preserve"> wherever it can. Like China, </w:t>
      </w:r>
      <w:r>
        <w:rPr>
          <w:b w:val="0"/>
          <w:i w:val="0"/>
          <w:smallCaps w:val="0"/>
          <w:strike w:val="0"/>
          <w:sz w:val="22"/>
          <w:u w:val="single"/>
        </w:rPr>
        <w:t xml:space="preserve">it is investing heavily in its nuclear forces and has repeatedly </w:t>
      </w:r>
      <w:r>
        <w:rPr>
          <w:b/>
          <w:i w:val="0"/>
          <w:smallCaps w:val="0"/>
          <w:strike w:val="0"/>
          <w:sz w:val="22"/>
          <w:highlight w:val="cyan"/>
          <w:u w:val="single"/>
        </w:rPr>
        <w:t>violated</w:t>
      </w:r>
      <w:r>
        <w:rPr>
          <w:b/>
          <w:i w:val="0"/>
          <w:smallCaps w:val="0"/>
          <w:strike w:val="0"/>
          <w:sz w:val="22"/>
          <w:u w:val="single"/>
        </w:rPr>
        <w:t xml:space="preserve"> U.S. </w:t>
      </w:r>
      <w:r>
        <w:rPr>
          <w:b/>
          <w:i w:val="0"/>
          <w:smallCaps w:val="0"/>
          <w:strike w:val="0"/>
          <w:sz w:val="22"/>
          <w:highlight w:val="cyan"/>
          <w:u w:val="single"/>
        </w:rPr>
        <w:t>arms control</w:t>
      </w:r>
      <w:r>
        <w:rPr>
          <w:b w:val="0"/>
          <w:i w:val="0"/>
          <w:smallCaps w:val="0"/>
          <w:strike w:val="0"/>
          <w:sz w:val="16"/>
          <w:u w:val="none"/>
        </w:rPr>
        <w:t xml:space="preserve"> agreements. To take one particularly abhorrent and brazen example, on August 6, 2018, the Russian government used chemical weapons on British soil </w:t>
      </w:r>
      <w:r>
        <w:rPr>
          <w:b w:val="0"/>
          <w:i w:val="0"/>
          <w:smallCaps w:val="0"/>
          <w:strike w:val="0"/>
          <w:sz w:val="16"/>
          <w:u w:val="none"/>
        </w:rPr>
        <w:t>in an attempt to</w:t>
      </w:r>
      <w:r>
        <w:rPr>
          <w:b w:val="0"/>
          <w:i w:val="0"/>
          <w:smallCaps w:val="0"/>
          <w:strike w:val="0"/>
          <w:sz w:val="16"/>
          <w:u w:val="none"/>
        </w:rPr>
        <w:t xml:space="preserve"> assassinate a former Russian spy, eliciting sanctions by the United States.</w:t>
      </w:r>
    </w:p>
    <w:p>
      <w:pPr>
        <w:spacing w:after="60"/>
      </w:pPr>
      <w:r>
        <w:rPr>
          <w:b w:val="0"/>
          <w:i w:val="0"/>
          <w:smallCaps w:val="0"/>
          <w:strike w:val="0"/>
          <w:sz w:val="16"/>
          <w:u w:val="none"/>
        </w:rPr>
        <w:t xml:space="preserve">That brings us to the </w:t>
      </w:r>
      <w:r>
        <w:rPr>
          <w:b w:val="0"/>
          <w:i w:val="0"/>
          <w:smallCaps w:val="0"/>
          <w:strike w:val="0"/>
          <w:sz w:val="22"/>
          <w:u w:val="single"/>
        </w:rPr>
        <w:t>second reason</w:t>
      </w:r>
      <w:r>
        <w:rPr>
          <w:b w:val="0"/>
          <w:i w:val="0"/>
          <w:smallCaps w:val="0"/>
          <w:strike w:val="0"/>
          <w:sz w:val="16"/>
          <w:u w:val="none"/>
        </w:rPr>
        <w:t xml:space="preserve"> NFU is a terrible idea. The </w:t>
      </w:r>
      <w:r>
        <w:rPr>
          <w:b/>
          <w:i w:val="0"/>
          <w:smallCaps w:val="0"/>
          <w:strike w:val="0"/>
          <w:sz w:val="22"/>
          <w:highlight w:val="cyan"/>
          <w:u w:val="single"/>
        </w:rPr>
        <w:t>U</w:t>
      </w:r>
      <w:r>
        <w:rPr>
          <w:b/>
          <w:i w:val="0"/>
          <w:smallCaps w:val="0"/>
          <w:strike w:val="0"/>
          <w:sz w:val="22"/>
          <w:u w:val="single"/>
        </w:rPr>
        <w:t xml:space="preserve">nited </w:t>
      </w:r>
      <w:r>
        <w:rPr>
          <w:b/>
          <w:i w:val="0"/>
          <w:smallCaps w:val="0"/>
          <w:strike w:val="0"/>
          <w:sz w:val="22"/>
          <w:highlight w:val="cyan"/>
          <w:u w:val="single"/>
        </w:rPr>
        <w:t>S</w:t>
      </w:r>
      <w:r>
        <w:rPr>
          <w:b/>
          <w:i w:val="0"/>
          <w:smallCaps w:val="0"/>
          <w:strike w:val="0"/>
          <w:sz w:val="22"/>
          <w:u w:val="single"/>
        </w:rPr>
        <w:t xml:space="preserve">tates </w:t>
      </w:r>
      <w:r>
        <w:rPr>
          <w:b/>
          <w:i w:val="0"/>
          <w:smallCaps w:val="0"/>
          <w:strike w:val="0"/>
          <w:sz w:val="22"/>
          <w:highlight w:val="cyan"/>
          <w:u w:val="single"/>
        </w:rPr>
        <w:t>should</w:t>
      </w:r>
      <w:r>
        <w:rPr>
          <w:b w:val="0"/>
          <w:i w:val="0"/>
          <w:smallCaps w:val="0"/>
          <w:strike w:val="0"/>
          <w:sz w:val="22"/>
          <w:u w:val="single"/>
        </w:rPr>
        <w:t xml:space="preserve"> be working to </w:t>
      </w:r>
      <w:r>
        <w:rPr>
          <w:b/>
          <w:i w:val="0"/>
          <w:smallCaps w:val="0"/>
          <w:strike w:val="0"/>
          <w:sz w:val="22"/>
          <w:highlight w:val="cyan"/>
          <w:u w:val="single"/>
        </w:rPr>
        <w:t>create more complex calculations</w:t>
      </w:r>
      <w:r>
        <w:rPr>
          <w:b w:val="0"/>
          <w:i w:val="0"/>
          <w:smallCaps w:val="0"/>
          <w:strike w:val="0"/>
          <w:sz w:val="22"/>
          <w:u w:val="single"/>
        </w:rPr>
        <w:t xml:space="preserve"> for China and Russia</w:t>
      </w:r>
      <w:r>
        <w:rPr>
          <w:b w:val="0"/>
          <w:i w:val="0"/>
          <w:smallCaps w:val="0"/>
          <w:strike w:val="0"/>
          <w:sz w:val="16"/>
          <w:u w:val="none"/>
        </w:rPr>
        <w:t>—</w:t>
      </w:r>
      <w:r>
        <w:rPr>
          <w:b w:val="0"/>
          <w:i w:val="0"/>
          <w:smallCaps w:val="0"/>
          <w:strike w:val="0"/>
          <w:sz w:val="22"/>
          <w:u w:val="single"/>
        </w:rPr>
        <w:t>not making their calculations simpler</w:t>
      </w:r>
      <w:r>
        <w:rPr>
          <w:b w:val="0"/>
          <w:i w:val="0"/>
          <w:smallCaps w:val="0"/>
          <w:strike w:val="0"/>
          <w:sz w:val="16"/>
          <w:u w:val="none"/>
        </w:rPr>
        <w:t xml:space="preserve">. </w:t>
      </w:r>
      <w:r>
        <w:rPr>
          <w:b w:val="0"/>
          <w:i w:val="0"/>
          <w:smallCaps w:val="0"/>
          <w:strike w:val="0"/>
          <w:sz w:val="22"/>
          <w:u w:val="single"/>
        </w:rPr>
        <w:t xml:space="preserve">Every </w:t>
      </w:r>
      <w:r>
        <w:rPr>
          <w:b w:val="0"/>
          <w:i w:val="0"/>
          <w:smallCaps w:val="0"/>
          <w:strike w:val="0"/>
          <w:sz w:val="22"/>
          <w:highlight w:val="cyan"/>
          <w:u w:val="single"/>
        </w:rPr>
        <w:t>policy</w:t>
      </w:r>
      <w:r>
        <w:rPr>
          <w:b w:val="0"/>
          <w:i w:val="0"/>
          <w:smallCaps w:val="0"/>
          <w:strike w:val="0"/>
          <w:sz w:val="22"/>
          <w:u w:val="single"/>
        </w:rPr>
        <w:t xml:space="preserve"> decision</w:t>
      </w:r>
      <w:r>
        <w:rPr>
          <w:b w:val="0"/>
          <w:i w:val="0"/>
          <w:smallCaps w:val="0"/>
          <w:strike w:val="0"/>
          <w:sz w:val="16"/>
          <w:u w:val="none"/>
        </w:rPr>
        <w:t xml:space="preserve"> related to arms control, the make-up and quality of America's own weapons and our public declarations </w:t>
      </w:r>
      <w:r>
        <w:rPr>
          <w:b w:val="0"/>
          <w:i w:val="0"/>
          <w:smallCaps w:val="0"/>
          <w:strike w:val="0"/>
          <w:sz w:val="22"/>
          <w:highlight w:val="cyan"/>
          <w:u w:val="single"/>
        </w:rPr>
        <w:t>should</w:t>
      </w:r>
      <w:r>
        <w:rPr>
          <w:b w:val="0"/>
          <w:i w:val="0"/>
          <w:smallCaps w:val="0"/>
          <w:strike w:val="0"/>
          <w:sz w:val="16"/>
          <w:u w:val="none"/>
        </w:rPr>
        <w:t xml:space="preserve"> be made with one goal in mind: to </w:t>
      </w:r>
      <w:r>
        <w:rPr>
          <w:b/>
          <w:i w:val="0"/>
          <w:smallCaps w:val="0"/>
          <w:strike w:val="0"/>
          <w:sz w:val="22"/>
          <w:highlight w:val="cyan"/>
          <w:u w:val="single"/>
        </w:rPr>
        <w:t>deter</w:t>
      </w:r>
      <w:r>
        <w:rPr>
          <w:b/>
          <w:i w:val="0"/>
          <w:smallCaps w:val="0"/>
          <w:strike w:val="0"/>
          <w:sz w:val="22"/>
          <w:u w:val="single"/>
        </w:rPr>
        <w:t xml:space="preserve"> acts of </w:t>
      </w:r>
      <w:r>
        <w:rPr>
          <w:b/>
          <w:i w:val="0"/>
          <w:smallCaps w:val="0"/>
          <w:strike w:val="0"/>
          <w:sz w:val="22"/>
          <w:highlight w:val="cyan"/>
          <w:u w:val="single"/>
        </w:rPr>
        <w:t>aggression</w:t>
      </w:r>
      <w:r>
        <w:rPr>
          <w:b w:val="0"/>
          <w:i w:val="0"/>
          <w:smallCaps w:val="0"/>
          <w:strike w:val="0"/>
          <w:sz w:val="22"/>
          <w:u w:val="single"/>
        </w:rPr>
        <w:t xml:space="preserve"> against the United States</w:t>
      </w:r>
      <w:r>
        <w:rPr>
          <w:b w:val="0"/>
          <w:i w:val="0"/>
          <w:smallCaps w:val="0"/>
          <w:strike w:val="0"/>
          <w:sz w:val="16"/>
          <w:u w:val="none"/>
        </w:rPr>
        <w:t>. The United States must keep our options open, maintain some ambiguity about what we may do and force our enemies to make complex calculations and always doubt whether an act of aggression against the United States would be worth the punitive cost.</w:t>
      </w:r>
    </w:p>
    <w:p>
      <w:pPr>
        <w:spacing w:after="60"/>
      </w:pPr>
      <w:r>
        <w:rPr>
          <w:b w:val="0"/>
          <w:i w:val="0"/>
          <w:smallCaps w:val="0"/>
          <w:strike w:val="0"/>
          <w:sz w:val="16"/>
          <w:u w:val="none"/>
        </w:rPr>
        <w:t xml:space="preserve">Third, </w:t>
      </w:r>
      <w:r>
        <w:rPr>
          <w:b w:val="0"/>
          <w:i w:val="0"/>
          <w:smallCaps w:val="0"/>
          <w:strike w:val="0"/>
          <w:sz w:val="22"/>
          <w:u w:val="single"/>
        </w:rPr>
        <w:t xml:space="preserve">our </w:t>
      </w:r>
      <w:r>
        <w:rPr>
          <w:b/>
          <w:i w:val="0"/>
          <w:smallCaps w:val="0"/>
          <w:strike w:val="0"/>
          <w:sz w:val="22"/>
          <w:highlight w:val="cyan"/>
          <w:u w:val="single"/>
        </w:rPr>
        <w:t>adversaries would hardly restrict themselves</w:t>
      </w:r>
      <w:r>
        <w:rPr>
          <w:b w:val="0"/>
          <w:i w:val="0"/>
          <w:smallCaps w:val="0"/>
          <w:strike w:val="0"/>
          <w:sz w:val="22"/>
          <w:highlight w:val="cyan"/>
          <w:u w:val="single"/>
        </w:rPr>
        <w:t xml:space="preserve"> if</w:t>
      </w:r>
      <w:r>
        <w:rPr>
          <w:b w:val="0"/>
          <w:i w:val="0"/>
          <w:smallCaps w:val="0"/>
          <w:strike w:val="0"/>
          <w:sz w:val="22"/>
          <w:u w:val="single"/>
        </w:rPr>
        <w:t xml:space="preserve"> America were to adopt a true </w:t>
      </w:r>
      <w:r>
        <w:rPr>
          <w:b w:val="0"/>
          <w:i w:val="0"/>
          <w:smallCaps w:val="0"/>
          <w:strike w:val="0"/>
          <w:sz w:val="22"/>
          <w:highlight w:val="cyan"/>
          <w:u w:val="single"/>
        </w:rPr>
        <w:t>NFU</w:t>
      </w:r>
      <w:r>
        <w:rPr>
          <w:b w:val="0"/>
          <w:i w:val="0"/>
          <w:smallCaps w:val="0"/>
          <w:strike w:val="0"/>
          <w:sz w:val="16"/>
          <w:u w:val="none"/>
        </w:rPr>
        <w:t xml:space="preserve"> policy. In fact, we have reason to believe that </w:t>
      </w:r>
      <w:r>
        <w:rPr>
          <w:b w:val="0"/>
          <w:i w:val="0"/>
          <w:smallCaps w:val="0"/>
          <w:strike w:val="0"/>
          <w:sz w:val="22"/>
          <w:highlight w:val="cyan"/>
          <w:u w:val="single"/>
        </w:rPr>
        <w:t>many</w:t>
      </w:r>
      <w:r>
        <w:rPr>
          <w:b w:val="0"/>
          <w:i w:val="0"/>
          <w:smallCaps w:val="0"/>
          <w:strike w:val="0"/>
          <w:sz w:val="22"/>
          <w:u w:val="single"/>
        </w:rPr>
        <w:t xml:space="preserve"> are </w:t>
      </w:r>
      <w:r>
        <w:rPr>
          <w:b w:val="0"/>
          <w:i w:val="0"/>
          <w:smallCaps w:val="0"/>
          <w:strike w:val="0"/>
          <w:sz w:val="22"/>
          <w:highlight w:val="cyan"/>
          <w:u w:val="single"/>
        </w:rPr>
        <w:t>willing to use nuclear</w:t>
      </w:r>
      <w:r>
        <w:rPr>
          <w:b w:val="0"/>
          <w:i w:val="0"/>
          <w:smallCaps w:val="0"/>
          <w:strike w:val="0"/>
          <w:sz w:val="22"/>
          <w:u w:val="single"/>
        </w:rPr>
        <w:t xml:space="preserve"> weapons </w:t>
      </w:r>
      <w:r>
        <w:rPr>
          <w:b w:val="0"/>
          <w:i w:val="0"/>
          <w:smallCaps w:val="0"/>
          <w:strike w:val="0"/>
          <w:sz w:val="22"/>
          <w:highlight w:val="cyan"/>
          <w:u w:val="single"/>
        </w:rPr>
        <w:t>first</w:t>
      </w:r>
      <w:r>
        <w:rPr>
          <w:b w:val="0"/>
          <w:i w:val="0"/>
          <w:smallCaps w:val="0"/>
          <w:strike w:val="0"/>
          <w:sz w:val="16"/>
          <w:u w:val="none"/>
        </w:rPr>
        <w:t xml:space="preserve"> in a conflict.</w:t>
      </w:r>
    </w:p>
    <w:p>
      <w:pPr>
        <w:spacing w:after="60"/>
      </w:pPr>
      <w:r>
        <w:rPr>
          <w:b w:val="0"/>
          <w:i w:val="0"/>
          <w:smallCaps w:val="0"/>
          <w:strike w:val="0"/>
          <w:sz w:val="16"/>
          <w:u w:val="none"/>
        </w:rPr>
        <w:t xml:space="preserve">Start with Russia. </w:t>
      </w:r>
      <w:r>
        <w:rPr>
          <w:b/>
          <w:i w:val="0"/>
          <w:smallCaps w:val="0"/>
          <w:strike w:val="0"/>
          <w:sz w:val="22"/>
          <w:highlight w:val="cyan"/>
          <w:u w:val="single"/>
        </w:rPr>
        <w:t>Russia</w:t>
      </w:r>
      <w:r>
        <w:rPr>
          <w:b/>
          <w:i w:val="0"/>
          <w:smallCaps w:val="0"/>
          <w:strike w:val="0"/>
          <w:sz w:val="22"/>
          <w:u w:val="single"/>
        </w:rPr>
        <w:t>n</w:t>
      </w:r>
      <w:r>
        <w:rPr>
          <w:b w:val="0"/>
          <w:i w:val="0"/>
          <w:smallCaps w:val="0"/>
          <w:strike w:val="0"/>
          <w:sz w:val="22"/>
          <w:u w:val="single"/>
        </w:rPr>
        <w:t xml:space="preserve"> officials have </w:t>
      </w:r>
      <w:r>
        <w:rPr>
          <w:b/>
          <w:i w:val="0"/>
          <w:smallCaps w:val="0"/>
          <w:strike w:val="0"/>
          <w:sz w:val="22"/>
          <w:highlight w:val="cyan"/>
          <w:u w:val="single"/>
        </w:rPr>
        <w:t>implied</w:t>
      </w:r>
      <w:r>
        <w:rPr>
          <w:b/>
          <w:i w:val="0"/>
          <w:smallCaps w:val="0"/>
          <w:strike w:val="0"/>
          <w:sz w:val="22"/>
          <w:u w:val="single"/>
        </w:rPr>
        <w:t xml:space="preserve"> their </w:t>
      </w:r>
      <w:r>
        <w:rPr>
          <w:b/>
          <w:i w:val="0"/>
          <w:smallCaps w:val="0"/>
          <w:strike w:val="0"/>
          <w:sz w:val="22"/>
          <w:highlight w:val="cyan"/>
          <w:u w:val="single"/>
        </w:rPr>
        <w:t>comfort with</w:t>
      </w:r>
      <w:r>
        <w:rPr>
          <w:b w:val="0"/>
          <w:i w:val="0"/>
          <w:smallCaps w:val="0"/>
          <w:strike w:val="0"/>
          <w:sz w:val="22"/>
          <w:u w:val="single"/>
        </w:rPr>
        <w:t xml:space="preserve"> the use of </w:t>
      </w:r>
      <w:r>
        <w:rPr>
          <w:b/>
          <w:i w:val="0"/>
          <w:smallCaps w:val="0"/>
          <w:strike w:val="0"/>
          <w:sz w:val="22"/>
          <w:highlight w:val="cyan"/>
          <w:u w:val="single"/>
        </w:rPr>
        <w:t>nuclear weapons</w:t>
      </w:r>
      <w:r>
        <w:rPr>
          <w:b w:val="0"/>
          <w:i w:val="0"/>
          <w:smallCaps w:val="0"/>
          <w:strike w:val="0"/>
          <w:sz w:val="22"/>
          <w:u w:val="single"/>
        </w:rPr>
        <w:t xml:space="preserve"> </w:t>
      </w:r>
      <w:r>
        <w:rPr>
          <w:b w:val="0"/>
          <w:i w:val="0"/>
          <w:smallCaps w:val="0"/>
          <w:strike w:val="0"/>
          <w:sz w:val="16"/>
          <w:u w:val="none"/>
        </w:rPr>
        <w:t xml:space="preserve">in a conventional conflict, have at times threatened nuclear use against purely defensive systems and, in at least one instance, an </w:t>
      </w:r>
      <w:r>
        <w:rPr>
          <w:b w:val="0"/>
          <w:i w:val="0"/>
          <w:smallCaps w:val="0"/>
          <w:strike w:val="0"/>
          <w:sz w:val="22"/>
          <w:u w:val="single"/>
        </w:rPr>
        <w:t xml:space="preserve">official stated that the conditions for a Russian nuclear use could </w:t>
      </w:r>
      <w:r>
        <w:rPr>
          <w:b w:val="0"/>
          <w:i w:val="0"/>
          <w:smallCaps w:val="0"/>
          <w:strike w:val="0"/>
          <w:sz w:val="22"/>
          <w:u w:val="single"/>
        </w:rPr>
        <w:t>as</w:t>
      </w:r>
      <w:r>
        <w:rPr>
          <w:b w:val="0"/>
          <w:i w:val="0"/>
          <w:smallCaps w:val="0"/>
          <w:strike w:val="0"/>
          <w:sz w:val="22"/>
          <w:u w:val="single"/>
        </w:rPr>
        <w:t xml:space="preserve"> small as a regional</w:t>
      </w:r>
      <w:r>
        <w:rPr>
          <w:b w:val="0"/>
          <w:i w:val="0"/>
          <w:smallCaps w:val="0"/>
          <w:strike w:val="0"/>
          <w:sz w:val="16"/>
          <w:u w:val="none"/>
        </w:rPr>
        <w:t xml:space="preserve">, or even a local, </w:t>
      </w:r>
      <w:r>
        <w:rPr>
          <w:b w:val="0"/>
          <w:i w:val="0"/>
          <w:smallCaps w:val="0"/>
          <w:strike w:val="0"/>
          <w:sz w:val="22"/>
          <w:u w:val="single"/>
        </w:rPr>
        <w:t>conflict</w:t>
      </w:r>
      <w:r>
        <w:rPr>
          <w:b w:val="0"/>
          <w:i w:val="0"/>
          <w:smallCaps w:val="0"/>
          <w:strike w:val="0"/>
          <w:sz w:val="16"/>
          <w:u w:val="none"/>
        </w:rPr>
        <w:t>. In June 2015, the Obama administration's deputy secretary of defense, Robert Work, and then-Vice Chairman of the Joint Chiefs of Staff Admiral James Winnefeld informed Congress that Russian military doctrine includes what some have called an 'escalate to de-escalate' strategy—a strategy that purportedly seeks to de-escalate a conventional conflict through coercive threats, including limited nuclear use." Then-Trump administration Secretary of Defense James Mattis "testified to the same concern in 2018.</w:t>
      </w:r>
    </w:p>
    <w:p>
      <w:pPr>
        <w:spacing w:after="60"/>
      </w:pPr>
      <w:r>
        <w:rPr>
          <w:b w:val="0"/>
          <w:i w:val="0"/>
          <w:smallCaps w:val="0"/>
          <w:strike w:val="0"/>
          <w:sz w:val="16"/>
          <w:u w:val="none"/>
        </w:rPr>
        <w:t xml:space="preserve">As for China, the </w:t>
      </w:r>
      <w:r>
        <w:rPr>
          <w:b w:val="0"/>
          <w:i w:val="0"/>
          <w:smallCaps w:val="0"/>
          <w:strike w:val="0"/>
          <w:sz w:val="22"/>
          <w:u w:val="single"/>
        </w:rPr>
        <w:t>Chinese have purported to embrace NFU</w:t>
      </w:r>
      <w:r>
        <w:rPr>
          <w:b w:val="0"/>
          <w:i w:val="0"/>
          <w:smallCaps w:val="0"/>
          <w:strike w:val="0"/>
          <w:sz w:val="16"/>
          <w:u w:val="none"/>
        </w:rPr>
        <w:t xml:space="preserve">. Way back on October 16, 1964, China declared that it will never, at any time or under any circumstances, be the first to use nuclear weapons. For decades, that was blindly accepted by those who wished to believe it—including NFU proponents in the U.S. </w:t>
      </w:r>
      <w:r>
        <w:rPr>
          <w:b w:val="0"/>
          <w:i w:val="0"/>
          <w:smallCaps w:val="0"/>
          <w:strike w:val="0"/>
          <w:sz w:val="22"/>
          <w:u w:val="single"/>
        </w:rPr>
        <w:t>But current Commander of U.S. Strategic Command</w:t>
      </w:r>
      <w:r>
        <w:rPr>
          <w:b w:val="0"/>
          <w:i w:val="0"/>
          <w:smallCaps w:val="0"/>
          <w:strike w:val="0"/>
          <w:sz w:val="16"/>
          <w:u w:val="none"/>
        </w:rPr>
        <w:t xml:space="preserve"> Admiral Richard, when speaking about the Chinese NFU policy, "told senators in February 2020, "I could drive a truck through that no first use policy." He went on to </w:t>
      </w:r>
      <w:r>
        <w:rPr>
          <w:b w:val="0"/>
          <w:i w:val="0"/>
          <w:smallCaps w:val="0"/>
          <w:strike w:val="0"/>
          <w:sz w:val="22"/>
          <w:u w:val="single"/>
        </w:rPr>
        <w:t xml:space="preserve">explain that the </w:t>
      </w:r>
      <w:r>
        <w:rPr>
          <w:b/>
          <w:i w:val="0"/>
          <w:smallCaps w:val="0"/>
          <w:strike w:val="0"/>
          <w:sz w:val="22"/>
          <w:highlight w:val="cyan"/>
          <w:u w:val="single"/>
        </w:rPr>
        <w:t>Chinese</w:t>
      </w:r>
      <w:r>
        <w:rPr>
          <w:b/>
          <w:i w:val="0"/>
          <w:smallCaps w:val="0"/>
          <w:strike w:val="0"/>
          <w:sz w:val="22"/>
          <w:u w:val="single"/>
        </w:rPr>
        <w:t xml:space="preserve"> nuclear </w:t>
      </w:r>
      <w:r>
        <w:rPr>
          <w:b/>
          <w:i w:val="0"/>
          <w:smallCaps w:val="0"/>
          <w:strike w:val="0"/>
          <w:sz w:val="22"/>
          <w:highlight w:val="cyan"/>
          <w:u w:val="single"/>
        </w:rPr>
        <w:t>program</w:t>
      </w:r>
      <w:r>
        <w:rPr>
          <w:b w:val="0"/>
          <w:i w:val="0"/>
          <w:smallCaps w:val="0"/>
          <w:strike w:val="0"/>
          <w:sz w:val="22"/>
          <w:u w:val="single"/>
        </w:rPr>
        <w:t xml:space="preserve"> lacks transparency and </w:t>
      </w:r>
      <w:r>
        <w:rPr>
          <w:b/>
          <w:i w:val="0"/>
          <w:smallCaps w:val="0"/>
          <w:strike w:val="0"/>
          <w:sz w:val="22"/>
          <w:highlight w:val="cyan"/>
          <w:u w:val="single"/>
        </w:rPr>
        <w:t>fosters distrust</w:t>
      </w:r>
      <w:r>
        <w:rPr>
          <w:b w:val="0"/>
          <w:i w:val="0"/>
          <w:smallCaps w:val="0"/>
          <w:strike w:val="0"/>
          <w:sz w:val="16"/>
          <w:u w:val="none"/>
        </w:rPr>
        <w:t xml:space="preserve">. Worse, the CCP's dubious claims to disputed Chinese territory raises concerns about how, and where, </w:t>
      </w:r>
      <w:r>
        <w:rPr>
          <w:b w:val="0"/>
          <w:i w:val="0"/>
          <w:smallCaps w:val="0"/>
          <w:strike w:val="0"/>
          <w:sz w:val="22"/>
          <w:u w:val="single"/>
        </w:rPr>
        <w:t>Beijing may employ nuclear weapons</w:t>
      </w:r>
      <w:r>
        <w:rPr>
          <w:b w:val="0"/>
          <w:i w:val="0"/>
          <w:smallCaps w:val="0"/>
          <w:strike w:val="0"/>
          <w:sz w:val="16"/>
          <w:u w:val="none"/>
        </w:rPr>
        <w:t xml:space="preserve">. Moreover, the </w:t>
      </w:r>
      <w:r>
        <w:rPr>
          <w:b w:val="0"/>
          <w:i w:val="0"/>
          <w:smallCaps w:val="0"/>
          <w:strike w:val="0"/>
          <w:sz w:val="22"/>
          <w:highlight w:val="cyan"/>
          <w:u w:val="single"/>
        </w:rPr>
        <w:t>CCP</w:t>
      </w:r>
      <w:r>
        <w:rPr>
          <w:b w:val="0"/>
          <w:i w:val="0"/>
          <w:smallCaps w:val="0"/>
          <w:strike w:val="0"/>
          <w:sz w:val="22"/>
          <w:u w:val="single"/>
        </w:rPr>
        <w:t xml:space="preserve"> is </w:t>
      </w:r>
      <w:r>
        <w:rPr>
          <w:b w:val="0"/>
          <w:i w:val="0"/>
          <w:smallCaps w:val="0"/>
          <w:strike w:val="0"/>
          <w:sz w:val="22"/>
          <w:highlight w:val="cyan"/>
          <w:u w:val="single"/>
        </w:rPr>
        <w:t>engaged in</w:t>
      </w:r>
      <w:r>
        <w:rPr>
          <w:b w:val="0"/>
          <w:i w:val="0"/>
          <w:smallCaps w:val="0"/>
          <w:strike w:val="0"/>
          <w:sz w:val="22"/>
          <w:u w:val="single"/>
        </w:rPr>
        <w:t xml:space="preserve"> a robust </w:t>
      </w:r>
      <w:r>
        <w:rPr>
          <w:b/>
          <w:i w:val="0"/>
          <w:smallCaps w:val="0"/>
          <w:strike w:val="0"/>
          <w:sz w:val="22"/>
          <w:highlight w:val="cyan"/>
          <w:u w:val="single"/>
        </w:rPr>
        <w:t>disinformation campaign</w:t>
      </w:r>
      <w:r>
        <w:rPr>
          <w:b w:val="0"/>
          <w:i w:val="0"/>
          <w:smallCaps w:val="0"/>
          <w:strike w:val="0"/>
          <w:sz w:val="22"/>
          <w:u w:val="single"/>
        </w:rPr>
        <w:t xml:space="preserve"> across all areas of its government</w:t>
      </w:r>
      <w:r>
        <w:rPr>
          <w:b w:val="0"/>
          <w:i w:val="0"/>
          <w:smallCaps w:val="0"/>
          <w:strike w:val="0"/>
          <w:sz w:val="16"/>
          <w:u w:val="none"/>
        </w:rPr>
        <w:t xml:space="preserve"> and society: America should not presume anything but deceit from our number one geopolitical threat.</w:t>
      </w:r>
    </w:p>
    <w:p>
      <w:pPr>
        <w:spacing w:after="60"/>
      </w:pPr>
      <w:r>
        <w:rPr>
          <w:b w:val="0"/>
          <w:i w:val="0"/>
          <w:smallCaps w:val="0"/>
          <w:strike w:val="0"/>
          <w:sz w:val="16"/>
          <w:u w:val="none"/>
        </w:rPr>
        <w:t xml:space="preserve">Finally, </w:t>
      </w:r>
      <w:r>
        <w:rPr>
          <w:b w:val="0"/>
          <w:i w:val="0"/>
          <w:smallCaps w:val="0"/>
          <w:strike w:val="0"/>
          <w:sz w:val="22"/>
          <w:u w:val="single"/>
        </w:rPr>
        <w:t xml:space="preserve">adopting an </w:t>
      </w:r>
      <w:r>
        <w:rPr>
          <w:b w:val="0"/>
          <w:i w:val="0"/>
          <w:smallCaps w:val="0"/>
          <w:strike w:val="0"/>
          <w:sz w:val="22"/>
          <w:highlight w:val="cyan"/>
          <w:u w:val="single"/>
        </w:rPr>
        <w:t>NFU</w:t>
      </w:r>
      <w:r>
        <w:rPr>
          <w:b w:val="0"/>
          <w:i w:val="0"/>
          <w:smallCaps w:val="0"/>
          <w:strike w:val="0"/>
          <w:sz w:val="22"/>
          <w:u w:val="single"/>
        </w:rPr>
        <w:t xml:space="preserve"> policy </w:t>
      </w:r>
      <w:r>
        <w:rPr>
          <w:b w:val="0"/>
          <w:i w:val="0"/>
          <w:smallCaps w:val="0"/>
          <w:strike w:val="0"/>
          <w:sz w:val="22"/>
          <w:highlight w:val="cyan"/>
          <w:u w:val="single"/>
        </w:rPr>
        <w:t>would cause allied</w:t>
      </w:r>
      <w:r>
        <w:rPr>
          <w:b w:val="0"/>
          <w:i w:val="0"/>
          <w:smallCaps w:val="0"/>
          <w:strike w:val="0"/>
          <w:sz w:val="22"/>
          <w:u w:val="single"/>
        </w:rPr>
        <w:t xml:space="preserve"> nations</w:t>
      </w:r>
      <w:r>
        <w:rPr>
          <w:b w:val="0"/>
          <w:i w:val="0"/>
          <w:smallCaps w:val="0"/>
          <w:strike w:val="0"/>
          <w:sz w:val="16"/>
          <w:u w:val="none"/>
        </w:rPr>
        <w:t xml:space="preserve">, who have rightly forsworn nuclear weapons and who rely on the American nuclear umbrella, </w:t>
      </w:r>
      <w:r>
        <w:rPr>
          <w:b w:val="0"/>
          <w:i w:val="0"/>
          <w:smallCaps w:val="0"/>
          <w:strike w:val="0"/>
          <w:sz w:val="22"/>
          <w:highlight w:val="cyan"/>
          <w:u w:val="single"/>
        </w:rPr>
        <w:t xml:space="preserve">to </w:t>
      </w:r>
      <w:r>
        <w:rPr>
          <w:b/>
          <w:i w:val="0"/>
          <w:smallCaps w:val="0"/>
          <w:strike w:val="0"/>
          <w:sz w:val="22"/>
          <w:highlight w:val="cyan"/>
          <w:u w:val="single"/>
        </w:rPr>
        <w:t>doubt</w:t>
      </w:r>
      <w:r>
        <w:rPr>
          <w:b/>
          <w:i w:val="0"/>
          <w:smallCaps w:val="0"/>
          <w:strike w:val="0"/>
          <w:sz w:val="22"/>
          <w:u w:val="single"/>
        </w:rPr>
        <w:t xml:space="preserve"> our assurances</w:t>
      </w:r>
      <w:r>
        <w:rPr>
          <w:b w:val="0"/>
          <w:i w:val="0"/>
          <w:smallCaps w:val="0"/>
          <w:strike w:val="0"/>
          <w:sz w:val="16"/>
          <w:u w:val="none"/>
        </w:rPr>
        <w:t xml:space="preserve">. And if allies and partners can no longer rely on our nuclear umbrella, they will develop their own. The </w:t>
      </w:r>
      <w:r>
        <w:rPr>
          <w:b w:val="0"/>
          <w:i w:val="0"/>
          <w:smallCaps w:val="0"/>
          <w:strike w:val="0"/>
          <w:sz w:val="22"/>
          <w:u w:val="single"/>
        </w:rPr>
        <w:t>result of the nuclear idealists' efforts</w:t>
      </w:r>
      <w:r>
        <w:rPr>
          <w:b w:val="0"/>
          <w:i w:val="0"/>
          <w:smallCaps w:val="0"/>
          <w:strike w:val="0"/>
          <w:sz w:val="16"/>
          <w:u w:val="none"/>
        </w:rPr>
        <w:t xml:space="preserve">, zealous as their mission is to take the world down to zero nuclear weapons, </w:t>
      </w:r>
      <w:r>
        <w:rPr>
          <w:b w:val="0"/>
          <w:i w:val="0"/>
          <w:smallCaps w:val="0"/>
          <w:strike w:val="0"/>
          <w:sz w:val="22"/>
          <w:u w:val="single"/>
        </w:rPr>
        <w:t xml:space="preserve">could ironically </w:t>
      </w:r>
      <w:r>
        <w:rPr>
          <w:b/>
          <w:i w:val="0"/>
          <w:smallCaps w:val="0"/>
          <w:strike w:val="0"/>
          <w:sz w:val="22"/>
          <w:highlight w:val="cyan"/>
          <w:u w:val="single"/>
        </w:rPr>
        <w:t>result in</w:t>
      </w:r>
      <w:r>
        <w:rPr>
          <w:b/>
          <w:i w:val="0"/>
          <w:smallCaps w:val="0"/>
          <w:strike w:val="0"/>
          <w:sz w:val="22"/>
          <w:u w:val="single"/>
        </w:rPr>
        <w:t xml:space="preserve"> precipitous </w:t>
      </w:r>
      <w:r>
        <w:rPr>
          <w:b/>
          <w:i w:val="0"/>
          <w:smallCaps w:val="0"/>
          <w:strike w:val="0"/>
          <w:sz w:val="22"/>
          <w:highlight w:val="cyan"/>
          <w:u w:val="single"/>
        </w:rPr>
        <w:t>nuclear prolif</w:t>
      </w:r>
      <w:r>
        <w:rPr>
          <w:b/>
          <w:i w:val="0"/>
          <w:smallCaps w:val="0"/>
          <w:strike w:val="0"/>
          <w:sz w:val="22"/>
          <w:u w:val="single"/>
        </w:rPr>
        <w:t>eration</w:t>
      </w:r>
      <w:r>
        <w:rPr>
          <w:b w:val="0"/>
          <w:i w:val="0"/>
          <w:smallCaps w:val="0"/>
          <w:strike w:val="0"/>
          <w:sz w:val="22"/>
          <w:u w:val="single"/>
        </w:rPr>
        <w:t>.</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