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E-Commerce counterfeit pharmacies are </w:t>
      </w:r>
      <w:r>
        <w:rPr>
          <w:b/>
          <w:i w:val="0"/>
          <w:smallCaps w:val="0"/>
          <w:strike w:val="0"/>
          <w:sz w:val="26"/>
          <w:u w:val="single"/>
        </w:rPr>
        <w:t>rampant</w:t>
      </w:r>
      <w:r>
        <w:rPr>
          <w:b/>
          <w:i w:val="0"/>
          <w:smallCaps w:val="0"/>
          <w:strike w:val="0"/>
          <w:sz w:val="26"/>
          <w:u w:val="none"/>
        </w:rPr>
        <w:t xml:space="preserve"> in the </w:t>
      </w:r>
      <w:r>
        <w:rPr>
          <w:b/>
          <w:i w:val="0"/>
          <w:smallCaps w:val="0"/>
          <w:strike w:val="0"/>
          <w:sz w:val="26"/>
          <w:u w:val="single"/>
        </w:rPr>
        <w:t>squo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>Have you ever been tempted to buy your medicines from an online pharmacy or another website?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You can protect yourself and your family by being cautious when buying medicine online. Some pharmacy websites operate legally and offer convenience, privacy, cost savings and safeguards for purchasing medicines.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Not </w:t>
      </w:r>
      <w:r>
        <w:rPr>
          <w:b w:val="0"/>
          <w:i w:val="0"/>
          <w:smallCaps w:val="0"/>
          <w:strike w:val="0"/>
          <w:u w:val="single"/>
        </w:rPr>
        <w:t>all websites are the same. The U</w:t>
      </w:r>
      <w:r>
        <w:rPr>
          <w:b/>
          <w:i w:val="0"/>
          <w:smallCaps w:val="0"/>
          <w:strike w:val="0"/>
          <w:u w:val="single"/>
        </w:rPr>
        <w:t>.</w:t>
      </w:r>
      <w:r>
        <w:rPr>
          <w:b/>
          <w:i w:val="0"/>
          <w:smallCaps w:val="0"/>
          <w:strike w:val="0"/>
          <w:highlight w:val="cyan"/>
          <w:u w:val="single"/>
        </w:rPr>
        <w:t>S. Food and Drug Administration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u w:val="single"/>
        </w:rPr>
        <w:t>warns t</w:t>
      </w:r>
      <w:r>
        <w:rPr>
          <w:b w:val="0"/>
          <w:i w:val="0"/>
          <w:smallCaps w:val="0"/>
          <w:strike w:val="0"/>
          <w:u w:val="single"/>
        </w:rPr>
        <w:t xml:space="preserve">hat there are many </w:t>
      </w:r>
      <w:r>
        <w:rPr>
          <w:b/>
          <w:i w:val="0"/>
          <w:smallCaps w:val="0"/>
          <w:strike w:val="0"/>
          <w:highlight w:val="cyan"/>
          <w:u w:val="single"/>
        </w:rPr>
        <w:t>unsafe online pharmacies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that claim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to </w:t>
      </w:r>
      <w:r>
        <w:rPr>
          <w:b/>
          <w:i w:val="0"/>
          <w:smallCaps w:val="0"/>
          <w:strike w:val="0"/>
          <w:highlight w:val="cyan"/>
          <w:u w:val="single"/>
        </w:rPr>
        <w:t>sell prescription drugs at deeply discounted prices</w:t>
      </w:r>
      <w:r>
        <w:rPr>
          <w:b w:val="0"/>
          <w:i w:val="0"/>
          <w:smallCaps w:val="0"/>
          <w:strike w:val="0"/>
          <w:u w:val="none"/>
        </w:rPr>
        <w:t xml:space="preserve">, often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without requiring a </w:t>
      </w:r>
      <w:r>
        <w:rPr>
          <w:b/>
          <w:i w:val="0"/>
          <w:smallCaps w:val="0"/>
          <w:strike w:val="0"/>
          <w:highlight w:val="cyan"/>
          <w:u w:val="single"/>
        </w:rPr>
        <w:t>prescriptio</w:t>
      </w:r>
      <w:r>
        <w:rPr>
          <w:b w:val="0"/>
          <w:i w:val="0"/>
          <w:smallCaps w:val="0"/>
          <w:strike w:val="0"/>
          <w:highlight w:val="cyan"/>
          <w:u w:val="single"/>
        </w:rPr>
        <w:t>n</w:t>
      </w:r>
      <w:r>
        <w:rPr>
          <w:b w:val="0"/>
          <w:i w:val="0"/>
          <w:smallCaps w:val="0"/>
          <w:strike w:val="0"/>
          <w:u w:val="singl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These internet-based pharmacies often sell unapproved, </w:t>
      </w:r>
      <w:r>
        <w:rPr>
          <w:b/>
          <w:i w:val="0"/>
          <w:smallCaps w:val="0"/>
          <w:strike w:val="0"/>
          <w:highlight w:val="cyan"/>
          <w:u w:val="single"/>
        </w:rPr>
        <w:t>counterfeit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or otherwise unsafe medicines</w:t>
      </w:r>
      <w:r>
        <w:rPr>
          <w:b w:val="0"/>
          <w:i w:val="0"/>
          <w:smallCaps w:val="0"/>
          <w:strike w:val="0"/>
          <w:u w:val="none"/>
        </w:rPr>
        <w:t xml:space="preserve"> outside the safeguards followed by licensed pharmacies.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Many unsafe online pharmacies use fake “storefronts” to mimic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licensed pharmacies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or</w:t>
      </w:r>
      <w:r>
        <w:rPr>
          <w:b w:val="0"/>
          <w:i w:val="0"/>
          <w:smallCaps w:val="0"/>
          <w:strike w:val="0"/>
          <w:u w:val="single"/>
        </w:rPr>
        <w:t xml:space="preserve"> to make you think their </w:t>
      </w:r>
      <w:r>
        <w:rPr>
          <w:b/>
          <w:i w:val="0"/>
          <w:smallCaps w:val="0"/>
          <w:strike w:val="0"/>
          <w:highlight w:val="cyan"/>
          <w:u w:val="single"/>
        </w:rPr>
        <w:t>medicines come from countries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with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high safety standards</w:t>
      </w:r>
      <w:r>
        <w:rPr>
          <w:b w:val="0"/>
          <w:i w:val="0"/>
          <w:smallCaps w:val="0"/>
          <w:strike w:val="0"/>
          <w:u w:val="single"/>
        </w:rPr>
        <w:t xml:space="preserve">. </w:t>
      </w:r>
      <w:r>
        <w:rPr>
          <w:b w:val="0"/>
          <w:i w:val="0"/>
          <w:smallCaps w:val="0"/>
          <w:strike w:val="0"/>
          <w:highlight w:val="cyan"/>
          <w:u w:val="single"/>
        </w:rPr>
        <w:t>But the medicines they sell could have been made anywhere,</w:t>
      </w:r>
      <w:r>
        <w:rPr>
          <w:b w:val="0"/>
          <w:i w:val="0"/>
          <w:smallCaps w:val="0"/>
          <w:strike w:val="0"/>
          <w:u w:val="single"/>
        </w:rPr>
        <w:t xml:space="preserve"> with little care or concern for safety and effectiveness. Also, these drugs could be fake, expired or otherwise unsafe for you and your family.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How can you tell if an online pharmacy is operating legally? The </w:t>
      </w:r>
      <w:r>
        <w:rPr>
          <w:b w:val="0"/>
          <w:i w:val="0"/>
          <w:smallCaps w:val="0"/>
          <w:strike w:val="0"/>
          <w:u w:val="none"/>
        </w:rPr>
        <w:t xml:space="preserve"> has resources and tools to help you make safer and more informed decisions when buying prescription medicines online.</w:t>
      </w:r>
    </w:p>
    <w:p>
      <w:pPr>
        <w:pStyle w:val="Caption"/>
      </w:pPr>
      <w:r>
        <w:t>Source: E-Commerce Updates - Michigan 2024 CGO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