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That causes </w:t>
      </w:r>
      <w:r>
        <w:rPr>
          <w:b/>
          <w:i w:val="0"/>
          <w:smallCaps w:val="0"/>
          <w:strike w:val="0"/>
          <w:sz w:val="26"/>
          <w:u w:val="single"/>
        </w:rPr>
        <w:t>great power war</w:t>
      </w:r>
      <w:r>
        <w:rPr>
          <w:b/>
          <w:i w:val="0"/>
          <w:smallCaps w:val="0"/>
          <w:strike w:val="0"/>
          <w:sz w:val="26"/>
          <w:u w:val="none"/>
        </w:rPr>
        <w:t xml:space="preserve"> --- the plan solves.</w:t>
      </w:r>
    </w:p>
    <w:p>
      <w:pPr>
        <w:spacing w:after="8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Hal 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>Brands 21</w:t>
      </w:r>
      <w:r>
        <w:rPr>
          <w:b w:val="0"/>
          <w:i w:val="0"/>
          <w:smallCaps w:val="0"/>
          <w:strike w:val="0"/>
          <w:color w:val="000000"/>
          <w:u w:val="none"/>
        </w:rPr>
        <w:t>, history PhD from Yale, Kissinger Distinguished Professor of Global Affairs at the Johns Hopkins University School of Advanced International Studies; and Dr. Michael Beckley, political science PhD from Columbia, associate professor of political science at Tufts University; 9/24/2021, “China Is a Declining Power—and That’s the Problem,” https://foreignpolicy.com/2021/09/24/china-great-power-united-states/</w:t>
      </w:r>
    </w:p>
    <w:p>
      <w:pPr>
        <w:spacing w:after="60"/>
      </w:pPr>
      <w:r>
        <w:rPr>
          <w:b/>
          <w:i w:val="0"/>
          <w:smallCaps w:val="0"/>
          <w:strike w:val="0"/>
          <w:color w:val="000000"/>
          <w:highlight w:val="cyan"/>
          <w:u w:val="single"/>
        </w:rPr>
        <w:t>Slow</w:t>
      </w:r>
      <w:r>
        <w:rPr>
          <w:b/>
          <w:i w:val="0"/>
          <w:smallCaps w:val="0"/>
          <w:strike w:val="0"/>
          <w:color w:val="000000"/>
          <w:u w:val="single"/>
        </w:rPr>
        <w:t xml:space="preserve">ing </w:t>
      </w:r>
      <w:r>
        <w:rPr>
          <w:b/>
          <w:i w:val="0"/>
          <w:smallCaps w:val="0"/>
          <w:strike w:val="0"/>
          <w:color w:val="000000"/>
          <w:highlight w:val="cyan"/>
          <w:u w:val="single"/>
        </w:rPr>
        <w:t>growth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 xml:space="preserve"> makes it hard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er for leaders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to keep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the </w:t>
      </w:r>
      <w:r>
        <w:rPr>
          <w:b/>
          <w:i w:val="0"/>
          <w:smallCaps w:val="0"/>
          <w:strike w:val="0"/>
          <w:color w:val="000000"/>
          <w:highlight w:val="cyan"/>
          <w:u w:val="single"/>
        </w:rPr>
        <w:t>public happy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. Economic underperformance weakens the country against its rivals.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Fearing upheaval, leaders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crack down on dissent. They </w:t>
      </w:r>
      <w:r>
        <w:rPr>
          <w:b/>
          <w:i w:val="0"/>
          <w:smallCaps w:val="0"/>
          <w:strike w:val="0"/>
          <w:color w:val="000000"/>
          <w:u w:val="single"/>
        </w:rPr>
        <w:t xml:space="preserve">maneuver </w:t>
      </w:r>
      <w:r>
        <w:rPr>
          <w:b/>
          <w:i w:val="0"/>
          <w:smallCaps w:val="0"/>
          <w:strike w:val="0"/>
          <w:color w:val="000000"/>
          <w:highlight w:val="cyan"/>
          <w:u w:val="single"/>
        </w:rPr>
        <w:t>desperately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to keep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geopolitical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enemies at bay. </w:t>
      </w:r>
      <w:r>
        <w:rPr>
          <w:b/>
          <w:i w:val="0"/>
          <w:smallCaps w:val="0"/>
          <w:strike w:val="0"/>
          <w:color w:val="000000"/>
          <w:u w:val="single"/>
        </w:rPr>
        <w:t>Expansion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seems like a </w:t>
      </w:r>
      <w:r>
        <w:rPr>
          <w:b/>
          <w:i w:val="0"/>
          <w:smallCaps w:val="0"/>
          <w:strike w:val="0"/>
          <w:color w:val="000000"/>
          <w:u w:val="single"/>
        </w:rPr>
        <w:t>solution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—a way of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grab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bing </w:t>
      </w:r>
      <w:r>
        <w:rPr>
          <w:b/>
          <w:i w:val="0"/>
          <w:smallCaps w:val="0"/>
          <w:strike w:val="0"/>
          <w:color w:val="000000"/>
          <w:u w:val="single"/>
        </w:rPr>
        <w:t xml:space="preserve">economic </w:t>
      </w:r>
      <w:r>
        <w:rPr>
          <w:b/>
          <w:i w:val="0"/>
          <w:smallCaps w:val="0"/>
          <w:strike w:val="0"/>
          <w:color w:val="000000"/>
          <w:highlight w:val="cyan"/>
          <w:u w:val="single"/>
        </w:rPr>
        <w:t>resources</w:t>
      </w:r>
      <w:r>
        <w:rPr>
          <w:b/>
          <w:i w:val="0"/>
          <w:smallCaps w:val="0"/>
          <w:strike w:val="0"/>
          <w:color w:val="000000"/>
          <w:u w:val="single"/>
        </w:rPr>
        <w:t xml:space="preserve"> and markets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 xml:space="preserve">, making </w:t>
      </w:r>
      <w:r>
        <w:rPr>
          <w:b/>
          <w:i w:val="0"/>
          <w:smallCaps w:val="0"/>
          <w:strike w:val="0"/>
          <w:color w:val="000000"/>
          <w:highlight w:val="cyan"/>
          <w:u w:val="single"/>
        </w:rPr>
        <w:t>nationalism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 xml:space="preserve"> a </w:t>
      </w:r>
      <w:r>
        <w:rPr>
          <w:b/>
          <w:i w:val="0"/>
          <w:smallCaps w:val="0"/>
          <w:strike w:val="0"/>
          <w:color w:val="000000"/>
          <w:highlight w:val="cyan"/>
          <w:u w:val="single"/>
        </w:rPr>
        <w:t>crutch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 xml:space="preserve"> for a </w:t>
      </w:r>
      <w:r>
        <w:rPr>
          <w:b/>
          <w:i w:val="0"/>
          <w:smallCaps w:val="0"/>
          <w:strike w:val="0"/>
          <w:color w:val="000000"/>
          <w:highlight w:val="cyan"/>
          <w:u w:val="single"/>
        </w:rPr>
        <w:t>wounded regime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and </w:t>
      </w:r>
      <w:r>
        <w:rPr>
          <w:b w:val="0"/>
          <w:i w:val="0"/>
          <w:smallCaps w:val="0"/>
          <w:strike w:val="0"/>
          <w:color w:val="000000"/>
          <w:u w:val="single"/>
        </w:rPr>
        <w:t>beating back foreign threats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color w:val="000000"/>
          <w:u w:val="single"/>
        </w:rPr>
        <w:t>Many countries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have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followed this path. When the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tates</w:t>
      </w:r>
      <w:r>
        <w:rPr>
          <w:b w:val="0"/>
          <w:i w:val="0"/>
          <w:smallCaps w:val="0"/>
          <w:strike w:val="0"/>
          <w:color w:val="000000"/>
          <w:u w:val="single"/>
        </w:rPr>
        <w:t>’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long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post-Civil War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economic surge ended</w:t>
      </w:r>
      <w:r>
        <w:rPr>
          <w:b w:val="0"/>
          <w:i w:val="0"/>
          <w:smallCaps w:val="0"/>
          <w:strike w:val="0"/>
          <w:color w:val="000000"/>
          <w:u w:val="single"/>
        </w:rPr>
        <w:t>, Washington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violently suppressed strikes and unrest at home, </w:t>
      </w:r>
      <w:r>
        <w:rPr>
          <w:b w:val="0"/>
          <w:i w:val="0"/>
          <w:smallCaps w:val="0"/>
          <w:strike w:val="0"/>
          <w:color w:val="000000"/>
          <w:u w:val="single"/>
        </w:rPr>
        <w:t>built a powerful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blue-water </w:t>
      </w:r>
      <w:r>
        <w:rPr>
          <w:b w:val="0"/>
          <w:i w:val="0"/>
          <w:smallCaps w:val="0"/>
          <w:strike w:val="0"/>
          <w:color w:val="000000"/>
          <w:u w:val="single"/>
        </w:rPr>
        <w:t>Navy, and engaged in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a fit of belligerence and </w:t>
      </w:r>
      <w:r>
        <w:rPr>
          <w:b/>
          <w:i w:val="0"/>
          <w:smallCaps w:val="0"/>
          <w:strike w:val="0"/>
          <w:color w:val="000000"/>
          <w:highlight w:val="cyan"/>
          <w:u w:val="single"/>
        </w:rPr>
        <w:t>imperial expansion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during the 1890s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 After a fast-rising imperial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 xml:space="preserve">Russia fell into </w:t>
      </w:r>
      <w:r>
        <w:rPr>
          <w:b/>
          <w:i w:val="0"/>
          <w:smallCaps w:val="0"/>
          <w:strike w:val="0"/>
          <w:color w:val="000000"/>
          <w:highlight w:val="cyan"/>
          <w:u w:val="single"/>
        </w:rPr>
        <w:t>a</w:t>
      </w:r>
      <w:r>
        <w:rPr>
          <w:b/>
          <w:i w:val="0"/>
          <w:smallCaps w:val="0"/>
          <w:strike w:val="0"/>
          <w:color w:val="000000"/>
          <w:u w:val="single"/>
        </w:rPr>
        <w:t xml:space="preserve"> deep </w:t>
      </w:r>
      <w:r>
        <w:rPr>
          <w:b/>
          <w:i w:val="0"/>
          <w:smallCaps w:val="0"/>
          <w:strike w:val="0"/>
          <w:color w:val="000000"/>
          <w:highlight w:val="cyan"/>
          <w:u w:val="single"/>
        </w:rPr>
        <w:t>slump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at the turn of the 20th century, the tsarist government cracked down hard while also enlarging its military, seeking colonial gains in East Asia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sending around 170,000 soldiers to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occupy Manchuria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. These moves backfired spectacularly: They antagonized Japan, which beat Russia in the first great-power war of the 20th century.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 century later, Russia became aggressive under similar circumstances.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Facing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a severe, </w:t>
      </w:r>
      <w:r>
        <w:rPr>
          <w:b w:val="0"/>
          <w:i w:val="0"/>
          <w:smallCaps w:val="0"/>
          <w:strike w:val="0"/>
          <w:color w:val="000000"/>
          <w:u w:val="single"/>
        </w:rPr>
        <w:t>post-</w:t>
      </w:r>
      <w:r>
        <w:rPr>
          <w:b/>
          <w:i w:val="0"/>
          <w:smallCaps w:val="0"/>
          <w:strike w:val="0"/>
          <w:color w:val="000000"/>
          <w:u w:val="single"/>
        </w:rPr>
        <w:t xml:space="preserve">2008 economic </w:t>
      </w:r>
      <w:r>
        <w:rPr>
          <w:b/>
          <w:i w:val="0"/>
          <w:smallCaps w:val="0"/>
          <w:strike w:val="0"/>
          <w:color w:val="000000"/>
          <w:highlight w:val="cyan"/>
          <w:u w:val="single"/>
        </w:rPr>
        <w:t>slowdown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Russian President Vladimir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Putin invaded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</w:t>
      </w:r>
      <w:r>
        <w:rPr>
          <w:b/>
          <w:i w:val="0"/>
          <w:smallCaps w:val="0"/>
          <w:strike w:val="0"/>
          <w:color w:val="000000"/>
          <w:u w:val="single"/>
        </w:rPr>
        <w:t xml:space="preserve">two neighboring </w:t>
      </w:r>
      <w:r>
        <w:rPr>
          <w:b/>
          <w:i w:val="0"/>
          <w:smallCaps w:val="0"/>
          <w:strike w:val="0"/>
          <w:color w:val="000000"/>
          <w:highlight w:val="cyan"/>
          <w:u w:val="single"/>
        </w:rPr>
        <w:t>countries</w:t>
      </w:r>
      <w:r>
        <w:rPr>
          <w:b w:val="0"/>
          <w:i w:val="0"/>
          <w:smallCaps w:val="0"/>
          <w:strike w:val="0"/>
          <w:color w:val="000000"/>
          <w:u w:val="single"/>
        </w:rPr>
        <w:t>, sought to create a new Eurasian economic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bloc, staked Moscow’s claim to a resource-rich Arctic, and steered Russia deeper into dictatorship. </w:t>
      </w:r>
      <w:r>
        <w:rPr>
          <w:b w:val="0"/>
          <w:i w:val="0"/>
          <w:smallCaps w:val="0"/>
          <w:strike w:val="0"/>
          <w:color w:val="000000"/>
          <w:u w:val="single"/>
        </w:rPr>
        <w:t>Even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democratic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France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engaged in anxious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aggrandize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ment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after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the end of its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postwar </w:t>
      </w:r>
      <w:r>
        <w:rPr>
          <w:b/>
          <w:i w:val="0"/>
          <w:smallCaps w:val="0"/>
          <w:strike w:val="0"/>
          <w:color w:val="000000"/>
          <w:u w:val="single"/>
        </w:rPr>
        <w:t xml:space="preserve">economic </w:t>
      </w:r>
      <w:r>
        <w:rPr>
          <w:b/>
          <w:i w:val="0"/>
          <w:smallCaps w:val="0"/>
          <w:strike w:val="0"/>
          <w:color w:val="000000"/>
          <w:highlight w:val="cyan"/>
          <w:u w:val="single"/>
        </w:rPr>
        <w:t>expansion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in the 1970s. It tried to rebuild its old sphere of influence </w:t>
      </w:r>
      <w:r>
        <w:rPr>
          <w:b w:val="0"/>
          <w:i w:val="0"/>
          <w:smallCaps w:val="0"/>
          <w:strike w:val="0"/>
          <w:color w:val="000000"/>
          <w:u w:val="single"/>
        </w:rPr>
        <w:t>in Africa, deploying 14,000 troops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to its former colonies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and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undertaking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a </w:t>
      </w:r>
      <w:r>
        <w:rPr>
          <w:b/>
          <w:i w:val="0"/>
          <w:smallCaps w:val="0"/>
          <w:strike w:val="0"/>
          <w:color w:val="000000"/>
          <w:u w:val="single"/>
        </w:rPr>
        <w:t xml:space="preserve">dozen military </w:t>
      </w:r>
      <w:r>
        <w:rPr>
          <w:b/>
          <w:i w:val="0"/>
          <w:smallCaps w:val="0"/>
          <w:strike w:val="0"/>
          <w:color w:val="000000"/>
          <w:highlight w:val="cyan"/>
          <w:u w:val="single"/>
        </w:rPr>
        <w:t>interventions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over the next two decades.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All of these cases were complicated, yet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 xml:space="preserve">the pattern is </w:t>
      </w:r>
      <w:r>
        <w:rPr>
          <w:b/>
          <w:i w:val="0"/>
          <w:smallCaps w:val="0"/>
          <w:strike w:val="0"/>
          <w:color w:val="000000"/>
          <w:highlight w:val="cyan"/>
          <w:u w:val="single"/>
        </w:rPr>
        <w:t>clear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 If a rapid rise gives countries the means to act boldly, the </w:t>
      </w:r>
      <w:r>
        <w:rPr>
          <w:b/>
          <w:i w:val="0"/>
          <w:smallCaps w:val="0"/>
          <w:strike w:val="0"/>
          <w:color w:val="000000"/>
          <w:u w:val="single"/>
        </w:rPr>
        <w:t>fear of decline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serves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up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a </w:t>
      </w:r>
      <w:r>
        <w:rPr>
          <w:b/>
          <w:i w:val="0"/>
          <w:smallCaps w:val="0"/>
          <w:strike w:val="0"/>
          <w:color w:val="000000"/>
          <w:u w:val="single"/>
        </w:rPr>
        <w:t>powerful motive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for rash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er, more </w:t>
      </w:r>
      <w:r>
        <w:rPr>
          <w:b w:val="0"/>
          <w:i w:val="0"/>
          <w:smallCaps w:val="0"/>
          <w:strike w:val="0"/>
          <w:color w:val="000000"/>
          <w:u w:val="single"/>
        </w:rPr>
        <w:t>urgent expansion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 The same thing often happens when fast-rising powers cause their own containment by a hostile coalition. In fact, some of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history’s </w:t>
      </w:r>
      <w:r>
        <w:rPr>
          <w:b/>
          <w:i w:val="0"/>
          <w:smallCaps w:val="0"/>
          <w:strike w:val="0"/>
          <w:color w:val="000000"/>
          <w:u w:val="single"/>
        </w:rPr>
        <w:t xml:space="preserve">most gruesome </w:t>
      </w:r>
      <w:r>
        <w:rPr>
          <w:b/>
          <w:i w:val="0"/>
          <w:smallCaps w:val="0"/>
          <w:strike w:val="0"/>
          <w:color w:val="000000"/>
          <w:highlight w:val="cyan"/>
          <w:u w:val="single"/>
        </w:rPr>
        <w:t>wars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have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come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when revisionist powers conclude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d </w:t>
      </w:r>
      <w:r>
        <w:rPr>
          <w:b w:val="0"/>
          <w:i w:val="0"/>
          <w:smallCaps w:val="0"/>
          <w:strike w:val="0"/>
          <w:color w:val="000000"/>
          <w:u w:val="single"/>
        </w:rPr>
        <w:t>their path to glory was about to be blocked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.</w:t>
      </w:r>
    </w:p>
    <w:p>
      <w:pPr>
        <w:pStyle w:val="Caption"/>
      </w:pPr>
      <w:r>
        <w:t>Source: E-Commerce Updates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