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heg inhibits global innovation</w:t>
      </w:r>
    </w:p>
    <w:p>
      <w:pPr>
        <w:spacing w:after="80"/>
      </w:pPr>
      <w:r>
        <w:rPr>
          <w:b/>
          <w:i w:val="0"/>
          <w:smallCaps w:val="0"/>
          <w:strike w:val="0"/>
          <w:sz w:val="26"/>
          <w:u w:val="none"/>
        </w:rPr>
        <w:t>Sun</w:t>
      </w:r>
      <w:r>
        <w:rPr>
          <w:b/>
          <w:i w:val="0"/>
          <w:smallCaps w:val="0"/>
          <w:strike w:val="0"/>
          <w:sz w:val="26"/>
          <w:u w:val="none"/>
        </w:rPr>
        <w:t xml:space="preserve"> </w:t>
      </w:r>
      <w:r>
        <w:rPr>
          <w:b/>
          <w:i w:val="0"/>
          <w:smallCaps w:val="0"/>
          <w:strike w:val="0"/>
          <w:sz w:val="26"/>
          <w:u w:val="none"/>
        </w:rPr>
        <w:t>2</w:t>
      </w:r>
      <w:r>
        <w:rPr>
          <w:b/>
          <w:i w:val="0"/>
          <w:smallCaps w:val="0"/>
          <w:strike w:val="0"/>
          <w:sz w:val="26"/>
          <w:u w:val="none"/>
        </w:rPr>
        <w:t>1</w:t>
      </w:r>
      <w:r>
        <w:rPr>
          <w:b w:val="0"/>
          <w:i w:val="0"/>
          <w:smallCaps w:val="0"/>
          <w:strike w:val="0"/>
          <w:sz w:val="16"/>
          <w:u w:val="none"/>
        </w:rPr>
        <w:t xml:space="preserve"> </w:t>
      </w:r>
      <w:r>
        <w:rPr>
          <w:b w:val="0"/>
          <w:i w:val="0"/>
          <w:smallCaps w:val="0"/>
          <w:strike w:val="0"/>
          <w:u w:val="none"/>
        </w:rPr>
        <w:t>(</w:t>
      </w:r>
      <w:r>
        <w:rPr>
          <w:b w:val="0"/>
          <w:i w:val="0"/>
          <w:smallCaps w:val="0"/>
          <w:strike w:val="0"/>
          <w:u w:val="none"/>
        </w:rPr>
        <w:t>Xiaoyu Sun</w:t>
      </w:r>
      <w:r>
        <w:rPr>
          <w:b w:val="0"/>
          <w:i w:val="0"/>
          <w:smallCaps w:val="0"/>
          <w:strike w:val="0"/>
          <w:u w:val="none"/>
        </w:rPr>
        <w:t xml:space="preserve">, 11-30-2021 "US attempts to curb China's sci-tech innovation exposes hegemony mindset," </w:t>
      </w:r>
      <w:r>
        <w:rPr>
          <w:b w:val="0"/>
          <w:i w:val="0"/>
          <w:smallCaps w:val="0"/>
          <w:strike w:val="0"/>
          <w:u w:val="none"/>
        </w:rPr>
        <w:t>chinadaily</w:t>
      </w:r>
      <w:r>
        <w:rPr>
          <w:b w:val="0"/>
          <w:i w:val="0"/>
          <w:smallCaps w:val="0"/>
          <w:strike w:val="0"/>
          <w:u w:val="none"/>
        </w:rPr>
        <w:t>, https://global.chinadaily.com.cn/a/202111/30/WS61a56f52a310cdd39bc783e7.html)</w:t>
      </w:r>
      <w:r>
        <w:rPr>
          <w:b w:val="0"/>
          <w:i w:val="0"/>
          <w:smallCaps w:val="0"/>
          <w:strike w:val="0"/>
          <w:u w:val="none"/>
        </w:rPr>
        <w:t>ao</w:t>
      </w:r>
    </w:p>
    <w:p>
      <w:pPr>
        <w:spacing w:after="60"/>
      </w:pPr>
      <w:r>
        <w:rPr>
          <w:b w:val="0"/>
          <w:i w:val="0"/>
          <w:smallCaps w:val="0"/>
          <w:strike w:val="0"/>
          <w:sz w:val="16"/>
          <w:u w:val="none"/>
        </w:rPr>
        <w:t xml:space="preserve">The </w:t>
      </w:r>
      <w:r>
        <w:rPr>
          <w:b w:val="0"/>
          <w:i w:val="0"/>
          <w:smallCaps w:val="0"/>
          <w:strike w:val="0"/>
          <w:sz w:val="22"/>
          <w:u w:val="single"/>
        </w:rPr>
        <w:t>US attempts to contain China's</w:t>
      </w:r>
      <w:r>
        <w:rPr>
          <w:b w:val="0"/>
          <w:i w:val="0"/>
          <w:smallCaps w:val="0"/>
          <w:strike w:val="0"/>
          <w:sz w:val="16"/>
          <w:u w:val="none"/>
        </w:rPr>
        <w:t xml:space="preserve"> sci-</w:t>
      </w:r>
      <w:r>
        <w:rPr>
          <w:b w:val="0"/>
          <w:i w:val="0"/>
          <w:smallCaps w:val="0"/>
          <w:strike w:val="0"/>
          <w:sz w:val="22"/>
          <w:u w:val="single"/>
        </w:rPr>
        <w:t>tech innovation</w:t>
      </w:r>
      <w:r>
        <w:rPr>
          <w:b w:val="0"/>
          <w:i w:val="0"/>
          <w:smallCaps w:val="0"/>
          <w:strike w:val="0"/>
          <w:sz w:val="16"/>
          <w:u w:val="none"/>
        </w:rPr>
        <w:t xml:space="preserve"> and development have </w:t>
      </w:r>
      <w:r>
        <w:rPr>
          <w:b w:val="0"/>
          <w:i w:val="0"/>
          <w:smallCaps w:val="0"/>
          <w:strike w:val="0"/>
          <w:sz w:val="22"/>
          <w:u w:val="single"/>
        </w:rPr>
        <w:t>exposed</w:t>
      </w:r>
      <w:r>
        <w:rPr>
          <w:b w:val="0"/>
          <w:i w:val="0"/>
          <w:smallCaps w:val="0"/>
          <w:strike w:val="0"/>
          <w:sz w:val="16"/>
          <w:u w:val="none"/>
        </w:rPr>
        <w:t xml:space="preserve"> its </w:t>
      </w:r>
      <w:r>
        <w:rPr>
          <w:b w:val="0"/>
          <w:i w:val="0"/>
          <w:smallCaps w:val="0"/>
          <w:strike w:val="0"/>
          <w:sz w:val="22"/>
          <w:u w:val="single"/>
        </w:rPr>
        <w:t xml:space="preserve">deep-rooted hegemony mindset and are </w:t>
      </w:r>
      <w:r>
        <w:rPr>
          <w:b/>
          <w:i w:val="0"/>
          <w:smallCaps w:val="0"/>
          <w:strike w:val="0"/>
          <w:sz w:val="24"/>
          <w:u w:val="single"/>
        </w:rPr>
        <w:t>doomed to fail</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2"/>
          <w:u w:val="single"/>
        </w:rPr>
        <w:t>White House</w:t>
      </w:r>
      <w:r>
        <w:rPr>
          <w:b w:val="0"/>
          <w:i w:val="0"/>
          <w:smallCaps w:val="0"/>
          <w:strike w:val="0"/>
          <w:sz w:val="16"/>
          <w:u w:val="none"/>
        </w:rPr>
        <w:t xml:space="preserve"> is </w:t>
      </w:r>
      <w:r>
        <w:rPr>
          <w:b w:val="0"/>
          <w:i w:val="0"/>
          <w:smallCaps w:val="0"/>
          <w:strike w:val="0"/>
          <w:sz w:val="22"/>
          <w:highlight w:val="cyan"/>
          <w:u w:val="single"/>
        </w:rPr>
        <w:t>increasing</w:t>
      </w:r>
      <w:r>
        <w:rPr>
          <w:b w:val="0"/>
          <w:i w:val="0"/>
          <w:smallCaps w:val="0"/>
          <w:strike w:val="0"/>
          <w:sz w:val="16"/>
          <w:highlight w:val="cyan"/>
          <w:u w:val="none"/>
        </w:rPr>
        <w:t xml:space="preserve"> </w:t>
      </w:r>
      <w:r>
        <w:rPr>
          <w:b w:val="0"/>
          <w:i w:val="0"/>
          <w:smallCaps w:val="0"/>
          <w:strike w:val="0"/>
          <w:sz w:val="22"/>
          <w:highlight w:val="cyan"/>
          <w:u w:val="single"/>
        </w:rPr>
        <w:t>technical "cooperation" with</w:t>
      </w:r>
      <w:r>
        <w:rPr>
          <w:b w:val="0"/>
          <w:i w:val="0"/>
          <w:smallCaps w:val="0"/>
          <w:strike w:val="0"/>
          <w:sz w:val="16"/>
          <w:u w:val="none"/>
        </w:rPr>
        <w:t xml:space="preserve"> its </w:t>
      </w:r>
      <w:r>
        <w:rPr>
          <w:b w:val="0"/>
          <w:i w:val="0"/>
          <w:smallCaps w:val="0"/>
          <w:strike w:val="0"/>
          <w:sz w:val="22"/>
          <w:highlight w:val="cyan"/>
          <w:u w:val="single"/>
        </w:rPr>
        <w:t>allies</w:t>
      </w:r>
      <w:r>
        <w:rPr>
          <w:b w:val="0"/>
          <w:i w:val="0"/>
          <w:smallCaps w:val="0"/>
          <w:strike w:val="0"/>
          <w:sz w:val="22"/>
          <w:u w:val="single"/>
        </w:rPr>
        <w:t xml:space="preserve"> in</w:t>
      </w:r>
      <w:r>
        <w:rPr>
          <w:b w:val="0"/>
          <w:i w:val="0"/>
          <w:smallCaps w:val="0"/>
          <w:strike w:val="0"/>
          <w:sz w:val="16"/>
          <w:u w:val="none"/>
        </w:rPr>
        <w:t xml:space="preserve"> the </w:t>
      </w:r>
      <w:r>
        <w:rPr>
          <w:b w:val="0"/>
          <w:i w:val="0"/>
          <w:smallCaps w:val="0"/>
          <w:strike w:val="0"/>
          <w:sz w:val="22"/>
          <w:u w:val="single"/>
        </w:rPr>
        <w:t xml:space="preserve">6G research and development, with a clear </w:t>
      </w:r>
      <w:r>
        <w:rPr>
          <w:b/>
          <w:i w:val="0"/>
          <w:smallCaps w:val="0"/>
          <w:strike w:val="0"/>
          <w:sz w:val="24"/>
          <w:u w:val="single"/>
        </w:rPr>
        <w:t xml:space="preserve">goal </w:t>
      </w:r>
      <w:r>
        <w:rPr>
          <w:b/>
          <w:i w:val="0"/>
          <w:smallCaps w:val="0"/>
          <w:strike w:val="0"/>
          <w:sz w:val="24"/>
          <w:highlight w:val="cyan"/>
          <w:u w:val="single"/>
        </w:rPr>
        <w:t>to curb China's innovation</w:t>
      </w:r>
      <w:r>
        <w:rPr>
          <w:b w:val="0"/>
          <w:i w:val="0"/>
          <w:smallCaps w:val="0"/>
          <w:strike w:val="0"/>
          <w:sz w:val="22"/>
          <w:u w:val="single"/>
        </w:rPr>
        <w:t xml:space="preserve"> in the 6G field</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2"/>
          <w:u w:val="single"/>
        </w:rPr>
        <w:t xml:space="preserve">so-called "cooperation," </w:t>
      </w:r>
      <w:r>
        <w:rPr>
          <w:b/>
          <w:i w:val="0"/>
          <w:smallCaps w:val="0"/>
          <w:strike w:val="0"/>
          <w:sz w:val="24"/>
          <w:highlight w:val="cyan"/>
          <w:u w:val="single"/>
        </w:rPr>
        <w:t>ignoring the spirit of openness</w:t>
      </w:r>
      <w:r>
        <w:rPr>
          <w:b w:val="0"/>
          <w:i w:val="0"/>
          <w:smallCaps w:val="0"/>
          <w:strike w:val="0"/>
          <w:sz w:val="22"/>
          <w:u w:val="single"/>
        </w:rPr>
        <w:t xml:space="preserve"> and sharing, will not achieve a favorable result</w:t>
      </w:r>
      <w:r>
        <w:rPr>
          <w:b w:val="0"/>
          <w:i w:val="0"/>
          <w:smallCaps w:val="0"/>
          <w:strike w:val="0"/>
          <w:sz w:val="16"/>
          <w:u w:val="none"/>
        </w:rPr>
        <w:t xml:space="preserve">, as it </w:t>
      </w:r>
      <w:r>
        <w:rPr>
          <w:b w:val="0"/>
          <w:i w:val="0"/>
          <w:smallCaps w:val="0"/>
          <w:strike w:val="0"/>
          <w:sz w:val="22"/>
          <w:u w:val="single"/>
        </w:rPr>
        <w:t>implies that</w:t>
      </w:r>
      <w:r>
        <w:rPr>
          <w:b w:val="0"/>
          <w:i w:val="0"/>
          <w:smallCaps w:val="0"/>
          <w:strike w:val="0"/>
          <w:sz w:val="16"/>
          <w:u w:val="none"/>
        </w:rPr>
        <w:t xml:space="preserve"> its </w:t>
      </w:r>
      <w:r>
        <w:rPr>
          <w:b w:val="0"/>
          <w:i w:val="0"/>
          <w:smallCaps w:val="0"/>
          <w:strike w:val="0"/>
          <w:sz w:val="22"/>
          <w:u w:val="single"/>
        </w:rPr>
        <w:t>participants</w:t>
      </w:r>
      <w:r>
        <w:rPr>
          <w:b w:val="0"/>
          <w:i w:val="0"/>
          <w:smallCaps w:val="0"/>
          <w:strike w:val="0"/>
          <w:sz w:val="16"/>
          <w:u w:val="none"/>
        </w:rPr>
        <w:t xml:space="preserve"> shall </w:t>
      </w:r>
      <w:r>
        <w:rPr>
          <w:b w:val="0"/>
          <w:i w:val="0"/>
          <w:smallCaps w:val="0"/>
          <w:strike w:val="0"/>
          <w:sz w:val="22"/>
          <w:highlight w:val="cyan"/>
          <w:u w:val="single"/>
        </w:rPr>
        <w:t>cut off any cooperation</w:t>
      </w:r>
      <w:r>
        <w:rPr>
          <w:b w:val="0"/>
          <w:i w:val="0"/>
          <w:smallCaps w:val="0"/>
          <w:strike w:val="0"/>
          <w:sz w:val="22"/>
          <w:u w:val="single"/>
        </w:rPr>
        <w:t xml:space="preserve"> or exchanges </w:t>
      </w:r>
      <w:r>
        <w:rPr>
          <w:b w:val="0"/>
          <w:i w:val="0"/>
          <w:smallCaps w:val="0"/>
          <w:strike w:val="0"/>
          <w:sz w:val="22"/>
          <w:highlight w:val="cyan"/>
          <w:u w:val="single"/>
        </w:rPr>
        <w:t>with China</w:t>
      </w:r>
      <w:r>
        <w:rPr>
          <w:b w:val="0"/>
          <w:i w:val="0"/>
          <w:smallCaps w:val="0"/>
          <w:strike w:val="0"/>
          <w:sz w:val="16"/>
          <w:u w:val="none"/>
        </w:rPr>
        <w:t>.</w:t>
      </w:r>
    </w:p>
    <w:p>
      <w:pPr>
        <w:spacing w:after="60"/>
      </w:pPr>
      <w:r>
        <w:rPr>
          <w:b w:val="0"/>
          <w:i w:val="0"/>
          <w:smallCaps w:val="0"/>
          <w:strike w:val="0"/>
          <w:sz w:val="16"/>
          <w:u w:val="none"/>
        </w:rPr>
        <w:t>In terms of investing in technology, former US Defense Secretary</w:t>
      </w:r>
      <w:r>
        <w:rPr>
          <w:b w:val="0"/>
          <w:i w:val="0"/>
          <w:smallCaps w:val="0"/>
          <w:strike w:val="0"/>
          <w:sz w:val="14"/>
          <w:u w:val="none"/>
        </w:rPr>
        <w:t xml:space="preserve"> </w:t>
      </w:r>
      <w:r>
        <w:rPr>
          <w:b w:val="0"/>
          <w:i w:val="0"/>
          <w:smallCaps w:val="0"/>
          <w:strike w:val="0"/>
          <w:sz w:val="16"/>
          <w:u w:val="none"/>
        </w:rPr>
        <w:t>Leon Panetta said at the CNBC Technology Executive Council Summit earlier this month that "the key right now for the US in dealing with China is to develop deterrents, the ability to show China that we are strengthening our position with regards to the ability to respond to anything China can do."</w:t>
      </w:r>
    </w:p>
    <w:p>
      <w:pPr>
        <w:spacing w:after="60"/>
      </w:pPr>
      <w:r>
        <w:rPr>
          <w:b w:val="0"/>
          <w:i w:val="0"/>
          <w:smallCaps w:val="0"/>
          <w:strike w:val="0"/>
          <w:sz w:val="16"/>
          <w:u w:val="none"/>
        </w:rPr>
        <w:t xml:space="preserve">From the remarks made by Panetta, the information is clear that </w:t>
      </w:r>
      <w:r>
        <w:rPr>
          <w:b w:val="0"/>
          <w:i w:val="0"/>
          <w:smallCaps w:val="0"/>
          <w:strike w:val="0"/>
          <w:sz w:val="22"/>
          <w:highlight w:val="cyan"/>
          <w:u w:val="single"/>
        </w:rPr>
        <w:t>China's achievements</w:t>
      </w:r>
      <w:r>
        <w:rPr>
          <w:b w:val="0"/>
          <w:i w:val="0"/>
          <w:smallCaps w:val="0"/>
          <w:strike w:val="0"/>
          <w:sz w:val="22"/>
          <w:u w:val="single"/>
        </w:rPr>
        <w:t xml:space="preserve"> in independent sci-tech innovation were </w:t>
      </w:r>
      <w:r>
        <w:rPr>
          <w:b/>
          <w:i w:val="0"/>
          <w:smallCaps w:val="0"/>
          <w:strike w:val="0"/>
          <w:sz w:val="24"/>
          <w:highlight w:val="cyan"/>
          <w:u w:val="single"/>
        </w:rPr>
        <w:t>treated as a threat</w:t>
      </w:r>
      <w:r>
        <w:rPr>
          <w:b w:val="0"/>
          <w:i w:val="0"/>
          <w:smallCaps w:val="0"/>
          <w:strike w:val="0"/>
          <w:sz w:val="22"/>
          <w:u w:val="single"/>
        </w:rPr>
        <w:t xml:space="preserve"> to the interests of the United States</w:t>
      </w:r>
      <w:r>
        <w:rPr>
          <w:b w:val="0"/>
          <w:i w:val="0"/>
          <w:smallCaps w:val="0"/>
          <w:strike w:val="0"/>
          <w:sz w:val="16"/>
          <w:u w:val="none"/>
        </w:rPr>
        <w:t xml:space="preserve">. It is a real </w:t>
      </w:r>
      <w:r>
        <w:rPr>
          <w:b w:val="0"/>
          <w:i w:val="0"/>
          <w:smallCaps w:val="0"/>
          <w:strike w:val="0"/>
          <w:sz w:val="22"/>
          <w:u w:val="single"/>
        </w:rPr>
        <w:t xml:space="preserve">hegemony mindset </w:t>
      </w:r>
      <w:r>
        <w:rPr>
          <w:b w:val="0"/>
          <w:i w:val="0"/>
          <w:smallCaps w:val="0"/>
          <w:strike w:val="0"/>
          <w:sz w:val="22"/>
          <w:highlight w:val="cyan"/>
          <w:u w:val="single"/>
        </w:rPr>
        <w:t xml:space="preserve">labeling China as </w:t>
      </w:r>
      <w:r>
        <w:rPr>
          <w:b/>
          <w:i w:val="0"/>
          <w:smallCaps w:val="0"/>
          <w:strike w:val="0"/>
          <w:sz w:val="24"/>
          <w:highlight w:val="cyan"/>
          <w:u w:val="single"/>
        </w:rPr>
        <w:t>an imaginary rival</w:t>
      </w:r>
      <w:r>
        <w:rPr>
          <w:b w:val="0"/>
          <w:i w:val="0"/>
          <w:smallCaps w:val="0"/>
          <w:strike w:val="0"/>
          <w:sz w:val="22"/>
          <w:u w:val="single"/>
        </w:rPr>
        <w:t xml:space="preserve"> in technological competition</w:t>
      </w:r>
      <w:r>
        <w:rPr>
          <w:b w:val="0"/>
          <w:i w:val="0"/>
          <w:smallCaps w:val="0"/>
          <w:strike w:val="0"/>
          <w:sz w:val="16"/>
          <w:u w:val="none"/>
        </w:rPr>
        <w:t>.</w:t>
      </w:r>
    </w:p>
    <w:p>
      <w:pPr>
        <w:spacing w:after="60"/>
      </w:pPr>
      <w:r>
        <w:rPr>
          <w:b w:val="0"/>
          <w:i w:val="0"/>
          <w:smallCaps w:val="0"/>
          <w:strike w:val="0"/>
          <w:sz w:val="16"/>
          <w:u w:val="none"/>
        </w:rPr>
        <w:t xml:space="preserve">With such a hegemony mindset, </w:t>
      </w:r>
      <w:r>
        <w:rPr>
          <w:b w:val="0"/>
          <w:i w:val="0"/>
          <w:smallCaps w:val="0"/>
          <w:strike w:val="0"/>
          <w:sz w:val="22"/>
          <w:u w:val="single"/>
        </w:rPr>
        <w:t xml:space="preserve">the </w:t>
      </w:r>
      <w:r>
        <w:rPr>
          <w:b w:val="0"/>
          <w:i w:val="0"/>
          <w:smallCaps w:val="0"/>
          <w:strike w:val="0"/>
          <w:sz w:val="22"/>
          <w:highlight w:val="cyan"/>
          <w:u w:val="single"/>
        </w:rPr>
        <w:t>United States</w:t>
      </w:r>
      <w:r>
        <w:rPr>
          <w:b w:val="0"/>
          <w:i w:val="0"/>
          <w:smallCaps w:val="0"/>
          <w:strike w:val="0"/>
          <w:sz w:val="22"/>
          <w:u w:val="single"/>
        </w:rPr>
        <w:t xml:space="preserve"> is </w:t>
      </w:r>
      <w:r>
        <w:rPr>
          <w:b w:val="0"/>
          <w:i w:val="0"/>
          <w:smallCaps w:val="0"/>
          <w:strike w:val="0"/>
          <w:sz w:val="22"/>
          <w:highlight w:val="cyan"/>
          <w:u w:val="single"/>
        </w:rPr>
        <w:t>trying to build a "digital iron curtain</w:t>
      </w:r>
      <w:r>
        <w:rPr>
          <w:b w:val="0"/>
          <w:i w:val="0"/>
          <w:smallCaps w:val="0"/>
          <w:strike w:val="0"/>
          <w:sz w:val="22"/>
          <w:u w:val="single"/>
        </w:rPr>
        <w:t>" against China</w:t>
      </w:r>
      <w:r>
        <w:rPr>
          <w:b w:val="0"/>
          <w:i w:val="0"/>
          <w:smallCaps w:val="0"/>
          <w:strike w:val="0"/>
          <w:sz w:val="16"/>
          <w:u w:val="none"/>
        </w:rPr>
        <w:t xml:space="preserve">, which if successful, </w:t>
      </w:r>
      <w:r>
        <w:rPr>
          <w:b w:val="0"/>
          <w:i w:val="0"/>
          <w:smallCaps w:val="0"/>
          <w:strike w:val="0"/>
          <w:sz w:val="22"/>
          <w:u w:val="single"/>
        </w:rPr>
        <w:t>will split the world</w:t>
      </w:r>
      <w:r>
        <w:rPr>
          <w:b w:val="0"/>
          <w:i w:val="0"/>
          <w:smallCaps w:val="0"/>
          <w:strike w:val="0"/>
          <w:sz w:val="16"/>
          <w:u w:val="none"/>
        </w:rPr>
        <w:t xml:space="preserve"> into two separate tech ecosystems.</w:t>
      </w:r>
    </w:p>
    <w:p>
      <w:pPr>
        <w:spacing w:after="60"/>
      </w:pPr>
      <w:r>
        <w:rPr>
          <w:b w:val="0"/>
          <w:i w:val="0"/>
          <w:smallCaps w:val="0"/>
          <w:strike w:val="0"/>
          <w:sz w:val="16"/>
          <w:u w:val="none"/>
        </w:rPr>
        <w:t xml:space="preserve">As ABC News of Australia, a key US ally, correctly pointed out, </w:t>
      </w:r>
      <w:r>
        <w:rPr>
          <w:b w:val="0"/>
          <w:i w:val="0"/>
          <w:smallCaps w:val="0"/>
          <w:strike w:val="0"/>
          <w:sz w:val="22"/>
          <w:u w:val="single"/>
        </w:rPr>
        <w:t xml:space="preserve">the "tech war" unilaterally launched by the United States against China </w:t>
      </w:r>
      <w:r>
        <w:rPr>
          <w:b/>
          <w:i w:val="0"/>
          <w:smallCaps w:val="0"/>
          <w:strike w:val="0"/>
          <w:sz w:val="24"/>
          <w:highlight w:val="cyan"/>
          <w:u w:val="single"/>
        </w:rPr>
        <w:t>will "cost the world dearly</w:t>
      </w:r>
      <w:r>
        <w:rPr>
          <w:b w:val="0"/>
          <w:i w:val="0"/>
          <w:smallCaps w:val="0"/>
          <w:strike w:val="0"/>
          <w:sz w:val="22"/>
          <w:u w:val="single"/>
        </w:rPr>
        <w:t>."</w:t>
      </w:r>
    </w:p>
    <w:p>
      <w:pPr>
        <w:spacing w:after="60"/>
      </w:pPr>
      <w:r>
        <w:rPr>
          <w:b w:val="0"/>
          <w:i w:val="0"/>
          <w:smallCaps w:val="0"/>
          <w:strike w:val="0"/>
          <w:sz w:val="22"/>
          <w:highlight w:val="cyan"/>
          <w:u w:val="single"/>
        </w:rPr>
        <w:t>Setting artificial</w:t>
      </w:r>
      <w:r>
        <w:rPr>
          <w:b w:val="0"/>
          <w:i w:val="0"/>
          <w:smallCaps w:val="0"/>
          <w:strike w:val="0"/>
          <w:sz w:val="22"/>
          <w:u w:val="single"/>
        </w:rPr>
        <w:t xml:space="preserve"> barriers to sci-tech exchanges </w:t>
      </w:r>
      <w:r>
        <w:rPr>
          <w:b w:val="0"/>
          <w:i w:val="0"/>
          <w:smallCaps w:val="0"/>
          <w:strike w:val="0"/>
          <w:sz w:val="22"/>
          <w:highlight w:val="cyan"/>
          <w:u w:val="single"/>
        </w:rPr>
        <w:t xml:space="preserve">will </w:t>
      </w:r>
      <w:r>
        <w:rPr>
          <w:b/>
          <w:i w:val="0"/>
          <w:smallCaps w:val="0"/>
          <w:strike w:val="0"/>
          <w:sz w:val="24"/>
          <w:highlight w:val="cyan"/>
          <w:u w:val="single"/>
        </w:rPr>
        <w:t>hurt the flow of capital, talent and information</w:t>
      </w:r>
      <w:r>
        <w:rPr>
          <w:b w:val="0"/>
          <w:i w:val="0"/>
          <w:smallCaps w:val="0"/>
          <w:strike w:val="0"/>
          <w:sz w:val="22"/>
          <w:u w:val="single"/>
        </w:rPr>
        <w:t>, and cast a shadow over innovation.</w:t>
      </w:r>
    </w:p>
    <w:p>
      <w:pPr>
        <w:spacing w:after="60"/>
      </w:pPr>
      <w:r>
        <w:rPr>
          <w:b w:val="0"/>
          <w:i w:val="0"/>
          <w:smallCaps w:val="0"/>
          <w:strike w:val="0"/>
          <w:sz w:val="16"/>
          <w:u w:val="none"/>
        </w:rPr>
        <w:t xml:space="preserve">The </w:t>
      </w:r>
      <w:r>
        <w:rPr>
          <w:b w:val="0"/>
          <w:i w:val="0"/>
          <w:smallCaps w:val="0"/>
          <w:strike w:val="0"/>
          <w:sz w:val="22"/>
          <w:u w:val="single"/>
        </w:rPr>
        <w:t>curb on China's 6G development is not</w:t>
      </w:r>
      <w:r>
        <w:rPr>
          <w:b w:val="0"/>
          <w:i w:val="0"/>
          <w:smallCaps w:val="0"/>
          <w:strike w:val="0"/>
          <w:sz w:val="16"/>
          <w:u w:val="none"/>
        </w:rPr>
        <w:t xml:space="preserve"> a </w:t>
      </w:r>
      <w:r>
        <w:rPr>
          <w:b w:val="0"/>
          <w:i w:val="0"/>
          <w:smallCaps w:val="0"/>
          <w:strike w:val="0"/>
          <w:sz w:val="22"/>
          <w:u w:val="single"/>
        </w:rPr>
        <w:t>fresh</w:t>
      </w:r>
      <w:r>
        <w:rPr>
          <w:b w:val="0"/>
          <w:i w:val="0"/>
          <w:smallCaps w:val="0"/>
          <w:strike w:val="0"/>
          <w:sz w:val="16"/>
          <w:u w:val="none"/>
        </w:rPr>
        <w:t xml:space="preserve"> story. </w:t>
      </w:r>
      <w:r>
        <w:rPr>
          <w:b w:val="0"/>
          <w:i w:val="0"/>
          <w:smallCaps w:val="0"/>
          <w:strike w:val="0"/>
          <w:sz w:val="22"/>
          <w:u w:val="single"/>
        </w:rPr>
        <w:t>The United States has</w:t>
      </w:r>
      <w:r>
        <w:rPr>
          <w:b w:val="0"/>
          <w:i w:val="0"/>
          <w:smallCaps w:val="0"/>
          <w:strike w:val="0"/>
          <w:sz w:val="16"/>
          <w:u w:val="none"/>
        </w:rPr>
        <w:t xml:space="preserve"> not only banned products of Chinese tech company Huawei from its own networks, but also </w:t>
      </w:r>
      <w:r>
        <w:rPr>
          <w:b w:val="0"/>
          <w:i w:val="0"/>
          <w:smallCaps w:val="0"/>
          <w:strike w:val="0"/>
          <w:sz w:val="22"/>
          <w:u w:val="single"/>
        </w:rPr>
        <w:t>pressured other countries</w:t>
      </w:r>
      <w:r>
        <w:rPr>
          <w:b w:val="0"/>
          <w:i w:val="0"/>
          <w:smallCaps w:val="0"/>
          <w:strike w:val="0"/>
          <w:sz w:val="16"/>
          <w:u w:val="none"/>
        </w:rPr>
        <w:t xml:space="preserve"> to do the same. It has also barred US companies from supplying software and components to Chinese tech companies.</w:t>
      </w:r>
    </w:p>
    <w:p>
      <w:pPr>
        <w:spacing w:after="60"/>
      </w:pPr>
      <w:r>
        <w:rPr>
          <w:b w:val="0"/>
          <w:i w:val="0"/>
          <w:smallCaps w:val="0"/>
          <w:strike w:val="0"/>
          <w:sz w:val="16"/>
          <w:u w:val="none"/>
        </w:rPr>
        <w:t>Foreign Ministry spokesperson Hua Chunying said the United States should realize that bullying and suppression cannot stop the development of China's high-tech enterprises or maintain the US monopoly.</w:t>
      </w:r>
    </w:p>
    <w:p>
      <w:pPr>
        <w:spacing w:after="60"/>
      </w:pPr>
      <w:r>
        <w:rPr>
          <w:b w:val="0"/>
          <w:i w:val="0"/>
          <w:smallCaps w:val="0"/>
          <w:strike w:val="0"/>
          <w:sz w:val="16"/>
          <w:u w:val="none"/>
        </w:rPr>
        <w:t>"The best way to keep one's lead is through constant self-improvement, not by blocking others' development," Hua said.</w:t>
      </w:r>
    </w:p>
    <w:p>
      <w:pPr>
        <w:spacing w:after="60"/>
      </w:pPr>
      <w:r>
        <w:rPr>
          <w:b w:val="0"/>
          <w:i w:val="0"/>
          <w:smallCaps w:val="0"/>
          <w:strike w:val="0"/>
          <w:sz w:val="16"/>
          <w:u w:val="none"/>
        </w:rPr>
        <w:t>China welcomes healthy competition, which can lead to progress and is good for the world, including China and the United States.</w:t>
      </w:r>
    </w:p>
    <w:p>
      <w:pPr>
        <w:spacing w:after="60"/>
      </w:pPr>
      <w:r>
        <w:rPr>
          <w:b w:val="0"/>
          <w:i w:val="0"/>
          <w:smallCaps w:val="0"/>
          <w:strike w:val="0"/>
          <w:sz w:val="22"/>
          <w:highlight w:val="cyan"/>
          <w:u w:val="single"/>
        </w:rPr>
        <w:t>China has made remarkable contributions to the sci-tech innovation of humankind</w:t>
      </w:r>
      <w:r>
        <w:rPr>
          <w:b w:val="0"/>
          <w:i w:val="0"/>
          <w:smallCaps w:val="0"/>
          <w:strike w:val="0"/>
          <w:sz w:val="22"/>
          <w:u w:val="single"/>
        </w:rPr>
        <w:t>, without any intention of beating others</w:t>
      </w:r>
      <w:r>
        <w:rPr>
          <w:b w:val="0"/>
          <w:i w:val="0"/>
          <w:smallCaps w:val="0"/>
          <w:strike w:val="0"/>
          <w:sz w:val="16"/>
          <w:u w:val="none"/>
        </w:rPr>
        <w:t>. Instead, it only seeks to surpass itself.</w:t>
      </w:r>
    </w:p>
    <w:p>
      <w:pPr>
        <w:spacing w:after="60"/>
      </w:pPr>
      <w:r>
        <w:rPr>
          <w:b w:val="0"/>
          <w:i w:val="0"/>
          <w:smallCaps w:val="0"/>
          <w:strike w:val="0"/>
          <w:sz w:val="16"/>
          <w:u w:val="none"/>
        </w:rPr>
        <w:t xml:space="preserve">The country </w:t>
      </w:r>
      <w:r>
        <w:rPr>
          <w:b/>
          <w:i w:val="0"/>
          <w:smallCaps w:val="0"/>
          <w:strike w:val="0"/>
          <w:sz w:val="24"/>
          <w:u w:val="single"/>
        </w:rPr>
        <w:t>will uphold</w:t>
      </w:r>
      <w:r>
        <w:rPr>
          <w:b w:val="0"/>
          <w:i w:val="0"/>
          <w:smallCaps w:val="0"/>
          <w:strike w:val="0"/>
          <w:sz w:val="22"/>
          <w:u w:val="single"/>
        </w:rPr>
        <w:t xml:space="preserve"> the central role of </w:t>
      </w:r>
      <w:r>
        <w:rPr>
          <w:b/>
          <w:i w:val="0"/>
          <w:smallCaps w:val="0"/>
          <w:strike w:val="0"/>
          <w:sz w:val="24"/>
          <w:u w:val="single"/>
        </w:rPr>
        <w:t>innovation</w:t>
      </w:r>
      <w:r>
        <w:rPr>
          <w:b w:val="0"/>
          <w:i w:val="0"/>
          <w:smallCaps w:val="0"/>
          <w:strike w:val="0"/>
          <w:sz w:val="22"/>
          <w:u w:val="single"/>
        </w:rPr>
        <w:t xml:space="preserve"> in its modernization drive and take self-reliance in science and technology as the strategic underpinning for national development</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2"/>
          <w:u w:val="single"/>
        </w:rPr>
        <w:t xml:space="preserve">We </w:t>
      </w:r>
      <w:r>
        <w:rPr>
          <w:b w:val="0"/>
          <w:i w:val="0"/>
          <w:smallCaps w:val="0"/>
          <w:strike w:val="0"/>
          <w:sz w:val="22"/>
          <w:highlight w:val="cyan"/>
          <w:u w:val="single"/>
        </w:rPr>
        <w:t>do not have the strategy for hegemony</w:t>
      </w:r>
      <w:r>
        <w:rPr>
          <w:b w:val="0"/>
          <w:i w:val="0"/>
          <w:smallCaps w:val="0"/>
          <w:strike w:val="0"/>
          <w:sz w:val="22"/>
          <w:u w:val="single"/>
        </w:rPr>
        <w:t>. We only have the strategy for development</w:t>
      </w:r>
      <w:r>
        <w:rPr>
          <w:b w:val="0"/>
          <w:i w:val="0"/>
          <w:smallCaps w:val="0"/>
          <w:strike w:val="0"/>
          <w:sz w:val="16"/>
          <w:u w:val="none"/>
        </w:rPr>
        <w:t xml:space="preserve">," said Chinese Vice Foreign Minister Le Yucheng, during an interview in July. "Our </w:t>
      </w:r>
      <w:r>
        <w:rPr>
          <w:b w:val="0"/>
          <w:i w:val="0"/>
          <w:smallCaps w:val="0"/>
          <w:strike w:val="0"/>
          <w:sz w:val="22"/>
          <w:u w:val="single"/>
        </w:rPr>
        <w:t>goal is to enable the Chinese people to live a better life and realize their aspiration for a better life</w:t>
      </w:r>
      <w:r>
        <w:rPr>
          <w:b w:val="0"/>
          <w:i w:val="0"/>
          <w:smallCaps w:val="0"/>
          <w:strike w:val="0"/>
          <w:sz w:val="16"/>
          <w:u w:val="none"/>
        </w:rPr>
        <w:t>."</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