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Chinese economic decline causes SCS war.</w:t>
      </w:r>
    </w:p>
    <w:p>
      <w:pPr>
        <w:spacing w:after="80"/>
      </w:pPr>
      <w:r>
        <w:rPr>
          <w:b/>
          <w:i w:val="0"/>
          <w:smallCaps w:val="0"/>
          <w:strike w:val="0"/>
          <w:sz w:val="26"/>
          <w:u w:val="none"/>
        </w:rPr>
        <w:t xml:space="preserve">Lopez 15 </w:t>
      </w:r>
      <w:r>
        <w:rPr>
          <w:b w:val="0"/>
          <w:i w:val="0"/>
          <w:smallCaps w:val="0"/>
          <w:strike w:val="0"/>
          <w:u w:val="none"/>
        </w:rPr>
        <w:t>[Linette Lopez (senior finance editor at Business Insider, adjunct professor at the Columbia School of Journalism), 6-2-2015, "China is using one of the most dangerous conflicts on the planet as a distraction," Business Insider, http://www.businessinsider.com/china-using-south-china-sea-conflicts-as-distraction-2015-6]</w:t>
      </w:r>
    </w:p>
    <w:p>
      <w:pPr>
        <w:spacing w:after="60"/>
      </w:pPr>
      <w:r>
        <w:rPr>
          <w:b w:val="0"/>
          <w:i w:val="0"/>
          <w:smallCaps w:val="0"/>
          <w:strike w:val="0"/>
          <w:sz w:val="22"/>
          <w:highlight w:val="cyan"/>
          <w:u w:val="single"/>
        </w:rPr>
        <w:t>In</w:t>
      </w:r>
      <w:r>
        <w:rPr>
          <w:b w:val="0"/>
          <w:i w:val="0"/>
          <w:smallCaps w:val="0"/>
          <w:strike w:val="0"/>
          <w:sz w:val="22"/>
          <w:u w:val="single"/>
        </w:rPr>
        <w:t xml:space="preserve"> an </w:t>
      </w:r>
      <w:r>
        <w:rPr>
          <w:b w:val="0"/>
          <w:i w:val="0"/>
          <w:smallCaps w:val="0"/>
          <w:strike w:val="0"/>
          <w:sz w:val="22"/>
          <w:highlight w:val="cyan"/>
          <w:u w:val="single"/>
        </w:rPr>
        <w:t>effort to</w:t>
      </w:r>
      <w:r>
        <w:rPr>
          <w:b w:val="0"/>
          <w:i w:val="0"/>
          <w:smallCaps w:val="0"/>
          <w:strike w:val="0"/>
          <w:sz w:val="22"/>
          <w:u w:val="single"/>
        </w:rPr>
        <w:t xml:space="preserve"> stoke nationalism and </w:t>
      </w:r>
      <w:r>
        <w:rPr>
          <w:b/>
          <w:i w:val="0"/>
          <w:smallCaps w:val="0"/>
          <w:strike w:val="0"/>
          <w:sz w:val="24"/>
          <w:highlight w:val="cyan"/>
          <w:u w:val="single"/>
        </w:rPr>
        <w:t>distract</w:t>
      </w:r>
      <w:r>
        <w:rPr>
          <w:b/>
          <w:i w:val="0"/>
          <w:smallCaps w:val="0"/>
          <w:strike w:val="0"/>
          <w:sz w:val="24"/>
          <w:u w:val="single"/>
        </w:rPr>
        <w:t xml:space="preserve"> its people </w:t>
      </w:r>
      <w:r>
        <w:rPr>
          <w:b/>
          <w:i w:val="0"/>
          <w:smallCaps w:val="0"/>
          <w:strike w:val="0"/>
          <w:sz w:val="24"/>
          <w:highlight w:val="cyan"/>
          <w:u w:val="single"/>
        </w:rPr>
        <w:t>from a slowing economy</w:t>
      </w:r>
      <w:r>
        <w:rPr>
          <w:b w:val="0"/>
          <w:i w:val="0"/>
          <w:smallCaps w:val="0"/>
          <w:strike w:val="0"/>
          <w:sz w:val="22"/>
          <w:u w:val="single"/>
        </w:rPr>
        <w:t xml:space="preserve">, the </w:t>
      </w:r>
      <w:r>
        <w:rPr>
          <w:b w:val="0"/>
          <w:i w:val="0"/>
          <w:smallCaps w:val="0"/>
          <w:strike w:val="0"/>
          <w:sz w:val="22"/>
          <w:highlight w:val="cyan"/>
          <w:u w:val="single"/>
        </w:rPr>
        <w:t>Chinese gov</w:t>
      </w:r>
      <w:r>
        <w:rPr>
          <w:b w:val="0"/>
          <w:i w:val="0"/>
          <w:smallCaps w:val="0"/>
          <w:strike w:val="0"/>
          <w:sz w:val="22"/>
          <w:u w:val="single"/>
        </w:rPr>
        <w:t xml:space="preserve">ernment </w:t>
      </w:r>
      <w:r>
        <w:rPr>
          <w:b w:val="0"/>
          <w:i w:val="0"/>
          <w:smallCaps w:val="0"/>
          <w:strike w:val="0"/>
          <w:sz w:val="22"/>
          <w:highlight w:val="cyan"/>
          <w:u w:val="single"/>
        </w:rPr>
        <w:t xml:space="preserve">has been acting </w:t>
      </w:r>
      <w:r>
        <w:rPr>
          <w:b w:val="0"/>
          <w:i w:val="0"/>
          <w:smallCaps w:val="0"/>
          <w:strike w:val="0"/>
          <w:sz w:val="16"/>
          <w:highlight w:val="cyan"/>
          <w:u w:val="none"/>
        </w:rPr>
        <w:t xml:space="preserve">particularly </w:t>
      </w:r>
      <w:r>
        <w:rPr>
          <w:b w:val="0"/>
          <w:i w:val="0"/>
          <w:smallCaps w:val="0"/>
          <w:strike w:val="0"/>
          <w:sz w:val="22"/>
          <w:highlight w:val="cyan"/>
          <w:u w:val="single"/>
        </w:rPr>
        <w:t>aggressively in the S</w:t>
      </w:r>
      <w:r>
        <w:rPr>
          <w:b w:val="0"/>
          <w:i w:val="0"/>
          <w:smallCaps w:val="0"/>
          <w:strike w:val="0"/>
          <w:sz w:val="22"/>
          <w:u w:val="single"/>
        </w:rPr>
        <w:t xml:space="preserve">outh </w:t>
      </w:r>
      <w:r>
        <w:rPr>
          <w:b w:val="0"/>
          <w:i w:val="0"/>
          <w:smallCaps w:val="0"/>
          <w:strike w:val="0"/>
          <w:sz w:val="22"/>
          <w:highlight w:val="cyan"/>
          <w:u w:val="single"/>
        </w:rPr>
        <w:t>C</w:t>
      </w:r>
      <w:r>
        <w:rPr>
          <w:b w:val="0"/>
          <w:i w:val="0"/>
          <w:smallCaps w:val="0"/>
          <w:strike w:val="0"/>
          <w:sz w:val="22"/>
          <w:u w:val="single"/>
        </w:rPr>
        <w:t xml:space="preserve">hina </w:t>
      </w:r>
      <w:r>
        <w:rPr>
          <w:b w:val="0"/>
          <w:i w:val="0"/>
          <w:smallCaps w:val="0"/>
          <w:strike w:val="0"/>
          <w:sz w:val="22"/>
          <w:highlight w:val="cyan"/>
          <w:u w:val="single"/>
        </w:rPr>
        <w:t>S</w:t>
      </w:r>
      <w:r>
        <w:rPr>
          <w:b w:val="0"/>
          <w:i w:val="0"/>
          <w:smallCaps w:val="0"/>
          <w:strike w:val="0"/>
          <w:sz w:val="22"/>
          <w:u w:val="single"/>
        </w:rPr>
        <w:t>ea, engaging in territorial disputes with</w:t>
      </w:r>
      <w:r>
        <w:rPr>
          <w:b w:val="0"/>
          <w:i w:val="0"/>
          <w:smallCaps w:val="0"/>
          <w:strike w:val="0"/>
          <w:sz w:val="16"/>
          <w:u w:val="none"/>
        </w:rPr>
        <w:t xml:space="preserve"> neighbors including </w:t>
      </w:r>
      <w:r>
        <w:rPr>
          <w:b w:val="0"/>
          <w:i w:val="0"/>
          <w:smallCaps w:val="0"/>
          <w:strike w:val="0"/>
          <w:sz w:val="22"/>
          <w:u w:val="single"/>
        </w:rPr>
        <w:t xml:space="preserve">Japan. This is one of </w:t>
      </w:r>
      <w:r>
        <w:rPr>
          <w:b/>
          <w:i w:val="0"/>
          <w:smallCaps w:val="0"/>
          <w:strike w:val="0"/>
          <w:sz w:val="24"/>
          <w:highlight w:val="cyan"/>
          <w:u w:val="single"/>
        </w:rPr>
        <w:t>the most dangerous game</w:t>
      </w:r>
      <w:r>
        <w:rPr>
          <w:b/>
          <w:i w:val="0"/>
          <w:smallCaps w:val="0"/>
          <w:strike w:val="0"/>
          <w:sz w:val="24"/>
          <w:u w:val="single"/>
        </w:rPr>
        <w:t xml:space="preserve">s </w:t>
      </w:r>
      <w:r>
        <w:rPr>
          <w:b/>
          <w:i w:val="0"/>
          <w:smallCaps w:val="0"/>
          <w:strike w:val="0"/>
          <w:sz w:val="24"/>
          <w:highlight w:val="cyan"/>
          <w:u w:val="single"/>
        </w:rPr>
        <w:t>in the world</w:t>
      </w:r>
      <w:r>
        <w:rPr>
          <w:b/>
          <w:i w:val="0"/>
          <w:smallCaps w:val="0"/>
          <w:strike w:val="0"/>
          <w:sz w:val="24"/>
          <w:u w:val="single"/>
        </w:rPr>
        <w:t>.</w:t>
      </w:r>
      <w:r>
        <w:rPr>
          <w:b w:val="0"/>
          <w:i w:val="0"/>
          <w:smallCaps w:val="0"/>
          <w:strike w:val="0"/>
          <w:sz w:val="22"/>
          <w:u w:val="single"/>
        </w:rPr>
        <w:t xml:space="preserve"> </w:t>
      </w:r>
      <w:r>
        <w:rPr>
          <w:b w:val="0"/>
          <w:i w:val="0"/>
          <w:smallCaps w:val="0"/>
          <w:strike w:val="0"/>
          <w:sz w:val="16"/>
          <w:u w:val="none"/>
        </w:rPr>
        <w:t xml:space="preserve">For over a year </w:t>
      </w:r>
      <w:r>
        <w:rPr>
          <w:b w:val="0"/>
          <w:i w:val="0"/>
          <w:smallCaps w:val="0"/>
          <w:strike w:val="0"/>
          <w:sz w:val="22"/>
          <w:u w:val="single"/>
        </w:rPr>
        <w:t>China has been diligently building islands</w:t>
      </w:r>
      <w:r>
        <w:rPr>
          <w:b w:val="0"/>
          <w:i w:val="0"/>
          <w:smallCaps w:val="0"/>
          <w:strike w:val="0"/>
          <w:sz w:val="16"/>
          <w:u w:val="none"/>
        </w:rPr>
        <w:t xml:space="preserve"> on top of reefs </w:t>
      </w:r>
      <w:r>
        <w:rPr>
          <w:b w:val="0"/>
          <w:i w:val="0"/>
          <w:smallCaps w:val="0"/>
          <w:strike w:val="0"/>
          <w:sz w:val="22"/>
          <w:u w:val="single"/>
        </w:rPr>
        <w:t>in the South China Sea,</w:t>
      </w:r>
      <w:r>
        <w:rPr>
          <w:b w:val="0"/>
          <w:i w:val="0"/>
          <w:smallCaps w:val="0"/>
          <w:strike w:val="0"/>
          <w:sz w:val="16"/>
          <w:u w:val="none"/>
        </w:rPr>
        <w:t xml:space="preserve"> reclaiming 2,000 acres of land. </w:t>
      </w:r>
      <w:r>
        <w:rPr>
          <w:b w:val="0"/>
          <w:i w:val="0"/>
          <w:smallCaps w:val="0"/>
          <w:strike w:val="0"/>
          <w:sz w:val="22"/>
          <w:u w:val="single"/>
        </w:rPr>
        <w:t xml:space="preserve">In April, satellite imagery showed that the Chinese military had built an airstrip big enough for military aircraft. </w:t>
      </w:r>
      <w:r>
        <w:rPr>
          <w:b w:val="0"/>
          <w:i w:val="0"/>
          <w:smallCaps w:val="0"/>
          <w:strike w:val="0"/>
          <w:sz w:val="16"/>
          <w:u w:val="none"/>
        </w:rPr>
        <w:t xml:space="preserve">The government has been loud about it, too, declaring its right to reclaim the Spratly Islands, the land around the reefs, on historical grounds. The Global Post, a state tabloid owned by party publication The People's Daily, wrote that </w:t>
      </w:r>
      <w:r>
        <w:rPr>
          <w:b w:val="0"/>
          <w:i w:val="0"/>
          <w:smallCaps w:val="0"/>
          <w:strike w:val="0"/>
          <w:sz w:val="22"/>
          <w:u w:val="single"/>
        </w:rPr>
        <w:t xml:space="preserve">any attempt by the US </w:t>
      </w:r>
      <w:r>
        <w:rPr>
          <w:b w:val="0"/>
          <w:i w:val="0"/>
          <w:smallCaps w:val="0"/>
          <w:strike w:val="0"/>
          <w:sz w:val="22"/>
          <w:highlight w:val="cyan"/>
          <w:u w:val="single"/>
        </w:rPr>
        <w:t xml:space="preserve">to stop China </w:t>
      </w:r>
      <w:r>
        <w:rPr>
          <w:b w:val="0"/>
          <w:i w:val="0"/>
          <w:smallCaps w:val="0"/>
          <w:strike w:val="0"/>
          <w:sz w:val="22"/>
          <w:highlight w:val="cyan"/>
          <w:u w:val="single"/>
        </w:rPr>
        <w:t>from building out</w:t>
      </w:r>
      <w:r>
        <w:rPr>
          <w:b w:val="0"/>
          <w:i w:val="0"/>
          <w:smallCaps w:val="0"/>
          <w:strike w:val="0"/>
          <w:sz w:val="22"/>
          <w:u w:val="single"/>
        </w:rPr>
        <w:t xml:space="preserve"> parts of </w:t>
      </w:r>
      <w:r>
        <w:rPr>
          <w:b w:val="0"/>
          <w:i w:val="0"/>
          <w:smallCaps w:val="0"/>
          <w:strike w:val="0"/>
          <w:sz w:val="22"/>
          <w:highlight w:val="cyan"/>
          <w:u w:val="single"/>
        </w:rPr>
        <w:t>the S</w:t>
      </w:r>
      <w:r>
        <w:rPr>
          <w:b w:val="0"/>
          <w:i w:val="0"/>
          <w:smallCaps w:val="0"/>
          <w:strike w:val="0"/>
          <w:sz w:val="22"/>
          <w:u w:val="single"/>
        </w:rPr>
        <w:t xml:space="preserve">outh </w:t>
      </w:r>
      <w:r>
        <w:rPr>
          <w:b w:val="0"/>
          <w:i w:val="0"/>
          <w:smallCaps w:val="0"/>
          <w:strike w:val="0"/>
          <w:sz w:val="22"/>
          <w:highlight w:val="cyan"/>
          <w:u w:val="single"/>
        </w:rPr>
        <w:t>C</w:t>
      </w:r>
      <w:r>
        <w:rPr>
          <w:b w:val="0"/>
          <w:i w:val="0"/>
          <w:smallCaps w:val="0"/>
          <w:strike w:val="0"/>
          <w:sz w:val="22"/>
          <w:u w:val="single"/>
        </w:rPr>
        <w:t xml:space="preserve">hina </w:t>
      </w:r>
      <w:r>
        <w:rPr>
          <w:b w:val="0"/>
          <w:i w:val="0"/>
          <w:smallCaps w:val="0"/>
          <w:strike w:val="0"/>
          <w:sz w:val="22"/>
          <w:highlight w:val="cyan"/>
          <w:u w:val="single"/>
        </w:rPr>
        <w:t>S</w:t>
      </w:r>
      <w:r>
        <w:rPr>
          <w:b w:val="0"/>
          <w:i w:val="0"/>
          <w:smallCaps w:val="0"/>
          <w:strike w:val="0"/>
          <w:sz w:val="22"/>
          <w:u w:val="single"/>
        </w:rPr>
        <w:t xml:space="preserve">ea </w:t>
      </w:r>
      <w:r>
        <w:rPr>
          <w:b w:val="0"/>
          <w:i w:val="0"/>
          <w:smallCaps w:val="0"/>
          <w:strike w:val="0"/>
          <w:sz w:val="22"/>
          <w:highlight w:val="cyan"/>
          <w:u w:val="single"/>
        </w:rPr>
        <w:t>would</w:t>
      </w:r>
      <w:r>
        <w:rPr>
          <w:b w:val="0"/>
          <w:i w:val="0"/>
          <w:smallCaps w:val="0"/>
          <w:strike w:val="0"/>
          <w:sz w:val="22"/>
          <w:u w:val="single"/>
        </w:rPr>
        <w:t xml:space="preserve"> </w:t>
      </w:r>
      <w:r>
        <w:rPr>
          <w:b/>
          <w:i w:val="0"/>
          <w:smallCaps w:val="0"/>
          <w:strike w:val="0"/>
          <w:sz w:val="24"/>
          <w:u w:val="single"/>
        </w:rPr>
        <w:t xml:space="preserve">inevitably </w:t>
      </w:r>
      <w:r>
        <w:rPr>
          <w:b/>
          <w:i w:val="0"/>
          <w:smallCaps w:val="0"/>
          <w:strike w:val="0"/>
          <w:sz w:val="24"/>
          <w:highlight w:val="cyan"/>
          <w:u w:val="single"/>
        </w:rPr>
        <w:t>end in war</w:t>
      </w:r>
      <w:r>
        <w:rPr>
          <w:b w:val="0"/>
          <w:i w:val="0"/>
          <w:smallCaps w:val="0"/>
          <w:strike w:val="0"/>
          <w:sz w:val="22"/>
          <w:u w:val="single"/>
        </w:rPr>
        <w:t>.</w:t>
      </w:r>
      <w:r>
        <w:rPr>
          <w:b w:val="0"/>
          <w:i w:val="0"/>
          <w:smallCaps w:val="0"/>
          <w:strike w:val="0"/>
          <w:sz w:val="16"/>
          <w:u w:val="none"/>
        </w:rPr>
        <w:t xml:space="preserve"> "If the United States' bottom line is that China has to halt its activities, then a US-China war is inevitable in the South China Sea," the newspaper said. "</w:t>
      </w:r>
      <w:r>
        <w:rPr>
          <w:b w:val="0"/>
          <w:i w:val="0"/>
          <w:smallCaps w:val="0"/>
          <w:strike w:val="0"/>
          <w:sz w:val="22"/>
          <w:u w:val="single"/>
        </w:rPr>
        <w:t>The intensity of the conflict will be higher than what people usually think of as 'friction.'"</w:t>
      </w:r>
      <w:r>
        <w:rPr>
          <w:b/>
          <w:i w:val="0"/>
          <w:smallCaps w:val="0"/>
          <w:strike w:val="0"/>
          <w:sz w:val="24"/>
          <w:u w:val="single"/>
        </w:rPr>
        <w:t xml:space="preserve"> This nationalist </w:t>
      </w:r>
      <w:r>
        <w:rPr>
          <w:b/>
          <w:i w:val="0"/>
          <w:smallCaps w:val="0"/>
          <w:strike w:val="0"/>
          <w:sz w:val="24"/>
          <w:highlight w:val="cyan"/>
          <w:u w:val="single"/>
        </w:rPr>
        <w:t>stance is</w:t>
      </w:r>
      <w:r>
        <w:rPr>
          <w:b/>
          <w:i w:val="0"/>
          <w:smallCaps w:val="0"/>
          <w:strike w:val="0"/>
          <w:sz w:val="24"/>
          <w:u w:val="single"/>
        </w:rPr>
        <w:t xml:space="preserve"> no doubt </w:t>
      </w:r>
      <w:r>
        <w:rPr>
          <w:b/>
          <w:i w:val="0"/>
          <w:smallCaps w:val="0"/>
          <w:strike w:val="0"/>
          <w:sz w:val="24"/>
          <w:highlight w:val="cyan"/>
          <w:u w:val="single"/>
        </w:rPr>
        <w:t>a response to China's slowing economy</w:t>
      </w:r>
      <w:r>
        <w:rPr>
          <w:b/>
          <w:i w:val="0"/>
          <w:smallCaps w:val="0"/>
          <w:strike w:val="0"/>
          <w:sz w:val="24"/>
          <w:u w:val="single"/>
        </w:rPr>
        <w:t>. Growth and China's rise have always been tied to the modern Chinese identity</w:t>
      </w:r>
      <w:r>
        <w:rPr>
          <w:b w:val="0"/>
          <w:i w:val="0"/>
          <w:smallCaps w:val="0"/>
          <w:strike w:val="0"/>
          <w:sz w:val="22"/>
          <w:u w:val="single"/>
        </w:rPr>
        <w:t>.</w:t>
      </w:r>
      <w:r>
        <w:rPr>
          <w:b w:val="0"/>
          <w:i w:val="0"/>
          <w:smallCaps w:val="0"/>
          <w:strike w:val="0"/>
          <w:sz w:val="16"/>
          <w:u w:val="none"/>
        </w:rPr>
        <w:t xml:space="preserve"> The government is asking its people to accept a "new normal" </w:t>
      </w:r>
      <w:r>
        <w:rPr>
          <w:b/>
          <w:i w:val="0"/>
          <w:smallCaps w:val="0"/>
          <w:strike w:val="0"/>
          <w:sz w:val="24"/>
          <w:highlight w:val="cyan"/>
          <w:u w:val="single"/>
        </w:rPr>
        <w:t>as growth slows</w:t>
      </w:r>
      <w:r>
        <w:rPr>
          <w:b w:val="0"/>
          <w:i w:val="0"/>
          <w:smallCaps w:val="0"/>
          <w:strike w:val="0"/>
          <w:sz w:val="16"/>
          <w:u w:val="none"/>
        </w:rPr>
        <w:t xml:space="preserve">, debt piles to almost 300% of gross domestic product, construction and property companies default, and credit dries up. But </w:t>
      </w:r>
      <w:r>
        <w:rPr>
          <w:b/>
          <w:i w:val="0"/>
          <w:smallCaps w:val="0"/>
          <w:strike w:val="0"/>
          <w:sz w:val="24"/>
          <w:u w:val="single"/>
        </w:rPr>
        <w:t xml:space="preserve">to maintain nationalistic fervor in the country, </w:t>
      </w:r>
      <w:r>
        <w:rPr>
          <w:b/>
          <w:i w:val="0"/>
          <w:smallCaps w:val="0"/>
          <w:strike w:val="0"/>
          <w:sz w:val="24"/>
          <w:highlight w:val="cyan"/>
          <w:u w:val="single"/>
        </w:rPr>
        <w:t>China</w:t>
      </w:r>
      <w:r>
        <w:rPr>
          <w:b/>
          <w:i w:val="0"/>
          <w:smallCaps w:val="0"/>
          <w:strike w:val="0"/>
          <w:sz w:val="24"/>
          <w:u w:val="single"/>
        </w:rPr>
        <w:t xml:space="preserve"> has </w:t>
      </w:r>
      <w:r>
        <w:rPr>
          <w:b/>
          <w:i w:val="0"/>
          <w:smallCaps w:val="0"/>
          <w:strike w:val="0"/>
          <w:sz w:val="24"/>
          <w:highlight w:val="cyan"/>
          <w:u w:val="single"/>
        </w:rPr>
        <w:t>relied on the S</w:t>
      </w:r>
      <w:r>
        <w:rPr>
          <w:b/>
          <w:i w:val="0"/>
          <w:smallCaps w:val="0"/>
          <w:strike w:val="0"/>
          <w:sz w:val="24"/>
          <w:u w:val="single"/>
        </w:rPr>
        <w:t xml:space="preserve">outh </w:t>
      </w:r>
      <w:r>
        <w:rPr>
          <w:b/>
          <w:i w:val="0"/>
          <w:smallCaps w:val="0"/>
          <w:strike w:val="0"/>
          <w:sz w:val="24"/>
          <w:highlight w:val="cyan"/>
          <w:u w:val="single"/>
        </w:rPr>
        <w:t>C</w:t>
      </w:r>
      <w:r>
        <w:rPr>
          <w:b/>
          <w:i w:val="0"/>
          <w:smallCaps w:val="0"/>
          <w:strike w:val="0"/>
          <w:sz w:val="24"/>
          <w:u w:val="single"/>
        </w:rPr>
        <w:t xml:space="preserve">hina </w:t>
      </w:r>
      <w:r>
        <w:rPr>
          <w:b/>
          <w:i w:val="0"/>
          <w:smallCaps w:val="0"/>
          <w:strike w:val="0"/>
          <w:sz w:val="24"/>
          <w:highlight w:val="cyan"/>
          <w:u w:val="single"/>
        </w:rPr>
        <w:t>S</w:t>
      </w:r>
      <w:r>
        <w:rPr>
          <w:b/>
          <w:i w:val="0"/>
          <w:smallCaps w:val="0"/>
          <w:strike w:val="0"/>
          <w:sz w:val="24"/>
          <w:u w:val="single"/>
        </w:rPr>
        <w:t>ea issue</w:t>
      </w:r>
      <w:r>
        <w:rPr>
          <w:b w:val="0"/>
          <w:i w:val="0"/>
          <w:smallCaps w:val="0"/>
          <w:strike w:val="0"/>
          <w:sz w:val="22"/>
          <w:u w:val="single"/>
        </w:rPr>
        <w:t>.</w:t>
      </w:r>
      <w:r>
        <w:rPr>
          <w:b w:val="0"/>
          <w:i w:val="0"/>
          <w:smallCaps w:val="0"/>
          <w:strike w:val="0"/>
          <w:sz w:val="16"/>
          <w:u w:val="none"/>
        </w:rPr>
        <w:t xml:space="preserve"> US Secretary of Defense Ashton Carter recently called for an end to reclamation and China's violation of "international rules and norms that underscore the Asia-Pacific security architecture, and the regional consensus that favors diplomacy and opposes coercion." This did not sit well with China at all. "China's construction in the South China Sea is within China's sovereign rights, and its activities are lawful, reasonable, and justified," Chinese Foreign Ministry spokeswoman Hua Chunying told Xinhua News after Carter made those comments at a conference in Singapore. Hua continued: "China's construction activities on the Nansha islands and reefs are entirely within China's sovereignty. They are lawful, justified, and reasonable and do not affect or target any particular country." Of course, particular countries may not feel that way — particularly US ally Japan. </w:t>
      </w:r>
      <w:r>
        <w:rPr>
          <w:b w:val="0"/>
          <w:i w:val="0"/>
          <w:smallCaps w:val="0"/>
          <w:strike w:val="0"/>
          <w:sz w:val="16"/>
          <w:u w:val="none"/>
        </w:rPr>
        <w:t xml:space="preserve">For several years at the World Economic Forum in Davos, Switzerland, </w:t>
      </w:r>
      <w:r>
        <w:rPr>
          <w:b w:val="0"/>
          <w:i w:val="0"/>
          <w:smallCaps w:val="0"/>
          <w:strike w:val="0"/>
          <w:sz w:val="22"/>
          <w:u w:val="single"/>
        </w:rPr>
        <w:t xml:space="preserve">world leaders have had no trouble pinpointing </w:t>
      </w:r>
      <w:r>
        <w:rPr>
          <w:b/>
          <w:i w:val="0"/>
          <w:smallCaps w:val="0"/>
          <w:strike w:val="0"/>
          <w:sz w:val="24"/>
          <w:u w:val="single"/>
        </w:rPr>
        <w:t xml:space="preserve">the </w:t>
      </w:r>
      <w:r>
        <w:rPr>
          <w:b/>
          <w:i w:val="0"/>
          <w:smallCaps w:val="0"/>
          <w:strike w:val="0"/>
          <w:sz w:val="24"/>
          <w:highlight w:val="cyan"/>
          <w:u w:val="single"/>
        </w:rPr>
        <w:t>greatest threat to global stability</w:t>
      </w:r>
      <w:r>
        <w:rPr>
          <w:b w:val="0"/>
          <w:i w:val="0"/>
          <w:smallCaps w:val="0"/>
          <w:strike w:val="0"/>
          <w:sz w:val="22"/>
          <w:u w:val="single"/>
        </w:rPr>
        <w:t>.</w:t>
      </w:r>
      <w:r>
        <w:rPr>
          <w:b w:val="0"/>
          <w:i w:val="0"/>
          <w:smallCaps w:val="0"/>
          <w:strike w:val="0"/>
          <w:sz w:val="16"/>
          <w:u w:val="none"/>
        </w:rPr>
        <w:t xml:space="preserve"> It wasn't Iraq or Islamic State militants. It wasn't Iran. </w:t>
      </w:r>
      <w:r>
        <w:rPr>
          <w:b w:val="0"/>
          <w:i w:val="0"/>
          <w:smallCaps w:val="0"/>
          <w:strike w:val="0"/>
          <w:sz w:val="22"/>
          <w:u w:val="single"/>
        </w:rPr>
        <w:t xml:space="preserve">It was the disaster that could result from a conflict between China and Japan over the South China Sea. </w:t>
      </w:r>
      <w:r>
        <w:rPr>
          <w:b/>
          <w:i w:val="0"/>
          <w:smallCaps w:val="0"/>
          <w:strike w:val="0"/>
          <w:sz w:val="24"/>
          <w:u w:val="single"/>
        </w:rPr>
        <w:t xml:space="preserve">A </w:t>
      </w:r>
      <w:r>
        <w:rPr>
          <w:b/>
          <w:i w:val="0"/>
          <w:smallCaps w:val="0"/>
          <w:strike w:val="0"/>
          <w:sz w:val="24"/>
          <w:highlight w:val="cyan"/>
          <w:u w:val="single"/>
        </w:rPr>
        <w:t>conflict</w:t>
      </w:r>
      <w:r>
        <w:rPr>
          <w:b/>
          <w:i w:val="0"/>
          <w:smallCaps w:val="0"/>
          <w:strike w:val="0"/>
          <w:sz w:val="24"/>
          <w:u w:val="single"/>
        </w:rPr>
        <w:t xml:space="preserve"> that </w:t>
      </w:r>
      <w:r>
        <w:rPr>
          <w:b/>
          <w:i w:val="0"/>
          <w:smallCaps w:val="0"/>
          <w:strike w:val="0"/>
          <w:sz w:val="24"/>
          <w:highlight w:val="cyan"/>
          <w:u w:val="single"/>
        </w:rPr>
        <w:t>could be sparked by careless action</w:t>
      </w:r>
      <w:r>
        <w:rPr>
          <w:b/>
          <w:i w:val="0"/>
          <w:smallCaps w:val="0"/>
          <w:strike w:val="0"/>
          <w:sz w:val="24"/>
          <w:u w:val="single"/>
        </w:rPr>
        <w:t xml:space="preserve"> by either party</w:t>
      </w:r>
      <w:r>
        <w:rPr>
          <w:b w:val="0"/>
          <w:i w:val="0"/>
          <w:smallCaps w:val="0"/>
          <w:strike w:val="0"/>
          <w:sz w:val="22"/>
          <w:u w:val="single"/>
        </w:rPr>
        <w:t xml:space="preserve">. </w:t>
      </w:r>
      <w:r>
        <w:rPr>
          <w:b w:val="0"/>
          <w:i w:val="0"/>
          <w:smallCaps w:val="0"/>
          <w:strike w:val="0"/>
          <w:sz w:val="16"/>
          <w:u w:val="none"/>
        </w:rPr>
        <w:t xml:space="preserve">Now, </w:t>
      </w:r>
      <w:r>
        <w:rPr>
          <w:b w:val="0"/>
          <w:i w:val="0"/>
          <w:smallCaps w:val="0"/>
          <w:strike w:val="0"/>
          <w:sz w:val="22"/>
          <w:u w:val="single"/>
        </w:rPr>
        <w:t>to save face with its own people in the face of an economic slowdown, the Chinese government is being careless all over the place.</w:t>
      </w:r>
      <w:r>
        <w:rPr>
          <w:b w:val="0"/>
          <w:i w:val="0"/>
          <w:smallCaps w:val="0"/>
          <w:strike w:val="0"/>
          <w:sz w:val="16"/>
          <w:u w:val="none"/>
        </w:rPr>
        <w:t xml:space="preserve"> Scholars, journalists, and </w:t>
      </w:r>
      <w:r>
        <w:rPr>
          <w:b w:val="0"/>
          <w:i w:val="0"/>
          <w:smallCaps w:val="0"/>
          <w:strike w:val="0"/>
          <w:sz w:val="22"/>
          <w:u w:val="single"/>
        </w:rPr>
        <w:t>politicians are</w:t>
      </w:r>
      <w:r>
        <w:rPr>
          <w:b w:val="0"/>
          <w:i w:val="0"/>
          <w:smallCaps w:val="0"/>
          <w:strike w:val="0"/>
          <w:sz w:val="16"/>
          <w:u w:val="none"/>
        </w:rPr>
        <w:t xml:space="preserve"> all </w:t>
      </w:r>
      <w:r>
        <w:rPr>
          <w:b w:val="0"/>
          <w:i w:val="0"/>
          <w:smallCaps w:val="0"/>
          <w:strike w:val="0"/>
          <w:sz w:val="22"/>
          <w:u w:val="single"/>
        </w:rPr>
        <w:t>turning the area into an issue of historical pride</w:t>
      </w:r>
      <w:r>
        <w:rPr>
          <w:b w:val="0"/>
          <w:i w:val="0"/>
          <w:smallCaps w:val="0"/>
          <w:strike w:val="0"/>
          <w:sz w:val="16"/>
          <w:u w:val="none"/>
        </w:rPr>
        <w:t xml:space="preserve">, regardless of whether historical evidence for China's claim exists. </w:t>
      </w:r>
      <w:r>
        <w:rPr>
          <w:b w:val="0"/>
          <w:i w:val="0"/>
          <w:smallCaps w:val="0"/>
          <w:strike w:val="0"/>
          <w:sz w:val="22"/>
          <w:u w:val="single"/>
        </w:rPr>
        <w:t>Beijing and China's</w:t>
      </w:r>
      <w:r>
        <w:rPr>
          <w:b w:val="0"/>
          <w:i w:val="0"/>
          <w:smallCaps w:val="0"/>
          <w:strike w:val="0"/>
          <w:sz w:val="16"/>
          <w:u w:val="none"/>
        </w:rPr>
        <w:t xml:space="preserve"> People's Liberation Army </w:t>
      </w:r>
      <w:r>
        <w:rPr>
          <w:b w:val="0"/>
          <w:i w:val="0"/>
          <w:smallCaps w:val="0"/>
          <w:strike w:val="0"/>
          <w:sz w:val="22"/>
          <w:u w:val="single"/>
        </w:rPr>
        <w:t xml:space="preserve">(PLA) don't seem to believe the Obama administration will do anything about it, either. </w:t>
      </w:r>
      <w:r>
        <w:rPr>
          <w:b w:val="0"/>
          <w:i w:val="0"/>
          <w:smallCaps w:val="0"/>
          <w:strike w:val="0"/>
          <w:sz w:val="16"/>
          <w:u w:val="none"/>
        </w:rPr>
        <w:t xml:space="preserve">"A member of the PLA asked me whether, in 18 months if Hillary Clinton is elected president, will she be much tougher on China than the current administration," Bonnie Glaser, an Asia expert at the Center for Strategic and International Studies, told Bloomberg's Josh Rogin. "I said, 'The premise of your question is that in the next 18 months you have enough running room to do whatever you want.' He just laughed." It seems, according to Rogin, that the PLA equates American caution with weakness. Indeed, </w:t>
      </w:r>
      <w:r>
        <w:rPr>
          <w:b w:val="0"/>
          <w:i w:val="0"/>
          <w:smallCaps w:val="0"/>
          <w:strike w:val="0"/>
          <w:sz w:val="22"/>
          <w:u w:val="single"/>
        </w:rPr>
        <w:t xml:space="preserve">white papers put out by the PLA over the past month indicate that while the government may pay lip service to peace, the actions that feed this conflict will continue at a steady clip. </w:t>
      </w:r>
      <w:r>
        <w:rPr>
          <w:b w:val="0"/>
          <w:i w:val="0"/>
          <w:smallCaps w:val="0"/>
          <w:strike w:val="0"/>
          <w:sz w:val="16"/>
          <w:u w:val="none"/>
        </w:rPr>
        <w:t xml:space="preserve">"Some offshore neighbors take provocative actions and reinforce their military presence on China's reefs and islands that they have illegally occupied," a PLA paper published in May said, according to ChinaDaily. "It is thus a long-standing task for China to safeguard its maritime rights and interests." It went on to say that the PLA would soon add "'open seas protection" to its traditional mandate of "offshore waters defense." In other words, </w:t>
      </w:r>
      <w:r>
        <w:rPr>
          <w:b/>
          <w:i w:val="0"/>
          <w:smallCaps w:val="0"/>
          <w:strike w:val="0"/>
          <w:sz w:val="24"/>
          <w:highlight w:val="cyan"/>
          <w:u w:val="single"/>
        </w:rPr>
        <w:t>this is only going to escalate</w:t>
      </w:r>
      <w:r>
        <w:rPr>
          <w:b/>
          <w:i w:val="0"/>
          <w:smallCaps w:val="0"/>
          <w:strike w:val="0"/>
          <w:sz w:val="24"/>
          <w:u w:val="single"/>
        </w:rPr>
        <w:t>.</w:t>
      </w:r>
    </w:p>
    <w:p>
      <w:pPr>
        <w:pStyle w:val="Caption"/>
      </w:pPr>
      <w:r>
        <w:t>Source: Hegemony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