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Hegemony is empirically stable – decline leads to transition wars.</w:t>
      </w:r>
    </w:p>
    <w:p>
      <w:pPr>
        <w:spacing w:after="80"/>
      </w:pPr>
      <w:r>
        <w:rPr>
          <w:b/>
          <w:i w:val="0"/>
          <w:smallCaps w:val="0"/>
          <w:strike w:val="0"/>
          <w:color w:val="000000"/>
          <w:sz w:val="26"/>
          <w:u w:val="none"/>
        </w:rPr>
        <w:t>Kagan, 17</w:t>
      </w:r>
      <w:r>
        <w:rPr>
          <w:b w:val="0"/>
          <w:i w:val="0"/>
          <w:smallCaps w:val="0"/>
          <w:strike w:val="0"/>
          <w:color w:val="000000"/>
          <w:u w:val="none"/>
        </w:rPr>
        <w:t xml:space="preserve"> [2-7-2017, Backing Into World War III, https://foreignpolicy.com/2017/02/06/backing-into-world-war-iii-russia-china-trump-obama/, Robert Kagan, Ph.D. in American History from American University, M.P.P. in Government from Harvard University]</w:t>
      </w:r>
    </w:p>
    <w:p>
      <w:pPr>
        <w:spacing w:after="60"/>
      </w:pPr>
      <w:r>
        <w:rPr>
          <w:b w:val="0"/>
          <w:i w:val="0"/>
          <w:smallCaps w:val="0"/>
          <w:strike w:val="0"/>
          <w:color w:val="000000"/>
          <w:u w:val="single"/>
        </w:rPr>
        <w:t>Think of two significant trend lines in the world today. One is the increasing ambition and activism of the two great</w:t>
      </w:r>
      <w:r>
        <w:rPr>
          <w:b w:val="0"/>
          <w:i w:val="0"/>
          <w:smallCaps w:val="0"/>
          <w:strike w:val="0"/>
          <w:color w:val="000000"/>
          <w:sz w:val="16"/>
          <w:u w:val="none"/>
        </w:rPr>
        <w:t xml:space="preserve"> </w:t>
      </w:r>
      <w:r>
        <w:rPr>
          <w:b/>
          <w:i w:val="0"/>
          <w:smallCaps w:val="0"/>
          <w:strike w:val="0"/>
          <w:color w:val="000000"/>
          <w:u w:val="single"/>
        </w:rPr>
        <w:t>revisionist powers, Russia and China</w:t>
      </w:r>
      <w:r>
        <w:rPr>
          <w:b w:val="0"/>
          <w:i w:val="0"/>
          <w:smallCaps w:val="0"/>
          <w:strike w:val="0"/>
          <w:color w:val="000000"/>
          <w:u w:val="single"/>
        </w:rPr>
        <w:t>. The other is the declining confidence, capacity, and will of the democratic world, and especially of the United States, to maintain the dominant position it has held in the international system since 1945</w:t>
      </w:r>
      <w:r>
        <w:rPr>
          <w:b w:val="0"/>
          <w:i w:val="0"/>
          <w:smallCaps w:val="0"/>
          <w:strike w:val="0"/>
          <w:color w:val="000000"/>
          <w:sz w:val="16"/>
          <w:u w:val="none"/>
        </w:rPr>
        <w:t xml:space="preserve">. As those two lines move closer, </w:t>
      </w:r>
      <w:r>
        <w:rPr>
          <w:b w:val="0"/>
          <w:i w:val="0"/>
          <w:smallCaps w:val="0"/>
          <w:strike w:val="0"/>
          <w:color w:val="000000"/>
          <w:u w:val="single"/>
        </w:rPr>
        <w:t>as the declining</w:t>
      </w:r>
      <w:r>
        <w:rPr>
          <w:b w:val="0"/>
          <w:i w:val="0"/>
          <w:smallCaps w:val="0"/>
          <w:strike w:val="0"/>
          <w:color w:val="000000"/>
          <w:sz w:val="16"/>
          <w:u w:val="none"/>
        </w:rPr>
        <w:t xml:space="preserve"> </w:t>
      </w:r>
      <w:r>
        <w:rPr>
          <w:b w:val="0"/>
          <w:i w:val="0"/>
          <w:smallCaps w:val="0"/>
          <w:strike w:val="0"/>
          <w:color w:val="000000"/>
          <w:u w:val="single"/>
        </w:rPr>
        <w:t>will and</w:t>
      </w:r>
      <w:r>
        <w:rPr>
          <w:b w:val="0"/>
          <w:i w:val="0"/>
          <w:smallCaps w:val="0"/>
          <w:strike w:val="0"/>
          <w:color w:val="000000"/>
          <w:sz w:val="16"/>
          <w:u w:val="none"/>
        </w:rPr>
        <w:t xml:space="preserve"> </w:t>
      </w:r>
      <w:r>
        <w:rPr>
          <w:b w:val="0"/>
          <w:i w:val="0"/>
          <w:smallCaps w:val="0"/>
          <w:strike w:val="0"/>
          <w:color w:val="000000"/>
          <w:u w:val="single"/>
        </w:rPr>
        <w:t>capacity of the U</w:t>
      </w:r>
      <w:r>
        <w:rPr>
          <w:b w:val="0"/>
          <w:i w:val="0"/>
          <w:smallCaps w:val="0"/>
          <w:strike w:val="0"/>
          <w:color w:val="000000"/>
          <w:u w:val="single"/>
        </w:rPr>
        <w:t>nited</w:t>
      </w:r>
      <w:r>
        <w:rPr>
          <w:b w:val="0"/>
          <w:i w:val="0"/>
          <w:smallCaps w:val="0"/>
          <w:strike w:val="0"/>
          <w:color w:val="000000"/>
          <w:sz w:val="16"/>
          <w:u w:val="none"/>
        </w:rPr>
        <w:t xml:space="preserve"> </w:t>
      </w:r>
      <w:r>
        <w:rPr>
          <w:b w:val="0"/>
          <w:i w:val="0"/>
          <w:smallCaps w:val="0"/>
          <w:strike w:val="0"/>
          <w:color w:val="000000"/>
          <w:u w:val="single"/>
        </w:rPr>
        <w:t>S</w:t>
      </w:r>
      <w:r>
        <w:rPr>
          <w:b w:val="0"/>
          <w:i w:val="0"/>
          <w:smallCaps w:val="0"/>
          <w:strike w:val="0"/>
          <w:color w:val="000000"/>
          <w:u w:val="single"/>
        </w:rPr>
        <w:t>tates</w:t>
      </w:r>
      <w:r>
        <w:rPr>
          <w:b w:val="0"/>
          <w:i w:val="0"/>
          <w:smallCaps w:val="0"/>
          <w:strike w:val="0"/>
          <w:color w:val="000000"/>
          <w:sz w:val="16"/>
          <w:u w:val="none"/>
        </w:rPr>
        <w:t xml:space="preserve"> </w:t>
      </w:r>
      <w:r>
        <w:rPr>
          <w:b w:val="0"/>
          <w:i w:val="0"/>
          <w:smallCaps w:val="0"/>
          <w:strike w:val="0"/>
          <w:color w:val="000000"/>
          <w:u w:val="single"/>
        </w:rPr>
        <w:t>and its allies to maintain the present world order meet</w:t>
      </w:r>
      <w:r>
        <w:rPr>
          <w:b w:val="0"/>
          <w:i w:val="0"/>
          <w:smallCaps w:val="0"/>
          <w:strike w:val="0"/>
          <w:color w:val="000000"/>
          <w:sz w:val="16"/>
          <w:u w:val="none"/>
        </w:rPr>
        <w:t xml:space="preserve"> </w:t>
      </w:r>
      <w:r>
        <w:rPr>
          <w:b w:val="0"/>
          <w:i w:val="0"/>
          <w:smallCaps w:val="0"/>
          <w:strike w:val="0"/>
          <w:color w:val="000000"/>
          <w:u w:val="single"/>
        </w:rPr>
        <w:t>the increasing desire and capacity of the</w:t>
      </w:r>
      <w:r>
        <w:rPr>
          <w:b w:val="0"/>
          <w:i w:val="0"/>
          <w:smallCaps w:val="0"/>
          <w:strike w:val="0"/>
          <w:color w:val="000000"/>
          <w:sz w:val="16"/>
          <w:u w:val="none"/>
        </w:rPr>
        <w:t xml:space="preserve"> </w:t>
      </w:r>
      <w:r>
        <w:rPr>
          <w:b w:val="0"/>
          <w:i w:val="0"/>
          <w:smallCaps w:val="0"/>
          <w:strike w:val="0"/>
          <w:color w:val="000000"/>
          <w:u w:val="single"/>
        </w:rPr>
        <w:t>revisionist powers</w:t>
      </w:r>
      <w:r>
        <w:rPr>
          <w:b w:val="0"/>
          <w:i w:val="0"/>
          <w:smallCaps w:val="0"/>
          <w:strike w:val="0"/>
          <w:color w:val="000000"/>
          <w:sz w:val="16"/>
          <w:u w:val="none"/>
        </w:rPr>
        <w:t xml:space="preserve"> </w:t>
      </w:r>
      <w:r>
        <w:rPr>
          <w:b w:val="0"/>
          <w:i w:val="0"/>
          <w:smallCaps w:val="0"/>
          <w:strike w:val="0"/>
          <w:color w:val="000000"/>
          <w:u w:val="single"/>
        </w:rPr>
        <w:t>to change it, we will reach the moment at which</w:t>
      </w:r>
      <w:r>
        <w:rPr>
          <w:b w:val="0"/>
          <w:i w:val="0"/>
          <w:smallCaps w:val="0"/>
          <w:strike w:val="0"/>
          <w:color w:val="000000"/>
          <w:sz w:val="16"/>
          <w:u w:val="none"/>
        </w:rPr>
        <w:t xml:space="preserve"> </w:t>
      </w:r>
      <w:r>
        <w:rPr>
          <w:b w:val="0"/>
          <w:i w:val="0"/>
          <w:smallCaps w:val="0"/>
          <w:strike w:val="0"/>
          <w:color w:val="000000"/>
          <w:u w:val="single"/>
        </w:rPr>
        <w:t>the existing order collapses and the world descends into a phase of</w:t>
      </w:r>
      <w:r>
        <w:rPr>
          <w:b w:val="0"/>
          <w:i w:val="0"/>
          <w:smallCaps w:val="0"/>
          <w:strike w:val="0"/>
          <w:color w:val="000000"/>
          <w:sz w:val="16"/>
          <w:u w:val="none"/>
        </w:rPr>
        <w:t xml:space="preserve"> </w:t>
      </w:r>
      <w:r>
        <w:rPr>
          <w:b/>
          <w:i w:val="0"/>
          <w:smallCaps w:val="0"/>
          <w:strike w:val="0"/>
          <w:color w:val="000000"/>
          <w:u w:val="single"/>
        </w:rPr>
        <w:t>brutal anarchy</w:t>
      </w:r>
      <w:r>
        <w:rPr>
          <w:b w:val="0"/>
          <w:i w:val="0"/>
          <w:smallCaps w:val="0"/>
          <w:strike w:val="0"/>
          <w:color w:val="000000"/>
          <w:u w:val="single"/>
        </w:rPr>
        <w:t>, as</w:t>
      </w:r>
      <w:r>
        <w:rPr>
          <w:b w:val="0"/>
          <w:i w:val="0"/>
          <w:smallCaps w:val="0"/>
          <w:strike w:val="0"/>
          <w:color w:val="000000"/>
          <w:sz w:val="16"/>
          <w:u w:val="none"/>
        </w:rPr>
        <w:t xml:space="preserve"> </w:t>
      </w:r>
      <w:r>
        <w:rPr>
          <w:b w:val="0"/>
          <w:i w:val="0"/>
          <w:smallCaps w:val="0"/>
          <w:strike w:val="0"/>
          <w:color w:val="000000"/>
          <w:u w:val="single"/>
        </w:rPr>
        <w:t>it has three times in the past two centuries. The cost of that descent, in lives and treasure, in lost freedoms and lost hope, will be staggering.</w:t>
      </w:r>
      <w:r>
        <w:rPr>
          <w:b w:val="0"/>
          <w:i w:val="0"/>
          <w:smallCaps w:val="0"/>
          <w:strike w:val="0"/>
          <w:color w:val="000000"/>
          <w:sz w:val="16"/>
          <w:u w:val="none"/>
        </w:rPr>
        <w:t xml:space="preserve"> Americans tend to take the fundamental stability of the international order for granted, even while complaining about the burden the United States carries in preserving that stability. History shows that </w:t>
      </w:r>
      <w:r>
        <w:rPr>
          <w:b w:val="0"/>
          <w:i w:val="0"/>
          <w:smallCaps w:val="0"/>
          <w:strike w:val="0"/>
          <w:color w:val="000000"/>
          <w:u w:val="single"/>
        </w:rPr>
        <w:t>world orders do collapse</w:t>
      </w:r>
      <w:r>
        <w:rPr>
          <w:b w:val="0"/>
          <w:i w:val="0"/>
          <w:smallCaps w:val="0"/>
          <w:strike w:val="0"/>
          <w:color w:val="000000"/>
          <w:sz w:val="16"/>
          <w:u w:val="none"/>
        </w:rPr>
        <w:t xml:space="preserve">, however, and </w:t>
      </w:r>
      <w:r>
        <w:rPr>
          <w:b w:val="0"/>
          <w:i w:val="0"/>
          <w:smallCaps w:val="0"/>
          <w:strike w:val="0"/>
          <w:color w:val="000000"/>
          <w:u w:val="single"/>
        </w:rPr>
        <w:t>when they do</w:t>
      </w:r>
      <w:r>
        <w:rPr>
          <w:b w:val="0"/>
          <w:i w:val="0"/>
          <w:smallCaps w:val="0"/>
          <w:strike w:val="0"/>
          <w:color w:val="000000"/>
          <w:sz w:val="16"/>
          <w:u w:val="none"/>
        </w:rPr>
        <w:t xml:space="preserve"> </w:t>
      </w:r>
      <w:r>
        <w:rPr>
          <w:b w:val="0"/>
          <w:i w:val="0"/>
          <w:smallCaps w:val="0"/>
          <w:strike w:val="0"/>
          <w:color w:val="000000"/>
          <w:u w:val="single"/>
        </w:rPr>
        <w:t>it is</w:t>
      </w:r>
      <w:r>
        <w:rPr>
          <w:b w:val="0"/>
          <w:i w:val="0"/>
          <w:smallCaps w:val="0"/>
          <w:strike w:val="0"/>
          <w:color w:val="000000"/>
          <w:sz w:val="16"/>
          <w:u w:val="none"/>
        </w:rPr>
        <w:t xml:space="preserve"> </w:t>
      </w:r>
      <w:r>
        <w:rPr>
          <w:b w:val="0"/>
          <w:i w:val="0"/>
          <w:smallCaps w:val="0"/>
          <w:strike w:val="0"/>
          <w:color w:val="000000"/>
          <w:u w:val="single"/>
        </w:rPr>
        <w:t>often</w:t>
      </w:r>
      <w:r>
        <w:rPr>
          <w:b w:val="0"/>
          <w:i w:val="0"/>
          <w:smallCaps w:val="0"/>
          <w:strike w:val="0"/>
          <w:color w:val="000000"/>
          <w:sz w:val="16"/>
          <w:u w:val="none"/>
        </w:rPr>
        <w:t xml:space="preserve"> </w:t>
      </w:r>
      <w:r>
        <w:rPr>
          <w:b/>
          <w:i w:val="0"/>
          <w:smallCaps w:val="0"/>
          <w:strike w:val="0"/>
          <w:color w:val="000000"/>
          <w:u w:val="single"/>
        </w:rPr>
        <w:t>unexpected, rapid, and violent</w:t>
      </w:r>
      <w:r>
        <w:rPr>
          <w:b w:val="0"/>
          <w:i w:val="0"/>
          <w:smallCaps w:val="0"/>
          <w:strike w:val="0"/>
          <w:color w:val="000000"/>
          <w:sz w:val="16"/>
          <w:u w:val="none"/>
        </w:rPr>
        <w:t xml:space="preserve">. The late 18th century was the high point of the Enlightenment in Europe, before the continent fell suddenly into the abyss of the Napoleonic Wars. </w:t>
      </w:r>
      <w:r>
        <w:rPr>
          <w:b w:val="0"/>
          <w:i w:val="0"/>
          <w:smallCaps w:val="0"/>
          <w:strike w:val="0"/>
          <w:color w:val="000000"/>
          <w:u w:val="single"/>
        </w:rPr>
        <w:t>In the first decade of the 20th century,</w:t>
      </w:r>
      <w:r>
        <w:rPr>
          <w:b w:val="0"/>
          <w:i w:val="0"/>
          <w:smallCaps w:val="0"/>
          <w:strike w:val="0"/>
          <w:color w:val="000000"/>
          <w:sz w:val="16"/>
          <w:u w:val="none"/>
        </w:rPr>
        <w:t xml:space="preserve"> </w:t>
      </w:r>
      <w:r>
        <w:rPr>
          <w:b/>
          <w:i w:val="0"/>
          <w:smallCaps w:val="0"/>
          <w:strike w:val="0"/>
          <w:color w:val="000000"/>
          <w:u w:val="single"/>
        </w:rPr>
        <w:t>the world’s smartest minds predicted</w:t>
      </w:r>
      <w:r>
        <w:rPr>
          <w:b w:val="0"/>
          <w:i w:val="0"/>
          <w:smallCaps w:val="0"/>
          <w:strike w:val="0"/>
          <w:color w:val="000000"/>
          <w:sz w:val="16"/>
          <w:u w:val="none"/>
        </w:rPr>
        <w:t xml:space="preserve"> </w:t>
      </w:r>
      <w:r>
        <w:rPr>
          <w:b/>
          <w:i w:val="0"/>
          <w:smallCaps w:val="0"/>
          <w:strike w:val="0"/>
          <w:color w:val="000000"/>
          <w:u w:val="single"/>
        </w:rPr>
        <w:t>an end</w:t>
      </w:r>
      <w:r>
        <w:rPr>
          <w:b w:val="0"/>
          <w:i w:val="0"/>
          <w:smallCaps w:val="0"/>
          <w:strike w:val="0"/>
          <w:color w:val="000000"/>
          <w:sz w:val="16"/>
          <w:u w:val="none"/>
        </w:rPr>
        <w:t xml:space="preserve"> </w:t>
      </w:r>
      <w:r>
        <w:rPr>
          <w:b w:val="0"/>
          <w:i w:val="0"/>
          <w:smallCaps w:val="0"/>
          <w:strike w:val="0"/>
          <w:color w:val="000000"/>
          <w:u w:val="single"/>
        </w:rPr>
        <w:t>to</w:t>
      </w:r>
      <w:r>
        <w:rPr>
          <w:b w:val="0"/>
          <w:i w:val="0"/>
          <w:smallCaps w:val="0"/>
          <w:strike w:val="0"/>
          <w:color w:val="000000"/>
          <w:sz w:val="16"/>
          <w:u w:val="none"/>
        </w:rPr>
        <w:t xml:space="preserve"> </w:t>
      </w:r>
      <w:r>
        <w:rPr>
          <w:b w:val="0"/>
          <w:i w:val="0"/>
          <w:smallCaps w:val="0"/>
          <w:strike w:val="0"/>
          <w:color w:val="000000"/>
          <w:u w:val="single"/>
        </w:rPr>
        <w:t>great-power conflict</w:t>
      </w:r>
      <w:r>
        <w:rPr>
          <w:b w:val="0"/>
          <w:i w:val="0"/>
          <w:smallCaps w:val="0"/>
          <w:strike w:val="0"/>
          <w:color w:val="000000"/>
          <w:sz w:val="16"/>
          <w:u w:val="none"/>
        </w:rPr>
        <w:t xml:space="preserve"> </w:t>
      </w:r>
      <w:r>
        <w:rPr>
          <w:b w:val="0"/>
          <w:i w:val="0"/>
          <w:smallCaps w:val="0"/>
          <w:strike w:val="0"/>
          <w:color w:val="000000"/>
          <w:u w:val="single"/>
        </w:rPr>
        <w:t>as revolutions in communication and transportation knit economies and people closer together.</w:t>
      </w:r>
      <w:r>
        <w:rPr>
          <w:b w:val="0"/>
          <w:i w:val="0"/>
          <w:smallCaps w:val="0"/>
          <w:strike w:val="0"/>
          <w:color w:val="000000"/>
          <w:sz w:val="16"/>
          <w:u w:val="none"/>
        </w:rPr>
        <w:t xml:space="preserve"> </w:t>
      </w:r>
      <w:r>
        <w:rPr>
          <w:b w:val="0"/>
          <w:i w:val="0"/>
          <w:smallCaps w:val="0"/>
          <w:strike w:val="0"/>
          <w:color w:val="000000"/>
          <w:u w:val="single"/>
        </w:rPr>
        <w:t>The most devastating war</w:t>
      </w:r>
      <w:r>
        <w:rPr>
          <w:b w:val="0"/>
          <w:i w:val="0"/>
          <w:smallCaps w:val="0"/>
          <w:strike w:val="0"/>
          <w:color w:val="000000"/>
          <w:sz w:val="16"/>
          <w:u w:val="none"/>
        </w:rPr>
        <w:t xml:space="preserve"> </w:t>
      </w:r>
      <w:r>
        <w:rPr>
          <w:b w:val="0"/>
          <w:i w:val="0"/>
          <w:smallCaps w:val="0"/>
          <w:strike w:val="0"/>
          <w:color w:val="000000"/>
          <w:u w:val="single"/>
        </w:rPr>
        <w:t>in history</w:t>
      </w:r>
      <w:r>
        <w:rPr>
          <w:b w:val="0"/>
          <w:i w:val="0"/>
          <w:smallCaps w:val="0"/>
          <w:strike w:val="0"/>
          <w:color w:val="000000"/>
          <w:sz w:val="16"/>
          <w:u w:val="none"/>
        </w:rPr>
        <w:t xml:space="preserve"> </w:t>
      </w:r>
      <w:r>
        <w:rPr>
          <w:b w:val="0"/>
          <w:i w:val="0"/>
          <w:smallCaps w:val="0"/>
          <w:strike w:val="0"/>
          <w:color w:val="000000"/>
          <w:u w:val="single"/>
        </w:rPr>
        <w:t>came four years later</w:t>
      </w:r>
      <w:r>
        <w:rPr>
          <w:b w:val="0"/>
          <w:i w:val="0"/>
          <w:smallCaps w:val="0"/>
          <w:strike w:val="0"/>
          <w:color w:val="000000"/>
          <w:sz w:val="16"/>
          <w:u w:val="none"/>
        </w:rPr>
        <w:t xml:space="preserve">. The apparent calm of the postwar 1920s became the crisis-ridden 1930s and then another world war. Where exactly we are in this classic scenario today, how close the trend lines are to that intersection point is, as always, impossible to know. Are we three years away from a global crisis, or 15? </w:t>
      </w:r>
      <w:r>
        <w:rPr>
          <w:b w:val="0"/>
          <w:i w:val="0"/>
          <w:smallCaps w:val="0"/>
          <w:strike w:val="0"/>
          <w:color w:val="000000"/>
          <w:u w:val="single"/>
        </w:rPr>
        <w:t>That</w:t>
      </w:r>
      <w:r>
        <w:rPr>
          <w:b w:val="0"/>
          <w:i w:val="0"/>
          <w:smallCaps w:val="0"/>
          <w:strike w:val="0"/>
          <w:color w:val="000000"/>
          <w:sz w:val="16"/>
          <w:u w:val="none"/>
        </w:rPr>
        <w:t xml:space="preserve"> </w:t>
      </w:r>
      <w:r>
        <w:rPr>
          <w:b w:val="0"/>
          <w:i w:val="0"/>
          <w:smallCaps w:val="0"/>
          <w:strike w:val="0"/>
          <w:color w:val="000000"/>
          <w:u w:val="single"/>
        </w:rPr>
        <w:t>we are</w:t>
      </w:r>
      <w:r>
        <w:rPr>
          <w:b w:val="0"/>
          <w:i w:val="0"/>
          <w:smallCaps w:val="0"/>
          <w:strike w:val="0"/>
          <w:color w:val="000000"/>
          <w:sz w:val="16"/>
          <w:u w:val="none"/>
        </w:rPr>
        <w:t xml:space="preserve"> </w:t>
      </w:r>
      <w:r>
        <w:rPr>
          <w:b w:val="0"/>
          <w:i w:val="0"/>
          <w:smallCaps w:val="0"/>
          <w:strike w:val="0"/>
          <w:color w:val="000000"/>
          <w:u w:val="single"/>
        </w:rPr>
        <w:t>somewhere</w:t>
      </w:r>
      <w:r>
        <w:rPr>
          <w:b w:val="0"/>
          <w:i w:val="0"/>
          <w:smallCaps w:val="0"/>
          <w:strike w:val="0"/>
          <w:color w:val="000000"/>
          <w:sz w:val="16"/>
          <w:u w:val="none"/>
        </w:rPr>
        <w:t xml:space="preserve"> </w:t>
      </w:r>
      <w:r>
        <w:rPr>
          <w:b w:val="0"/>
          <w:i w:val="0"/>
          <w:smallCaps w:val="0"/>
          <w:strike w:val="0"/>
          <w:color w:val="000000"/>
          <w:u w:val="single"/>
        </w:rPr>
        <w:t>on that path</w:t>
      </w:r>
      <w:r>
        <w:rPr>
          <w:b w:val="0"/>
          <w:i w:val="0"/>
          <w:smallCaps w:val="0"/>
          <w:strike w:val="0"/>
          <w:color w:val="000000"/>
          <w:u w:val="single"/>
        </w:rPr>
        <w:t>, however, is unmistakable.</w:t>
      </w:r>
      <w:r>
        <w:rPr>
          <w:b w:val="0"/>
          <w:i w:val="0"/>
          <w:smallCaps w:val="0"/>
          <w:strike w:val="0"/>
          <w:color w:val="000000"/>
          <w:sz w:val="16"/>
          <w:u w:val="none"/>
        </w:rPr>
        <w:t xml:space="preserve"> And while it is too soon to know what effect Donald Trump’s presidency will have on these trends, early signs suggest that the new administration is more likely to hasten us toward crisis than slow or reverse these trends. The further accommodation of Russia can only embolden Vladimir Putin, and the tough talk with China will likely lead Beijing to test the new administration’s resolve militarily. Whether the president is ready for such a confrontation is entirely unclear. For the moment, he seems not to have thought much about the future ramifications of his rhetoric and his actions. </w:t>
      </w:r>
      <w:r>
        <w:rPr>
          <w:b w:val="0"/>
          <w:i w:val="0"/>
          <w:smallCaps w:val="0"/>
          <w:strike w:val="0"/>
          <w:color w:val="000000"/>
          <w:u w:val="single"/>
        </w:rPr>
        <w:t>China and Russia are</w:t>
      </w:r>
      <w:r>
        <w:rPr>
          <w:b w:val="0"/>
          <w:i w:val="0"/>
          <w:smallCaps w:val="0"/>
          <w:strike w:val="0"/>
          <w:color w:val="000000"/>
          <w:sz w:val="16"/>
          <w:u w:val="none"/>
        </w:rPr>
        <w:t xml:space="preserve"> </w:t>
      </w:r>
      <w:r>
        <w:rPr>
          <w:b/>
          <w:i w:val="0"/>
          <w:smallCaps w:val="0"/>
          <w:strike w:val="0"/>
          <w:color w:val="000000"/>
          <w:u w:val="single"/>
        </w:rPr>
        <w:t>classic</w:t>
      </w:r>
      <w:r>
        <w:rPr>
          <w:b w:val="0"/>
          <w:i w:val="0"/>
          <w:smallCaps w:val="0"/>
          <w:strike w:val="0"/>
          <w:color w:val="000000"/>
          <w:sz w:val="16"/>
          <w:u w:val="none"/>
        </w:rPr>
        <w:t xml:space="preserve"> </w:t>
      </w:r>
      <w:r>
        <w:rPr>
          <w:b/>
          <w:i w:val="0"/>
          <w:smallCaps w:val="0"/>
          <w:strike w:val="0"/>
          <w:color w:val="000000"/>
          <w:u w:val="single"/>
        </w:rPr>
        <w:t>revisionist powers</w:t>
      </w:r>
      <w:r>
        <w:rPr>
          <w:b w:val="0"/>
          <w:i w:val="0"/>
          <w:smallCaps w:val="0"/>
          <w:strike w:val="0"/>
          <w:color w:val="000000"/>
          <w:sz w:val="16"/>
          <w:u w:val="none"/>
        </w:rPr>
        <w:t xml:space="preserve">. Although both have never enjoyed greater security from foreign powers than they do today — Russia from its traditional enemies to the west, China from its traditional enemy in the east — </w:t>
      </w:r>
      <w:r>
        <w:rPr>
          <w:b w:val="0"/>
          <w:i w:val="0"/>
          <w:smallCaps w:val="0"/>
          <w:strike w:val="0"/>
          <w:color w:val="000000"/>
          <w:u w:val="single"/>
        </w:rPr>
        <w:t>they are</w:t>
      </w:r>
      <w:r>
        <w:rPr>
          <w:b w:val="0"/>
          <w:i w:val="0"/>
          <w:smallCaps w:val="0"/>
          <w:strike w:val="0"/>
          <w:color w:val="000000"/>
          <w:sz w:val="16"/>
          <w:u w:val="none"/>
        </w:rPr>
        <w:t xml:space="preserve"> </w:t>
      </w:r>
      <w:r>
        <w:rPr>
          <w:b w:val="0"/>
          <w:i w:val="0"/>
          <w:smallCaps w:val="0"/>
          <w:strike w:val="0"/>
          <w:color w:val="000000"/>
          <w:u w:val="single"/>
        </w:rPr>
        <w:t>dissatisfied with the</w:t>
      </w:r>
      <w:r>
        <w:rPr>
          <w:b w:val="0"/>
          <w:i w:val="0"/>
          <w:smallCaps w:val="0"/>
          <w:strike w:val="0"/>
          <w:color w:val="000000"/>
          <w:sz w:val="16"/>
          <w:u w:val="none"/>
        </w:rPr>
        <w:t xml:space="preserve"> </w:t>
      </w:r>
      <w:r>
        <w:rPr>
          <w:b w:val="0"/>
          <w:i w:val="0"/>
          <w:smallCaps w:val="0"/>
          <w:strike w:val="0"/>
          <w:color w:val="000000"/>
          <w:u w:val="single"/>
        </w:rPr>
        <w:t>current</w:t>
      </w:r>
      <w:r>
        <w:rPr>
          <w:b w:val="0"/>
          <w:i w:val="0"/>
          <w:smallCaps w:val="0"/>
          <w:strike w:val="0"/>
          <w:color w:val="000000"/>
          <w:sz w:val="16"/>
          <w:u w:val="none"/>
        </w:rPr>
        <w:t xml:space="preserve"> </w:t>
      </w:r>
      <w:r>
        <w:rPr>
          <w:b w:val="0"/>
          <w:i w:val="0"/>
          <w:smallCaps w:val="0"/>
          <w:strike w:val="0"/>
          <w:color w:val="000000"/>
          <w:u w:val="single"/>
        </w:rPr>
        <w:t>global configuration of power. Both seek to restore</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hegemonic dominance</w:t>
      </w:r>
      <w:r>
        <w:rPr>
          <w:b w:val="0"/>
          <w:i w:val="0"/>
          <w:smallCaps w:val="0"/>
          <w:strike w:val="0"/>
          <w:color w:val="000000"/>
          <w:sz w:val="16"/>
          <w:u w:val="none"/>
        </w:rPr>
        <w:t xml:space="preserve"> </w:t>
      </w:r>
      <w:r>
        <w:rPr>
          <w:b w:val="0"/>
          <w:i w:val="0"/>
          <w:smallCaps w:val="0"/>
          <w:strike w:val="0"/>
          <w:color w:val="000000"/>
          <w:u w:val="single"/>
        </w:rPr>
        <w:t>they once enjoyed in their respective regions.</w:t>
      </w:r>
      <w:r>
        <w:rPr>
          <w:b w:val="0"/>
          <w:i w:val="0"/>
          <w:smallCaps w:val="0"/>
          <w:strike w:val="0"/>
          <w:color w:val="000000"/>
          <w:sz w:val="16"/>
          <w:u w:val="none"/>
        </w:rPr>
        <w:t xml:space="preserve"> </w:t>
      </w:r>
      <w:r>
        <w:rPr>
          <w:b w:val="0"/>
          <w:i w:val="0"/>
          <w:smallCaps w:val="0"/>
          <w:strike w:val="0"/>
          <w:color w:val="000000"/>
          <w:u w:val="single"/>
        </w:rPr>
        <w:t>For</w:t>
      </w:r>
      <w:r>
        <w:rPr>
          <w:b w:val="0"/>
          <w:i w:val="0"/>
          <w:smallCaps w:val="0"/>
          <w:strike w:val="0"/>
          <w:color w:val="000000"/>
          <w:sz w:val="16"/>
          <w:u w:val="none"/>
        </w:rPr>
        <w:t xml:space="preserve"> </w:t>
      </w:r>
      <w:r>
        <w:rPr>
          <w:b w:val="0"/>
          <w:i w:val="0"/>
          <w:smallCaps w:val="0"/>
          <w:strike w:val="0"/>
          <w:color w:val="000000"/>
          <w:u w:val="single"/>
        </w:rPr>
        <w:t>China, that means</w:t>
      </w:r>
      <w:r>
        <w:rPr>
          <w:b w:val="0"/>
          <w:i w:val="0"/>
          <w:smallCaps w:val="0"/>
          <w:strike w:val="0"/>
          <w:color w:val="000000"/>
          <w:sz w:val="16"/>
          <w:u w:val="none"/>
        </w:rPr>
        <w:t xml:space="preserve"> </w:t>
      </w:r>
      <w:r>
        <w:rPr>
          <w:b/>
          <w:i w:val="0"/>
          <w:smallCaps w:val="0"/>
          <w:strike w:val="0"/>
          <w:color w:val="000000"/>
          <w:u w:val="single"/>
        </w:rPr>
        <w:t>dominance of East Asia</w:t>
      </w:r>
      <w:r>
        <w:rPr>
          <w:b w:val="0"/>
          <w:i w:val="0"/>
          <w:smallCaps w:val="0"/>
          <w:strike w:val="0"/>
          <w:color w:val="000000"/>
          <w:u w:val="single"/>
        </w:rPr>
        <w:t>, with countries like</w:t>
      </w:r>
      <w:r>
        <w:rPr>
          <w:b w:val="0"/>
          <w:i w:val="0"/>
          <w:smallCaps w:val="0"/>
          <w:strike w:val="0"/>
          <w:color w:val="000000"/>
          <w:sz w:val="16"/>
          <w:u w:val="none"/>
        </w:rPr>
        <w:t xml:space="preserve"> </w:t>
      </w:r>
      <w:r>
        <w:rPr>
          <w:b w:val="0"/>
          <w:i w:val="0"/>
          <w:smallCaps w:val="0"/>
          <w:strike w:val="0"/>
          <w:color w:val="000000"/>
          <w:u w:val="single"/>
        </w:rPr>
        <w:t>Japan, South Korea</w:t>
      </w:r>
      <w:r>
        <w:rPr>
          <w:b w:val="0"/>
          <w:i w:val="0"/>
          <w:smallCaps w:val="0"/>
          <w:strike w:val="0"/>
          <w:color w:val="000000"/>
          <w:u w:val="single"/>
        </w:rPr>
        <w:t>, and the nations of Southeast Asia both acquiescing to Beijing’s will and acting in conformity with China’s strategic, economic, and political preferences.</w:t>
      </w:r>
      <w:r>
        <w:rPr>
          <w:b w:val="0"/>
          <w:i w:val="0"/>
          <w:smallCaps w:val="0"/>
          <w:strike w:val="0"/>
          <w:color w:val="000000"/>
          <w:sz w:val="16"/>
          <w:u w:val="none"/>
        </w:rPr>
        <w:t xml:space="preserve"> That includes American influence withdrawn to the eastern Pacific, behind the Hawaiian Islands. </w:t>
      </w:r>
      <w:r>
        <w:rPr>
          <w:b w:val="0"/>
          <w:i w:val="0"/>
          <w:smallCaps w:val="0"/>
          <w:strike w:val="0"/>
          <w:color w:val="000000"/>
          <w:u w:val="single"/>
        </w:rPr>
        <w:t>For Russia, it means</w:t>
      </w:r>
      <w:r>
        <w:rPr>
          <w:b w:val="0"/>
          <w:i w:val="0"/>
          <w:smallCaps w:val="0"/>
          <w:strike w:val="0"/>
          <w:color w:val="000000"/>
          <w:sz w:val="16"/>
          <w:u w:val="none"/>
        </w:rPr>
        <w:t xml:space="preserve"> </w:t>
      </w:r>
      <w:r>
        <w:rPr>
          <w:b/>
          <w:i w:val="0"/>
          <w:smallCaps w:val="0"/>
          <w:strike w:val="0"/>
          <w:color w:val="000000"/>
          <w:u w:val="single"/>
        </w:rPr>
        <w:t>hegemonic influence in</w:t>
      </w:r>
      <w:r>
        <w:rPr>
          <w:b w:val="0"/>
          <w:i w:val="0"/>
          <w:smallCaps w:val="0"/>
          <w:strike w:val="0"/>
          <w:color w:val="000000"/>
          <w:sz w:val="16"/>
          <w:u w:val="none"/>
        </w:rPr>
        <w:t xml:space="preserve"> </w:t>
      </w:r>
      <w:r>
        <w:rPr>
          <w:b/>
          <w:i w:val="0"/>
          <w:smallCaps w:val="0"/>
          <w:strike w:val="0"/>
          <w:color w:val="000000"/>
          <w:u w:val="single"/>
        </w:rPr>
        <w:t>Central and Eastern Europe</w:t>
      </w:r>
      <w:r>
        <w:rPr>
          <w:b w:val="0"/>
          <w:i w:val="0"/>
          <w:smallCaps w:val="0"/>
          <w:strike w:val="0"/>
          <w:color w:val="000000"/>
          <w:sz w:val="16"/>
          <w:u w:val="none"/>
        </w:rPr>
        <w:t xml:space="preserve"> </w:t>
      </w:r>
      <w:r>
        <w:rPr>
          <w:b w:val="0"/>
          <w:i w:val="0"/>
          <w:smallCaps w:val="0"/>
          <w:strike w:val="0"/>
          <w:color w:val="000000"/>
          <w:u w:val="single"/>
        </w:rPr>
        <w:t xml:space="preserve">and Central Asia, which Moscow has traditionally regarded as either part </w:t>
      </w:r>
      <w:r>
        <w:rPr>
          <w:b w:val="0"/>
          <w:i w:val="0"/>
          <w:smallCaps w:val="0"/>
          <w:strike w:val="0"/>
          <w:color w:val="000000"/>
          <w:u w:val="single"/>
        </w:rPr>
        <w:t>of its empire or part of its sphere of influence. Both Beijing and Moscow seek to redress what they regard as an unfair distribution of power</w:t>
      </w:r>
      <w:r>
        <w:rPr>
          <w:b w:val="0"/>
          <w:i w:val="0"/>
          <w:smallCaps w:val="0"/>
          <w:strike w:val="0"/>
          <w:color w:val="000000"/>
          <w:sz w:val="16"/>
          <w:u w:val="none"/>
        </w:rPr>
        <w:t xml:space="preserve">, influence, and honor </w:t>
      </w:r>
      <w:r>
        <w:rPr>
          <w:b w:val="0"/>
          <w:i w:val="0"/>
          <w:smallCaps w:val="0"/>
          <w:strike w:val="0"/>
          <w:color w:val="000000"/>
          <w:u w:val="single"/>
        </w:rPr>
        <w:t>in the U.S.-led postwar global order.</w:t>
      </w:r>
      <w:r>
        <w:rPr>
          <w:b w:val="0"/>
          <w:i w:val="0"/>
          <w:smallCaps w:val="0"/>
          <w:strike w:val="0"/>
          <w:color w:val="000000"/>
          <w:sz w:val="16"/>
          <w:u w:val="none"/>
        </w:rPr>
        <w:t xml:space="preserve"> As autocracies, </w:t>
      </w:r>
      <w:r>
        <w:rPr>
          <w:b w:val="0"/>
          <w:i w:val="0"/>
          <w:smallCaps w:val="0"/>
          <w:strike w:val="0"/>
          <w:color w:val="000000"/>
          <w:u w:val="single"/>
        </w:rPr>
        <w:t>both feel threatened by the dominant democratic powers in the international system</w:t>
      </w:r>
      <w:r>
        <w:rPr>
          <w:b w:val="0"/>
          <w:i w:val="0"/>
          <w:smallCaps w:val="0"/>
          <w:strike w:val="0"/>
          <w:color w:val="000000"/>
          <w:sz w:val="16"/>
          <w:u w:val="none"/>
        </w:rPr>
        <w:t xml:space="preserve"> and by the democracies on their borders. Both regard the United States as the principal obstacle to their ambitions, and therefore </w:t>
      </w:r>
      <w:r>
        <w:rPr>
          <w:b w:val="0"/>
          <w:i w:val="0"/>
          <w:smallCaps w:val="0"/>
          <w:strike w:val="0"/>
          <w:color w:val="000000"/>
          <w:u w:val="single"/>
        </w:rPr>
        <w:t>both</w:t>
      </w:r>
      <w:r>
        <w:rPr>
          <w:b w:val="0"/>
          <w:i w:val="0"/>
          <w:smallCaps w:val="0"/>
          <w:strike w:val="0"/>
          <w:color w:val="000000"/>
          <w:sz w:val="16"/>
          <w:u w:val="none"/>
        </w:rPr>
        <w:t xml:space="preserve"> </w:t>
      </w:r>
      <w:r>
        <w:rPr>
          <w:b/>
          <w:i w:val="0"/>
          <w:smallCaps w:val="0"/>
          <w:strike w:val="0"/>
          <w:color w:val="000000"/>
          <w:u w:val="single"/>
        </w:rPr>
        <w:t>seek to weaken</w:t>
      </w:r>
      <w:r>
        <w:rPr>
          <w:b w:val="0"/>
          <w:i w:val="0"/>
          <w:smallCaps w:val="0"/>
          <w:strike w:val="0"/>
          <w:color w:val="000000"/>
          <w:sz w:val="16"/>
          <w:u w:val="none"/>
        </w:rPr>
        <w:t xml:space="preserve"> </w:t>
      </w:r>
      <w:r>
        <w:rPr>
          <w:b w:val="0"/>
          <w:i w:val="0"/>
          <w:smallCaps w:val="0"/>
          <w:strike w:val="0"/>
          <w:color w:val="000000"/>
          <w:u w:val="single"/>
        </w:rPr>
        <w:t>the American-led</w:t>
      </w:r>
      <w:r>
        <w:rPr>
          <w:b w:val="0"/>
          <w:i w:val="0"/>
          <w:smallCaps w:val="0"/>
          <w:strike w:val="0"/>
          <w:color w:val="000000"/>
          <w:sz w:val="16"/>
          <w:u w:val="none"/>
        </w:rPr>
        <w:t xml:space="preserve"> </w:t>
      </w:r>
      <w:r>
        <w:rPr>
          <w:b w:val="0"/>
          <w:i w:val="0"/>
          <w:smallCaps w:val="0"/>
          <w:strike w:val="0"/>
          <w:color w:val="000000"/>
          <w:u w:val="single"/>
        </w:rPr>
        <w:t>international security</w:t>
      </w:r>
      <w:r>
        <w:rPr>
          <w:b w:val="0"/>
          <w:i w:val="0"/>
          <w:smallCaps w:val="0"/>
          <w:strike w:val="0"/>
          <w:color w:val="000000"/>
          <w:sz w:val="16"/>
          <w:u w:val="none"/>
        </w:rPr>
        <w:t xml:space="preserve"> </w:t>
      </w:r>
      <w:r>
        <w:rPr>
          <w:b w:val="0"/>
          <w:i w:val="0"/>
          <w:smallCaps w:val="0"/>
          <w:strike w:val="0"/>
          <w:color w:val="000000"/>
          <w:u w:val="single"/>
        </w:rPr>
        <w:t>order</w:t>
      </w:r>
      <w:r>
        <w:rPr>
          <w:b w:val="0"/>
          <w:i w:val="0"/>
          <w:smallCaps w:val="0"/>
          <w:strike w:val="0"/>
          <w:color w:val="000000"/>
          <w:sz w:val="16"/>
          <w:u w:val="none"/>
        </w:rPr>
        <w:t xml:space="preserve"> </w:t>
      </w:r>
      <w:r>
        <w:rPr>
          <w:b w:val="0"/>
          <w:i w:val="0"/>
          <w:smallCaps w:val="0"/>
          <w:strike w:val="0"/>
          <w:color w:val="000000"/>
          <w:u w:val="single"/>
        </w:rPr>
        <w:t>that stands in the way of their achieving what they regard as their rightful destinies.</w:t>
      </w:r>
      <w:r>
        <w:rPr>
          <w:b w:val="0"/>
          <w:i w:val="0"/>
          <w:smallCaps w:val="0"/>
          <w:strike w:val="0"/>
          <w:color w:val="000000"/>
          <w:sz w:val="16"/>
          <w:u w:val="none"/>
        </w:rPr>
        <w:t xml:space="preserve"> It was good while it lasted </w:t>
      </w:r>
      <w:r>
        <w:rPr>
          <w:b w:val="0"/>
          <w:i w:val="0"/>
          <w:smallCaps w:val="0"/>
          <w:strike w:val="0"/>
          <w:color w:val="000000"/>
          <w:u w:val="single"/>
        </w:rPr>
        <w:t>Until fairly recently, Russia and China have faced considerable, almost insuperable, obstacles in achieving their objectives. The chief obstacle has been the power and coherence of the international order itself and its principal promoter and defender. The American-led system of political and military alliances, especially in the two critical regions of Europe and East Asia, has presented China and Russia with what Dean Acheson once referred to as “situations of strength” that have required them to pursue their ambitions cautiously and, since the end of the Cold War, to defer serious efforts to disrupt the international system.</w:t>
      </w:r>
      <w:r>
        <w:rPr>
          <w:b w:val="0"/>
          <w:i w:val="0"/>
          <w:smallCaps w:val="0"/>
          <w:strike w:val="0"/>
          <w:color w:val="000000"/>
          <w:sz w:val="16"/>
          <w:u w:val="none"/>
        </w:rPr>
        <w:t xml:space="preserve"> </w:t>
      </w:r>
      <w:r>
        <w:rPr>
          <w:b w:val="0"/>
          <w:i w:val="0"/>
          <w:smallCaps w:val="0"/>
          <w:strike w:val="0"/>
          <w:color w:val="000000"/>
          <w:u w:val="single"/>
        </w:rPr>
        <w:t>The system has checked their ambitions</w:t>
      </w:r>
      <w:r>
        <w:rPr>
          <w:b w:val="0"/>
          <w:i w:val="0"/>
          <w:smallCaps w:val="0"/>
          <w:strike w:val="0"/>
          <w:color w:val="000000"/>
          <w:sz w:val="16"/>
          <w:u w:val="none"/>
        </w:rPr>
        <w:t xml:space="preserve"> in both positive and negative ways. </w:t>
      </w:r>
      <w:r>
        <w:rPr>
          <w:b w:val="0"/>
          <w:i w:val="0"/>
          <w:smallCaps w:val="0"/>
          <w:strike w:val="0"/>
          <w:color w:val="000000"/>
          <w:u w:val="single"/>
        </w:rPr>
        <w:t>During</w:t>
      </w:r>
      <w:r>
        <w:rPr>
          <w:b w:val="0"/>
          <w:i w:val="0"/>
          <w:smallCaps w:val="0"/>
          <w:strike w:val="0"/>
          <w:color w:val="000000"/>
          <w:sz w:val="16"/>
          <w:u w:val="none"/>
        </w:rPr>
        <w:t xml:space="preserve"> </w:t>
      </w:r>
      <w:r>
        <w:rPr>
          <w:b w:val="0"/>
          <w:i w:val="0"/>
          <w:smallCaps w:val="0"/>
          <w:strike w:val="0"/>
          <w:color w:val="000000"/>
          <w:u w:val="single"/>
        </w:rPr>
        <w:t>the era of</w:t>
      </w:r>
      <w:r>
        <w:rPr>
          <w:b w:val="0"/>
          <w:i w:val="0"/>
          <w:smallCaps w:val="0"/>
          <w:strike w:val="0"/>
          <w:color w:val="000000"/>
          <w:sz w:val="16"/>
          <w:u w:val="none"/>
        </w:rPr>
        <w:t xml:space="preserve"> </w:t>
      </w:r>
      <w:r>
        <w:rPr>
          <w:b w:val="0"/>
          <w:i w:val="0"/>
          <w:smallCaps w:val="0"/>
          <w:strike w:val="0"/>
          <w:color w:val="000000"/>
          <w:u w:val="single"/>
        </w:rPr>
        <w:t>American primacy, China and Russia have</w:t>
      </w:r>
      <w:r>
        <w:rPr>
          <w:b w:val="0"/>
          <w:i w:val="0"/>
          <w:smallCaps w:val="0"/>
          <w:strike w:val="0"/>
          <w:color w:val="000000"/>
          <w:sz w:val="16"/>
          <w:u w:val="none"/>
        </w:rPr>
        <w:t xml:space="preserve"> </w:t>
      </w:r>
      <w:r>
        <w:rPr>
          <w:b w:val="0"/>
          <w:i w:val="0"/>
          <w:smallCaps w:val="0"/>
          <w:strike w:val="0"/>
          <w:color w:val="000000"/>
          <w:u w:val="single"/>
        </w:rPr>
        <w:t>participated in and</w:t>
      </w:r>
      <w:r>
        <w:rPr>
          <w:b w:val="0"/>
          <w:i w:val="0"/>
          <w:smallCaps w:val="0"/>
          <w:strike w:val="0"/>
          <w:color w:val="000000"/>
          <w:sz w:val="16"/>
          <w:u w:val="none"/>
        </w:rPr>
        <w:t xml:space="preserve"> </w:t>
      </w:r>
      <w:r>
        <w:rPr>
          <w:b w:val="0"/>
          <w:i w:val="0"/>
          <w:smallCaps w:val="0"/>
          <w:strike w:val="0"/>
          <w:color w:val="000000"/>
          <w:u w:val="single"/>
        </w:rPr>
        <w:t>for the most part</w:t>
      </w:r>
      <w:r>
        <w:rPr>
          <w:b w:val="0"/>
          <w:i w:val="0"/>
          <w:smallCaps w:val="0"/>
          <w:strike w:val="0"/>
          <w:color w:val="000000"/>
          <w:sz w:val="16"/>
          <w:u w:val="none"/>
        </w:rPr>
        <w:t xml:space="preserve"> </w:t>
      </w:r>
      <w:r>
        <w:rPr>
          <w:b w:val="0"/>
          <w:i w:val="0"/>
          <w:smallCaps w:val="0"/>
          <w:strike w:val="0"/>
          <w:color w:val="000000"/>
          <w:u w:val="single"/>
        </w:rPr>
        <w:t>been beneficiaries of the open</w:t>
      </w:r>
      <w:r>
        <w:rPr>
          <w:b w:val="0"/>
          <w:i w:val="0"/>
          <w:smallCaps w:val="0"/>
          <w:strike w:val="0"/>
          <w:color w:val="000000"/>
          <w:sz w:val="16"/>
          <w:u w:val="none"/>
        </w:rPr>
        <w:t xml:space="preserve"> </w:t>
      </w:r>
      <w:r>
        <w:rPr>
          <w:b/>
          <w:i w:val="0"/>
          <w:smallCaps w:val="0"/>
          <w:strike w:val="0"/>
          <w:color w:val="000000"/>
          <w:u w:val="single"/>
        </w:rPr>
        <w:t>international economic system</w:t>
      </w:r>
      <w:r>
        <w:rPr>
          <w:b w:val="0"/>
          <w:i w:val="0"/>
          <w:smallCaps w:val="0"/>
          <w:strike w:val="0"/>
          <w:color w:val="000000"/>
          <w:sz w:val="16"/>
          <w:u w:val="none"/>
        </w:rPr>
        <w:t xml:space="preserve"> </w:t>
      </w:r>
      <w:r>
        <w:rPr>
          <w:b w:val="0"/>
          <w:i w:val="0"/>
          <w:smallCaps w:val="0"/>
          <w:strike w:val="0"/>
          <w:color w:val="000000"/>
          <w:u w:val="single"/>
        </w:rPr>
        <w:t>the U</w:t>
      </w:r>
      <w:r>
        <w:rPr>
          <w:b w:val="0"/>
          <w:i w:val="0"/>
          <w:smallCaps w:val="0"/>
          <w:strike w:val="0"/>
          <w:color w:val="000000"/>
          <w:u w:val="single"/>
        </w:rPr>
        <w:t>nited</w:t>
      </w:r>
      <w:r>
        <w:rPr>
          <w:b w:val="0"/>
          <w:i w:val="0"/>
          <w:smallCaps w:val="0"/>
          <w:strike w:val="0"/>
          <w:color w:val="000000"/>
          <w:sz w:val="16"/>
          <w:u w:val="none"/>
        </w:rPr>
        <w:t xml:space="preserve"> </w:t>
      </w:r>
      <w:r>
        <w:rPr>
          <w:b w:val="0"/>
          <w:i w:val="0"/>
          <w:smallCaps w:val="0"/>
          <w:strike w:val="0"/>
          <w:color w:val="000000"/>
          <w:u w:val="single"/>
        </w:rPr>
        <w:t>S</w:t>
      </w:r>
      <w:r>
        <w:rPr>
          <w:b w:val="0"/>
          <w:i w:val="0"/>
          <w:smallCaps w:val="0"/>
          <w:strike w:val="0"/>
          <w:color w:val="000000"/>
          <w:u w:val="single"/>
        </w:rPr>
        <w:t>tates</w:t>
      </w:r>
      <w:r>
        <w:rPr>
          <w:b w:val="0"/>
          <w:i w:val="0"/>
          <w:smallCaps w:val="0"/>
          <w:strike w:val="0"/>
          <w:color w:val="000000"/>
          <w:sz w:val="16"/>
          <w:u w:val="none"/>
        </w:rPr>
        <w:t xml:space="preserve"> </w:t>
      </w:r>
      <w:r>
        <w:rPr>
          <w:b w:val="0"/>
          <w:i w:val="0"/>
          <w:smallCaps w:val="0"/>
          <w:strike w:val="0"/>
          <w:color w:val="000000"/>
          <w:u w:val="single"/>
        </w:rPr>
        <w:t>created</w:t>
      </w:r>
      <w:r>
        <w:rPr>
          <w:b w:val="0"/>
          <w:i w:val="0"/>
          <w:smallCaps w:val="0"/>
          <w:strike w:val="0"/>
          <w:color w:val="000000"/>
          <w:sz w:val="16"/>
          <w:u w:val="none"/>
        </w:rPr>
        <w:t xml:space="preserve"> </w:t>
      </w:r>
      <w:r>
        <w:rPr>
          <w:b w:val="0"/>
          <w:i w:val="0"/>
          <w:smallCaps w:val="0"/>
          <w:strike w:val="0"/>
          <w:color w:val="000000"/>
          <w:u w:val="single"/>
        </w:rPr>
        <w:t>and helps sustain;</w:t>
      </w:r>
      <w:r>
        <w:rPr>
          <w:b w:val="0"/>
          <w:i w:val="0"/>
          <w:smallCaps w:val="0"/>
          <w:strike w:val="0"/>
          <w:color w:val="000000"/>
          <w:sz w:val="16"/>
          <w:u w:val="none"/>
        </w:rPr>
        <w:t xml:space="preserve"> </w:t>
      </w:r>
      <w:r>
        <w:rPr>
          <w:b w:val="0"/>
          <w:i w:val="0"/>
          <w:smallCaps w:val="0"/>
          <w:strike w:val="0"/>
          <w:color w:val="000000"/>
          <w:u w:val="single"/>
        </w:rPr>
        <w:t>so long as that system functions,</w:t>
      </w:r>
      <w:r>
        <w:rPr>
          <w:b w:val="0"/>
          <w:i w:val="0"/>
          <w:smallCaps w:val="0"/>
          <w:strike w:val="0"/>
          <w:color w:val="000000"/>
          <w:sz w:val="16"/>
          <w:u w:val="none"/>
        </w:rPr>
        <w:t xml:space="preserve"> </w:t>
      </w:r>
      <w:r>
        <w:rPr>
          <w:b/>
          <w:i w:val="0"/>
          <w:smallCaps w:val="0"/>
          <w:strike w:val="0"/>
          <w:color w:val="000000"/>
          <w:u w:val="single"/>
        </w:rPr>
        <w:t>they have</w:t>
      </w:r>
      <w:r>
        <w:rPr>
          <w:b w:val="0"/>
          <w:i w:val="0"/>
          <w:smallCaps w:val="0"/>
          <w:strike w:val="0"/>
          <w:color w:val="000000"/>
          <w:sz w:val="16"/>
          <w:u w:val="none"/>
        </w:rPr>
        <w:t xml:space="preserve"> </w:t>
      </w:r>
      <w:r>
        <w:rPr>
          <w:b/>
          <w:i w:val="0"/>
          <w:smallCaps w:val="0"/>
          <w:strike w:val="0"/>
          <w:color w:val="000000"/>
          <w:u w:val="single"/>
        </w:rPr>
        <w:t>had</w:t>
      </w:r>
      <w:r>
        <w:rPr>
          <w:b w:val="0"/>
          <w:i w:val="0"/>
          <w:smallCaps w:val="0"/>
          <w:strike w:val="0"/>
          <w:color w:val="000000"/>
          <w:sz w:val="16"/>
          <w:u w:val="none"/>
        </w:rPr>
        <w:t xml:space="preserve"> </w:t>
      </w:r>
      <w:r>
        <w:rPr>
          <w:b/>
          <w:i w:val="0"/>
          <w:smallCaps w:val="0"/>
          <w:strike w:val="0"/>
          <w:color w:val="000000"/>
          <w:u w:val="single"/>
        </w:rPr>
        <w:t>more to gain by playing in it</w:t>
      </w:r>
      <w:r>
        <w:rPr>
          <w:b w:val="0"/>
          <w:i w:val="0"/>
          <w:smallCaps w:val="0"/>
          <w:strike w:val="0"/>
          <w:color w:val="000000"/>
          <w:sz w:val="16"/>
          <w:u w:val="none"/>
        </w:rPr>
        <w:t xml:space="preserve"> </w:t>
      </w:r>
      <w:r>
        <w:rPr>
          <w:b w:val="0"/>
          <w:i w:val="0"/>
          <w:smallCaps w:val="0"/>
          <w:strike w:val="0"/>
          <w:color w:val="000000"/>
          <w:u w:val="single"/>
        </w:rPr>
        <w:t>than by</w:t>
      </w:r>
      <w:r>
        <w:rPr>
          <w:b w:val="0"/>
          <w:i w:val="0"/>
          <w:smallCaps w:val="0"/>
          <w:strike w:val="0"/>
          <w:color w:val="000000"/>
          <w:sz w:val="16"/>
          <w:u w:val="none"/>
        </w:rPr>
        <w:t xml:space="preserve"> </w:t>
      </w:r>
      <w:r>
        <w:rPr>
          <w:b w:val="0"/>
          <w:i w:val="0"/>
          <w:smallCaps w:val="0"/>
          <w:strike w:val="0"/>
          <w:color w:val="000000"/>
          <w:u w:val="single"/>
        </w:rPr>
        <w:t>challenging and</w:t>
      </w:r>
      <w:r>
        <w:rPr>
          <w:b w:val="0"/>
          <w:i w:val="0"/>
          <w:smallCaps w:val="0"/>
          <w:strike w:val="0"/>
          <w:color w:val="000000"/>
          <w:sz w:val="16"/>
          <w:u w:val="none"/>
        </w:rPr>
        <w:t xml:space="preserve"> </w:t>
      </w:r>
      <w:r>
        <w:rPr>
          <w:b w:val="0"/>
          <w:i w:val="0"/>
          <w:smallCaps w:val="0"/>
          <w:strike w:val="0"/>
          <w:color w:val="000000"/>
          <w:u w:val="single"/>
        </w:rPr>
        <w:t>overturning it.</w:t>
      </w:r>
      <w:r>
        <w:rPr>
          <w:b w:val="0"/>
          <w:i w:val="0"/>
          <w:smallCaps w:val="0"/>
          <w:strike w:val="0"/>
          <w:color w:val="000000"/>
          <w:sz w:val="16"/>
          <w:u w:val="none"/>
        </w:rPr>
        <w:t xml:space="preserve"> The political and strategic aspects of the order, however, have worked to their detriment. The growth and vibrancy of democratic government in the two decades following the collapse of Soviet communism posed a continual threat to the ability of rulers in Beijing and Moscow to maintain control, and since the end of the Cold War they have regarded every advance of democratic institutions — especially the geographical advance of liberal democracies close to their borders — as an existential threat. That’s for good reason: Autocratic powers since the days of Klemens von Metternich have always feared the contagion of liberalism. The mere existence of democracies on their borders, the global free flow of information they cannot control, the dangerous connection between free market capitalism and political freedom — all pose a threat to rulers who depend on keeping restive forces in their own countries in check. The continual challenge to the legitimacy of their rule posed by the U.S.-supported democratic order has therefore naturally made them hostile both to that order and to the United States. But, until recently</w:t>
      </w:r>
      <w:r>
        <w:rPr>
          <w:b w:val="0"/>
          <w:i w:val="0"/>
          <w:smallCaps w:val="0"/>
          <w:strike w:val="0"/>
          <w:color w:val="000000"/>
          <w:u w:val="single"/>
        </w:rPr>
        <w:t>, a preponderance of domestic and international forces has dissuaded them from confronting the order directly. Chinese rulers have had to worry about what an unsuccessful confrontation with the United States might do to their legitimacy at home</w:t>
      </w:r>
      <w:r>
        <w:rPr>
          <w:b w:val="0"/>
          <w:i w:val="0"/>
          <w:smallCaps w:val="0"/>
          <w:strike w:val="0"/>
          <w:color w:val="000000"/>
          <w:sz w:val="16"/>
          <w:u w:val="none"/>
        </w:rPr>
        <w:t xml:space="preserve">. Even </w:t>
      </w:r>
      <w:r>
        <w:rPr>
          <w:b w:val="0"/>
          <w:i w:val="0"/>
          <w:smallCaps w:val="0"/>
          <w:strike w:val="0"/>
          <w:color w:val="000000"/>
          <w:u w:val="single"/>
        </w:rPr>
        <w:t>Putin has pushed only against open doors, as in Syria, where the United States responded passively to his probes. He has been more cautious when confronted by even marginal U.S. and European opposition, as in Ukraine.</w:t>
      </w:r>
      <w:r>
        <w:rPr>
          <w:b w:val="0"/>
          <w:i w:val="0"/>
          <w:smallCaps w:val="0"/>
          <w:strike w:val="0"/>
          <w:color w:val="000000"/>
          <w:sz w:val="16"/>
          <w:u w:val="none"/>
        </w:rPr>
        <w:t xml:space="preserve"> </w:t>
      </w:r>
      <w:r>
        <w:rPr>
          <w:b w:val="0"/>
          <w:i w:val="0"/>
          <w:smallCaps w:val="0"/>
          <w:strike w:val="0"/>
          <w:color w:val="000000"/>
          <w:u w:val="single"/>
        </w:rPr>
        <w:t>The greatest check</w:t>
      </w:r>
      <w:r>
        <w:rPr>
          <w:b w:val="0"/>
          <w:i w:val="0"/>
          <w:smallCaps w:val="0"/>
          <w:strike w:val="0"/>
          <w:color w:val="000000"/>
          <w:sz w:val="16"/>
          <w:u w:val="none"/>
        </w:rPr>
        <w:t xml:space="preserve"> </w:t>
      </w:r>
      <w:r>
        <w:rPr>
          <w:b w:val="0"/>
          <w:i w:val="0"/>
          <w:smallCaps w:val="0"/>
          <w:strike w:val="0"/>
          <w:color w:val="000000"/>
          <w:u w:val="single"/>
        </w:rPr>
        <w:t>on Chinese and Russian ambitions</w:t>
      </w:r>
      <w:r>
        <w:rPr>
          <w:b w:val="0"/>
          <w:i w:val="0"/>
          <w:smallCaps w:val="0"/>
          <w:strike w:val="0"/>
          <w:color w:val="000000"/>
          <w:sz w:val="16"/>
          <w:u w:val="none"/>
        </w:rPr>
        <w:t xml:space="preserve"> </w:t>
      </w:r>
      <w:r>
        <w:rPr>
          <w:b w:val="0"/>
          <w:i w:val="0"/>
          <w:smallCaps w:val="0"/>
          <w:strike w:val="0"/>
          <w:color w:val="000000"/>
          <w:u w:val="single"/>
        </w:rPr>
        <w:t>has been</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military and</w:t>
      </w:r>
      <w:r>
        <w:rPr>
          <w:b w:val="0"/>
          <w:i w:val="0"/>
          <w:smallCaps w:val="0"/>
          <w:strike w:val="0"/>
          <w:color w:val="000000"/>
          <w:sz w:val="16"/>
          <w:u w:val="none"/>
        </w:rPr>
        <w:t xml:space="preserve"> </w:t>
      </w:r>
      <w:r>
        <w:rPr>
          <w:b/>
          <w:i w:val="0"/>
          <w:smallCaps w:val="0"/>
          <w:strike w:val="0"/>
          <w:color w:val="000000"/>
          <w:u w:val="single"/>
        </w:rPr>
        <w:t>economic power</w:t>
      </w:r>
      <w:r>
        <w:rPr>
          <w:b w:val="0"/>
          <w:i w:val="0"/>
          <w:smallCaps w:val="0"/>
          <w:strike w:val="0"/>
          <w:color w:val="000000"/>
          <w:sz w:val="16"/>
          <w:u w:val="none"/>
        </w:rPr>
        <w:t xml:space="preserve"> </w:t>
      </w:r>
      <w:r>
        <w:rPr>
          <w:b w:val="0"/>
          <w:i w:val="0"/>
          <w:smallCaps w:val="0"/>
          <w:strike w:val="0"/>
          <w:color w:val="000000"/>
          <w:u w:val="single"/>
        </w:rPr>
        <w:t>of the U</w:t>
      </w:r>
      <w:r>
        <w:rPr>
          <w:b w:val="0"/>
          <w:i w:val="0"/>
          <w:smallCaps w:val="0"/>
          <w:strike w:val="0"/>
          <w:color w:val="000000"/>
          <w:u w:val="single"/>
        </w:rPr>
        <w:t>nited</w:t>
      </w:r>
      <w:r>
        <w:rPr>
          <w:b w:val="0"/>
          <w:i w:val="0"/>
          <w:smallCaps w:val="0"/>
          <w:strike w:val="0"/>
          <w:color w:val="000000"/>
          <w:sz w:val="16"/>
          <w:u w:val="none"/>
        </w:rPr>
        <w:t xml:space="preserve"> </w:t>
      </w:r>
      <w:r>
        <w:rPr>
          <w:b w:val="0"/>
          <w:i w:val="0"/>
          <w:smallCaps w:val="0"/>
          <w:strike w:val="0"/>
          <w:color w:val="000000"/>
          <w:u w:val="single"/>
        </w:rPr>
        <w:t>S</w:t>
      </w:r>
      <w:r>
        <w:rPr>
          <w:b w:val="0"/>
          <w:i w:val="0"/>
          <w:smallCaps w:val="0"/>
          <w:strike w:val="0"/>
          <w:color w:val="000000"/>
          <w:u w:val="single"/>
        </w:rPr>
        <w:t>tates and its allies in Europe and Asia.</w:t>
      </w:r>
      <w:r>
        <w:rPr>
          <w:b w:val="0"/>
          <w:i w:val="0"/>
          <w:smallCaps w:val="0"/>
          <w:strike w:val="0"/>
          <w:color w:val="000000"/>
          <w:sz w:val="16"/>
          <w:u w:val="none"/>
        </w:rPr>
        <w:t xml:space="preserve"> </w:t>
      </w:r>
      <w:r>
        <w:rPr>
          <w:b w:val="0"/>
          <w:i w:val="0"/>
          <w:smallCaps w:val="0"/>
          <w:strike w:val="0"/>
          <w:color w:val="000000"/>
          <w:u w:val="single"/>
        </w:rPr>
        <w:t>China, although increasingly powerful, has had to contemplate facing the combined military and economic strength of the world’s superpower and some very formidable regional powers linked by alliance or common strategic interest — including Japan, India, and South Korea</w:t>
      </w:r>
      <w:r>
        <w:rPr>
          <w:b w:val="0"/>
          <w:i w:val="0"/>
          <w:smallCaps w:val="0"/>
          <w:strike w:val="0"/>
          <w:color w:val="000000"/>
          <w:sz w:val="16"/>
          <w:u w:val="none"/>
        </w:rPr>
        <w:t xml:space="preserve">, as well as smaller but still potent nations like Vietnam and Australia. </w:t>
      </w:r>
      <w:r>
        <w:rPr>
          <w:b w:val="0"/>
          <w:i w:val="0"/>
          <w:smallCaps w:val="0"/>
          <w:strike w:val="0"/>
          <w:color w:val="000000"/>
          <w:u w:val="single"/>
        </w:rPr>
        <w:t>Russia has had to face the United States and its NATO allies. When united, these U.S.-led alliances present a daunting challenge to a revisionist power that can call on few allies of its own for assistance</w:t>
      </w:r>
      <w:r>
        <w:rPr>
          <w:b w:val="0"/>
          <w:i w:val="0"/>
          <w:smallCaps w:val="0"/>
          <w:strike w:val="0"/>
          <w:color w:val="000000"/>
          <w:sz w:val="16"/>
          <w:u w:val="none"/>
        </w:rPr>
        <w:t xml:space="preserve">. Even </w:t>
      </w:r>
      <w:r>
        <w:rPr>
          <w:b w:val="0"/>
          <w:i w:val="0"/>
          <w:smallCaps w:val="0"/>
          <w:strike w:val="0"/>
          <w:color w:val="000000"/>
          <w:u w:val="single"/>
        </w:rPr>
        <w:t>were the Chinese to score an early victory in a conflict, such as the military subjection of Taiwan or a naval battle in the South or East China Sea,</w:t>
      </w:r>
      <w:r>
        <w:rPr>
          <w:b w:val="0"/>
          <w:i w:val="0"/>
          <w:smallCaps w:val="0"/>
          <w:strike w:val="0"/>
          <w:color w:val="000000"/>
          <w:sz w:val="16"/>
          <w:u w:val="none"/>
        </w:rPr>
        <w:t xml:space="preserve"> </w:t>
      </w:r>
      <w:r>
        <w:rPr>
          <w:b w:val="0"/>
          <w:i w:val="0"/>
          <w:smallCaps w:val="0"/>
          <w:strike w:val="0"/>
          <w:color w:val="000000"/>
          <w:u w:val="single"/>
        </w:rPr>
        <w:t>they would have to contend over time with the</w:t>
      </w:r>
      <w:r>
        <w:rPr>
          <w:b w:val="0"/>
          <w:i w:val="0"/>
          <w:smallCaps w:val="0"/>
          <w:strike w:val="0"/>
          <w:color w:val="000000"/>
          <w:sz w:val="16"/>
          <w:u w:val="none"/>
        </w:rPr>
        <w:t xml:space="preserve"> </w:t>
      </w:r>
      <w:r>
        <w:rPr>
          <w:b/>
          <w:i w:val="0"/>
          <w:smallCaps w:val="0"/>
          <w:strike w:val="0"/>
          <w:color w:val="000000"/>
          <w:u w:val="single"/>
        </w:rPr>
        <w:t>combined industrial productive capacities</w:t>
      </w:r>
      <w:r>
        <w:rPr>
          <w:b w:val="0"/>
          <w:i w:val="0"/>
          <w:smallCaps w:val="0"/>
          <w:strike w:val="0"/>
          <w:color w:val="000000"/>
          <w:sz w:val="16"/>
          <w:u w:val="none"/>
        </w:rPr>
        <w:t xml:space="preserve"> </w:t>
      </w:r>
      <w:r>
        <w:rPr>
          <w:b w:val="0"/>
          <w:i w:val="0"/>
          <w:smallCaps w:val="0"/>
          <w:strike w:val="0"/>
          <w:color w:val="000000"/>
          <w:u w:val="single"/>
        </w:rPr>
        <w:t>of some of the world’s</w:t>
      </w:r>
      <w:r>
        <w:rPr>
          <w:b w:val="0"/>
          <w:i w:val="0"/>
          <w:smallCaps w:val="0"/>
          <w:strike w:val="0"/>
          <w:color w:val="000000"/>
          <w:sz w:val="16"/>
          <w:u w:val="none"/>
        </w:rPr>
        <w:t xml:space="preserve"> </w:t>
      </w:r>
      <w:r>
        <w:rPr>
          <w:b/>
          <w:i w:val="0"/>
          <w:smallCaps w:val="0"/>
          <w:strike w:val="0"/>
          <w:color w:val="000000"/>
          <w:u w:val="single"/>
        </w:rPr>
        <w:t>richest and most technologically advanced nations</w:t>
      </w:r>
      <w:r>
        <w:rPr>
          <w:b w:val="0"/>
          <w:i w:val="0"/>
          <w:smallCaps w:val="0"/>
          <w:strike w:val="0"/>
          <w:color w:val="000000"/>
          <w:sz w:val="16"/>
          <w:u w:val="none"/>
        </w:rPr>
        <w:t xml:space="preserve"> </w:t>
      </w:r>
      <w:r>
        <w:rPr>
          <w:b w:val="0"/>
          <w:i w:val="0"/>
          <w:smallCaps w:val="0"/>
          <w:strike w:val="0"/>
          <w:color w:val="000000"/>
          <w:u w:val="single"/>
        </w:rPr>
        <w:t>and the likely cutoff of access to foreign markets on which their own economy depends.</w:t>
      </w:r>
      <w:r>
        <w:rPr>
          <w:b w:val="0"/>
          <w:i w:val="0"/>
          <w:smallCaps w:val="0"/>
          <w:strike w:val="0"/>
          <w:color w:val="000000"/>
          <w:sz w:val="16"/>
          <w:u w:val="none"/>
        </w:rPr>
        <w:t xml:space="preserve"> A weaker Russia, with its depleted population and oil- and gas-dependent economy, would face an even greater challenge. For decades, </w:t>
      </w:r>
      <w:r>
        <w:rPr>
          <w:b w:val="0"/>
          <w:i w:val="0"/>
          <w:smallCaps w:val="0"/>
          <w:strike w:val="0"/>
          <w:color w:val="000000"/>
          <w:u w:val="single"/>
        </w:rPr>
        <w:t>the strong global position enjoyed by the U</w:t>
      </w:r>
      <w:r>
        <w:rPr>
          <w:b w:val="0"/>
          <w:i w:val="0"/>
          <w:smallCaps w:val="0"/>
          <w:strike w:val="0"/>
          <w:color w:val="000000"/>
          <w:u w:val="single"/>
        </w:rPr>
        <w:t>nited</w:t>
      </w:r>
      <w:r>
        <w:rPr>
          <w:b w:val="0"/>
          <w:i w:val="0"/>
          <w:smallCaps w:val="0"/>
          <w:strike w:val="0"/>
          <w:color w:val="000000"/>
          <w:sz w:val="16"/>
          <w:u w:val="none"/>
        </w:rPr>
        <w:t xml:space="preserve"> </w:t>
      </w:r>
      <w:r>
        <w:rPr>
          <w:b w:val="0"/>
          <w:i w:val="0"/>
          <w:smallCaps w:val="0"/>
          <w:strike w:val="0"/>
          <w:color w:val="000000"/>
          <w:u w:val="single"/>
        </w:rPr>
        <w:t>S</w:t>
      </w:r>
      <w:r>
        <w:rPr>
          <w:b w:val="0"/>
          <w:i w:val="0"/>
          <w:smallCaps w:val="0"/>
          <w:strike w:val="0"/>
          <w:color w:val="000000"/>
          <w:u w:val="single"/>
        </w:rPr>
        <w:t>tates</w:t>
      </w:r>
      <w:r>
        <w:rPr>
          <w:b w:val="0"/>
          <w:i w:val="0"/>
          <w:smallCaps w:val="0"/>
          <w:strike w:val="0"/>
          <w:color w:val="000000"/>
          <w:sz w:val="16"/>
          <w:u w:val="none"/>
        </w:rPr>
        <w:t xml:space="preserve"> </w:t>
      </w:r>
      <w:r>
        <w:rPr>
          <w:b w:val="0"/>
          <w:i w:val="0"/>
          <w:smallCaps w:val="0"/>
          <w:strike w:val="0"/>
          <w:color w:val="000000"/>
          <w:u w:val="single"/>
        </w:rPr>
        <w:t>and its allies has</w:t>
      </w:r>
      <w:r>
        <w:rPr>
          <w:b w:val="0"/>
          <w:i w:val="0"/>
          <w:smallCaps w:val="0"/>
          <w:strike w:val="0"/>
          <w:color w:val="000000"/>
          <w:sz w:val="16"/>
          <w:u w:val="none"/>
        </w:rPr>
        <w:t xml:space="preserve"> </w:t>
      </w:r>
      <w:r>
        <w:rPr>
          <w:b/>
          <w:i w:val="0"/>
          <w:smallCaps w:val="0"/>
          <w:strike w:val="0"/>
          <w:color w:val="000000"/>
          <w:u w:val="single"/>
        </w:rPr>
        <w:t>discouraged any serious challenge</w:t>
      </w:r>
      <w:r>
        <w:rPr>
          <w:b w:val="0"/>
          <w:i w:val="0"/>
          <w:smallCaps w:val="0"/>
          <w:strike w:val="0"/>
          <w:color w:val="000000"/>
          <w:u w:val="single"/>
        </w:rPr>
        <w:t>. So long as the United States was perceived as a dependable ally,</w:t>
      </w:r>
      <w:r>
        <w:rPr>
          <w:b w:val="0"/>
          <w:i w:val="0"/>
          <w:smallCaps w:val="0"/>
          <w:strike w:val="0"/>
          <w:color w:val="000000"/>
          <w:sz w:val="16"/>
          <w:u w:val="none"/>
        </w:rPr>
        <w:t xml:space="preserve"> </w:t>
      </w:r>
      <w:r>
        <w:rPr>
          <w:b w:val="0"/>
          <w:i w:val="0"/>
          <w:smallCaps w:val="0"/>
          <w:strike w:val="0"/>
          <w:color w:val="000000"/>
          <w:u w:val="single"/>
        </w:rPr>
        <w:t>Chinese and Russian leaders feared that aggressive moves would backfire</w:t>
      </w:r>
      <w:r>
        <w:rPr>
          <w:b w:val="0"/>
          <w:i w:val="0"/>
          <w:smallCaps w:val="0"/>
          <w:strike w:val="0"/>
          <w:color w:val="000000"/>
          <w:sz w:val="16"/>
          <w:u w:val="none"/>
        </w:rPr>
        <w:t xml:space="preserve"> </w:t>
      </w:r>
      <w:r>
        <w:rPr>
          <w:b w:val="0"/>
          <w:i w:val="0"/>
          <w:smallCaps w:val="0"/>
          <w:strike w:val="0"/>
          <w:color w:val="000000"/>
          <w:u w:val="single"/>
        </w:rPr>
        <w:t>and possibly bring their regimes down.</w:t>
      </w:r>
      <w:r>
        <w:rPr>
          <w:b w:val="0"/>
          <w:i w:val="0"/>
          <w:smallCaps w:val="0"/>
          <w:strike w:val="0"/>
          <w:color w:val="000000"/>
          <w:sz w:val="16"/>
          <w:u w:val="none"/>
        </w:rPr>
        <w:t xml:space="preserve"> This is what the political scientist William Wohlforth once described as the inherent stability of the unipolar order: As </w:t>
      </w:r>
      <w:r>
        <w:rPr>
          <w:b w:val="0"/>
          <w:i w:val="0"/>
          <w:smallCaps w:val="0"/>
          <w:strike w:val="0"/>
          <w:color w:val="000000"/>
          <w:u w:val="single"/>
        </w:rPr>
        <w:t>dissatisfied regional powers sought to challenge the status quo, their alarmed neighbors turned to the distant American superpower to contain their ambitions. And it worked. The United States stepped up, and Russia and China largely backed down</w:t>
      </w:r>
      <w:r>
        <w:rPr>
          <w:b w:val="0"/>
          <w:i w:val="0"/>
          <w:smallCaps w:val="0"/>
          <w:strike w:val="0"/>
          <w:color w:val="000000"/>
          <w:sz w:val="16"/>
          <w:u w:val="none"/>
        </w:rPr>
        <w:t xml:space="preserve"> — or were preempted before acting at all. Faced with these obstacles, </w:t>
      </w:r>
      <w:r>
        <w:rPr>
          <w:b w:val="0"/>
          <w:i w:val="0"/>
          <w:smallCaps w:val="0"/>
          <w:strike w:val="0"/>
          <w:color w:val="000000"/>
          <w:u w:val="single"/>
        </w:rPr>
        <w:t xml:space="preserve">the best option for the two revisionist great powers has always been to hope for or, if possible, engineer a weakening of the U.S.-supported world order from within, either by separating the United States from its allies or by raising doubts about </w:t>
      </w:r>
      <w:r>
        <w:rPr>
          <w:b w:val="0"/>
          <w:i w:val="0"/>
          <w:smallCaps w:val="0"/>
          <w:strike w:val="0"/>
          <w:color w:val="000000"/>
          <w:u w:val="single"/>
        </w:rPr>
        <w:t>the U.S. commitment</w:t>
      </w:r>
      <w:r>
        <w:rPr>
          <w:b w:val="0"/>
          <w:i w:val="0"/>
          <w:smallCaps w:val="0"/>
          <w:strike w:val="0"/>
          <w:color w:val="000000"/>
          <w:sz w:val="16"/>
          <w:u w:val="none"/>
        </w:rPr>
        <w:t xml:space="preserve"> and thereby encouraging would-be allies and partners to forgo the strategic protection of the liberal world order and seek accommodation with its challengers. </w:t>
      </w:r>
      <w:r>
        <w:rPr>
          <w:b w:val="0"/>
          <w:i w:val="0"/>
          <w:smallCaps w:val="0"/>
          <w:strike w:val="0"/>
          <w:color w:val="000000"/>
          <w:u w:val="single"/>
        </w:rPr>
        <w:t>The present system has</w:t>
      </w:r>
      <w:r>
        <w:rPr>
          <w:b w:val="0"/>
          <w:i w:val="0"/>
          <w:smallCaps w:val="0"/>
          <w:strike w:val="0"/>
          <w:color w:val="000000"/>
          <w:sz w:val="16"/>
          <w:u w:val="none"/>
        </w:rPr>
        <w:t xml:space="preserve"> </w:t>
      </w:r>
      <w:r>
        <w:rPr>
          <w:b w:val="0"/>
          <w:i w:val="0"/>
          <w:smallCaps w:val="0"/>
          <w:strike w:val="0"/>
          <w:color w:val="000000"/>
          <w:u w:val="single"/>
        </w:rPr>
        <w:t>therefore</w:t>
      </w:r>
      <w:r>
        <w:rPr>
          <w:b w:val="0"/>
          <w:i w:val="0"/>
          <w:smallCaps w:val="0"/>
          <w:strike w:val="0"/>
          <w:color w:val="000000"/>
          <w:sz w:val="16"/>
          <w:u w:val="none"/>
        </w:rPr>
        <w:t xml:space="preserve"> </w:t>
      </w:r>
      <w:r>
        <w:rPr>
          <w:b w:val="0"/>
          <w:i w:val="0"/>
          <w:smallCaps w:val="0"/>
          <w:strike w:val="0"/>
          <w:color w:val="000000"/>
          <w:u w:val="single"/>
        </w:rPr>
        <w:t>depended</w:t>
      </w:r>
      <w:r>
        <w:rPr>
          <w:b w:val="0"/>
          <w:i w:val="0"/>
          <w:smallCaps w:val="0"/>
          <w:strike w:val="0"/>
          <w:color w:val="000000"/>
          <w:sz w:val="16"/>
          <w:u w:val="none"/>
        </w:rPr>
        <w:t xml:space="preserve"> </w:t>
      </w:r>
      <w:r>
        <w:rPr>
          <w:b/>
          <w:i w:val="0"/>
          <w:smallCaps w:val="0"/>
          <w:strike w:val="0"/>
          <w:color w:val="000000"/>
          <w:u w:val="single"/>
        </w:rPr>
        <w:t>not only</w:t>
      </w:r>
      <w:r>
        <w:rPr>
          <w:b w:val="0"/>
          <w:i w:val="0"/>
          <w:smallCaps w:val="0"/>
          <w:strike w:val="0"/>
          <w:color w:val="000000"/>
          <w:sz w:val="16"/>
          <w:u w:val="none"/>
        </w:rPr>
        <w:t xml:space="preserve"> </w:t>
      </w:r>
      <w:r>
        <w:rPr>
          <w:b/>
          <w:i w:val="0"/>
          <w:smallCaps w:val="0"/>
          <w:strike w:val="0"/>
          <w:color w:val="000000"/>
          <w:u w:val="single"/>
        </w:rPr>
        <w:t>on American power</w:t>
      </w:r>
      <w:r>
        <w:rPr>
          <w:b w:val="0"/>
          <w:i w:val="0"/>
          <w:smallCaps w:val="0"/>
          <w:strike w:val="0"/>
          <w:color w:val="000000"/>
          <w:sz w:val="16"/>
          <w:u w:val="none"/>
        </w:rPr>
        <w:t xml:space="preserve"> </w:t>
      </w:r>
      <w:r>
        <w:rPr>
          <w:b/>
          <w:i w:val="0"/>
          <w:smallCaps w:val="0"/>
          <w:strike w:val="0"/>
          <w:color w:val="000000"/>
          <w:u w:val="single"/>
        </w:rPr>
        <w:t>but on</w:t>
      </w:r>
      <w:r>
        <w:rPr>
          <w:b w:val="0"/>
          <w:i w:val="0"/>
          <w:smallCaps w:val="0"/>
          <w:strike w:val="0"/>
          <w:color w:val="000000"/>
          <w:sz w:val="16"/>
          <w:u w:val="none"/>
        </w:rPr>
        <w:t xml:space="preserve"> </w:t>
      </w:r>
      <w:r>
        <w:rPr>
          <w:b/>
          <w:i w:val="0"/>
          <w:smallCaps w:val="0"/>
          <w:strike w:val="0"/>
          <w:color w:val="000000"/>
          <w:u w:val="single"/>
        </w:rPr>
        <w:t>coherence and unity</w:t>
      </w:r>
      <w:r>
        <w:rPr>
          <w:b w:val="0"/>
          <w:i w:val="0"/>
          <w:smallCaps w:val="0"/>
          <w:strike w:val="0"/>
          <w:color w:val="000000"/>
          <w:sz w:val="16"/>
          <w:u w:val="none"/>
        </w:rPr>
        <w:t xml:space="preserve"> </w:t>
      </w:r>
      <w:r>
        <w:rPr>
          <w:b w:val="0"/>
          <w:i w:val="0"/>
          <w:smallCaps w:val="0"/>
          <w:strike w:val="0"/>
          <w:color w:val="000000"/>
          <w:u w:val="single"/>
        </w:rPr>
        <w:t>at the heart of the democratic world.</w:t>
      </w:r>
      <w:r>
        <w:rPr>
          <w:b w:val="0"/>
          <w:i w:val="0"/>
          <w:smallCaps w:val="0"/>
          <w:strike w:val="0"/>
          <w:color w:val="000000"/>
          <w:sz w:val="16"/>
          <w:u w:val="none"/>
        </w:rPr>
        <w:t xml:space="preserve"> </w:t>
      </w:r>
      <w:r>
        <w:rPr>
          <w:b w:val="0"/>
          <w:i w:val="0"/>
          <w:smallCaps w:val="0"/>
          <w:strike w:val="0"/>
          <w:color w:val="000000"/>
          <w:u w:val="single"/>
        </w:rPr>
        <w:t>The U</w:t>
      </w:r>
      <w:r>
        <w:rPr>
          <w:b w:val="0"/>
          <w:i w:val="0"/>
          <w:smallCaps w:val="0"/>
          <w:strike w:val="0"/>
          <w:color w:val="000000"/>
          <w:u w:val="single"/>
        </w:rPr>
        <w:t>nited</w:t>
      </w:r>
      <w:r>
        <w:rPr>
          <w:b w:val="0"/>
          <w:i w:val="0"/>
          <w:smallCaps w:val="0"/>
          <w:strike w:val="0"/>
          <w:color w:val="000000"/>
          <w:sz w:val="16"/>
          <w:u w:val="none"/>
        </w:rPr>
        <w:t xml:space="preserve"> </w:t>
      </w:r>
      <w:r>
        <w:rPr>
          <w:b w:val="0"/>
          <w:i w:val="0"/>
          <w:smallCaps w:val="0"/>
          <w:strike w:val="0"/>
          <w:color w:val="000000"/>
          <w:u w:val="single"/>
        </w:rPr>
        <w:t>S</w:t>
      </w:r>
      <w:r>
        <w:rPr>
          <w:b w:val="0"/>
          <w:i w:val="0"/>
          <w:smallCaps w:val="0"/>
          <w:strike w:val="0"/>
          <w:color w:val="000000"/>
          <w:u w:val="single"/>
        </w:rPr>
        <w:t>tates</w:t>
      </w:r>
      <w:r>
        <w:rPr>
          <w:b w:val="0"/>
          <w:i w:val="0"/>
          <w:smallCaps w:val="0"/>
          <w:strike w:val="0"/>
          <w:color w:val="000000"/>
          <w:sz w:val="16"/>
          <w:u w:val="none"/>
        </w:rPr>
        <w:t xml:space="preserve"> </w:t>
      </w:r>
      <w:r>
        <w:rPr>
          <w:b w:val="0"/>
          <w:i w:val="0"/>
          <w:smallCaps w:val="0"/>
          <w:strike w:val="0"/>
          <w:color w:val="000000"/>
          <w:u w:val="single"/>
        </w:rPr>
        <w:t>has had to play its part as the principal guarantor of the order</w:t>
      </w:r>
      <w:r>
        <w:rPr>
          <w:b w:val="0"/>
          <w:i w:val="0"/>
          <w:smallCaps w:val="0"/>
          <w:strike w:val="0"/>
          <w:color w:val="000000"/>
          <w:u w:val="single"/>
        </w:rPr>
        <w:t>, especially in the military and strategic realm, but</w:t>
      </w:r>
      <w:r>
        <w:rPr>
          <w:b w:val="0"/>
          <w:i w:val="0"/>
          <w:smallCaps w:val="0"/>
          <w:strike w:val="0"/>
          <w:color w:val="000000"/>
          <w:sz w:val="16"/>
          <w:u w:val="none"/>
        </w:rPr>
        <w:t xml:space="preserve"> </w:t>
      </w:r>
      <w:r>
        <w:rPr>
          <w:b w:val="0"/>
          <w:i w:val="0"/>
          <w:smallCaps w:val="0"/>
          <w:strike w:val="0"/>
          <w:color w:val="000000"/>
          <w:u w:val="single"/>
        </w:rPr>
        <w:t>the order’s</w:t>
      </w:r>
      <w:r>
        <w:rPr>
          <w:b w:val="0"/>
          <w:i w:val="0"/>
          <w:smallCaps w:val="0"/>
          <w:strike w:val="0"/>
          <w:color w:val="000000"/>
          <w:sz w:val="16"/>
          <w:u w:val="none"/>
        </w:rPr>
        <w:t xml:space="preserve"> </w:t>
      </w:r>
      <w:r>
        <w:rPr>
          <w:b w:val="0"/>
          <w:i w:val="0"/>
          <w:smallCaps w:val="0"/>
          <w:strike w:val="0"/>
          <w:color w:val="000000"/>
          <w:u w:val="single"/>
        </w:rPr>
        <w:t>ideological and</w:t>
      </w:r>
      <w:r>
        <w:rPr>
          <w:b w:val="0"/>
          <w:i w:val="0"/>
          <w:smallCaps w:val="0"/>
          <w:strike w:val="0"/>
          <w:color w:val="000000"/>
          <w:sz w:val="16"/>
          <w:u w:val="none"/>
        </w:rPr>
        <w:t xml:space="preserve"> </w:t>
      </w:r>
      <w:r>
        <w:rPr>
          <w:b/>
          <w:i w:val="0"/>
          <w:smallCaps w:val="0"/>
          <w:strike w:val="0"/>
          <w:color w:val="000000"/>
          <w:u w:val="single"/>
        </w:rPr>
        <w:t>economic core</w:t>
      </w:r>
      <w:r>
        <w:rPr>
          <w:b w:val="0"/>
          <w:i w:val="0"/>
          <w:smallCaps w:val="0"/>
          <w:strike w:val="0"/>
          <w:color w:val="000000"/>
          <w:sz w:val="16"/>
          <w:u w:val="none"/>
        </w:rPr>
        <w:t xml:space="preserve"> </w:t>
      </w:r>
      <w:r>
        <w:rPr>
          <w:b w:val="0"/>
          <w:i w:val="0"/>
          <w:smallCaps w:val="0"/>
          <w:strike w:val="0"/>
          <w:color w:val="000000"/>
          <w:u w:val="single"/>
        </w:rPr>
        <w:t>— the democracies of Europe and East Asia and the Pacific —</w:t>
      </w:r>
      <w:r>
        <w:rPr>
          <w:b w:val="0"/>
          <w:i w:val="0"/>
          <w:smallCaps w:val="0"/>
          <w:strike w:val="0"/>
          <w:color w:val="000000"/>
          <w:sz w:val="16"/>
          <w:u w:val="none"/>
        </w:rPr>
        <w:t xml:space="preserve"> </w:t>
      </w:r>
      <w:r>
        <w:rPr>
          <w:b w:val="0"/>
          <w:i w:val="0"/>
          <w:smallCaps w:val="0"/>
          <w:strike w:val="0"/>
          <w:color w:val="000000"/>
          <w:u w:val="single"/>
        </w:rPr>
        <w:t>has</w:t>
      </w:r>
      <w:r>
        <w:rPr>
          <w:b w:val="0"/>
          <w:i w:val="0"/>
          <w:smallCaps w:val="0"/>
          <w:strike w:val="0"/>
          <w:color w:val="000000"/>
          <w:sz w:val="16"/>
          <w:u w:val="none"/>
        </w:rPr>
        <w:t xml:space="preserve"> </w:t>
      </w:r>
      <w:r>
        <w:rPr>
          <w:b w:val="0"/>
          <w:i w:val="0"/>
          <w:smallCaps w:val="0"/>
          <w:strike w:val="0"/>
          <w:color w:val="000000"/>
          <w:u w:val="single"/>
        </w:rPr>
        <w:t>also</w:t>
      </w:r>
      <w:r>
        <w:rPr>
          <w:b w:val="0"/>
          <w:i w:val="0"/>
          <w:smallCaps w:val="0"/>
          <w:strike w:val="0"/>
          <w:color w:val="000000"/>
          <w:sz w:val="16"/>
          <w:u w:val="none"/>
        </w:rPr>
        <w:t xml:space="preserve"> </w:t>
      </w:r>
      <w:r>
        <w:rPr>
          <w:b w:val="0"/>
          <w:i w:val="0"/>
          <w:smallCaps w:val="0"/>
          <w:strike w:val="0"/>
          <w:color w:val="000000"/>
          <w:u w:val="single"/>
        </w:rPr>
        <w:t>had to remain</w:t>
      </w:r>
      <w:r>
        <w:rPr>
          <w:b w:val="0"/>
          <w:i w:val="0"/>
          <w:smallCaps w:val="0"/>
          <w:strike w:val="0"/>
          <w:color w:val="000000"/>
          <w:sz w:val="16"/>
          <w:u w:val="none"/>
        </w:rPr>
        <w:t xml:space="preserve"> </w:t>
      </w:r>
      <w:r>
        <w:rPr>
          <w:b w:val="0"/>
          <w:i w:val="0"/>
          <w:smallCaps w:val="0"/>
          <w:strike w:val="0"/>
          <w:color w:val="000000"/>
          <w:u w:val="single"/>
        </w:rPr>
        <w:t>relatively</w:t>
      </w:r>
      <w:r>
        <w:rPr>
          <w:b w:val="0"/>
          <w:i w:val="0"/>
          <w:smallCaps w:val="0"/>
          <w:strike w:val="0"/>
          <w:color w:val="000000"/>
          <w:sz w:val="16"/>
          <w:u w:val="none"/>
        </w:rPr>
        <w:t xml:space="preserve"> </w:t>
      </w:r>
      <w:r>
        <w:rPr>
          <w:b w:val="0"/>
          <w:i w:val="0"/>
          <w:smallCaps w:val="0"/>
          <w:strike w:val="0"/>
          <w:color w:val="000000"/>
          <w:u w:val="single"/>
        </w:rPr>
        <w:t>healthy</w:t>
      </w:r>
      <w:r>
        <w:rPr>
          <w:b w:val="0"/>
          <w:i w:val="0"/>
          <w:smallCaps w:val="0"/>
          <w:strike w:val="0"/>
          <w:color w:val="000000"/>
          <w:sz w:val="16"/>
          <w:u w:val="none"/>
        </w:rPr>
        <w:t xml:space="preserve"> </w:t>
      </w:r>
      <w:r>
        <w:rPr>
          <w:b w:val="0"/>
          <w:i w:val="0"/>
          <w:smallCaps w:val="0"/>
          <w:strike w:val="0"/>
          <w:color w:val="000000"/>
          <w:u w:val="single"/>
        </w:rPr>
        <w:t>and confident.</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