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Hegemony solves extinction – decline emboldens rivals and causes prolif and terrorism.</w:t>
      </w:r>
    </w:p>
    <w:p>
      <w:pPr>
        <w:spacing w:after="80"/>
      </w:pPr>
      <w:r>
        <w:rPr>
          <w:b/>
          <w:i w:val="0"/>
          <w:smallCaps w:val="0"/>
          <w:strike w:val="0"/>
          <w:color w:val="000000"/>
          <w:sz w:val="26"/>
          <w:u w:val="none"/>
        </w:rPr>
        <w:t>Brands 18</w:t>
      </w:r>
      <w:r>
        <w:rPr>
          <w:b w:val="0"/>
          <w:i w:val="0"/>
          <w:smallCaps w:val="0"/>
          <w:strike w:val="0"/>
          <w:color w:val="000000"/>
          <w:u w:val="none"/>
        </w:rPr>
        <w:t xml:space="preserve"> [Hal, Henry Kissinger Distinguished Professor at Johns Hopkins University's School of Advanced International Studies and a senior fellow at the Center for Strategic and Budgetary Assessments, American Grand Strategy in the Age of Trump, p. 129-33]</w:t>
      </w:r>
    </w:p>
    <w:p>
      <w:pPr>
        <w:spacing w:after="60"/>
      </w:pPr>
      <w:r>
        <w:rPr>
          <w:b w:val="0"/>
          <w:i w:val="0"/>
          <w:smallCaps w:val="0"/>
          <w:strike w:val="0"/>
          <w:color w:val="000000"/>
          <w:sz w:val="16"/>
          <w:u w:val="none"/>
        </w:rPr>
        <w:t xml:space="preserve">Much contemporary commentary favors the first option—reducing commitments—and denounces the third as financially ruinous and perhaps impossible.5 Yet </w:t>
      </w:r>
      <w:r>
        <w:rPr>
          <w:b w:val="0"/>
          <w:i w:val="0"/>
          <w:smallCaps w:val="0"/>
          <w:strike w:val="0"/>
          <w:color w:val="000000"/>
          <w:u w:val="single"/>
        </w:rPr>
        <w:t>significantly</w:t>
      </w:r>
      <w:r>
        <w:rPr>
          <w:b w:val="0"/>
          <w:i w:val="0"/>
          <w:smallCaps w:val="0"/>
          <w:strike w:val="0"/>
          <w:color w:val="000000"/>
          <w:sz w:val="16"/>
          <w:u w:val="none"/>
        </w:rPr>
        <w:t xml:space="preserve"> </w:t>
      </w:r>
      <w:r>
        <w:rPr>
          <w:b w:val="0"/>
          <w:i w:val="0"/>
          <w:smallCaps w:val="0"/>
          <w:strike w:val="0"/>
          <w:color w:val="000000"/>
          <w:u w:val="single"/>
        </w:rPr>
        <w:t>expanding American</w:t>
      </w:r>
      <w:r>
        <w:rPr>
          <w:b w:val="0"/>
          <w:i w:val="0"/>
          <w:smallCaps w:val="0"/>
          <w:strike w:val="0"/>
          <w:color w:val="000000"/>
          <w:sz w:val="16"/>
          <w:u w:val="none"/>
        </w:rPr>
        <w:t xml:space="preserve"> </w:t>
      </w:r>
      <w:r>
        <w:rPr>
          <w:b w:val="0"/>
          <w:i w:val="0"/>
          <w:smallCaps w:val="0"/>
          <w:strike w:val="0"/>
          <w:color w:val="000000"/>
          <w:u w:val="single"/>
        </w:rPr>
        <w:t>capabilities</w:t>
      </w:r>
      <w:r>
        <w:rPr>
          <w:b w:val="0"/>
          <w:i w:val="0"/>
          <w:smallCaps w:val="0"/>
          <w:strike w:val="0"/>
          <w:color w:val="000000"/>
          <w:sz w:val="16"/>
          <w:u w:val="none"/>
        </w:rPr>
        <w:t xml:space="preserve"> </w:t>
      </w:r>
      <w:r>
        <w:rPr>
          <w:b w:val="0"/>
          <w:i w:val="0"/>
          <w:smallCaps w:val="0"/>
          <w:strike w:val="0"/>
          <w:color w:val="000000"/>
          <w:u w:val="single"/>
        </w:rPr>
        <w:t>would not be</w:t>
      </w:r>
      <w:r>
        <w:rPr>
          <w:b w:val="0"/>
          <w:i w:val="0"/>
          <w:smallCaps w:val="0"/>
          <w:strike w:val="0"/>
          <w:color w:val="000000"/>
          <w:sz w:val="16"/>
          <w:u w:val="none"/>
        </w:rPr>
        <w:t xml:space="preserve"> nearly as </w:t>
      </w:r>
      <w:r>
        <w:rPr>
          <w:b w:val="0"/>
          <w:i w:val="0"/>
          <w:smallCaps w:val="0"/>
          <w:strike w:val="0"/>
          <w:color w:val="000000"/>
          <w:u w:val="single"/>
        </w:rPr>
        <w:t>economically onerous</w:t>
      </w:r>
      <w:r>
        <w:rPr>
          <w:b w:val="0"/>
          <w:i w:val="0"/>
          <w:smallCaps w:val="0"/>
          <w:strike w:val="0"/>
          <w:color w:val="000000"/>
          <w:sz w:val="16"/>
          <w:u w:val="none"/>
        </w:rPr>
        <w:t xml:space="preserve"> as it may seem. Compared to the alternatives, in fact, </w:t>
      </w:r>
      <w:r>
        <w:rPr>
          <w:b w:val="0"/>
          <w:i w:val="0"/>
          <w:smallCaps w:val="0"/>
          <w:strike w:val="0"/>
          <w:color w:val="000000"/>
          <w:u w:val="single"/>
        </w:rPr>
        <w:t>this</w:t>
      </w:r>
      <w:r>
        <w:rPr>
          <w:b w:val="0"/>
          <w:i w:val="0"/>
          <w:smallCaps w:val="0"/>
          <w:strike w:val="0"/>
          <w:color w:val="000000"/>
          <w:sz w:val="16"/>
          <w:u w:val="none"/>
        </w:rPr>
        <w:t xml:space="preserve"> approach </w:t>
      </w:r>
      <w:r>
        <w:rPr>
          <w:b w:val="0"/>
          <w:i w:val="0"/>
          <w:smallCaps w:val="0"/>
          <w:strike w:val="0"/>
          <w:color w:val="000000"/>
          <w:u w:val="single"/>
        </w:rPr>
        <w:t>represents the best option for</w:t>
      </w:r>
      <w:r>
        <w:rPr>
          <w:b w:val="0"/>
          <w:i w:val="0"/>
          <w:smallCaps w:val="0"/>
          <w:strike w:val="0"/>
          <w:color w:val="000000"/>
          <w:sz w:val="16"/>
          <w:u w:val="none"/>
        </w:rPr>
        <w:t xml:space="preserve"> </w:t>
      </w:r>
      <w:r>
        <w:rPr>
          <w:b w:val="0"/>
          <w:i w:val="0"/>
          <w:smallCaps w:val="0"/>
          <w:strike w:val="0"/>
          <w:color w:val="000000"/>
          <w:u w:val="single"/>
        </w:rPr>
        <w:t>sustaining American primacy</w:t>
      </w:r>
      <w:r>
        <w:rPr>
          <w:b w:val="0"/>
          <w:i w:val="0"/>
          <w:smallCaps w:val="0"/>
          <w:strike w:val="0"/>
          <w:color w:val="000000"/>
          <w:sz w:val="16"/>
          <w:u w:val="none"/>
        </w:rPr>
        <w:t xml:space="preserve"> </w:t>
      </w:r>
      <w:r>
        <w:rPr>
          <w:b w:val="0"/>
          <w:i w:val="0"/>
          <w:smallCaps w:val="0"/>
          <w:strike w:val="0"/>
          <w:color w:val="000000"/>
          <w:u w:val="single"/>
        </w:rPr>
        <w:t>and preventing</w:t>
      </w:r>
      <w:r>
        <w:rPr>
          <w:b w:val="0"/>
          <w:i w:val="0"/>
          <w:smallCaps w:val="0"/>
          <w:strike w:val="0"/>
          <w:color w:val="000000"/>
          <w:sz w:val="16"/>
          <w:u w:val="none"/>
        </w:rPr>
        <w:t xml:space="preserve"> a slide into </w:t>
      </w:r>
      <w:r>
        <w:rPr>
          <w:b w:val="0"/>
          <w:i w:val="0"/>
          <w:smallCaps w:val="0"/>
          <w:strike w:val="0"/>
          <w:color w:val="000000"/>
          <w:u w:val="single"/>
        </w:rPr>
        <w:t>strategic bankruptcy</w:t>
      </w:r>
      <w:r>
        <w:rPr>
          <w:b w:val="0"/>
          <w:i w:val="0"/>
          <w:smallCaps w:val="0"/>
          <w:strike w:val="0"/>
          <w:color w:val="000000"/>
          <w:sz w:val="16"/>
          <w:u w:val="none"/>
        </w:rPr>
        <w:t xml:space="preserve"> </w:t>
      </w:r>
      <w:r>
        <w:rPr>
          <w:b w:val="0"/>
          <w:i w:val="0"/>
          <w:smallCaps w:val="0"/>
          <w:strike w:val="0"/>
          <w:color w:val="000000"/>
          <w:u w:val="single"/>
        </w:rPr>
        <w:t>that will</w:t>
      </w:r>
      <w:r>
        <w:rPr>
          <w:b w:val="0"/>
          <w:i w:val="0"/>
          <w:smallCaps w:val="0"/>
          <w:strike w:val="0"/>
          <w:color w:val="000000"/>
          <w:sz w:val="16"/>
          <w:u w:val="none"/>
        </w:rPr>
        <w:t xml:space="preserve"> eventually </w:t>
      </w:r>
      <w:r>
        <w:rPr>
          <w:b w:val="0"/>
          <w:i w:val="0"/>
          <w:smallCaps w:val="0"/>
          <w:strike w:val="0"/>
          <w:color w:val="000000"/>
          <w:u w:val="single"/>
        </w:rPr>
        <w:t>be punished.</w:t>
      </w:r>
      <w:r>
        <w:rPr>
          <w:b w:val="0"/>
          <w:i w:val="0"/>
          <w:smallCaps w:val="0"/>
          <w:strike w:val="0"/>
          <w:color w:val="000000"/>
          <w:sz w:val="16"/>
          <w:u w:val="none"/>
        </w:rPr>
        <w:t xml:space="preserve"> </w:t>
      </w:r>
      <w:r>
        <w:rPr>
          <w:b w:val="0"/>
          <w:i w:val="0"/>
          <w:smallCaps w:val="0"/>
          <w:strike w:val="0"/>
          <w:color w:val="000000"/>
          <w:u w:val="single"/>
        </w:rPr>
        <w:t>Since World War II, the U</w:t>
      </w:r>
      <w:r>
        <w:rPr>
          <w:b w:val="0"/>
          <w:i w:val="0"/>
          <w:smallCaps w:val="0"/>
          <w:strike w:val="0"/>
          <w:color w:val="000000"/>
          <w:sz w:val="16"/>
          <w:u w:val="none"/>
        </w:rPr>
        <w:t xml:space="preserve">nited </w:t>
      </w:r>
      <w:r>
        <w:rPr>
          <w:b w:val="0"/>
          <w:i w:val="0"/>
          <w:smallCaps w:val="0"/>
          <w:strike w:val="0"/>
          <w:color w:val="000000"/>
          <w:u w:val="single"/>
        </w:rPr>
        <w:t>S</w:t>
      </w:r>
      <w:r>
        <w:rPr>
          <w:b w:val="0"/>
          <w:i w:val="0"/>
          <w:smallCaps w:val="0"/>
          <w:strike w:val="0"/>
          <w:color w:val="000000"/>
          <w:sz w:val="16"/>
          <w:u w:val="none"/>
        </w:rPr>
        <w:t xml:space="preserve">tates </w:t>
      </w:r>
      <w:r>
        <w:rPr>
          <w:b w:val="0"/>
          <w:i w:val="0"/>
          <w:smallCaps w:val="0"/>
          <w:strike w:val="0"/>
          <w:color w:val="000000"/>
          <w:u w:val="single"/>
        </w:rPr>
        <w:t>has had a military</w:t>
      </w:r>
      <w:r>
        <w:rPr>
          <w:b w:val="0"/>
          <w:i w:val="0"/>
          <w:smallCaps w:val="0"/>
          <w:strike w:val="0"/>
          <w:color w:val="000000"/>
          <w:sz w:val="16"/>
          <w:u w:val="none"/>
        </w:rPr>
        <w:t xml:space="preserve"> </w:t>
      </w:r>
      <w:r>
        <w:rPr>
          <w:b w:val="0"/>
          <w:i w:val="0"/>
          <w:smallCaps w:val="0"/>
          <w:strike w:val="0"/>
          <w:color w:val="000000"/>
          <w:u w:val="single"/>
        </w:rPr>
        <w:t>second to none</w:t>
      </w:r>
      <w:r>
        <w:rPr>
          <w:b w:val="0"/>
          <w:i w:val="0"/>
          <w:smallCaps w:val="0"/>
          <w:strike w:val="0"/>
          <w:color w:val="000000"/>
          <w:sz w:val="16"/>
          <w:u w:val="none"/>
        </w:rPr>
        <w:t xml:space="preserve">. Since the Cold War, </w:t>
      </w:r>
      <w:r>
        <w:rPr>
          <w:b w:val="0"/>
          <w:i w:val="0"/>
          <w:smallCaps w:val="0"/>
          <w:strike w:val="0"/>
          <w:color w:val="000000"/>
          <w:u w:val="single"/>
        </w:rPr>
        <w:t>America has committed to</w:t>
      </w:r>
      <w:r>
        <w:rPr>
          <w:b w:val="0"/>
          <w:i w:val="0"/>
          <w:smallCaps w:val="0"/>
          <w:strike w:val="0"/>
          <w:color w:val="000000"/>
          <w:sz w:val="16"/>
          <w:u w:val="none"/>
        </w:rPr>
        <w:t xml:space="preserve"> having </w:t>
      </w:r>
      <w:r>
        <w:rPr>
          <w:b w:val="0"/>
          <w:i w:val="0"/>
          <w:smallCaps w:val="0"/>
          <w:strike w:val="0"/>
          <w:color w:val="000000"/>
          <w:u w:val="single"/>
        </w:rPr>
        <w:t>overwhelming military primacy. The idea,</w:t>
      </w:r>
      <w:r>
        <w:rPr>
          <w:b w:val="0"/>
          <w:i w:val="0"/>
          <w:smallCaps w:val="0"/>
          <w:strike w:val="0"/>
          <w:color w:val="000000"/>
          <w:sz w:val="16"/>
          <w:u w:val="none"/>
        </w:rPr>
        <w:t xml:space="preserve"> as George W. Bush declared in 2002, </w:t>
      </w:r>
      <w:r>
        <w:rPr>
          <w:b w:val="0"/>
          <w:i w:val="0"/>
          <w:smallCaps w:val="0"/>
          <w:strike w:val="0"/>
          <w:color w:val="000000"/>
          <w:u w:val="single"/>
        </w:rPr>
        <w:t>that America must possess “strengths</w:t>
      </w:r>
      <w:r>
        <w:rPr>
          <w:b w:val="0"/>
          <w:i w:val="0"/>
          <w:smallCaps w:val="0"/>
          <w:strike w:val="0"/>
          <w:color w:val="000000"/>
          <w:sz w:val="16"/>
          <w:u w:val="none"/>
        </w:rPr>
        <w:t xml:space="preserve"> </w:t>
      </w:r>
      <w:r>
        <w:rPr>
          <w:b w:val="0"/>
          <w:i w:val="0"/>
          <w:smallCaps w:val="0"/>
          <w:strike w:val="0"/>
          <w:color w:val="000000"/>
          <w:u w:val="single"/>
        </w:rPr>
        <w:t>beyond challenge” has featured in every</w:t>
      </w:r>
      <w:r>
        <w:rPr>
          <w:b w:val="0"/>
          <w:i w:val="0"/>
          <w:smallCaps w:val="0"/>
          <w:strike w:val="0"/>
          <w:color w:val="000000"/>
          <w:sz w:val="16"/>
          <w:u w:val="none"/>
        </w:rPr>
        <w:t xml:space="preserve"> major </w:t>
      </w:r>
      <w:r>
        <w:rPr>
          <w:b w:val="0"/>
          <w:i w:val="0"/>
          <w:smallCaps w:val="0"/>
          <w:strike w:val="0"/>
          <w:color w:val="000000"/>
          <w:u w:val="single"/>
        </w:rPr>
        <w:t>U.S. strategy document for a quarter century</w:t>
      </w:r>
      <w:r>
        <w:rPr>
          <w:b w:val="0"/>
          <w:i w:val="0"/>
          <w:smallCaps w:val="0"/>
          <w:strike w:val="0"/>
          <w:color w:val="000000"/>
          <w:sz w:val="16"/>
          <w:u w:val="none"/>
        </w:rPr>
        <w:t xml:space="preserve">; it has also been reflected in concrete terms.6 </w:t>
      </w:r>
      <w:r>
        <w:rPr>
          <w:b w:val="0"/>
          <w:i w:val="0"/>
          <w:smallCaps w:val="0"/>
          <w:strike w:val="0"/>
          <w:color w:val="000000"/>
          <w:u w:val="single"/>
        </w:rPr>
        <w:t>From the early 1990s</w:t>
      </w:r>
      <w:r>
        <w:rPr>
          <w:b w:val="0"/>
          <w:i w:val="0"/>
          <w:smallCaps w:val="0"/>
          <w:strike w:val="0"/>
          <w:color w:val="000000"/>
          <w:sz w:val="16"/>
          <w:u w:val="none"/>
        </w:rPr>
        <w:t xml:space="preserve">, for example, </w:t>
      </w:r>
      <w:r>
        <w:rPr>
          <w:b w:val="0"/>
          <w:i w:val="0"/>
          <w:smallCaps w:val="0"/>
          <w:strike w:val="0"/>
          <w:color w:val="000000"/>
          <w:u w:val="single"/>
        </w:rPr>
        <w:t>the U</w:t>
      </w:r>
      <w:r>
        <w:rPr>
          <w:b w:val="0"/>
          <w:i w:val="0"/>
          <w:smallCaps w:val="0"/>
          <w:strike w:val="0"/>
          <w:color w:val="000000"/>
          <w:sz w:val="16"/>
          <w:u w:val="none"/>
        </w:rPr>
        <w:t xml:space="preserve">nited </w:t>
      </w:r>
      <w:r>
        <w:rPr>
          <w:b w:val="0"/>
          <w:i w:val="0"/>
          <w:smallCaps w:val="0"/>
          <w:strike w:val="0"/>
          <w:color w:val="000000"/>
          <w:u w:val="single"/>
        </w:rPr>
        <w:t>S</w:t>
      </w:r>
      <w:r>
        <w:rPr>
          <w:b w:val="0"/>
          <w:i w:val="0"/>
          <w:smallCaps w:val="0"/>
          <w:strike w:val="0"/>
          <w:color w:val="000000"/>
          <w:sz w:val="16"/>
          <w:u w:val="none"/>
        </w:rPr>
        <w:t xml:space="preserve">tates </w:t>
      </w:r>
      <w:r>
        <w:rPr>
          <w:b w:val="0"/>
          <w:i w:val="0"/>
          <w:smallCaps w:val="0"/>
          <w:strike w:val="0"/>
          <w:color w:val="000000"/>
          <w:u w:val="single"/>
        </w:rPr>
        <w:t>consistently</w:t>
      </w:r>
      <w:r>
        <w:rPr>
          <w:b w:val="0"/>
          <w:i w:val="0"/>
          <w:smallCaps w:val="0"/>
          <w:strike w:val="0"/>
          <w:color w:val="000000"/>
          <w:sz w:val="16"/>
          <w:u w:val="none"/>
        </w:rPr>
        <w:t xml:space="preserve"> </w:t>
      </w:r>
      <w:r>
        <w:rPr>
          <w:b w:val="0"/>
          <w:i w:val="0"/>
          <w:smallCaps w:val="0"/>
          <w:strike w:val="0"/>
          <w:color w:val="000000"/>
          <w:u w:val="single"/>
        </w:rPr>
        <w:t>accounted for</w:t>
      </w:r>
      <w:r>
        <w:rPr>
          <w:b w:val="0"/>
          <w:i w:val="0"/>
          <w:smallCaps w:val="0"/>
          <w:strike w:val="0"/>
          <w:color w:val="000000"/>
          <w:sz w:val="16"/>
          <w:u w:val="none"/>
        </w:rPr>
        <w:t xml:space="preserve"> around 35 to </w:t>
      </w:r>
      <w:r>
        <w:rPr>
          <w:b w:val="0"/>
          <w:i w:val="0"/>
          <w:smallCaps w:val="0"/>
          <w:strike w:val="0"/>
          <w:color w:val="000000"/>
          <w:u w:val="single"/>
        </w:rPr>
        <w:t>45 percent of world defense spending and maintained</w:t>
      </w:r>
      <w:r>
        <w:rPr>
          <w:b w:val="0"/>
          <w:i w:val="0"/>
          <w:smallCaps w:val="0"/>
          <w:strike w:val="0"/>
          <w:color w:val="000000"/>
          <w:sz w:val="16"/>
          <w:u w:val="none"/>
        </w:rPr>
        <w:t xml:space="preserve"> peerless </w:t>
      </w:r>
      <w:r>
        <w:rPr>
          <w:b w:val="0"/>
          <w:i w:val="0"/>
          <w:smallCaps w:val="0"/>
          <w:strike w:val="0"/>
          <w:color w:val="000000"/>
          <w:u w:val="single"/>
        </w:rPr>
        <w:t>global power-projection</w:t>
      </w:r>
      <w:r>
        <w:rPr>
          <w:b w:val="0"/>
          <w:i w:val="0"/>
          <w:smallCaps w:val="0"/>
          <w:strike w:val="0"/>
          <w:color w:val="000000"/>
          <w:sz w:val="16"/>
          <w:u w:val="none"/>
        </w:rPr>
        <w:t xml:space="preserve"> capabilities.7 Perhaps more important, </w:t>
      </w:r>
      <w:r>
        <w:rPr>
          <w:b w:val="0"/>
          <w:i w:val="0"/>
          <w:smallCaps w:val="0"/>
          <w:strike w:val="0"/>
          <w:color w:val="000000"/>
          <w:u w:val="single"/>
        </w:rPr>
        <w:t>U.S. primacy was also</w:t>
      </w:r>
      <w:r>
        <w:rPr>
          <w:b w:val="0"/>
          <w:i w:val="0"/>
          <w:smallCaps w:val="0"/>
          <w:strike w:val="0"/>
          <w:color w:val="000000"/>
          <w:sz w:val="16"/>
          <w:u w:val="none"/>
        </w:rPr>
        <w:t xml:space="preserve"> </w:t>
      </w:r>
      <w:r>
        <w:rPr>
          <w:b w:val="0"/>
          <w:i w:val="0"/>
          <w:smallCaps w:val="0"/>
          <w:strike w:val="0"/>
          <w:color w:val="000000"/>
          <w:u w:val="single"/>
        </w:rPr>
        <w:t>unrivaled</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key </w:t>
      </w:r>
      <w:r>
        <w:rPr>
          <w:b w:val="0"/>
          <w:i w:val="0"/>
          <w:smallCaps w:val="0"/>
          <w:strike w:val="0"/>
          <w:color w:val="000000"/>
          <w:u w:val="single"/>
        </w:rPr>
        <w:t>overseas strategic regions—Europe,</w:t>
      </w:r>
      <w:r>
        <w:rPr>
          <w:b w:val="0"/>
          <w:i w:val="0"/>
          <w:smallCaps w:val="0"/>
          <w:strike w:val="0"/>
          <w:color w:val="000000"/>
          <w:sz w:val="16"/>
          <w:u w:val="none"/>
        </w:rPr>
        <w:t xml:space="preserve"> </w:t>
      </w:r>
      <w:r>
        <w:rPr>
          <w:b w:val="0"/>
          <w:i w:val="0"/>
          <w:smallCaps w:val="0"/>
          <w:strike w:val="0"/>
          <w:color w:val="000000"/>
          <w:u w:val="single"/>
        </w:rPr>
        <w:t>East Asia, the</w:t>
      </w:r>
      <w:r>
        <w:rPr>
          <w:b w:val="0"/>
          <w:i w:val="0"/>
          <w:smallCaps w:val="0"/>
          <w:strike w:val="0"/>
          <w:color w:val="000000"/>
          <w:sz w:val="16"/>
          <w:u w:val="none"/>
        </w:rPr>
        <w:t xml:space="preserve"> </w:t>
      </w:r>
      <w:r>
        <w:rPr>
          <w:b w:val="0"/>
          <w:i w:val="0"/>
          <w:smallCaps w:val="0"/>
          <w:strike w:val="0"/>
          <w:color w:val="000000"/>
          <w:u w:val="single"/>
        </w:rPr>
        <w:t>Middle East. From thrashing Saddam</w:t>
      </w:r>
      <w:r>
        <w:rPr>
          <w:b w:val="0"/>
          <w:i w:val="0"/>
          <w:smallCaps w:val="0"/>
          <w:strike w:val="0"/>
          <w:color w:val="000000"/>
          <w:sz w:val="16"/>
          <w:u w:val="none"/>
        </w:rPr>
        <w:t xml:space="preserve"> Hussein’s million-man Iraqi military </w:t>
      </w:r>
      <w:r>
        <w:rPr>
          <w:b w:val="0"/>
          <w:i w:val="0"/>
          <w:smallCaps w:val="0"/>
          <w:strike w:val="0"/>
          <w:color w:val="000000"/>
          <w:u w:val="single"/>
        </w:rPr>
        <w:t>during Operation Desert Storm, to deploying</w:t>
      </w:r>
      <w:r>
        <w:rPr>
          <w:b w:val="0"/>
          <w:i w:val="0"/>
          <w:smallCaps w:val="0"/>
          <w:strike w:val="0"/>
          <w:color w:val="000000"/>
          <w:sz w:val="16"/>
          <w:u w:val="none"/>
        </w:rPr>
        <w:t xml:space="preserve">—with impunity—two </w:t>
      </w:r>
      <w:r>
        <w:rPr>
          <w:b w:val="0"/>
          <w:i w:val="0"/>
          <w:smallCaps w:val="0"/>
          <w:strike w:val="0"/>
          <w:color w:val="000000"/>
          <w:u w:val="single"/>
        </w:rPr>
        <w:t>carrier strike groups off Taiwan during the China-Taiwan crisis</w:t>
      </w:r>
      <w:r>
        <w:rPr>
          <w:b w:val="0"/>
          <w:i w:val="0"/>
          <w:smallCaps w:val="0"/>
          <w:strike w:val="0"/>
          <w:color w:val="000000"/>
          <w:sz w:val="16"/>
          <w:u w:val="none"/>
        </w:rPr>
        <w:t xml:space="preserve"> of 1995– 96, </w:t>
      </w:r>
      <w:r>
        <w:rPr>
          <w:b w:val="0"/>
          <w:i w:val="0"/>
          <w:smallCaps w:val="0"/>
          <w:strike w:val="0"/>
          <w:color w:val="000000"/>
          <w:u w:val="single"/>
        </w:rPr>
        <w:t>Washington has been able to project military power</w:t>
      </w:r>
      <w:r>
        <w:rPr>
          <w:b w:val="0"/>
          <w:i w:val="0"/>
          <w:smallCaps w:val="0"/>
          <w:strike w:val="0"/>
          <w:color w:val="000000"/>
          <w:sz w:val="16"/>
          <w:u w:val="none"/>
        </w:rPr>
        <w:t xml:space="preserve"> </w:t>
      </w:r>
      <w:r>
        <w:rPr>
          <w:b w:val="0"/>
          <w:i w:val="0"/>
          <w:smallCaps w:val="0"/>
          <w:strike w:val="0"/>
          <w:color w:val="000000"/>
          <w:u w:val="single"/>
        </w:rPr>
        <w:t>superior to</w:t>
      </w:r>
      <w:r>
        <w:rPr>
          <w:b w:val="0"/>
          <w:i w:val="0"/>
          <w:smallCaps w:val="0"/>
          <w:strike w:val="0"/>
          <w:color w:val="000000"/>
          <w:sz w:val="16"/>
          <w:u w:val="none"/>
        </w:rPr>
        <w:t xml:space="preserve"> anything </w:t>
      </w:r>
      <w:r>
        <w:rPr>
          <w:b w:val="0"/>
          <w:i w:val="0"/>
          <w:smallCaps w:val="0"/>
          <w:strike w:val="0"/>
          <w:color w:val="000000"/>
          <w:u w:val="single"/>
        </w:rPr>
        <w:t>a regional rival</w:t>
      </w:r>
      <w:r>
        <w:rPr>
          <w:b w:val="0"/>
          <w:i w:val="0"/>
          <w:smallCaps w:val="0"/>
          <w:strike w:val="0"/>
          <w:color w:val="000000"/>
          <w:sz w:val="16"/>
          <w:u w:val="none"/>
        </w:rPr>
        <w:t xml:space="preserve"> could employ even </w:t>
      </w:r>
      <w:r>
        <w:rPr>
          <w:b w:val="0"/>
          <w:i w:val="0"/>
          <w:smallCaps w:val="0"/>
          <w:strike w:val="0"/>
          <w:color w:val="000000"/>
          <w:u w:val="single"/>
        </w:rPr>
        <w:t>on its own</w:t>
      </w:r>
      <w:r>
        <w:rPr>
          <w:b w:val="0"/>
          <w:i w:val="0"/>
          <w:smallCaps w:val="0"/>
          <w:strike w:val="0"/>
          <w:color w:val="000000"/>
          <w:sz w:val="16"/>
          <w:u w:val="none"/>
        </w:rPr>
        <w:t xml:space="preserve"> geopolitical </w:t>
      </w:r>
      <w:r>
        <w:rPr>
          <w:b w:val="0"/>
          <w:i w:val="0"/>
          <w:smallCaps w:val="0"/>
          <w:strike w:val="0"/>
          <w:color w:val="000000"/>
          <w:u w:val="single"/>
        </w:rPr>
        <w:t>doorstep</w:t>
      </w:r>
      <w:r>
        <w:rPr>
          <w:b w:val="0"/>
          <w:i w:val="0"/>
          <w:smallCaps w:val="0"/>
          <w:strike w:val="0"/>
          <w:color w:val="000000"/>
          <w:sz w:val="16"/>
          <w:u w:val="none"/>
        </w:rPr>
        <w:t xml:space="preserve">. This </w:t>
      </w:r>
      <w:r>
        <w:rPr>
          <w:b w:val="0"/>
          <w:i w:val="0"/>
          <w:smallCaps w:val="0"/>
          <w:strike w:val="0"/>
          <w:color w:val="000000"/>
          <w:u w:val="single"/>
        </w:rPr>
        <w:t>military</w:t>
      </w:r>
      <w:r>
        <w:rPr>
          <w:b w:val="0"/>
          <w:i w:val="0"/>
          <w:smallCaps w:val="0"/>
          <w:strike w:val="0"/>
          <w:color w:val="000000"/>
          <w:sz w:val="16"/>
          <w:u w:val="none"/>
        </w:rPr>
        <w:t xml:space="preserve"> </w:t>
      </w:r>
      <w:r>
        <w:rPr>
          <w:b w:val="0"/>
          <w:i w:val="0"/>
          <w:smallCaps w:val="0"/>
          <w:strike w:val="0"/>
          <w:color w:val="000000"/>
          <w:u w:val="single"/>
        </w:rPr>
        <w:t>dominance</w:t>
      </w:r>
      <w:r>
        <w:rPr>
          <w:b w:val="0"/>
          <w:i w:val="0"/>
          <w:smallCaps w:val="0"/>
          <w:strike w:val="0"/>
          <w:color w:val="000000"/>
          <w:sz w:val="16"/>
          <w:u w:val="none"/>
        </w:rPr>
        <w:t xml:space="preserve"> </w:t>
      </w:r>
      <w:r>
        <w:rPr>
          <w:b w:val="0"/>
          <w:i w:val="0"/>
          <w:smallCaps w:val="0"/>
          <w:strike w:val="0"/>
          <w:color w:val="000000"/>
          <w:u w:val="single"/>
        </w:rPr>
        <w:t>has</w:t>
      </w:r>
      <w:r>
        <w:rPr>
          <w:b w:val="0"/>
          <w:i w:val="0"/>
          <w:smallCaps w:val="0"/>
          <w:strike w:val="0"/>
          <w:color w:val="000000"/>
          <w:sz w:val="16"/>
          <w:u w:val="none"/>
        </w:rPr>
        <w:t xml:space="preserve"> </w:t>
      </w:r>
      <w:r>
        <w:rPr>
          <w:b w:val="0"/>
          <w:i w:val="0"/>
          <w:smallCaps w:val="0"/>
          <w:strike w:val="0"/>
          <w:color w:val="000000"/>
          <w:u w:val="single"/>
        </w:rPr>
        <w:t>constituted</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hard-power backbone</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an ambitious </w:t>
      </w:r>
      <w:r>
        <w:rPr>
          <w:b w:val="0"/>
          <w:i w:val="0"/>
          <w:smallCaps w:val="0"/>
          <w:strike w:val="0"/>
          <w:color w:val="000000"/>
          <w:u w:val="single"/>
        </w:rPr>
        <w:t>global strategy. After the Cold War</w:t>
      </w:r>
      <w:r>
        <w:rPr>
          <w:b w:val="0"/>
          <w:i w:val="0"/>
          <w:smallCaps w:val="0"/>
          <w:strike w:val="0"/>
          <w:color w:val="000000"/>
          <w:sz w:val="16"/>
          <w:u w:val="none"/>
        </w:rPr>
        <w:t xml:space="preserve">, U.S. </w:t>
      </w:r>
      <w:r>
        <w:rPr>
          <w:b w:val="0"/>
          <w:i w:val="0"/>
          <w:smallCaps w:val="0"/>
          <w:strike w:val="0"/>
          <w:color w:val="000000"/>
          <w:u w:val="single"/>
        </w:rPr>
        <w:t>policymakers committed to</w:t>
      </w:r>
      <w:r>
        <w:rPr>
          <w:b w:val="0"/>
          <w:i w:val="0"/>
          <w:smallCaps w:val="0"/>
          <w:strike w:val="0"/>
          <w:color w:val="000000"/>
          <w:sz w:val="16"/>
          <w:u w:val="none"/>
        </w:rPr>
        <w:t xml:space="preserve"> </w:t>
      </w:r>
      <w:r>
        <w:rPr>
          <w:b w:val="0"/>
          <w:i w:val="0"/>
          <w:smallCaps w:val="0"/>
          <w:strike w:val="0"/>
          <w:color w:val="000000"/>
          <w:u w:val="single"/>
        </w:rPr>
        <w:t>averting</w:t>
      </w:r>
      <w:r>
        <w:rPr>
          <w:b w:val="0"/>
          <w:i w:val="0"/>
          <w:smallCaps w:val="0"/>
          <w:strike w:val="0"/>
          <w:color w:val="000000"/>
          <w:sz w:val="16"/>
          <w:u w:val="none"/>
        </w:rPr>
        <w:t xml:space="preserve"> a return to the </w:t>
      </w:r>
      <w:r>
        <w:rPr>
          <w:b w:val="0"/>
          <w:i w:val="0"/>
          <w:smallCaps w:val="0"/>
          <w:strike w:val="0"/>
          <w:color w:val="000000"/>
          <w:u w:val="single"/>
        </w:rPr>
        <w:t>unstable multipolarity</w:t>
      </w:r>
      <w:r>
        <w:rPr>
          <w:b w:val="0"/>
          <w:i w:val="0"/>
          <w:smallCaps w:val="0"/>
          <w:strike w:val="0"/>
          <w:color w:val="000000"/>
          <w:sz w:val="16"/>
          <w:u w:val="none"/>
        </w:rPr>
        <w:t xml:space="preserve"> of earlier eras, </w:t>
      </w:r>
      <w:r>
        <w:rPr>
          <w:b w:val="0"/>
          <w:i w:val="0"/>
          <w:smallCaps w:val="0"/>
          <w:strike w:val="0"/>
          <w:color w:val="000000"/>
          <w:u w:val="single"/>
        </w:rPr>
        <w:t>and</w:t>
      </w:r>
      <w:r>
        <w:rPr>
          <w:b w:val="0"/>
          <w:i w:val="0"/>
          <w:smallCaps w:val="0"/>
          <w:strike w:val="0"/>
          <w:color w:val="000000"/>
          <w:sz w:val="16"/>
          <w:u w:val="none"/>
        </w:rPr>
        <w:t xml:space="preserve"> to </w:t>
      </w:r>
      <w:r>
        <w:rPr>
          <w:b w:val="0"/>
          <w:i w:val="0"/>
          <w:smallCaps w:val="0"/>
          <w:strike w:val="0"/>
          <w:color w:val="000000"/>
          <w:u w:val="single"/>
        </w:rPr>
        <w:t>perpetuating the</w:t>
      </w:r>
      <w:r>
        <w:rPr>
          <w:b w:val="0"/>
          <w:i w:val="0"/>
          <w:smallCaps w:val="0"/>
          <w:strike w:val="0"/>
          <w:color w:val="000000"/>
          <w:sz w:val="16"/>
          <w:u w:val="none"/>
        </w:rPr>
        <w:t xml:space="preserve"> more </w:t>
      </w:r>
      <w:r>
        <w:rPr>
          <w:b w:val="0"/>
          <w:i w:val="0"/>
          <w:smallCaps w:val="0"/>
          <w:strike w:val="0"/>
          <w:color w:val="000000"/>
          <w:u w:val="single"/>
        </w:rPr>
        <w:t>favorable unipolar order. They committed to building on</w:t>
      </w:r>
      <w:r>
        <w:rPr>
          <w:b w:val="0"/>
          <w:i w:val="0"/>
          <w:smallCaps w:val="0"/>
          <w:strike w:val="0"/>
          <w:color w:val="000000"/>
          <w:sz w:val="16"/>
          <w:u w:val="none"/>
        </w:rPr>
        <w:t xml:space="preserve"> the </w:t>
      </w:r>
      <w:r>
        <w:rPr>
          <w:b w:val="0"/>
          <w:i w:val="0"/>
          <w:smallCaps w:val="0"/>
          <w:strike w:val="0"/>
          <w:color w:val="000000"/>
          <w:u w:val="single"/>
        </w:rPr>
        <w:t>successes</w:t>
      </w:r>
      <w:r>
        <w:rPr>
          <w:b w:val="0"/>
          <w:i w:val="0"/>
          <w:smallCaps w:val="0"/>
          <w:strike w:val="0"/>
          <w:color w:val="000000"/>
          <w:sz w:val="16"/>
          <w:u w:val="none"/>
        </w:rPr>
        <w:t xml:space="preserve"> of the postwar era </w:t>
      </w:r>
      <w:r>
        <w:rPr>
          <w:b w:val="0"/>
          <w:i w:val="0"/>
          <w:smallCaps w:val="0"/>
          <w:strike w:val="0"/>
          <w:color w:val="000000"/>
          <w:u w:val="single"/>
        </w:rPr>
        <w:t>by</w:t>
      </w:r>
      <w:r>
        <w:rPr>
          <w:b w:val="0"/>
          <w:i w:val="0"/>
          <w:smallCaps w:val="0"/>
          <w:strike w:val="0"/>
          <w:color w:val="000000"/>
          <w:sz w:val="16"/>
          <w:u w:val="none"/>
        </w:rPr>
        <w:t xml:space="preserve"> further </w:t>
      </w:r>
      <w:r>
        <w:rPr>
          <w:b w:val="0"/>
          <w:i w:val="0"/>
          <w:smallCaps w:val="0"/>
          <w:strike w:val="0"/>
          <w:color w:val="000000"/>
          <w:u w:val="single"/>
        </w:rPr>
        <w:t>advancing liberal</w:t>
      </w:r>
      <w:r>
        <w:rPr>
          <w:b w:val="0"/>
          <w:i w:val="0"/>
          <w:smallCaps w:val="0"/>
          <w:strike w:val="0"/>
          <w:color w:val="000000"/>
          <w:sz w:val="16"/>
          <w:u w:val="none"/>
        </w:rPr>
        <w:t xml:space="preserve"> political </w:t>
      </w:r>
      <w:r>
        <w:rPr>
          <w:b w:val="0"/>
          <w:i w:val="0"/>
          <w:smallCaps w:val="0"/>
          <w:strike w:val="0"/>
          <w:color w:val="000000"/>
          <w:u w:val="single"/>
        </w:rPr>
        <w:t>values and an open international economy, and</w:t>
      </w:r>
      <w:r>
        <w:rPr>
          <w:b w:val="0"/>
          <w:i w:val="0"/>
          <w:smallCaps w:val="0"/>
          <w:strike w:val="0"/>
          <w:color w:val="000000"/>
          <w:sz w:val="16"/>
          <w:u w:val="none"/>
        </w:rPr>
        <w:t xml:space="preserve"> to </w:t>
      </w:r>
      <w:r>
        <w:rPr>
          <w:b w:val="0"/>
          <w:i w:val="0"/>
          <w:smallCaps w:val="0"/>
          <w:strike w:val="0"/>
          <w:color w:val="000000"/>
          <w:u w:val="single"/>
        </w:rPr>
        <w:t>suppressing</w:t>
      </w:r>
      <w:r>
        <w:rPr>
          <w:b w:val="0"/>
          <w:i w:val="0"/>
          <w:smallCaps w:val="0"/>
          <w:strike w:val="0"/>
          <w:color w:val="000000"/>
          <w:sz w:val="16"/>
          <w:u w:val="none"/>
        </w:rPr>
        <w:t xml:space="preserve"> international scourges such as </w:t>
      </w:r>
      <w:r>
        <w:rPr>
          <w:b w:val="0"/>
          <w:i w:val="0"/>
          <w:smallCaps w:val="0"/>
          <w:strike w:val="0"/>
          <w:color w:val="000000"/>
          <w:u w:val="single"/>
        </w:rPr>
        <w:t>rogue states,</w:t>
      </w:r>
      <w:r>
        <w:rPr>
          <w:b w:val="0"/>
          <w:i w:val="0"/>
          <w:smallCaps w:val="0"/>
          <w:strike w:val="0"/>
          <w:color w:val="000000"/>
          <w:sz w:val="16"/>
          <w:u w:val="none"/>
        </w:rPr>
        <w:t xml:space="preserve"> </w:t>
      </w:r>
      <w:r>
        <w:rPr>
          <w:b w:val="0"/>
          <w:i w:val="0"/>
          <w:smallCaps w:val="0"/>
          <w:strike w:val="0"/>
          <w:color w:val="000000"/>
          <w:u w:val="single"/>
        </w:rPr>
        <w:t>nuclear prolif</w:t>
      </w:r>
      <w:r>
        <w:rPr>
          <w:b w:val="0"/>
          <w:i w:val="0"/>
          <w:smallCaps w:val="0"/>
          <w:strike w:val="0"/>
          <w:color w:val="000000"/>
          <w:u w:val="single"/>
        </w:rPr>
        <w:t>eration, and</w:t>
      </w:r>
      <w:r>
        <w:rPr>
          <w:b w:val="0"/>
          <w:i w:val="0"/>
          <w:smallCaps w:val="0"/>
          <w:strike w:val="0"/>
          <w:color w:val="000000"/>
          <w:sz w:val="16"/>
          <w:u w:val="none"/>
        </w:rPr>
        <w:t xml:space="preserve"> </w:t>
      </w:r>
      <w:r>
        <w:rPr>
          <w:b w:val="0"/>
          <w:i w:val="0"/>
          <w:smallCaps w:val="0"/>
          <w:strike w:val="0"/>
          <w:color w:val="000000"/>
          <w:u w:val="single"/>
        </w:rPr>
        <w:t>catastrophic</w:t>
      </w:r>
      <w:r>
        <w:rPr>
          <w:b w:val="0"/>
          <w:i w:val="0"/>
          <w:smallCaps w:val="0"/>
          <w:strike w:val="0"/>
          <w:color w:val="000000"/>
          <w:sz w:val="16"/>
          <w:u w:val="none"/>
        </w:rPr>
        <w:t xml:space="preserve"> </w:t>
      </w:r>
      <w:r>
        <w:rPr>
          <w:b w:val="0"/>
          <w:i w:val="0"/>
          <w:smallCaps w:val="0"/>
          <w:strike w:val="0"/>
          <w:color w:val="000000"/>
          <w:u w:val="single"/>
        </w:rPr>
        <w:t>terrorism</w:t>
      </w:r>
      <w:r>
        <w:rPr>
          <w:b w:val="0"/>
          <w:i w:val="0"/>
          <w:smallCaps w:val="0"/>
          <w:strike w:val="0"/>
          <w:color w:val="000000"/>
          <w:sz w:val="16"/>
          <w:u w:val="none"/>
        </w:rPr>
        <w:t xml:space="preserve">. And because they recognized that military force remained the ultima ratio regum, </w:t>
      </w:r>
      <w:r>
        <w:rPr>
          <w:b w:val="0"/>
          <w:i w:val="0"/>
          <w:smallCaps w:val="0"/>
          <w:strike w:val="0"/>
          <w:color w:val="000000"/>
          <w:u w:val="single"/>
        </w:rPr>
        <w:t>they understood the</w:t>
      </w:r>
      <w:r>
        <w:rPr>
          <w:b w:val="0"/>
          <w:i w:val="0"/>
          <w:smallCaps w:val="0"/>
          <w:strike w:val="0"/>
          <w:color w:val="000000"/>
          <w:sz w:val="16"/>
          <w:u w:val="none"/>
        </w:rPr>
        <w:t xml:space="preserve"> </w:t>
      </w:r>
      <w:r>
        <w:rPr>
          <w:b w:val="0"/>
          <w:i w:val="0"/>
          <w:smallCaps w:val="0"/>
          <w:strike w:val="0"/>
          <w:color w:val="000000"/>
          <w:u w:val="single"/>
        </w:rPr>
        <w:t>centrality of military preponderance</w:t>
      </w:r>
      <w:r>
        <w:rPr>
          <w:b w:val="0"/>
          <w:i w:val="0"/>
          <w:smallCaps w:val="0"/>
          <w:strike w:val="0"/>
          <w:color w:val="000000"/>
          <w:sz w:val="16"/>
          <w:u w:val="none"/>
        </w:rPr>
        <w:t xml:space="preserve">. </w:t>
      </w:r>
      <w:r>
        <w:rPr>
          <w:b w:val="0"/>
          <w:i w:val="0"/>
          <w:smallCaps w:val="0"/>
          <w:strike w:val="0"/>
          <w:color w:val="000000"/>
          <w:u w:val="single"/>
        </w:rPr>
        <w:t>Washington would need</w:t>
      </w:r>
      <w:r>
        <w:rPr>
          <w:b w:val="0"/>
          <w:i w:val="0"/>
          <w:smallCaps w:val="0"/>
          <w:strike w:val="0"/>
          <w:color w:val="000000"/>
          <w:sz w:val="16"/>
          <w:u w:val="none"/>
        </w:rPr>
        <w:t xml:space="preserve"> the </w:t>
      </w:r>
      <w:r>
        <w:rPr>
          <w:b w:val="0"/>
          <w:i w:val="0"/>
          <w:smallCaps w:val="0"/>
          <w:strike w:val="0"/>
          <w:color w:val="000000"/>
          <w:u w:val="single"/>
        </w:rPr>
        <w:t>military power</w:t>
      </w:r>
      <w:r>
        <w:rPr>
          <w:b w:val="0"/>
          <w:i w:val="0"/>
          <w:smallCaps w:val="0"/>
          <w:strike w:val="0"/>
          <w:color w:val="000000"/>
          <w:sz w:val="16"/>
          <w:u w:val="none"/>
        </w:rPr>
        <w:t xml:space="preserve"> necessary </w:t>
      </w:r>
      <w:r>
        <w:rPr>
          <w:b w:val="0"/>
          <w:i w:val="0"/>
          <w:smallCaps w:val="0"/>
          <w:strike w:val="0"/>
          <w:color w:val="000000"/>
          <w:u w:val="single"/>
        </w:rPr>
        <w:t>to</w:t>
      </w:r>
      <w:r>
        <w:rPr>
          <w:b w:val="0"/>
          <w:i w:val="0"/>
          <w:smallCaps w:val="0"/>
          <w:strike w:val="0"/>
          <w:color w:val="000000"/>
          <w:sz w:val="16"/>
          <w:u w:val="none"/>
        </w:rPr>
        <w:t xml:space="preserve"> </w:t>
      </w:r>
      <w:r>
        <w:rPr>
          <w:b w:val="0"/>
          <w:i w:val="0"/>
          <w:smallCaps w:val="0"/>
          <w:strike w:val="0"/>
          <w:color w:val="000000"/>
          <w:u w:val="single"/>
        </w:rPr>
        <w:t>underwrite</w:t>
      </w:r>
      <w:r>
        <w:rPr>
          <w:b w:val="0"/>
          <w:i w:val="0"/>
          <w:smallCaps w:val="0"/>
          <w:strike w:val="0"/>
          <w:color w:val="000000"/>
          <w:sz w:val="16"/>
          <w:u w:val="none"/>
        </w:rPr>
        <w:t xml:space="preserve"> </w:t>
      </w:r>
      <w:r>
        <w:rPr>
          <w:b w:val="0"/>
          <w:i w:val="0"/>
          <w:smallCaps w:val="0"/>
          <w:strike w:val="0"/>
          <w:color w:val="000000"/>
          <w:u w:val="single"/>
        </w:rPr>
        <w:t>worldwide</w:t>
      </w:r>
      <w:r>
        <w:rPr>
          <w:b w:val="0"/>
          <w:i w:val="0"/>
          <w:smallCaps w:val="0"/>
          <w:strike w:val="0"/>
          <w:color w:val="000000"/>
          <w:sz w:val="16"/>
          <w:u w:val="none"/>
        </w:rPr>
        <w:t xml:space="preserve"> </w:t>
      </w:r>
      <w:r>
        <w:rPr>
          <w:b w:val="0"/>
          <w:i w:val="0"/>
          <w:smallCaps w:val="0"/>
          <w:strike w:val="0"/>
          <w:color w:val="000000"/>
          <w:u w:val="single"/>
        </w:rPr>
        <w:t>alliance commitments</w:t>
      </w:r>
      <w:r>
        <w:rPr>
          <w:b w:val="0"/>
          <w:i w:val="0"/>
          <w:smallCaps w:val="0"/>
          <w:strike w:val="0"/>
          <w:color w:val="000000"/>
          <w:u w:val="single"/>
        </w:rPr>
        <w:t>. It would have to</w:t>
      </w:r>
      <w:r>
        <w:rPr>
          <w:b w:val="0"/>
          <w:i w:val="0"/>
          <w:smallCaps w:val="0"/>
          <w:strike w:val="0"/>
          <w:color w:val="000000"/>
          <w:sz w:val="16"/>
          <w:u w:val="none"/>
        </w:rPr>
        <w:t xml:space="preserve"> </w:t>
      </w:r>
      <w:r>
        <w:rPr>
          <w:b w:val="0"/>
          <w:i w:val="0"/>
          <w:smallCaps w:val="0"/>
          <w:strike w:val="0"/>
          <w:color w:val="000000"/>
          <w:u w:val="single"/>
        </w:rPr>
        <w:t>preserve</w:t>
      </w:r>
      <w:r>
        <w:rPr>
          <w:b w:val="0"/>
          <w:i w:val="0"/>
          <w:smallCaps w:val="0"/>
          <w:strike w:val="0"/>
          <w:color w:val="000000"/>
          <w:sz w:val="16"/>
          <w:u w:val="none"/>
        </w:rPr>
        <w:t xml:space="preserve"> </w:t>
      </w:r>
      <w:r>
        <w:rPr>
          <w:b w:val="0"/>
          <w:i w:val="0"/>
          <w:smallCaps w:val="0"/>
          <w:strike w:val="0"/>
          <w:color w:val="000000"/>
          <w:u w:val="single"/>
        </w:rPr>
        <w:t>substantial overmatch</w:t>
      </w:r>
      <w:r>
        <w:rPr>
          <w:b w:val="0"/>
          <w:i w:val="0"/>
          <w:smallCaps w:val="0"/>
          <w:strike w:val="0"/>
          <w:color w:val="000000"/>
          <w:sz w:val="16"/>
          <w:u w:val="none"/>
        </w:rPr>
        <w:t xml:space="preserve"> </w:t>
      </w:r>
      <w:r>
        <w:rPr>
          <w:b w:val="0"/>
          <w:i w:val="0"/>
          <w:smallCaps w:val="0"/>
          <w:strike w:val="0"/>
          <w:color w:val="000000"/>
          <w:u w:val="single"/>
        </w:rPr>
        <w:t>versus any</w:t>
      </w:r>
      <w:r>
        <w:rPr>
          <w:b w:val="0"/>
          <w:i w:val="0"/>
          <w:smallCaps w:val="0"/>
          <w:strike w:val="0"/>
          <w:color w:val="000000"/>
          <w:sz w:val="16"/>
          <w:u w:val="none"/>
        </w:rPr>
        <w:t xml:space="preserve"> potential </w:t>
      </w:r>
      <w:r>
        <w:rPr>
          <w:b w:val="0"/>
          <w:i w:val="0"/>
          <w:smallCaps w:val="0"/>
          <w:strike w:val="0"/>
          <w:color w:val="000000"/>
          <w:u w:val="single"/>
        </w:rPr>
        <w:t>great-power rival. It must</w:t>
      </w:r>
      <w:r>
        <w:rPr>
          <w:b w:val="0"/>
          <w:i w:val="0"/>
          <w:smallCaps w:val="0"/>
          <w:strike w:val="0"/>
          <w:color w:val="000000"/>
          <w:sz w:val="16"/>
          <w:u w:val="none"/>
        </w:rPr>
        <w:t xml:space="preserve"> be able to </w:t>
      </w:r>
      <w:r>
        <w:rPr>
          <w:b w:val="0"/>
          <w:i w:val="0"/>
          <w:smallCaps w:val="0"/>
          <w:strike w:val="0"/>
          <w:color w:val="000000"/>
          <w:u w:val="single"/>
        </w:rPr>
        <w:t>answer the sharpest challenges to the international system</w:t>
      </w:r>
      <w:r>
        <w:rPr>
          <w:b w:val="0"/>
          <w:i w:val="0"/>
          <w:smallCaps w:val="0"/>
          <w:strike w:val="0"/>
          <w:color w:val="000000"/>
          <w:sz w:val="16"/>
          <w:u w:val="none"/>
        </w:rPr>
        <w:t xml:space="preserve">, such as Saddam’s invasion of Kuwait in 1990 or jihadist extremism after 9/11. Finally, </w:t>
      </w:r>
      <w:r>
        <w:rPr>
          <w:b w:val="0"/>
          <w:i w:val="0"/>
          <w:smallCaps w:val="0"/>
          <w:strike w:val="0"/>
          <w:color w:val="000000"/>
          <w:u w:val="single"/>
        </w:rPr>
        <w:t>because</w:t>
      </w:r>
      <w:r>
        <w:rPr>
          <w:b w:val="0"/>
          <w:i w:val="0"/>
          <w:smallCaps w:val="0"/>
          <w:strike w:val="0"/>
          <w:color w:val="000000"/>
          <w:sz w:val="16"/>
          <w:u w:val="none"/>
        </w:rPr>
        <w:t xml:space="preserve"> prevailing </w:t>
      </w:r>
      <w:r>
        <w:rPr>
          <w:b w:val="0"/>
          <w:i w:val="0"/>
          <w:smallCaps w:val="0"/>
          <w:strike w:val="0"/>
          <w:color w:val="000000"/>
          <w:u w:val="single"/>
        </w:rPr>
        <w:t>global norms</w:t>
      </w:r>
      <w:r>
        <w:rPr>
          <w:b w:val="0"/>
          <w:i w:val="0"/>
          <w:smallCaps w:val="0"/>
          <w:strike w:val="0"/>
          <w:color w:val="000000"/>
          <w:sz w:val="16"/>
          <w:u w:val="none"/>
        </w:rPr>
        <w:t xml:space="preserve"> generally </w:t>
      </w:r>
      <w:r>
        <w:rPr>
          <w:b w:val="0"/>
          <w:i w:val="0"/>
          <w:smallCaps w:val="0"/>
          <w:strike w:val="0"/>
          <w:color w:val="000000"/>
          <w:u w:val="single"/>
        </w:rPr>
        <w:t>reflect hard-power realities, America would need</w:t>
      </w:r>
      <w:r>
        <w:rPr>
          <w:b w:val="0"/>
          <w:i w:val="0"/>
          <w:smallCaps w:val="0"/>
          <w:strike w:val="0"/>
          <w:color w:val="000000"/>
          <w:sz w:val="16"/>
          <w:u w:val="none"/>
        </w:rPr>
        <w:t xml:space="preserve"> the </w:t>
      </w:r>
      <w:r>
        <w:rPr>
          <w:b w:val="0"/>
          <w:i w:val="0"/>
          <w:smallCaps w:val="0"/>
          <w:strike w:val="0"/>
          <w:color w:val="000000"/>
          <w:u w:val="single"/>
        </w:rPr>
        <w:t>superiority to assure</w:t>
      </w:r>
      <w:r>
        <w:rPr>
          <w:b w:val="0"/>
          <w:i w:val="0"/>
          <w:smallCaps w:val="0"/>
          <w:strike w:val="0"/>
          <w:color w:val="000000"/>
          <w:sz w:val="16"/>
          <w:u w:val="none"/>
        </w:rPr>
        <w:t xml:space="preserve"> that </w:t>
      </w:r>
      <w:r>
        <w:rPr>
          <w:b w:val="0"/>
          <w:i w:val="0"/>
          <w:smallCaps w:val="0"/>
          <w:strike w:val="0"/>
          <w:color w:val="000000"/>
          <w:u w:val="single"/>
        </w:rPr>
        <w:t>its own values remained</w:t>
      </w:r>
      <w:r>
        <w:rPr>
          <w:b w:val="0"/>
          <w:i w:val="0"/>
          <w:smallCaps w:val="0"/>
          <w:strike w:val="0"/>
          <w:color w:val="000000"/>
          <w:sz w:val="16"/>
          <w:u w:val="none"/>
        </w:rPr>
        <w:t xml:space="preserve"> </w:t>
      </w:r>
      <w:r>
        <w:rPr>
          <w:b w:val="0"/>
          <w:i w:val="0"/>
          <w:smallCaps w:val="0"/>
          <w:strike w:val="0"/>
          <w:color w:val="000000"/>
          <w:u w:val="single"/>
        </w:rPr>
        <w:t>ascendant.</w:t>
      </w:r>
      <w:r>
        <w:rPr>
          <w:b w:val="0"/>
          <w:i w:val="0"/>
          <w:smallCaps w:val="0"/>
          <w:strike w:val="0"/>
          <w:color w:val="000000"/>
          <w:sz w:val="16"/>
          <w:u w:val="none"/>
        </w:rPr>
        <w:t xml:space="preserve"> It was impolitic to say that U.S. strategy and the international order required “strengths beyond challenge,” but it was not at all inaccurate. </w:t>
      </w:r>
      <w:r>
        <w:rPr>
          <w:b w:val="0"/>
          <w:i w:val="0"/>
          <w:smallCaps w:val="0"/>
          <w:strike w:val="0"/>
          <w:color w:val="000000"/>
          <w:u w:val="single"/>
        </w:rPr>
        <w:t>American primacy</w:t>
      </w:r>
      <w:r>
        <w:rPr>
          <w:b w:val="0"/>
          <w:i w:val="0"/>
          <w:smallCaps w:val="0"/>
          <w:strike w:val="0"/>
          <w:color w:val="000000"/>
          <w:sz w:val="16"/>
          <w:u w:val="none"/>
        </w:rPr>
        <w:t xml:space="preserve">, moreover, </w:t>
      </w:r>
      <w:r>
        <w:rPr>
          <w:b w:val="0"/>
          <w:i w:val="0"/>
          <w:smallCaps w:val="0"/>
          <w:strike w:val="0"/>
          <w:color w:val="000000"/>
          <w:u w:val="single"/>
        </w:rPr>
        <w:t>was</w:t>
      </w:r>
      <w:r>
        <w:rPr>
          <w:b w:val="0"/>
          <w:i w:val="0"/>
          <w:smallCaps w:val="0"/>
          <w:strike w:val="0"/>
          <w:color w:val="000000"/>
          <w:sz w:val="16"/>
          <w:u w:val="none"/>
        </w:rPr>
        <w:t xml:space="preserve"> eminently </w:t>
      </w:r>
      <w:r>
        <w:rPr>
          <w:b w:val="0"/>
          <w:i w:val="0"/>
          <w:smallCaps w:val="0"/>
          <w:strike w:val="0"/>
          <w:color w:val="000000"/>
          <w:u w:val="single"/>
        </w:rPr>
        <w:t>affordable. At the height of the Cold War, the U</w:t>
      </w:r>
      <w:r>
        <w:rPr>
          <w:b w:val="0"/>
          <w:i w:val="0"/>
          <w:smallCaps w:val="0"/>
          <w:strike w:val="0"/>
          <w:color w:val="000000"/>
          <w:sz w:val="16"/>
          <w:u w:val="none"/>
        </w:rPr>
        <w:t xml:space="preserve">nited </w:t>
      </w:r>
      <w:r>
        <w:rPr>
          <w:b w:val="0"/>
          <w:i w:val="0"/>
          <w:smallCaps w:val="0"/>
          <w:strike w:val="0"/>
          <w:color w:val="000000"/>
          <w:u w:val="single"/>
        </w:rPr>
        <w:t>S</w:t>
      </w:r>
      <w:r>
        <w:rPr>
          <w:b w:val="0"/>
          <w:i w:val="0"/>
          <w:smallCaps w:val="0"/>
          <w:strike w:val="0"/>
          <w:color w:val="000000"/>
          <w:sz w:val="16"/>
          <w:u w:val="none"/>
        </w:rPr>
        <w:t xml:space="preserve">tates </w:t>
      </w:r>
      <w:r>
        <w:rPr>
          <w:b w:val="0"/>
          <w:i w:val="0"/>
          <w:smallCaps w:val="0"/>
          <w:strike w:val="0"/>
          <w:color w:val="000000"/>
          <w:u w:val="single"/>
        </w:rPr>
        <w:t>spent</w:t>
      </w:r>
      <w:r>
        <w:rPr>
          <w:b w:val="0"/>
          <w:i w:val="0"/>
          <w:smallCaps w:val="0"/>
          <w:strike w:val="0"/>
          <w:color w:val="000000"/>
          <w:sz w:val="16"/>
          <w:u w:val="none"/>
        </w:rPr>
        <w:t xml:space="preserve"> over </w:t>
      </w:r>
      <w:r>
        <w:rPr>
          <w:b w:val="0"/>
          <w:i w:val="0"/>
          <w:smallCaps w:val="0"/>
          <w:strike w:val="0"/>
          <w:color w:val="000000"/>
          <w:u w:val="single"/>
        </w:rPr>
        <w:t>12 percent of GDP on defense. Since the mid-1990s, the number has</w:t>
      </w:r>
      <w:r>
        <w:rPr>
          <w:b w:val="0"/>
          <w:i w:val="0"/>
          <w:smallCaps w:val="0"/>
          <w:strike w:val="0"/>
          <w:color w:val="000000"/>
          <w:sz w:val="16"/>
          <w:u w:val="none"/>
        </w:rPr>
        <w:t xml:space="preserve"> usually </w:t>
      </w:r>
      <w:r>
        <w:rPr>
          <w:b w:val="0"/>
          <w:i w:val="0"/>
          <w:smallCaps w:val="0"/>
          <w:strike w:val="0"/>
          <w:color w:val="000000"/>
          <w:u w:val="single"/>
        </w:rPr>
        <w:t>been</w:t>
      </w:r>
      <w:r>
        <w:rPr>
          <w:b w:val="0"/>
          <w:i w:val="0"/>
          <w:smallCaps w:val="0"/>
          <w:strike w:val="0"/>
          <w:color w:val="000000"/>
          <w:sz w:val="16"/>
          <w:u w:val="none"/>
        </w:rPr>
        <w:t xml:space="preserve"> between </w:t>
      </w:r>
      <w:r>
        <w:rPr>
          <w:b w:val="0"/>
          <w:i w:val="0"/>
          <w:smallCaps w:val="0"/>
          <w:strike w:val="0"/>
          <w:color w:val="000000"/>
          <w:u w:val="single"/>
        </w:rPr>
        <w:t>3 and 4 percent</w:t>
      </w:r>
      <w:r>
        <w:rPr>
          <w:b w:val="0"/>
          <w:i w:val="0"/>
          <w:smallCaps w:val="0"/>
          <w:strike w:val="0"/>
          <w:color w:val="000000"/>
          <w:sz w:val="16"/>
          <w:u w:val="none"/>
        </w:rPr>
        <w:t xml:space="preserve">.8 In a historically favorable international environment, Washington could enjoy primacy—and its geopolitical fruits—on the cheap. Yet U.S. strategy also heeded, at least until recently, the fact that there was a limit to how cheaply that primacy could be had. </w:t>
      </w:r>
      <w:r>
        <w:rPr>
          <w:b w:val="0"/>
          <w:i w:val="0"/>
          <w:smallCaps w:val="0"/>
          <w:strike w:val="0"/>
          <w:color w:val="000000"/>
          <w:u w:val="single"/>
        </w:rPr>
        <w:t>The</w:t>
      </w:r>
      <w:r>
        <w:rPr>
          <w:b w:val="0"/>
          <w:i w:val="0"/>
          <w:smallCaps w:val="0"/>
          <w:strike w:val="0"/>
          <w:color w:val="000000"/>
          <w:sz w:val="16"/>
          <w:u w:val="none"/>
        </w:rPr>
        <w:t xml:space="preserve"> American </w:t>
      </w:r>
      <w:r>
        <w:rPr>
          <w:b w:val="0"/>
          <w:i w:val="0"/>
          <w:smallCaps w:val="0"/>
          <w:strike w:val="0"/>
          <w:color w:val="000000"/>
          <w:u w:val="single"/>
        </w:rPr>
        <w:t>military did shrink</w:t>
      </w:r>
      <w:r>
        <w:rPr>
          <w:b w:val="0"/>
          <w:i w:val="0"/>
          <w:smallCaps w:val="0"/>
          <w:strike w:val="0"/>
          <w:color w:val="000000"/>
          <w:sz w:val="16"/>
          <w:u w:val="none"/>
        </w:rPr>
        <w:t xml:space="preserve"> significantly </w:t>
      </w:r>
      <w:r>
        <w:rPr>
          <w:b w:val="0"/>
          <w:i w:val="0"/>
          <w:smallCaps w:val="0"/>
          <w:strike w:val="0"/>
          <w:color w:val="000000"/>
          <w:u w:val="single"/>
        </w:rPr>
        <w:t>during the 1990s, but</w:t>
      </w:r>
      <w:r>
        <w:rPr>
          <w:b w:val="0"/>
          <w:i w:val="0"/>
          <w:smallCaps w:val="0"/>
          <w:strike w:val="0"/>
          <w:color w:val="000000"/>
          <w:sz w:val="16"/>
          <w:u w:val="none"/>
        </w:rPr>
        <w:t xml:space="preserve"> U.S. </w:t>
      </w:r>
      <w:r>
        <w:rPr>
          <w:b w:val="0"/>
          <w:i w:val="0"/>
          <w:smallCaps w:val="0"/>
          <w:strike w:val="0"/>
          <w:color w:val="000000"/>
          <w:u w:val="single"/>
        </w:rPr>
        <w:t>officials understood that if Washington cut</w:t>
      </w:r>
      <w:r>
        <w:rPr>
          <w:b w:val="0"/>
          <w:i w:val="0"/>
          <w:smallCaps w:val="0"/>
          <w:strike w:val="0"/>
          <w:color w:val="000000"/>
          <w:sz w:val="16"/>
          <w:u w:val="none"/>
        </w:rPr>
        <w:t xml:space="preserve"> </w:t>
      </w:r>
      <w:r>
        <w:rPr>
          <w:b w:val="0"/>
          <w:i w:val="0"/>
          <w:smallCaps w:val="0"/>
          <w:strike w:val="0"/>
          <w:color w:val="000000"/>
          <w:u w:val="single"/>
        </w:rPr>
        <w:t>back too far, its</w:t>
      </w:r>
      <w:r>
        <w:rPr>
          <w:b w:val="0"/>
          <w:i w:val="0"/>
          <w:smallCaps w:val="0"/>
          <w:strike w:val="0"/>
          <w:color w:val="000000"/>
          <w:sz w:val="16"/>
          <w:u w:val="none"/>
        </w:rPr>
        <w:t xml:space="preserve"> </w:t>
      </w:r>
      <w:r>
        <w:rPr>
          <w:b w:val="0"/>
          <w:i w:val="0"/>
          <w:smallCaps w:val="0"/>
          <w:strike w:val="0"/>
          <w:color w:val="000000"/>
          <w:u w:val="single"/>
        </w:rPr>
        <w:t>primacy would erode</w:t>
      </w:r>
      <w:r>
        <w:rPr>
          <w:b w:val="0"/>
          <w:i w:val="0"/>
          <w:smallCaps w:val="0"/>
          <w:strike w:val="0"/>
          <w:color w:val="000000"/>
          <w:sz w:val="16"/>
          <w:u w:val="none"/>
        </w:rPr>
        <w:t xml:space="preserve"> to a point </w:t>
      </w:r>
      <w:r>
        <w:rPr>
          <w:b w:val="0"/>
          <w:i w:val="0"/>
          <w:smallCaps w:val="0"/>
          <w:strike w:val="0"/>
          <w:color w:val="000000"/>
          <w:u w:val="single"/>
        </w:rPr>
        <w:t>where it ceased to deliver</w:t>
      </w:r>
      <w:r>
        <w:rPr>
          <w:b w:val="0"/>
          <w:i w:val="0"/>
          <w:smallCaps w:val="0"/>
          <w:strike w:val="0"/>
          <w:color w:val="000000"/>
          <w:sz w:val="16"/>
          <w:u w:val="none"/>
        </w:rPr>
        <w:t xml:space="preserve"> its </w:t>
      </w:r>
      <w:r>
        <w:rPr>
          <w:b w:val="0"/>
          <w:i w:val="0"/>
          <w:smallCaps w:val="0"/>
          <w:strike w:val="0"/>
          <w:color w:val="000000"/>
          <w:u w:val="single"/>
        </w:rPr>
        <w:t>geopolitical benefits. Alliances would</w:t>
      </w:r>
      <w:r>
        <w:rPr>
          <w:b w:val="0"/>
          <w:i w:val="0"/>
          <w:smallCaps w:val="0"/>
          <w:strike w:val="0"/>
          <w:color w:val="000000"/>
          <w:sz w:val="16"/>
          <w:u w:val="none"/>
        </w:rPr>
        <w:t xml:space="preserve"> </w:t>
      </w:r>
      <w:r>
        <w:rPr>
          <w:b w:val="0"/>
          <w:i w:val="0"/>
          <w:smallCaps w:val="0"/>
          <w:strike w:val="0"/>
          <w:color w:val="000000"/>
          <w:u w:val="single"/>
        </w:rPr>
        <w:t>lose credibility; the stability of</w:t>
      </w:r>
      <w:r>
        <w:rPr>
          <w:b w:val="0"/>
          <w:i w:val="0"/>
          <w:smallCaps w:val="0"/>
          <w:strike w:val="0"/>
          <w:color w:val="000000"/>
          <w:sz w:val="16"/>
          <w:u w:val="none"/>
        </w:rPr>
        <w:t xml:space="preserve"> key </w:t>
      </w:r>
      <w:r>
        <w:rPr>
          <w:b w:val="0"/>
          <w:i w:val="0"/>
          <w:smallCaps w:val="0"/>
          <w:strike w:val="0"/>
          <w:color w:val="000000"/>
          <w:u w:val="single"/>
        </w:rPr>
        <w:t>regions would be</w:t>
      </w:r>
      <w:r>
        <w:rPr>
          <w:b w:val="0"/>
          <w:i w:val="0"/>
          <w:smallCaps w:val="0"/>
          <w:strike w:val="0"/>
          <w:color w:val="000000"/>
          <w:sz w:val="16"/>
          <w:u w:val="none"/>
        </w:rPr>
        <w:t xml:space="preserve"> </w:t>
      </w:r>
      <w:r>
        <w:rPr>
          <w:b w:val="0"/>
          <w:i w:val="0"/>
          <w:smallCaps w:val="0"/>
          <w:strike w:val="0"/>
          <w:color w:val="000000"/>
          <w:u w:val="single"/>
        </w:rPr>
        <w:t>eroded; rivals would be</w:t>
      </w:r>
      <w:r>
        <w:rPr>
          <w:b w:val="0"/>
          <w:i w:val="0"/>
          <w:smallCaps w:val="0"/>
          <w:strike w:val="0"/>
          <w:color w:val="000000"/>
          <w:sz w:val="16"/>
          <w:u w:val="none"/>
        </w:rPr>
        <w:t xml:space="preserve"> </w:t>
      </w:r>
      <w:r>
        <w:rPr>
          <w:b w:val="0"/>
          <w:i w:val="0"/>
          <w:smallCaps w:val="0"/>
          <w:strike w:val="0"/>
          <w:color w:val="000000"/>
          <w:u w:val="single"/>
        </w:rPr>
        <w:t>emboldened; international</w:t>
      </w:r>
      <w:r>
        <w:rPr>
          <w:b w:val="0"/>
          <w:i w:val="0"/>
          <w:smallCaps w:val="0"/>
          <w:strike w:val="0"/>
          <w:color w:val="000000"/>
          <w:sz w:val="16"/>
          <w:u w:val="none"/>
        </w:rPr>
        <w:t xml:space="preserve"> </w:t>
      </w:r>
      <w:r>
        <w:rPr>
          <w:b w:val="0"/>
          <w:i w:val="0"/>
          <w:smallCaps w:val="0"/>
          <w:strike w:val="0"/>
          <w:color w:val="000000"/>
          <w:u w:val="single"/>
        </w:rPr>
        <w:t>crises would go unaddressed</w:t>
      </w:r>
      <w:r>
        <w:rPr>
          <w:b w:val="0"/>
          <w:i w:val="0"/>
          <w:smallCaps w:val="0"/>
          <w:strike w:val="0"/>
          <w:color w:val="000000"/>
          <w:sz w:val="16"/>
          <w:u w:val="none"/>
        </w:rPr>
        <w:t xml:space="preserve">. American primacy was thus like a reasonably priced insurance policy. It required nontrivial expenditures, but protected against far costlier outcomes.9 Washington paid its insurance premiums for two decades after the Cold War. But more recently American primacy and strategic solvency have been imperiled. THE DARKENING HORIZON For most of the post–Cold War era, the international </w:t>
      </w:r>
      <w:r>
        <w:rPr>
          <w:b w:val="0"/>
          <w:i w:val="0"/>
          <w:smallCaps w:val="0"/>
          <w:strike w:val="0"/>
          <w:color w:val="000000"/>
          <w:sz w:val="16"/>
          <w:u w:val="none"/>
        </w:rPr>
        <w:t xml:space="preserve">system was— by historical standards—remarkably benign. Dangers existed, and as the terrorist attacks of September 11, 2001, demonstrated, they could manifest with horrific effect. But </w:t>
      </w:r>
      <w:r>
        <w:rPr>
          <w:b w:val="0"/>
          <w:i w:val="0"/>
          <w:smallCaps w:val="0"/>
          <w:strike w:val="0"/>
          <w:color w:val="000000"/>
          <w:u w:val="single"/>
        </w:rPr>
        <w:t>for two decades after the Soviet collapse, the world was characterized by</w:t>
      </w:r>
      <w:r>
        <w:rPr>
          <w:b w:val="0"/>
          <w:i w:val="0"/>
          <w:smallCaps w:val="0"/>
          <w:strike w:val="0"/>
          <w:color w:val="000000"/>
          <w:sz w:val="16"/>
          <w:u w:val="none"/>
        </w:rPr>
        <w:t xml:space="preserve"> remarkably </w:t>
      </w:r>
      <w:r>
        <w:rPr>
          <w:b w:val="0"/>
          <w:i w:val="0"/>
          <w:smallCaps w:val="0"/>
          <w:strike w:val="0"/>
          <w:color w:val="000000"/>
          <w:u w:val="single"/>
        </w:rPr>
        <w:t>low levels of great-power competition, high</w:t>
      </w:r>
      <w:r>
        <w:rPr>
          <w:b w:val="0"/>
          <w:i w:val="0"/>
          <w:smallCaps w:val="0"/>
          <w:strike w:val="0"/>
          <w:color w:val="000000"/>
          <w:sz w:val="16"/>
          <w:u w:val="none"/>
        </w:rPr>
        <w:t xml:space="preserve"> levels of </w:t>
      </w:r>
      <w:r>
        <w:rPr>
          <w:b w:val="0"/>
          <w:i w:val="0"/>
          <w:smallCaps w:val="0"/>
          <w:strike w:val="0"/>
          <w:color w:val="000000"/>
          <w:u w:val="single"/>
        </w:rPr>
        <w:t>security in</w:t>
      </w:r>
      <w:r>
        <w:rPr>
          <w:b w:val="0"/>
          <w:i w:val="0"/>
          <w:smallCaps w:val="0"/>
          <w:strike w:val="0"/>
          <w:color w:val="000000"/>
          <w:sz w:val="16"/>
          <w:u w:val="none"/>
        </w:rPr>
        <w:t xml:space="preserve"> key theaters such as </w:t>
      </w:r>
      <w:r>
        <w:rPr>
          <w:b w:val="0"/>
          <w:i w:val="0"/>
          <w:smallCaps w:val="0"/>
          <w:strike w:val="0"/>
          <w:color w:val="000000"/>
          <w:u w:val="single"/>
        </w:rPr>
        <w:t>Europe and East Asia, and the</w:t>
      </w:r>
      <w:r>
        <w:rPr>
          <w:b w:val="0"/>
          <w:i w:val="0"/>
          <w:smallCaps w:val="0"/>
          <w:strike w:val="0"/>
          <w:color w:val="000000"/>
          <w:sz w:val="16"/>
          <w:u w:val="none"/>
        </w:rPr>
        <w:t xml:space="preserve"> </w:t>
      </w:r>
      <w:r>
        <w:rPr>
          <w:b w:val="0"/>
          <w:i w:val="0"/>
          <w:smallCaps w:val="0"/>
          <w:strike w:val="0"/>
          <w:color w:val="000000"/>
          <w:u w:val="single"/>
        </w:rPr>
        <w:t>comparative weakness</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those </w:t>
      </w:r>
      <w:r>
        <w:rPr>
          <w:b w:val="0"/>
          <w:i w:val="0"/>
          <w:smallCaps w:val="0"/>
          <w:strike w:val="0"/>
          <w:color w:val="000000"/>
          <w:u w:val="single"/>
        </w:rPr>
        <w:t>“rogue” actors—Iran, Iraq, North Korea, al-Qaeda—who</w:t>
      </w:r>
      <w:r>
        <w:rPr>
          <w:b w:val="0"/>
          <w:i w:val="0"/>
          <w:smallCaps w:val="0"/>
          <w:strike w:val="0"/>
          <w:color w:val="000000"/>
          <w:sz w:val="16"/>
          <w:u w:val="none"/>
        </w:rPr>
        <w:t xml:space="preserve"> most aggressively </w:t>
      </w:r>
      <w:r>
        <w:rPr>
          <w:b w:val="0"/>
          <w:i w:val="0"/>
          <w:smallCaps w:val="0"/>
          <w:strike w:val="0"/>
          <w:color w:val="000000"/>
          <w:u w:val="single"/>
        </w:rPr>
        <w:t>challenged American power.</w:t>
      </w:r>
      <w:r>
        <w:rPr>
          <w:b w:val="0"/>
          <w:i w:val="0"/>
          <w:smallCaps w:val="0"/>
          <w:strike w:val="0"/>
          <w:color w:val="000000"/>
          <w:sz w:val="16"/>
          <w:u w:val="none"/>
        </w:rPr>
        <w:t xml:space="preserve"> During the 1990s, some observers even spoke of a “strategic pause,” the idea being that the end of </w:t>
      </w:r>
      <w:r>
        <w:rPr>
          <w:b w:val="0"/>
          <w:i w:val="0"/>
          <w:smallCaps w:val="0"/>
          <w:strike w:val="0"/>
          <w:color w:val="000000"/>
          <w:u w:val="single"/>
        </w:rPr>
        <w:t>the Cold War</w:t>
      </w:r>
      <w:r>
        <w:rPr>
          <w:b w:val="0"/>
          <w:i w:val="0"/>
          <w:smallCaps w:val="0"/>
          <w:strike w:val="0"/>
          <w:color w:val="000000"/>
          <w:sz w:val="16"/>
          <w:u w:val="none"/>
        </w:rPr>
        <w:t xml:space="preserve"> had </w:t>
      </w:r>
      <w:r>
        <w:rPr>
          <w:b w:val="0"/>
          <w:i w:val="0"/>
          <w:smallCaps w:val="0"/>
          <w:strike w:val="0"/>
          <w:color w:val="000000"/>
          <w:u w:val="single"/>
        </w:rPr>
        <w:t>afforded the U</w:t>
      </w:r>
      <w:r>
        <w:rPr>
          <w:b w:val="0"/>
          <w:i w:val="0"/>
          <w:smallCaps w:val="0"/>
          <w:strike w:val="0"/>
          <w:color w:val="000000"/>
          <w:sz w:val="16"/>
          <w:u w:val="none"/>
        </w:rPr>
        <w:t xml:space="preserve">nited </w:t>
      </w:r>
      <w:r>
        <w:rPr>
          <w:b w:val="0"/>
          <w:i w:val="0"/>
          <w:smallCaps w:val="0"/>
          <w:strike w:val="0"/>
          <w:color w:val="000000"/>
          <w:u w:val="single"/>
        </w:rPr>
        <w:t>S</w:t>
      </w:r>
      <w:r>
        <w:rPr>
          <w:b w:val="0"/>
          <w:i w:val="0"/>
          <w:smallCaps w:val="0"/>
          <w:strike w:val="0"/>
          <w:color w:val="000000"/>
          <w:sz w:val="16"/>
          <w:u w:val="none"/>
        </w:rPr>
        <w:t xml:space="preserve">tates </w:t>
      </w:r>
      <w:r>
        <w:rPr>
          <w:b w:val="0"/>
          <w:i w:val="0"/>
          <w:smallCaps w:val="0"/>
          <w:strike w:val="0"/>
          <w:color w:val="000000"/>
          <w:u w:val="single"/>
        </w:rPr>
        <w:t>a respite from</w:t>
      </w:r>
      <w:r>
        <w:rPr>
          <w:b w:val="0"/>
          <w:i w:val="0"/>
          <w:smallCaps w:val="0"/>
          <w:strike w:val="0"/>
          <w:color w:val="000000"/>
          <w:sz w:val="16"/>
          <w:u w:val="none"/>
        </w:rPr>
        <w:t xml:space="preserve"> normal levels of </w:t>
      </w:r>
      <w:r>
        <w:rPr>
          <w:b w:val="0"/>
          <w:i w:val="0"/>
          <w:smallCaps w:val="0"/>
          <w:strike w:val="0"/>
          <w:color w:val="000000"/>
          <w:u w:val="single"/>
        </w:rPr>
        <w:t>geopolitical danger and competition</w:t>
      </w:r>
      <w:r>
        <w:rPr>
          <w:b w:val="0"/>
          <w:i w:val="0"/>
          <w:smallCaps w:val="0"/>
          <w:strike w:val="0"/>
          <w:color w:val="000000"/>
          <w:sz w:val="16"/>
          <w:u w:val="none"/>
        </w:rPr>
        <w:t xml:space="preserve">. Now, however,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strategic horizon is darkening,</w:t>
      </w:r>
      <w:r>
        <w:rPr>
          <w:b w:val="0"/>
          <w:i w:val="0"/>
          <w:smallCaps w:val="0"/>
          <w:strike w:val="0"/>
          <w:color w:val="000000"/>
          <w:sz w:val="16"/>
          <w:u w:val="none"/>
        </w:rPr>
        <w:t xml:space="preserve"> due to four factors. First, </w:t>
      </w:r>
      <w:r>
        <w:rPr>
          <w:b w:val="0"/>
          <w:i w:val="0"/>
          <w:smallCaps w:val="0"/>
          <w:strike w:val="0"/>
          <w:color w:val="000000"/>
          <w:u w:val="single"/>
        </w:rPr>
        <w:t>great-power military competition</w:t>
      </w:r>
      <w:r>
        <w:rPr>
          <w:b w:val="0"/>
          <w:i w:val="0"/>
          <w:smallCaps w:val="0"/>
          <w:strike w:val="0"/>
          <w:color w:val="000000"/>
          <w:sz w:val="16"/>
          <w:u w:val="none"/>
        </w:rPr>
        <w:t xml:space="preserve"> </w:t>
      </w:r>
      <w:r>
        <w:rPr>
          <w:b w:val="0"/>
          <w:i w:val="0"/>
          <w:smallCaps w:val="0"/>
          <w:strike w:val="0"/>
          <w:color w:val="000000"/>
          <w:u w:val="single"/>
        </w:rPr>
        <w:t>is back. The world’s</w:t>
      </w:r>
      <w:r>
        <w:rPr>
          <w:b w:val="0"/>
          <w:i w:val="0"/>
          <w:smallCaps w:val="0"/>
          <w:strike w:val="0"/>
          <w:color w:val="000000"/>
          <w:sz w:val="16"/>
          <w:u w:val="none"/>
        </w:rPr>
        <w:t xml:space="preserve"> two </w:t>
      </w:r>
      <w:r>
        <w:rPr>
          <w:b w:val="0"/>
          <w:i w:val="0"/>
          <w:smallCaps w:val="0"/>
          <w:strike w:val="0"/>
          <w:color w:val="000000"/>
          <w:u w:val="single"/>
        </w:rPr>
        <w:t>leading authoritarian powers—</w:t>
      </w:r>
      <w:r>
        <w:rPr>
          <w:b w:val="0"/>
          <w:i w:val="0"/>
          <w:smallCaps w:val="0"/>
          <w:strike w:val="0"/>
          <w:color w:val="000000"/>
          <w:u w:val="single"/>
        </w:rPr>
        <w:t>China</w:t>
      </w:r>
      <w:r>
        <w:rPr>
          <w:b w:val="0"/>
          <w:i w:val="0"/>
          <w:smallCaps w:val="0"/>
          <w:strike w:val="0"/>
          <w:color w:val="000000"/>
          <w:sz w:val="16"/>
          <w:u w:val="none"/>
        </w:rPr>
        <w:t xml:space="preserve"> </w:t>
      </w:r>
      <w:r>
        <w:rPr>
          <w:b w:val="0"/>
          <w:i w:val="0"/>
          <w:smallCaps w:val="0"/>
          <w:strike w:val="0"/>
          <w:color w:val="000000"/>
          <w:u w:val="single"/>
        </w:rPr>
        <w:t>and Russia</w:t>
      </w:r>
      <w:r>
        <w:rPr>
          <w:b w:val="0"/>
          <w:i w:val="0"/>
          <w:smallCaps w:val="0"/>
          <w:strike w:val="0"/>
          <w:color w:val="000000"/>
          <w:u w:val="single"/>
        </w:rPr>
        <w:t>—are seeking</w:t>
      </w:r>
      <w:r>
        <w:rPr>
          <w:b w:val="0"/>
          <w:i w:val="0"/>
          <w:smallCaps w:val="0"/>
          <w:strike w:val="0"/>
          <w:color w:val="000000"/>
          <w:sz w:val="16"/>
          <w:u w:val="none"/>
        </w:rPr>
        <w:t xml:space="preserve"> regional </w:t>
      </w:r>
      <w:r>
        <w:rPr>
          <w:b w:val="0"/>
          <w:i w:val="0"/>
          <w:smallCaps w:val="0"/>
          <w:strike w:val="0"/>
          <w:color w:val="000000"/>
          <w:u w:val="single"/>
        </w:rPr>
        <w:t>hegemony,</w:t>
      </w:r>
      <w:r>
        <w:rPr>
          <w:b w:val="0"/>
          <w:i w:val="0"/>
          <w:smallCaps w:val="0"/>
          <w:strike w:val="0"/>
          <w:color w:val="000000"/>
          <w:sz w:val="16"/>
          <w:u w:val="none"/>
        </w:rPr>
        <w:t xml:space="preserve"> </w:t>
      </w:r>
      <w:r>
        <w:rPr>
          <w:b w:val="0"/>
          <w:i w:val="0"/>
          <w:smallCaps w:val="0"/>
          <w:strike w:val="0"/>
          <w:color w:val="000000"/>
          <w:u w:val="single"/>
        </w:rPr>
        <w:t>contesting global norms</w:t>
      </w:r>
      <w:r>
        <w:rPr>
          <w:b w:val="0"/>
          <w:i w:val="0"/>
          <w:smallCaps w:val="0"/>
          <w:strike w:val="0"/>
          <w:color w:val="000000"/>
          <w:sz w:val="16"/>
          <w:u w:val="none"/>
        </w:rPr>
        <w:t xml:space="preserve"> </w:t>
      </w:r>
      <w:r>
        <w:rPr>
          <w:b w:val="0"/>
          <w:i w:val="0"/>
          <w:smallCaps w:val="0"/>
          <w:strike w:val="0"/>
          <w:color w:val="000000"/>
          <w:u w:val="single"/>
        </w:rPr>
        <w:t>such as nonaggression and freedom of navigation, and developing the</w:t>
      </w:r>
      <w:r>
        <w:rPr>
          <w:b w:val="0"/>
          <w:i w:val="0"/>
          <w:smallCaps w:val="0"/>
          <w:strike w:val="0"/>
          <w:color w:val="000000"/>
          <w:sz w:val="16"/>
          <w:u w:val="none"/>
        </w:rPr>
        <w:t xml:space="preserve"> military </w:t>
      </w:r>
      <w:r>
        <w:rPr>
          <w:b w:val="0"/>
          <w:i w:val="0"/>
          <w:smallCaps w:val="0"/>
          <w:strike w:val="0"/>
          <w:color w:val="000000"/>
          <w:u w:val="single"/>
        </w:rPr>
        <w:t>punch to underwrite these ambitions</w:t>
      </w:r>
      <w:r>
        <w:rPr>
          <w:b w:val="0"/>
          <w:i w:val="0"/>
          <w:smallCaps w:val="0"/>
          <w:strike w:val="0"/>
          <w:color w:val="000000"/>
          <w:sz w:val="16"/>
          <w:u w:val="none"/>
        </w:rPr>
        <w:t xml:space="preserve">. Notwithstanding severe economic and demographic problems, </w:t>
      </w:r>
      <w:r>
        <w:rPr>
          <w:b w:val="0"/>
          <w:i w:val="0"/>
          <w:smallCaps w:val="0"/>
          <w:strike w:val="0"/>
          <w:color w:val="000000"/>
          <w:u w:val="single"/>
        </w:rPr>
        <w:t>Russia</w:t>
      </w:r>
      <w:r>
        <w:rPr>
          <w:b w:val="0"/>
          <w:i w:val="0"/>
          <w:smallCaps w:val="0"/>
          <w:strike w:val="0"/>
          <w:color w:val="000000"/>
          <w:sz w:val="16"/>
          <w:u w:val="none"/>
        </w:rPr>
        <w:t xml:space="preserve"> has </w:t>
      </w:r>
      <w:r>
        <w:rPr>
          <w:b w:val="0"/>
          <w:i w:val="0"/>
          <w:smallCaps w:val="0"/>
          <w:strike w:val="0"/>
          <w:color w:val="000000"/>
          <w:u w:val="single"/>
        </w:rPr>
        <w:t>conducted a major military modernization emphasizing nuclear weapons</w:t>
      </w:r>
      <w:r>
        <w:rPr>
          <w:b w:val="0"/>
          <w:i w:val="0"/>
          <w:smallCaps w:val="0"/>
          <w:strike w:val="0"/>
          <w:color w:val="000000"/>
          <w:sz w:val="16"/>
          <w:u w:val="none"/>
        </w:rPr>
        <w:t xml:space="preserve">, high-end </w:t>
      </w:r>
      <w:r>
        <w:rPr>
          <w:b w:val="0"/>
          <w:i w:val="0"/>
          <w:smallCaps w:val="0"/>
          <w:strike w:val="0"/>
          <w:color w:val="000000"/>
          <w:u w:val="single"/>
        </w:rPr>
        <w:t>conventional capabilities, and</w:t>
      </w:r>
      <w:r>
        <w:rPr>
          <w:b w:val="0"/>
          <w:i w:val="0"/>
          <w:smallCaps w:val="0"/>
          <w:strike w:val="0"/>
          <w:color w:val="000000"/>
          <w:sz w:val="16"/>
          <w:u w:val="none"/>
        </w:rPr>
        <w:t xml:space="preserve"> rapid-deployment and </w:t>
      </w:r>
      <w:r>
        <w:rPr>
          <w:b w:val="0"/>
          <w:i w:val="0"/>
          <w:smallCaps w:val="0"/>
          <w:strike w:val="0"/>
          <w:color w:val="000000"/>
          <w:u w:val="single"/>
        </w:rPr>
        <w:t>special operations</w:t>
      </w:r>
      <w:r>
        <w:rPr>
          <w:b w:val="0"/>
          <w:i w:val="0"/>
          <w:smallCaps w:val="0"/>
          <w:strike w:val="0"/>
          <w:color w:val="000000"/>
          <w:sz w:val="16"/>
          <w:u w:val="none"/>
        </w:rPr>
        <w:t xml:space="preserve"> forces— </w:t>
      </w:r>
      <w:r>
        <w:rPr>
          <w:b w:val="0"/>
          <w:i w:val="0"/>
          <w:smallCaps w:val="0"/>
          <w:strike w:val="0"/>
          <w:color w:val="000000"/>
          <w:u w:val="single"/>
        </w:rPr>
        <w:t>and utilized</w:t>
      </w:r>
      <w:r>
        <w:rPr>
          <w:b w:val="0"/>
          <w:i w:val="0"/>
          <w:smallCaps w:val="0"/>
          <w:strike w:val="0"/>
          <w:color w:val="000000"/>
          <w:sz w:val="16"/>
          <w:u w:val="none"/>
        </w:rPr>
        <w:t xml:space="preserve"> many of </w:t>
      </w:r>
      <w:r>
        <w:rPr>
          <w:b w:val="0"/>
          <w:i w:val="0"/>
          <w:smallCaps w:val="0"/>
          <w:strike w:val="0"/>
          <w:color w:val="000000"/>
          <w:u w:val="single"/>
        </w:rPr>
        <w:t>these</w:t>
      </w:r>
      <w:r>
        <w:rPr>
          <w:b w:val="0"/>
          <w:i w:val="0"/>
          <w:smallCaps w:val="0"/>
          <w:strike w:val="0"/>
          <w:color w:val="000000"/>
          <w:sz w:val="16"/>
          <w:u w:val="none"/>
        </w:rPr>
        <w:t xml:space="preserve"> capabilities in conflicts </w:t>
      </w:r>
      <w:r>
        <w:rPr>
          <w:b w:val="0"/>
          <w:i w:val="0"/>
          <w:smallCaps w:val="0"/>
          <w:strike w:val="0"/>
          <w:color w:val="000000"/>
          <w:u w:val="single"/>
        </w:rPr>
        <w:t>in Ukraine and Syria</w:t>
      </w:r>
      <w:r>
        <w:rPr>
          <w:b w:val="0"/>
          <w:i w:val="0"/>
          <w:smallCaps w:val="0"/>
          <w:strike w:val="0"/>
          <w:color w:val="000000"/>
          <w:sz w:val="16"/>
          <w:u w:val="none"/>
        </w:rPr>
        <w:t xml:space="preserve">.10 </w:t>
      </w:r>
      <w:r>
        <w:rPr>
          <w:b w:val="0"/>
          <w:i w:val="0"/>
          <w:smallCaps w:val="0"/>
          <w:strike w:val="0"/>
          <w:color w:val="000000"/>
          <w:u w:val="single"/>
        </w:rPr>
        <w:t>China</w:t>
      </w:r>
      <w:r>
        <w:rPr>
          <w:b w:val="0"/>
          <w:i w:val="0"/>
          <w:smallCaps w:val="0"/>
          <w:strike w:val="0"/>
          <w:color w:val="000000"/>
          <w:sz w:val="16"/>
          <w:u w:val="none"/>
        </w:rPr>
        <w:t xml:space="preserve">, meanwhile, has </w:t>
      </w:r>
      <w:r>
        <w:rPr>
          <w:b w:val="0"/>
          <w:i w:val="0"/>
          <w:smallCaps w:val="0"/>
          <w:strike w:val="0"/>
          <w:color w:val="000000"/>
          <w:u w:val="single"/>
        </w:rPr>
        <w:t>carried out a</w:t>
      </w:r>
      <w:r>
        <w:rPr>
          <w:b w:val="0"/>
          <w:i w:val="0"/>
          <w:smallCaps w:val="0"/>
          <w:strike w:val="0"/>
          <w:color w:val="000000"/>
          <w:sz w:val="16"/>
          <w:u w:val="none"/>
        </w:rPr>
        <w:t xml:space="preserve"> </w:t>
      </w:r>
      <w:r>
        <w:rPr>
          <w:b w:val="0"/>
          <w:i w:val="0"/>
          <w:smallCaps w:val="0"/>
          <w:strike w:val="0"/>
          <w:color w:val="000000"/>
          <w:u w:val="single"/>
        </w:rPr>
        <w:t>buildup of historic proportions</w:t>
      </w:r>
      <w:r>
        <w:rPr>
          <w:b w:val="0"/>
          <w:i w:val="0"/>
          <w:smallCaps w:val="0"/>
          <w:strike w:val="0"/>
          <w:color w:val="000000"/>
          <w:sz w:val="16"/>
          <w:u w:val="none"/>
        </w:rPr>
        <w:t xml:space="preserve">, with constant-dollar defense outlays rising from US$26 billion in 1995 to US$226 billion in 2016.11 Ominously, </w:t>
      </w:r>
      <w:r>
        <w:rPr>
          <w:b w:val="0"/>
          <w:i w:val="0"/>
          <w:smallCaps w:val="0"/>
          <w:strike w:val="0"/>
          <w:color w:val="000000"/>
          <w:u w:val="single"/>
        </w:rPr>
        <w:t>these expenditures</w:t>
      </w:r>
      <w:r>
        <w:rPr>
          <w:b w:val="0"/>
          <w:i w:val="0"/>
          <w:smallCaps w:val="0"/>
          <w:strike w:val="0"/>
          <w:color w:val="000000"/>
          <w:sz w:val="16"/>
          <w:u w:val="none"/>
        </w:rPr>
        <w:t xml:space="preserve"> have </w:t>
      </w:r>
      <w:r>
        <w:rPr>
          <w:b w:val="0"/>
          <w:i w:val="0"/>
          <w:smallCaps w:val="0"/>
          <w:strike w:val="0"/>
          <w:color w:val="000000"/>
          <w:u w:val="single"/>
        </w:rPr>
        <w:t>funded</w:t>
      </w:r>
      <w:r>
        <w:rPr>
          <w:b w:val="0"/>
          <w:i w:val="0"/>
          <w:smallCaps w:val="0"/>
          <w:strike w:val="0"/>
          <w:color w:val="000000"/>
          <w:sz w:val="16"/>
          <w:u w:val="none"/>
        </w:rPr>
        <w:t xml:space="preserve"> development of </w:t>
      </w:r>
      <w:r>
        <w:rPr>
          <w:b w:val="0"/>
          <w:i w:val="0"/>
          <w:smallCaps w:val="0"/>
          <w:strike w:val="0"/>
          <w:color w:val="000000"/>
          <w:u w:val="single"/>
        </w:rPr>
        <w:t>power-projection</w:t>
      </w:r>
      <w:r>
        <w:rPr>
          <w:b w:val="0"/>
          <w:i w:val="0"/>
          <w:smallCaps w:val="0"/>
          <w:strike w:val="0"/>
          <w:color w:val="000000"/>
          <w:sz w:val="16"/>
          <w:u w:val="none"/>
        </w:rPr>
        <w:t xml:space="preserve"> </w:t>
      </w:r>
      <w:r>
        <w:rPr>
          <w:b w:val="0"/>
          <w:i w:val="0"/>
          <w:smallCaps w:val="0"/>
          <w:strike w:val="0"/>
          <w:color w:val="000000"/>
          <w:u w:val="single"/>
        </w:rPr>
        <w:t>and antiaccess</w:t>
      </w:r>
      <w:r>
        <w:rPr>
          <w:b w:val="0"/>
          <w:i w:val="0"/>
          <w:smallCaps w:val="0"/>
          <w:strike w:val="0"/>
          <w:color w:val="000000"/>
          <w:sz w:val="16"/>
          <w:u w:val="none"/>
        </w:rPr>
        <w:t xml:space="preserve">/area denial (A2/AD) </w:t>
      </w:r>
      <w:r>
        <w:rPr>
          <w:b w:val="0"/>
          <w:i w:val="0"/>
          <w:smallCaps w:val="0"/>
          <w:strike w:val="0"/>
          <w:color w:val="000000"/>
          <w:u w:val="single"/>
        </w:rPr>
        <w:t>tools</w:t>
      </w:r>
      <w:r>
        <w:rPr>
          <w:b w:val="0"/>
          <w:i w:val="0"/>
          <w:smallCaps w:val="0"/>
          <w:strike w:val="0"/>
          <w:color w:val="000000"/>
          <w:sz w:val="16"/>
          <w:u w:val="none"/>
        </w:rPr>
        <w:t xml:space="preserve"> necessary </w:t>
      </w:r>
      <w:r>
        <w:rPr>
          <w:b w:val="0"/>
          <w:i w:val="0"/>
          <w:smallCaps w:val="0"/>
          <w:strike w:val="0"/>
          <w:color w:val="000000"/>
          <w:u w:val="single"/>
        </w:rPr>
        <w:t>to threaten China’s neighbors</w:t>
      </w:r>
      <w:r>
        <w:rPr>
          <w:b w:val="0"/>
          <w:i w:val="0"/>
          <w:smallCaps w:val="0"/>
          <w:strike w:val="0"/>
          <w:color w:val="000000"/>
          <w:sz w:val="16"/>
          <w:u w:val="none"/>
        </w:rPr>
        <w:t xml:space="preserve"> </w:t>
      </w:r>
      <w:r>
        <w:rPr>
          <w:b w:val="0"/>
          <w:i w:val="0"/>
          <w:smallCaps w:val="0"/>
          <w:strike w:val="0"/>
          <w:color w:val="000000"/>
          <w:u w:val="single"/>
        </w:rPr>
        <w:t>and complicate U.S. intervention</w:t>
      </w:r>
      <w:r>
        <w:rPr>
          <w:b w:val="0"/>
          <w:i w:val="0"/>
          <w:smallCaps w:val="0"/>
          <w:strike w:val="0"/>
          <w:color w:val="000000"/>
          <w:sz w:val="16"/>
          <w:u w:val="none"/>
        </w:rPr>
        <w:t xml:space="preserve"> on their behalf. Washington has grown accustomed to having a generational military lead; </w:t>
      </w:r>
      <w:r>
        <w:rPr>
          <w:b w:val="0"/>
          <w:i w:val="0"/>
          <w:smallCaps w:val="0"/>
          <w:strike w:val="0"/>
          <w:color w:val="000000"/>
          <w:u w:val="single"/>
        </w:rPr>
        <w:t>Russian and Chinese modernization</w:t>
      </w:r>
      <w:r>
        <w:rPr>
          <w:b w:val="0"/>
          <w:i w:val="0"/>
          <w:smallCaps w:val="0"/>
          <w:strike w:val="0"/>
          <w:color w:val="000000"/>
          <w:sz w:val="16"/>
          <w:u w:val="none"/>
        </w:rPr>
        <w:t xml:space="preserve"> efforts </w:t>
      </w:r>
      <w:r>
        <w:rPr>
          <w:b w:val="0"/>
          <w:i w:val="0"/>
          <w:smallCaps w:val="0"/>
          <w:strike w:val="0"/>
          <w:color w:val="000000"/>
          <w:u w:val="single"/>
        </w:rPr>
        <w:t>are</w:t>
      </w:r>
      <w:r>
        <w:rPr>
          <w:b w:val="0"/>
          <w:i w:val="0"/>
          <w:smallCaps w:val="0"/>
          <w:strike w:val="0"/>
          <w:color w:val="000000"/>
          <w:sz w:val="16"/>
          <w:u w:val="none"/>
        </w:rPr>
        <w:t xml:space="preserve"> now </w:t>
      </w:r>
      <w:r>
        <w:rPr>
          <w:b w:val="0"/>
          <w:i w:val="0"/>
          <w:smallCaps w:val="0"/>
          <w:strike w:val="0"/>
          <w:color w:val="000000"/>
          <w:u w:val="single"/>
        </w:rPr>
        <w:t>creating</w:t>
      </w:r>
      <w:r>
        <w:rPr>
          <w:b w:val="0"/>
          <w:i w:val="0"/>
          <w:smallCaps w:val="0"/>
          <w:strike w:val="0"/>
          <w:color w:val="000000"/>
          <w:sz w:val="16"/>
          <w:u w:val="none"/>
        </w:rPr>
        <w:t xml:space="preserve"> </w:t>
      </w:r>
      <w:r>
        <w:rPr>
          <w:b w:val="0"/>
          <w:i w:val="0"/>
          <w:smallCaps w:val="0"/>
          <w:strike w:val="0"/>
          <w:color w:val="000000"/>
          <w:u w:val="single"/>
        </w:rPr>
        <w:t>a</w:t>
      </w:r>
      <w:r>
        <w:rPr>
          <w:b w:val="0"/>
          <w:i w:val="0"/>
          <w:smallCaps w:val="0"/>
          <w:strike w:val="0"/>
          <w:color w:val="000000"/>
          <w:sz w:val="16"/>
          <w:u w:val="none"/>
        </w:rPr>
        <w:t xml:space="preserve"> far </w:t>
      </w:r>
      <w:r>
        <w:rPr>
          <w:b w:val="0"/>
          <w:i w:val="0"/>
          <w:smallCaps w:val="0"/>
          <w:strike w:val="0"/>
          <w:color w:val="000000"/>
          <w:u w:val="single"/>
        </w:rPr>
        <w:t>more competitive environment</w:t>
      </w:r>
      <w:r>
        <w:rPr>
          <w:b w:val="0"/>
          <w:i w:val="0"/>
          <w:smallCaps w:val="0"/>
          <w:strike w:val="0"/>
          <w:color w:val="000000"/>
          <w:sz w:val="16"/>
          <w:u w:val="none"/>
        </w:rPr>
        <w:t xml:space="preserve">. Second, the </w:t>
      </w:r>
      <w:r>
        <w:rPr>
          <w:b w:val="0"/>
          <w:i w:val="0"/>
          <w:smallCaps w:val="0"/>
          <w:strike w:val="0"/>
          <w:color w:val="000000"/>
          <w:u w:val="single"/>
        </w:rPr>
        <w:t>international</w:t>
      </w:r>
      <w:r>
        <w:rPr>
          <w:b w:val="0"/>
          <w:i w:val="0"/>
          <w:smallCaps w:val="0"/>
          <w:strike w:val="0"/>
          <w:color w:val="000000"/>
          <w:sz w:val="16"/>
          <w:u w:val="none"/>
        </w:rPr>
        <w:t xml:space="preserve"> </w:t>
      </w:r>
      <w:r>
        <w:rPr>
          <w:b w:val="0"/>
          <w:i w:val="0"/>
          <w:smallCaps w:val="0"/>
          <w:strike w:val="0"/>
          <w:color w:val="000000"/>
          <w:u w:val="single"/>
        </w:rPr>
        <w:t>outlaws are no longer</w:t>
      </w:r>
      <w:r>
        <w:rPr>
          <w:b w:val="0"/>
          <w:i w:val="0"/>
          <w:smallCaps w:val="0"/>
          <w:strike w:val="0"/>
          <w:color w:val="000000"/>
          <w:sz w:val="16"/>
          <w:u w:val="none"/>
        </w:rPr>
        <w:t xml:space="preserve"> so </w:t>
      </w:r>
      <w:r>
        <w:rPr>
          <w:b w:val="0"/>
          <w:i w:val="0"/>
          <w:smallCaps w:val="0"/>
          <w:strike w:val="0"/>
          <w:color w:val="000000"/>
          <w:u w:val="single"/>
        </w:rPr>
        <w:t>weak.</w:t>
      </w:r>
      <w:r>
        <w:rPr>
          <w:b w:val="0"/>
          <w:i w:val="0"/>
          <w:smallCaps w:val="0"/>
          <w:strike w:val="0"/>
          <w:color w:val="000000"/>
          <w:sz w:val="16"/>
          <w:u w:val="none"/>
        </w:rPr>
        <w:t xml:space="preserve"> </w:t>
      </w:r>
      <w:r>
        <w:rPr>
          <w:b w:val="0"/>
          <w:i w:val="0"/>
          <w:smallCaps w:val="0"/>
          <w:strike w:val="0"/>
          <w:color w:val="000000"/>
          <w:u w:val="single"/>
        </w:rPr>
        <w:t>North Korea</w:t>
      </w:r>
      <w:r>
        <w:rPr>
          <w:b w:val="0"/>
          <w:i w:val="0"/>
          <w:smallCaps w:val="0"/>
          <w:strike w:val="0"/>
          <w:color w:val="000000"/>
          <w:sz w:val="16"/>
          <w:u w:val="none"/>
        </w:rPr>
        <w:t xml:space="preserve">’s conventional forces have atrophied, but it </w:t>
      </w:r>
      <w:r>
        <w:rPr>
          <w:b w:val="0"/>
          <w:i w:val="0"/>
          <w:smallCaps w:val="0"/>
          <w:strike w:val="0"/>
          <w:color w:val="000000"/>
          <w:u w:val="single"/>
        </w:rPr>
        <w:t>has amassed a</w:t>
      </w:r>
      <w:r>
        <w:rPr>
          <w:b w:val="0"/>
          <w:i w:val="0"/>
          <w:smallCaps w:val="0"/>
          <w:strike w:val="0"/>
          <w:color w:val="000000"/>
          <w:sz w:val="16"/>
          <w:u w:val="none"/>
        </w:rPr>
        <w:t xml:space="preserve"> </w:t>
      </w:r>
      <w:r>
        <w:rPr>
          <w:b w:val="0"/>
          <w:i w:val="0"/>
          <w:smallCaps w:val="0"/>
          <w:strike w:val="0"/>
          <w:color w:val="000000"/>
          <w:u w:val="single"/>
        </w:rPr>
        <w:t>growing nuclear arsenal</w:t>
      </w:r>
      <w:r>
        <w:rPr>
          <w:b w:val="0"/>
          <w:i w:val="0"/>
          <w:smallCaps w:val="0"/>
          <w:strike w:val="0"/>
          <w:color w:val="000000"/>
          <w:sz w:val="16"/>
          <w:u w:val="none"/>
        </w:rPr>
        <w:t xml:space="preserve"> </w:t>
      </w:r>
      <w:r>
        <w:rPr>
          <w:b w:val="0"/>
          <w:i w:val="0"/>
          <w:smallCaps w:val="0"/>
          <w:strike w:val="0"/>
          <w:color w:val="000000"/>
          <w:u w:val="single"/>
        </w:rPr>
        <w:t>and is developing</w:t>
      </w:r>
      <w:r>
        <w:rPr>
          <w:b w:val="0"/>
          <w:i w:val="0"/>
          <w:smallCaps w:val="0"/>
          <w:strike w:val="0"/>
          <w:color w:val="000000"/>
          <w:sz w:val="16"/>
          <w:u w:val="none"/>
        </w:rPr>
        <w:t xml:space="preserve"> an </w:t>
      </w:r>
      <w:r>
        <w:rPr>
          <w:b w:val="0"/>
          <w:i w:val="0"/>
          <w:smallCaps w:val="0"/>
          <w:strike w:val="0"/>
          <w:color w:val="000000"/>
          <w:u w:val="single"/>
        </w:rPr>
        <w:t>intercontinental delivery</w:t>
      </w:r>
      <w:r>
        <w:rPr>
          <w:b w:val="0"/>
          <w:i w:val="0"/>
          <w:smallCaps w:val="0"/>
          <w:strike w:val="0"/>
          <w:color w:val="000000"/>
          <w:sz w:val="16"/>
          <w:u w:val="none"/>
        </w:rPr>
        <w:t xml:space="preserve"> capability </w:t>
      </w:r>
      <w:r>
        <w:rPr>
          <w:b w:val="0"/>
          <w:i w:val="0"/>
          <w:smallCaps w:val="0"/>
          <w:strike w:val="0"/>
          <w:color w:val="000000"/>
          <w:u w:val="single"/>
        </w:rPr>
        <w:t>that will</w:t>
      </w:r>
      <w:r>
        <w:rPr>
          <w:b w:val="0"/>
          <w:i w:val="0"/>
          <w:smallCaps w:val="0"/>
          <w:strike w:val="0"/>
          <w:color w:val="000000"/>
          <w:sz w:val="16"/>
          <w:u w:val="none"/>
        </w:rPr>
        <w:t xml:space="preserve"> soon </w:t>
      </w:r>
      <w:r>
        <w:rPr>
          <w:b w:val="0"/>
          <w:i w:val="0"/>
          <w:smallCaps w:val="0"/>
          <w:strike w:val="0"/>
          <w:color w:val="000000"/>
          <w:u w:val="single"/>
        </w:rPr>
        <w:t>allow it to threaten</w:t>
      </w:r>
      <w:r>
        <w:rPr>
          <w:b w:val="0"/>
          <w:i w:val="0"/>
          <w:smallCaps w:val="0"/>
          <w:strike w:val="0"/>
          <w:color w:val="000000"/>
          <w:sz w:val="16"/>
          <w:u w:val="none"/>
        </w:rPr>
        <w:t xml:space="preserve"> not just America’s regional allies but also </w:t>
      </w:r>
      <w:r>
        <w:rPr>
          <w:b w:val="0"/>
          <w:i w:val="0"/>
          <w:smallCaps w:val="0"/>
          <w:strike w:val="0"/>
          <w:color w:val="000000"/>
          <w:u w:val="single"/>
        </w:rPr>
        <w:t>the continental U</w:t>
      </w:r>
      <w:r>
        <w:rPr>
          <w:b w:val="0"/>
          <w:i w:val="0"/>
          <w:smallCaps w:val="0"/>
          <w:strike w:val="0"/>
          <w:color w:val="000000"/>
          <w:sz w:val="16"/>
          <w:u w:val="none"/>
        </w:rPr>
        <w:t xml:space="preserve">nited </w:t>
      </w:r>
      <w:r>
        <w:rPr>
          <w:b w:val="0"/>
          <w:i w:val="0"/>
          <w:smallCaps w:val="0"/>
          <w:strike w:val="0"/>
          <w:color w:val="000000"/>
          <w:u w:val="single"/>
        </w:rPr>
        <w:t>S</w:t>
      </w:r>
      <w:r>
        <w:rPr>
          <w:b w:val="0"/>
          <w:i w:val="0"/>
          <w:smallCaps w:val="0"/>
          <w:strike w:val="0"/>
          <w:color w:val="000000"/>
          <w:sz w:val="16"/>
          <w:u w:val="none"/>
        </w:rPr>
        <w:t xml:space="preserve">tates.12 </w:t>
      </w:r>
      <w:r>
        <w:rPr>
          <w:b w:val="0"/>
          <w:i w:val="0"/>
          <w:smallCaps w:val="0"/>
          <w:strike w:val="0"/>
          <w:color w:val="000000"/>
          <w:u w:val="single"/>
        </w:rPr>
        <w:t>Iran</w:t>
      </w:r>
      <w:r>
        <w:rPr>
          <w:b w:val="0"/>
          <w:i w:val="0"/>
          <w:smallCaps w:val="0"/>
          <w:strike w:val="0"/>
          <w:color w:val="000000"/>
          <w:sz w:val="16"/>
          <w:u w:val="none"/>
        </w:rPr>
        <w:t xml:space="preserve"> </w:t>
      </w:r>
      <w:r>
        <w:rPr>
          <w:b w:val="0"/>
          <w:i w:val="0"/>
          <w:smallCaps w:val="0"/>
          <w:strike w:val="0"/>
          <w:color w:val="000000"/>
          <w:u w:val="single"/>
        </w:rPr>
        <w:t>remains a nuclear threshold state</w:t>
      </w:r>
      <w:r>
        <w:rPr>
          <w:b w:val="0"/>
          <w:i w:val="0"/>
          <w:smallCaps w:val="0"/>
          <w:strike w:val="0"/>
          <w:color w:val="000000"/>
          <w:sz w:val="16"/>
          <w:u w:val="none"/>
        </w:rPr>
        <w:t xml:space="preserve">, one </w:t>
      </w:r>
      <w:r>
        <w:rPr>
          <w:b w:val="0"/>
          <w:i w:val="0"/>
          <w:smallCaps w:val="0"/>
          <w:strike w:val="0"/>
          <w:color w:val="000000"/>
          <w:u w:val="single"/>
        </w:rPr>
        <w:t>that continues to develop</w:t>
      </w:r>
      <w:r>
        <w:rPr>
          <w:b w:val="0"/>
          <w:i w:val="0"/>
          <w:smallCaps w:val="0"/>
          <w:strike w:val="0"/>
          <w:color w:val="000000"/>
          <w:sz w:val="16"/>
          <w:u w:val="none"/>
        </w:rPr>
        <w:t xml:space="preserve"> ballistic </w:t>
      </w:r>
      <w:r>
        <w:rPr>
          <w:b w:val="0"/>
          <w:i w:val="0"/>
          <w:smallCaps w:val="0"/>
          <w:strike w:val="0"/>
          <w:color w:val="000000"/>
          <w:u w:val="single"/>
        </w:rPr>
        <w:t>missiles and A2/AD</w:t>
      </w:r>
      <w:r>
        <w:rPr>
          <w:b w:val="0"/>
          <w:i w:val="0"/>
          <w:smallCaps w:val="0"/>
          <w:strike w:val="0"/>
          <w:color w:val="000000"/>
          <w:sz w:val="16"/>
          <w:u w:val="none"/>
        </w:rPr>
        <w:t xml:space="preserve"> capabilities </w:t>
      </w:r>
      <w:r>
        <w:rPr>
          <w:b w:val="0"/>
          <w:i w:val="0"/>
          <w:smallCaps w:val="0"/>
          <w:strike w:val="0"/>
          <w:color w:val="000000"/>
          <w:u w:val="single"/>
        </w:rPr>
        <w:t>while employing</w:t>
      </w:r>
      <w:r>
        <w:rPr>
          <w:b w:val="0"/>
          <w:i w:val="0"/>
          <w:smallCaps w:val="0"/>
          <w:strike w:val="0"/>
          <w:color w:val="000000"/>
          <w:sz w:val="16"/>
          <w:u w:val="none"/>
        </w:rPr>
        <w:t xml:space="preserve"> sectarian and </w:t>
      </w:r>
      <w:r>
        <w:rPr>
          <w:b w:val="0"/>
          <w:i w:val="0"/>
          <w:smallCaps w:val="0"/>
          <w:strike w:val="0"/>
          <w:color w:val="000000"/>
          <w:u w:val="single"/>
        </w:rPr>
        <w:t>proxy forces</w:t>
      </w:r>
      <w:r>
        <w:rPr>
          <w:b w:val="0"/>
          <w:i w:val="0"/>
          <w:smallCaps w:val="0"/>
          <w:strike w:val="0"/>
          <w:color w:val="000000"/>
          <w:sz w:val="16"/>
          <w:u w:val="none"/>
        </w:rPr>
        <w:t xml:space="preserve"> </w:t>
      </w:r>
      <w:r>
        <w:rPr>
          <w:b w:val="0"/>
          <w:i w:val="0"/>
          <w:smallCaps w:val="0"/>
          <w:strike w:val="0"/>
          <w:color w:val="000000"/>
          <w:u w:val="single"/>
        </w:rPr>
        <w:t>across the</w:t>
      </w:r>
      <w:r>
        <w:rPr>
          <w:b w:val="0"/>
          <w:i w:val="0"/>
          <w:smallCaps w:val="0"/>
          <w:strike w:val="0"/>
          <w:color w:val="000000"/>
          <w:sz w:val="16"/>
          <w:u w:val="none"/>
        </w:rPr>
        <w:t xml:space="preserve"> </w:t>
      </w:r>
      <w:r>
        <w:rPr>
          <w:b w:val="0"/>
          <w:i w:val="0"/>
          <w:smallCaps w:val="0"/>
          <w:strike w:val="0"/>
          <w:color w:val="000000"/>
          <w:u w:val="single"/>
        </w:rPr>
        <w:t>Middle East.</w:t>
      </w:r>
      <w:r>
        <w:rPr>
          <w:b w:val="0"/>
          <w:i w:val="0"/>
          <w:smallCaps w:val="0"/>
          <w:strike w:val="0"/>
          <w:color w:val="000000"/>
          <w:sz w:val="16"/>
          <w:u w:val="none"/>
        </w:rPr>
        <w:t xml:space="preserve">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Islamic State</w:t>
      </w:r>
      <w:r>
        <w:rPr>
          <w:b w:val="0"/>
          <w:i w:val="0"/>
          <w:smallCaps w:val="0"/>
          <w:strike w:val="0"/>
          <w:color w:val="000000"/>
          <w:sz w:val="16"/>
          <w:u w:val="none"/>
        </w:rPr>
        <w:t xml:space="preserve">, for its part, is headed for defeat, but </w:t>
      </w:r>
      <w:r>
        <w:rPr>
          <w:b w:val="0"/>
          <w:i w:val="0"/>
          <w:smallCaps w:val="0"/>
          <w:strike w:val="0"/>
          <w:color w:val="000000"/>
          <w:u w:val="single"/>
        </w:rPr>
        <w:t>has displayed military capabilities unprecedented for any terrorist group</w:t>
      </w:r>
      <w:r>
        <w:rPr>
          <w:b w:val="0"/>
          <w:i w:val="0"/>
          <w:smallCaps w:val="0"/>
          <w:strike w:val="0"/>
          <w:color w:val="000000"/>
          <w:sz w:val="16"/>
          <w:u w:val="none"/>
        </w:rPr>
        <w:t xml:space="preserve">, and shown that </w:t>
      </w:r>
      <w:r>
        <w:rPr>
          <w:b w:val="0"/>
          <w:i w:val="0"/>
          <w:smallCaps w:val="0"/>
          <w:strike w:val="0"/>
          <w:color w:val="000000"/>
          <w:u w:val="single"/>
        </w:rPr>
        <w:t>counterterror</w:t>
      </w:r>
      <w:r>
        <w:rPr>
          <w:b w:val="0"/>
          <w:i w:val="0"/>
          <w:smallCaps w:val="0"/>
          <w:strike w:val="0"/>
          <w:color w:val="000000"/>
          <w:u w:val="single"/>
        </w:rPr>
        <w:t>ism will continue to</w:t>
      </w:r>
      <w:r>
        <w:rPr>
          <w:b w:val="0"/>
          <w:i w:val="0"/>
          <w:smallCaps w:val="0"/>
          <w:strike w:val="0"/>
          <w:color w:val="000000"/>
          <w:sz w:val="16"/>
          <w:u w:val="none"/>
        </w:rPr>
        <w:t xml:space="preserve"> </w:t>
      </w:r>
      <w:r>
        <w:rPr>
          <w:b w:val="0"/>
          <w:i w:val="0"/>
          <w:smallCaps w:val="0"/>
          <w:strike w:val="0"/>
          <w:color w:val="000000"/>
          <w:u w:val="single"/>
        </w:rPr>
        <w:t>place</w:t>
      </w:r>
      <w:r>
        <w:rPr>
          <w:b w:val="0"/>
          <w:i w:val="0"/>
          <w:smallCaps w:val="0"/>
          <w:strike w:val="0"/>
          <w:color w:val="000000"/>
          <w:sz w:val="16"/>
          <w:u w:val="none"/>
        </w:rPr>
        <w:t xml:space="preserve"> significant </w:t>
      </w:r>
      <w:r>
        <w:rPr>
          <w:b w:val="0"/>
          <w:i w:val="0"/>
          <w:smallCaps w:val="0"/>
          <w:strike w:val="0"/>
          <w:color w:val="000000"/>
          <w:u w:val="single"/>
        </w:rPr>
        <w:t>operational demands</w:t>
      </w:r>
      <w:r>
        <w:rPr>
          <w:b w:val="0"/>
          <w:i w:val="0"/>
          <w:smallCaps w:val="0"/>
          <w:strike w:val="0"/>
          <w:color w:val="000000"/>
          <w:sz w:val="16"/>
          <w:u w:val="none"/>
        </w:rPr>
        <w:t xml:space="preserve"> </w:t>
      </w:r>
      <w:r>
        <w:rPr>
          <w:b w:val="0"/>
          <w:i w:val="0"/>
          <w:smallCaps w:val="0"/>
          <w:strike w:val="0"/>
          <w:color w:val="000000"/>
          <w:u w:val="single"/>
        </w:rPr>
        <w:t>on</w:t>
      </w:r>
      <w:r>
        <w:rPr>
          <w:b w:val="0"/>
          <w:i w:val="0"/>
          <w:smallCaps w:val="0"/>
          <w:strike w:val="0"/>
          <w:color w:val="000000"/>
          <w:sz w:val="16"/>
          <w:u w:val="none"/>
        </w:rPr>
        <w:t xml:space="preserve"> </w:t>
      </w:r>
      <w:r>
        <w:rPr>
          <w:b w:val="0"/>
          <w:i w:val="0"/>
          <w:smallCaps w:val="0"/>
          <w:strike w:val="0"/>
          <w:color w:val="000000"/>
          <w:u w:val="single"/>
        </w:rPr>
        <w:t>U.S.</w:t>
      </w:r>
      <w:r>
        <w:rPr>
          <w:b w:val="0"/>
          <w:i w:val="0"/>
          <w:smallCaps w:val="0"/>
          <w:strike w:val="0"/>
          <w:color w:val="000000"/>
          <w:sz w:val="16"/>
          <w:u w:val="none"/>
        </w:rPr>
        <w:t xml:space="preserve"> </w:t>
      </w:r>
      <w:r>
        <w:rPr>
          <w:b w:val="0"/>
          <w:i w:val="0"/>
          <w:smallCaps w:val="0"/>
          <w:strike w:val="0"/>
          <w:color w:val="000000"/>
          <w:u w:val="single"/>
        </w:rPr>
        <w:t>forces</w:t>
      </w:r>
      <w:r>
        <w:rPr>
          <w:b w:val="0"/>
          <w:i w:val="0"/>
          <w:smallCaps w:val="0"/>
          <w:strike w:val="0"/>
          <w:color w:val="000000"/>
          <w:sz w:val="16"/>
          <w:u w:val="none"/>
        </w:rPr>
        <w:t xml:space="preserve"> whether in this context or in others. Rogue actors have long preoccupied American planners, but the rogues are now more capable than at any time in decades. Third,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democratization of technology</w:t>
      </w:r>
      <w:r>
        <w:rPr>
          <w:b w:val="0"/>
          <w:i w:val="0"/>
          <w:smallCaps w:val="0"/>
          <w:strike w:val="0"/>
          <w:color w:val="000000"/>
          <w:sz w:val="16"/>
          <w:u w:val="none"/>
        </w:rPr>
        <w:t xml:space="preserve"> has </w:t>
      </w:r>
      <w:r>
        <w:rPr>
          <w:b w:val="0"/>
          <w:i w:val="0"/>
          <w:smallCaps w:val="0"/>
          <w:strike w:val="0"/>
          <w:color w:val="000000"/>
          <w:u w:val="single"/>
        </w:rPr>
        <w:t>allowed</w:t>
      </w:r>
      <w:r>
        <w:rPr>
          <w:b w:val="0"/>
          <w:i w:val="0"/>
          <w:smallCaps w:val="0"/>
          <w:strike w:val="0"/>
          <w:color w:val="000000"/>
          <w:sz w:val="16"/>
          <w:u w:val="none"/>
        </w:rPr>
        <w:t xml:space="preserve"> more </w:t>
      </w:r>
      <w:r>
        <w:rPr>
          <w:b w:val="0"/>
          <w:i w:val="0"/>
          <w:smallCaps w:val="0"/>
          <w:strike w:val="0"/>
          <w:color w:val="000000"/>
          <w:u w:val="single"/>
        </w:rPr>
        <w:t>actors to contest American superiority</w:t>
      </w:r>
      <w:r>
        <w:rPr>
          <w:b w:val="0"/>
          <w:i w:val="0"/>
          <w:smallCaps w:val="0"/>
          <w:strike w:val="0"/>
          <w:color w:val="000000"/>
          <w:sz w:val="16"/>
          <w:u w:val="none"/>
        </w:rPr>
        <w:t xml:space="preserve"> in dangerous ways. </w:t>
      </w:r>
      <w:r>
        <w:rPr>
          <w:b w:val="0"/>
          <w:i w:val="0"/>
          <w:smallCaps w:val="0"/>
          <w:strike w:val="0"/>
          <w:color w:val="000000"/>
          <w:u w:val="single"/>
        </w:rPr>
        <w:t>The spread of antisatellite and cyberwarfare capabilities; the proliferation of</w:t>
      </w:r>
      <w:r>
        <w:rPr>
          <w:b w:val="0"/>
          <w:i w:val="0"/>
          <w:smallCaps w:val="0"/>
          <w:strike w:val="0"/>
          <w:color w:val="000000"/>
          <w:sz w:val="16"/>
          <w:u w:val="none"/>
        </w:rPr>
        <w:t xml:space="preserve"> man-portable </w:t>
      </w:r>
      <w:r>
        <w:rPr>
          <w:b w:val="0"/>
          <w:i w:val="0"/>
          <w:smallCaps w:val="0"/>
          <w:strike w:val="0"/>
          <w:color w:val="000000"/>
          <w:u w:val="single"/>
        </w:rPr>
        <w:t>air defense</w:t>
      </w:r>
      <w:r>
        <w:rPr>
          <w:b w:val="0"/>
          <w:i w:val="0"/>
          <w:smallCaps w:val="0"/>
          <w:strike w:val="0"/>
          <w:color w:val="000000"/>
          <w:sz w:val="16"/>
          <w:u w:val="none"/>
        </w:rPr>
        <w:t xml:space="preserve"> systems </w:t>
      </w:r>
      <w:r>
        <w:rPr>
          <w:b w:val="0"/>
          <w:i w:val="0"/>
          <w:smallCaps w:val="0"/>
          <w:strike w:val="0"/>
          <w:color w:val="000000"/>
          <w:u w:val="single"/>
        </w:rPr>
        <w:t>and ballistic missiles; the increasing availability of</w:t>
      </w:r>
      <w:r>
        <w:rPr>
          <w:b w:val="0"/>
          <w:i w:val="0"/>
          <w:smallCaps w:val="0"/>
          <w:strike w:val="0"/>
          <w:color w:val="000000"/>
          <w:sz w:val="16"/>
          <w:u w:val="none"/>
        </w:rPr>
        <w:t xml:space="preserve"> key elements of the </w:t>
      </w:r>
      <w:r>
        <w:rPr>
          <w:b w:val="0"/>
          <w:i w:val="0"/>
          <w:smallCaps w:val="0"/>
          <w:strike w:val="0"/>
          <w:color w:val="000000"/>
          <w:u w:val="single"/>
        </w:rPr>
        <w:t>precision-strike</w:t>
      </w:r>
      <w:r>
        <w:rPr>
          <w:b w:val="0"/>
          <w:i w:val="0"/>
          <w:smallCaps w:val="0"/>
          <w:strike w:val="0"/>
          <w:color w:val="000000"/>
          <w:sz w:val="16"/>
          <w:u w:val="none"/>
        </w:rPr>
        <w:t xml:space="preserve"> complex— these phenomena have </w:t>
      </w:r>
      <w:r>
        <w:rPr>
          <w:b w:val="0"/>
          <w:i w:val="0"/>
          <w:smallCaps w:val="0"/>
          <w:strike w:val="0"/>
          <w:color w:val="000000"/>
          <w:u w:val="single"/>
        </w:rPr>
        <w:t>had a</w:t>
      </w:r>
      <w:r>
        <w:rPr>
          <w:b w:val="0"/>
          <w:i w:val="0"/>
          <w:smallCaps w:val="0"/>
          <w:strike w:val="0"/>
          <w:color w:val="000000"/>
          <w:sz w:val="16"/>
          <w:u w:val="none"/>
        </w:rPr>
        <w:t xml:space="preserve"> military </w:t>
      </w:r>
      <w:r>
        <w:rPr>
          <w:b w:val="0"/>
          <w:i w:val="0"/>
          <w:smallCaps w:val="0"/>
          <w:strike w:val="0"/>
          <w:color w:val="000000"/>
          <w:u w:val="single"/>
        </w:rPr>
        <w:t>leveling effect</w:t>
      </w:r>
      <w:r>
        <w:rPr>
          <w:b w:val="0"/>
          <w:i w:val="0"/>
          <w:smallCaps w:val="0"/>
          <w:strike w:val="0"/>
          <w:color w:val="000000"/>
          <w:sz w:val="16"/>
          <w:u w:val="none"/>
        </w:rPr>
        <w:t xml:space="preserve"> </w:t>
      </w:r>
      <w:r>
        <w:rPr>
          <w:b w:val="0"/>
          <w:i w:val="0"/>
          <w:smallCaps w:val="0"/>
          <w:strike w:val="0"/>
          <w:color w:val="000000"/>
          <w:u w:val="single"/>
        </w:rPr>
        <w:t>by giving weaker actors capabilities which were</w:t>
      </w:r>
      <w:r>
        <w:rPr>
          <w:b w:val="0"/>
          <w:i w:val="0"/>
          <w:smallCaps w:val="0"/>
          <w:strike w:val="0"/>
          <w:color w:val="000000"/>
          <w:sz w:val="16"/>
          <w:u w:val="none"/>
        </w:rPr>
        <w:t xml:space="preserve"> formerly </w:t>
      </w:r>
      <w:r>
        <w:rPr>
          <w:b w:val="0"/>
          <w:i w:val="0"/>
          <w:smallCaps w:val="0"/>
          <w:strike w:val="0"/>
          <w:color w:val="000000"/>
          <w:u w:val="single"/>
        </w:rPr>
        <w:t>unique to</w:t>
      </w:r>
      <w:r>
        <w:rPr>
          <w:b w:val="0"/>
          <w:i w:val="0"/>
          <w:smallCaps w:val="0"/>
          <w:strike w:val="0"/>
          <w:color w:val="000000"/>
          <w:sz w:val="16"/>
          <w:u w:val="none"/>
        </w:rPr>
        <w:t xml:space="preserve"> technologically </w:t>
      </w:r>
      <w:r>
        <w:rPr>
          <w:b w:val="0"/>
          <w:i w:val="0"/>
          <w:smallCaps w:val="0"/>
          <w:strike w:val="0"/>
          <w:color w:val="000000"/>
          <w:u w:val="single"/>
        </w:rPr>
        <w:t>advanced states. As such technologies “proliferate</w:t>
      </w:r>
      <w:r>
        <w:rPr>
          <w:b w:val="0"/>
          <w:i w:val="0"/>
          <w:smallCaps w:val="0"/>
          <w:strike w:val="0"/>
          <w:color w:val="000000"/>
          <w:sz w:val="16"/>
          <w:u w:val="none"/>
        </w:rPr>
        <w:t xml:space="preserve"> worldwide,” Air Force Chief of Staff General David Goldfein commented in 2016,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technology and capability gaps</w:t>
      </w:r>
      <w:r>
        <w:rPr>
          <w:b w:val="0"/>
          <w:i w:val="0"/>
          <w:smallCaps w:val="0"/>
          <w:strike w:val="0"/>
          <w:color w:val="000000"/>
          <w:sz w:val="16"/>
          <w:u w:val="none"/>
        </w:rPr>
        <w:t xml:space="preserve"> between America and our adversaries </w:t>
      </w:r>
      <w:r>
        <w:rPr>
          <w:b w:val="0"/>
          <w:i w:val="0"/>
          <w:smallCaps w:val="0"/>
          <w:strike w:val="0"/>
          <w:color w:val="000000"/>
          <w:u w:val="single"/>
        </w:rPr>
        <w:t>are</w:t>
      </w:r>
      <w:r>
        <w:rPr>
          <w:b w:val="0"/>
          <w:i w:val="0"/>
          <w:smallCaps w:val="0"/>
          <w:strike w:val="0"/>
          <w:color w:val="000000"/>
          <w:sz w:val="16"/>
          <w:u w:val="none"/>
        </w:rPr>
        <w:t xml:space="preserve"> </w:t>
      </w:r>
      <w:r>
        <w:rPr>
          <w:b w:val="0"/>
          <w:i w:val="0"/>
          <w:smallCaps w:val="0"/>
          <w:strike w:val="0"/>
          <w:color w:val="000000"/>
          <w:u w:val="single"/>
        </w:rPr>
        <w:t>closing</w:t>
      </w:r>
      <w:r>
        <w:rPr>
          <w:b w:val="0"/>
          <w:i w:val="0"/>
          <w:smallCaps w:val="0"/>
          <w:strike w:val="0"/>
          <w:color w:val="000000"/>
          <w:sz w:val="16"/>
          <w:u w:val="none"/>
        </w:rPr>
        <w:t xml:space="preserve"> </w:t>
      </w:r>
      <w:r>
        <w:rPr>
          <w:b w:val="0"/>
          <w:i w:val="0"/>
          <w:smallCaps w:val="0"/>
          <w:strike w:val="0"/>
          <w:color w:val="000000"/>
          <w:u w:val="single"/>
        </w:rPr>
        <w:t>dangerously</w:t>
      </w:r>
      <w:r>
        <w:rPr>
          <w:b w:val="0"/>
          <w:i w:val="0"/>
          <w:smallCaps w:val="0"/>
          <w:strike w:val="0"/>
          <w:color w:val="000000"/>
          <w:sz w:val="16"/>
          <w:u w:val="none"/>
        </w:rPr>
        <w:t xml:space="preserve"> </w:t>
      </w:r>
      <w:r>
        <w:rPr>
          <w:b w:val="0"/>
          <w:i w:val="0"/>
          <w:smallCaps w:val="0"/>
          <w:strike w:val="0"/>
          <w:color w:val="000000"/>
          <w:u w:val="single"/>
        </w:rPr>
        <w:t>fast</w:t>
      </w:r>
      <w:r>
        <w:rPr>
          <w:b w:val="0"/>
          <w:i w:val="0"/>
          <w:smallCaps w:val="0"/>
          <w:strike w:val="0"/>
          <w:color w:val="000000"/>
          <w:sz w:val="16"/>
          <w:u w:val="none"/>
        </w:rPr>
        <w:t xml:space="preserve">.”13 Indeed, as these capabilities spread, </w:t>
      </w:r>
      <w:r>
        <w:rPr>
          <w:b w:val="0"/>
          <w:i w:val="0"/>
          <w:smallCaps w:val="0"/>
          <w:strike w:val="0"/>
          <w:color w:val="000000"/>
          <w:u w:val="single"/>
        </w:rPr>
        <w:t>fourth-generation systems</w:t>
      </w:r>
      <w:r>
        <w:rPr>
          <w:b w:val="0"/>
          <w:i w:val="0"/>
          <w:smallCaps w:val="0"/>
          <w:strike w:val="0"/>
          <w:color w:val="000000"/>
          <w:sz w:val="16"/>
          <w:u w:val="none"/>
        </w:rPr>
        <w:t xml:space="preserve"> (such as F-15s and F-16s) </w:t>
      </w:r>
      <w:r>
        <w:rPr>
          <w:b w:val="0"/>
          <w:i w:val="0"/>
          <w:smallCaps w:val="0"/>
          <w:strike w:val="0"/>
          <w:color w:val="000000"/>
          <w:u w:val="single"/>
        </w:rPr>
        <w:t>may provide decreasing utility against</w:t>
      </w:r>
      <w:r>
        <w:rPr>
          <w:b w:val="0"/>
          <w:i w:val="0"/>
          <w:smallCaps w:val="0"/>
          <w:strike w:val="0"/>
          <w:color w:val="000000"/>
          <w:sz w:val="16"/>
          <w:u w:val="none"/>
        </w:rPr>
        <w:t xml:space="preserve"> even </w:t>
      </w:r>
      <w:r>
        <w:rPr>
          <w:b w:val="0"/>
          <w:i w:val="0"/>
          <w:smallCaps w:val="0"/>
          <w:strike w:val="0"/>
          <w:color w:val="000000"/>
          <w:u w:val="single"/>
        </w:rPr>
        <w:t>non-great-power competitors</w:t>
      </w:r>
      <w:r>
        <w:rPr>
          <w:b w:val="0"/>
          <w:i w:val="0"/>
          <w:smallCaps w:val="0"/>
          <w:strike w:val="0"/>
          <w:color w:val="000000"/>
          <w:sz w:val="16"/>
          <w:u w:val="none"/>
        </w:rPr>
        <w:t xml:space="preserve">, and far more </w:t>
      </w:r>
      <w:r>
        <w:rPr>
          <w:b w:val="0"/>
          <w:i w:val="0"/>
          <w:smallCaps w:val="0"/>
          <w:strike w:val="0"/>
          <w:color w:val="000000"/>
          <w:u w:val="single"/>
        </w:rPr>
        <w:t>fifth-generation capabilities</w:t>
      </w:r>
      <w:r>
        <w:rPr>
          <w:b w:val="0"/>
          <w:i w:val="0"/>
          <w:smallCaps w:val="0"/>
          <w:strike w:val="0"/>
          <w:color w:val="000000"/>
          <w:sz w:val="16"/>
          <w:u w:val="none"/>
        </w:rPr>
        <w:t xml:space="preserve"> </w:t>
      </w:r>
      <w:r>
        <w:rPr>
          <w:b w:val="0"/>
          <w:i w:val="0"/>
          <w:smallCaps w:val="0"/>
          <w:strike w:val="0"/>
          <w:color w:val="000000"/>
          <w:u w:val="single"/>
        </w:rPr>
        <w:t>may be</w:t>
      </w:r>
      <w:r>
        <w:rPr>
          <w:b w:val="0"/>
          <w:i w:val="0"/>
          <w:smallCaps w:val="0"/>
          <w:strike w:val="0"/>
          <w:color w:val="000000"/>
          <w:sz w:val="16"/>
          <w:u w:val="none"/>
        </w:rPr>
        <w:t xml:space="preserve"> </w:t>
      </w:r>
      <w:r>
        <w:rPr>
          <w:b w:val="0"/>
          <w:i w:val="0"/>
          <w:smallCaps w:val="0"/>
          <w:strike w:val="0"/>
          <w:color w:val="000000"/>
          <w:u w:val="single"/>
        </w:rPr>
        <w:t>need</w:t>
      </w:r>
      <w:r>
        <w:rPr>
          <w:b w:val="0"/>
          <w:i w:val="0"/>
          <w:smallCaps w:val="0"/>
          <w:strike w:val="0"/>
          <w:color w:val="000000"/>
          <w:u w:val="single"/>
        </w:rPr>
        <w:t>ed to</w:t>
      </w:r>
      <w:r>
        <w:rPr>
          <w:b w:val="0"/>
          <w:i w:val="0"/>
          <w:smallCaps w:val="0"/>
          <w:strike w:val="0"/>
          <w:color w:val="000000"/>
          <w:sz w:val="16"/>
          <w:u w:val="none"/>
        </w:rPr>
        <w:t xml:space="preserve"> </w:t>
      </w:r>
      <w:r>
        <w:rPr>
          <w:b w:val="0"/>
          <w:i w:val="0"/>
          <w:smallCaps w:val="0"/>
          <w:strike w:val="0"/>
          <w:color w:val="000000"/>
          <w:u w:val="single"/>
        </w:rPr>
        <w:t>perpetuate American overmatch</w:t>
      </w:r>
      <w:r>
        <w:rPr>
          <w:b w:val="0"/>
          <w:i w:val="0"/>
          <w:smallCaps w:val="0"/>
          <w:strike w:val="0"/>
          <w:color w:val="000000"/>
          <w:sz w:val="16"/>
          <w:u w:val="none"/>
        </w:rPr>
        <w:t xml:space="preserve">. Finally, </w:t>
      </w:r>
      <w:r>
        <w:rPr>
          <w:b w:val="0"/>
          <w:i w:val="0"/>
          <w:smallCaps w:val="0"/>
          <w:strike w:val="0"/>
          <w:color w:val="000000"/>
          <w:u w:val="single"/>
        </w:rPr>
        <w:t>the</w:t>
      </w:r>
      <w:r>
        <w:rPr>
          <w:b w:val="0"/>
          <w:i w:val="0"/>
          <w:smallCaps w:val="0"/>
          <w:strike w:val="0"/>
          <w:color w:val="000000"/>
          <w:sz w:val="16"/>
          <w:u w:val="none"/>
        </w:rPr>
        <w:t xml:space="preserve"> </w:t>
      </w:r>
      <w:r>
        <w:rPr>
          <w:b w:val="0"/>
          <w:i w:val="0"/>
          <w:smallCaps w:val="0"/>
          <w:strike w:val="0"/>
          <w:color w:val="000000"/>
          <w:u w:val="single"/>
        </w:rPr>
        <w:t>number of challenges has</w:t>
      </w:r>
      <w:r>
        <w:rPr>
          <w:b w:val="0"/>
          <w:i w:val="0"/>
          <w:smallCaps w:val="0"/>
          <w:strike w:val="0"/>
          <w:color w:val="000000"/>
          <w:sz w:val="16"/>
          <w:u w:val="none"/>
        </w:rPr>
        <w:t xml:space="preserve"> </w:t>
      </w:r>
      <w:r>
        <w:rPr>
          <w:b w:val="0"/>
          <w:i w:val="0"/>
          <w:smallCaps w:val="0"/>
          <w:strike w:val="0"/>
          <w:color w:val="000000"/>
          <w:u w:val="single"/>
        </w:rPr>
        <w:t>multiplied</w:t>
      </w:r>
      <w:r>
        <w:rPr>
          <w:b w:val="0"/>
          <w:i w:val="0"/>
          <w:smallCaps w:val="0"/>
          <w:strike w:val="0"/>
          <w:color w:val="000000"/>
          <w:sz w:val="16"/>
          <w:u w:val="none"/>
        </w:rPr>
        <w:t xml:space="preserve">. During the 1990s and early 2000s, Washington faced rogue states and jihadist extremism—but not intense great-power rivalry. America faced conflicts in the Middle East—but East Asia and Europe were comparatively secure. Now, the </w:t>
      </w:r>
      <w:r>
        <w:rPr>
          <w:b w:val="0"/>
          <w:i w:val="0"/>
          <w:smallCaps w:val="0"/>
          <w:strike w:val="0"/>
          <w:color w:val="000000"/>
          <w:u w:val="single"/>
        </w:rPr>
        <w:t>old threats still exist—but</w:t>
      </w:r>
      <w:r>
        <w:rPr>
          <w:b w:val="0"/>
          <w:i w:val="0"/>
          <w:smallCaps w:val="0"/>
          <w:strike w:val="0"/>
          <w:color w:val="000000"/>
          <w:sz w:val="16"/>
          <w:u w:val="none"/>
        </w:rPr>
        <w:t xml:space="preserve"> the more </w:t>
      </w:r>
      <w:r>
        <w:rPr>
          <w:b w:val="0"/>
          <w:i w:val="0"/>
          <w:smallCaps w:val="0"/>
          <w:strike w:val="0"/>
          <w:color w:val="000000"/>
          <w:u w:val="single"/>
        </w:rPr>
        <w:t>permissive conditions have vanished. The U</w:t>
      </w:r>
      <w:r>
        <w:rPr>
          <w:b w:val="0"/>
          <w:i w:val="0"/>
          <w:smallCaps w:val="0"/>
          <w:strike w:val="0"/>
          <w:color w:val="000000"/>
          <w:sz w:val="16"/>
          <w:u w:val="none"/>
        </w:rPr>
        <w:t xml:space="preserve">nited </w:t>
      </w:r>
      <w:r>
        <w:rPr>
          <w:b w:val="0"/>
          <w:i w:val="0"/>
          <w:smallCaps w:val="0"/>
          <w:strike w:val="0"/>
          <w:color w:val="000000"/>
          <w:u w:val="single"/>
        </w:rPr>
        <w:t>S</w:t>
      </w:r>
      <w:r>
        <w:rPr>
          <w:b w:val="0"/>
          <w:i w:val="0"/>
          <w:smallCaps w:val="0"/>
          <w:strike w:val="0"/>
          <w:color w:val="000000"/>
          <w:sz w:val="16"/>
          <w:u w:val="none"/>
        </w:rPr>
        <w:t xml:space="preserve">tates </w:t>
      </w:r>
      <w:r>
        <w:rPr>
          <w:b w:val="0"/>
          <w:i w:val="0"/>
          <w:smallCaps w:val="0"/>
          <w:strike w:val="0"/>
          <w:color w:val="000000"/>
          <w:u w:val="single"/>
        </w:rPr>
        <w:t>confronts</w:t>
      </w:r>
      <w:r>
        <w:rPr>
          <w:b w:val="0"/>
          <w:i w:val="0"/>
          <w:smallCaps w:val="0"/>
          <w:strike w:val="0"/>
          <w:color w:val="000000"/>
          <w:sz w:val="16"/>
          <w:u w:val="none"/>
        </w:rPr>
        <w:t xml:space="preserve"> </w:t>
      </w:r>
      <w:r>
        <w:rPr>
          <w:b w:val="0"/>
          <w:i w:val="0"/>
          <w:smallCaps w:val="0"/>
          <w:strike w:val="0"/>
          <w:color w:val="000000"/>
          <w:u w:val="single"/>
        </w:rPr>
        <w:t>rogue states</w:t>
      </w:r>
      <w:r>
        <w:rPr>
          <w:b w:val="0"/>
          <w:i w:val="0"/>
          <w:smallCaps w:val="0"/>
          <w:strike w:val="0"/>
          <w:color w:val="000000"/>
          <w:sz w:val="16"/>
          <w:u w:val="none"/>
        </w:rPr>
        <w:t xml:space="preserve">, lethal </w:t>
      </w:r>
      <w:r>
        <w:rPr>
          <w:b w:val="0"/>
          <w:i w:val="0"/>
          <w:smallCaps w:val="0"/>
          <w:strike w:val="0"/>
          <w:color w:val="000000"/>
          <w:u w:val="single"/>
        </w:rPr>
        <w:t>jihadist organizations, and</w:t>
      </w:r>
      <w:r>
        <w:rPr>
          <w:b w:val="0"/>
          <w:i w:val="0"/>
          <w:smallCaps w:val="0"/>
          <w:strike w:val="0"/>
          <w:color w:val="000000"/>
          <w:sz w:val="16"/>
          <w:u w:val="none"/>
        </w:rPr>
        <w:t xml:space="preserve"> </w:t>
      </w:r>
      <w:r>
        <w:rPr>
          <w:b w:val="0"/>
          <w:i w:val="0"/>
          <w:smallCaps w:val="0"/>
          <w:strike w:val="0"/>
          <w:color w:val="000000"/>
          <w:u w:val="single"/>
        </w:rPr>
        <w:t>great-power competition; there are</w:t>
      </w:r>
      <w:r>
        <w:rPr>
          <w:b w:val="0"/>
          <w:i w:val="0"/>
          <w:smallCaps w:val="0"/>
          <w:strike w:val="0"/>
          <w:color w:val="000000"/>
          <w:sz w:val="16"/>
          <w:u w:val="none"/>
        </w:rPr>
        <w:t xml:space="preserve"> </w:t>
      </w:r>
      <w:r>
        <w:rPr>
          <w:b w:val="0"/>
          <w:i w:val="0"/>
          <w:smallCaps w:val="0"/>
          <w:strike w:val="0"/>
          <w:color w:val="000000"/>
          <w:u w:val="single"/>
        </w:rPr>
        <w:t>severe challenges</w:t>
      </w:r>
      <w:r>
        <w:rPr>
          <w:b w:val="0"/>
          <w:i w:val="0"/>
          <w:smallCaps w:val="0"/>
          <w:strike w:val="0"/>
          <w:color w:val="000000"/>
          <w:sz w:val="16"/>
          <w:u w:val="none"/>
        </w:rPr>
        <w:t xml:space="preserve"> </w:t>
      </w:r>
      <w:r>
        <w:rPr>
          <w:b w:val="0"/>
          <w:i w:val="0"/>
          <w:smallCaps w:val="0"/>
          <w:strike w:val="0"/>
          <w:color w:val="000000"/>
          <w:u w:val="single"/>
        </w:rPr>
        <w:t>in all</w:t>
      </w:r>
      <w:r>
        <w:rPr>
          <w:b w:val="0"/>
          <w:i w:val="0"/>
          <w:smallCaps w:val="0"/>
          <w:strike w:val="0"/>
          <w:color w:val="000000"/>
          <w:sz w:val="16"/>
          <w:u w:val="none"/>
        </w:rPr>
        <w:t xml:space="preserve"> three </w:t>
      </w:r>
      <w:r>
        <w:rPr>
          <w:b w:val="0"/>
          <w:i w:val="0"/>
          <w:smallCaps w:val="0"/>
          <w:strike w:val="0"/>
          <w:color w:val="000000"/>
          <w:u w:val="single"/>
        </w:rPr>
        <w:t>Eurasian theaters. “I don’t recall a time when we have been confronted with a more</w:t>
      </w:r>
      <w:r>
        <w:rPr>
          <w:b w:val="0"/>
          <w:i w:val="0"/>
          <w:smallCaps w:val="0"/>
          <w:strike w:val="0"/>
          <w:color w:val="000000"/>
          <w:sz w:val="16"/>
          <w:u w:val="none"/>
        </w:rPr>
        <w:t xml:space="preserve"> </w:t>
      </w:r>
      <w:r>
        <w:rPr>
          <w:b w:val="0"/>
          <w:i w:val="0"/>
          <w:smallCaps w:val="0"/>
          <w:strike w:val="0"/>
          <w:color w:val="000000"/>
          <w:u w:val="single"/>
        </w:rPr>
        <w:t>diverse array of threats, whether it’s</w:t>
      </w:r>
      <w:r>
        <w:rPr>
          <w:b w:val="0"/>
          <w:i w:val="0"/>
          <w:smallCaps w:val="0"/>
          <w:strike w:val="0"/>
          <w:color w:val="000000"/>
          <w:sz w:val="16"/>
          <w:u w:val="none"/>
        </w:rPr>
        <w:t xml:space="preserve"> the nation state threats posed by </w:t>
      </w:r>
      <w:r>
        <w:rPr>
          <w:b w:val="0"/>
          <w:i w:val="0"/>
          <w:smallCaps w:val="0"/>
          <w:strike w:val="0"/>
          <w:color w:val="000000"/>
          <w:u w:val="single"/>
        </w:rPr>
        <w:t>Russia and China</w:t>
      </w:r>
      <w:r>
        <w:rPr>
          <w:b w:val="0"/>
          <w:i w:val="0"/>
          <w:smallCaps w:val="0"/>
          <w:strike w:val="0"/>
          <w:color w:val="000000"/>
          <w:sz w:val="16"/>
          <w:u w:val="none"/>
        </w:rPr>
        <w:t xml:space="preserve"> and particularly their substantial nuclear capabilities, </w:t>
      </w:r>
      <w:r>
        <w:rPr>
          <w:b w:val="0"/>
          <w:i w:val="0"/>
          <w:smallCaps w:val="0"/>
          <w:strike w:val="0"/>
          <w:color w:val="000000"/>
          <w:u w:val="single"/>
        </w:rPr>
        <w:t>or non-nation states</w:t>
      </w:r>
      <w:r>
        <w:rPr>
          <w:b w:val="0"/>
          <w:i w:val="0"/>
          <w:smallCaps w:val="0"/>
          <w:strike w:val="0"/>
          <w:color w:val="000000"/>
          <w:sz w:val="16"/>
          <w:u w:val="none"/>
        </w:rPr>
        <w:t xml:space="preserve"> of the likes of ISIL, Al Qaida, etc.,” Director of National Intelligence James Clapper commented in 2016. </w:t>
      </w:r>
      <w:r>
        <w:rPr>
          <w:b w:val="0"/>
          <w:i w:val="0"/>
          <w:smallCaps w:val="0"/>
          <w:strike w:val="0"/>
          <w:color w:val="000000"/>
          <w:u w:val="single"/>
        </w:rPr>
        <w:t>Trends in the strategic landscape constituted a</w:t>
      </w:r>
      <w:r>
        <w:rPr>
          <w:b w:val="0"/>
          <w:i w:val="0"/>
          <w:smallCaps w:val="0"/>
          <w:strike w:val="0"/>
          <w:color w:val="000000"/>
          <w:sz w:val="16"/>
          <w:u w:val="none"/>
        </w:rPr>
        <w:t xml:space="preserve"> veritable “</w:t>
      </w:r>
      <w:r>
        <w:rPr>
          <w:b w:val="0"/>
          <w:i w:val="0"/>
          <w:smallCaps w:val="0"/>
          <w:strike w:val="0"/>
          <w:color w:val="000000"/>
          <w:u w:val="single"/>
        </w:rPr>
        <w:t>litany of doom</w:t>
      </w:r>
      <w:r>
        <w:rPr>
          <w:b w:val="0"/>
          <w:i w:val="0"/>
          <w:smallCaps w:val="0"/>
          <w:strike w:val="0"/>
          <w:color w:val="000000"/>
          <w:sz w:val="16"/>
          <w:u w:val="none"/>
        </w:rPr>
        <w:t xml:space="preserve">.”14 </w:t>
      </w:r>
      <w:r>
        <w:rPr>
          <w:b w:val="0"/>
          <w:i w:val="0"/>
          <w:smallCaps w:val="0"/>
          <w:strike w:val="0"/>
          <w:color w:val="000000"/>
          <w:u w:val="single"/>
        </w:rPr>
        <w:t>The U</w:t>
      </w:r>
      <w:r>
        <w:rPr>
          <w:b w:val="0"/>
          <w:i w:val="0"/>
          <w:smallCaps w:val="0"/>
          <w:strike w:val="0"/>
          <w:color w:val="000000"/>
          <w:sz w:val="16"/>
          <w:u w:val="none"/>
        </w:rPr>
        <w:t xml:space="preserve">nited </w:t>
      </w:r>
      <w:r>
        <w:rPr>
          <w:b w:val="0"/>
          <w:i w:val="0"/>
          <w:smallCaps w:val="0"/>
          <w:strike w:val="0"/>
          <w:color w:val="000000"/>
          <w:u w:val="single"/>
        </w:rPr>
        <w:t>S</w:t>
      </w:r>
      <w:r>
        <w:rPr>
          <w:b w:val="0"/>
          <w:i w:val="0"/>
          <w:smallCaps w:val="0"/>
          <w:strike w:val="0"/>
          <w:color w:val="000000"/>
          <w:sz w:val="16"/>
          <w:u w:val="none"/>
        </w:rPr>
        <w:t xml:space="preserve">tates thus </w:t>
      </w:r>
      <w:r>
        <w:rPr>
          <w:b w:val="0"/>
          <w:i w:val="0"/>
          <w:smallCaps w:val="0"/>
          <w:strike w:val="0"/>
          <w:color w:val="000000"/>
          <w:u w:val="single"/>
        </w:rPr>
        <w:t>faces</w:t>
      </w:r>
      <w:r>
        <w:rPr>
          <w:b w:val="0"/>
          <w:i w:val="0"/>
          <w:smallCaps w:val="0"/>
          <w:strike w:val="0"/>
          <w:color w:val="000000"/>
          <w:sz w:val="16"/>
          <w:u w:val="none"/>
        </w:rPr>
        <w:t xml:space="preserve"> not just more significant, but also more </w:t>
      </w:r>
      <w:r>
        <w:rPr>
          <w:b w:val="0"/>
          <w:i w:val="0"/>
          <w:smallCaps w:val="0"/>
          <w:strike w:val="0"/>
          <w:color w:val="000000"/>
          <w:u w:val="single"/>
        </w:rPr>
        <w:t>numerous, challenges to its military dominance</w:t>
      </w:r>
      <w:r>
        <w:rPr>
          <w:b w:val="0"/>
          <w:i w:val="0"/>
          <w:smallCaps w:val="0"/>
          <w:strike w:val="0"/>
          <w:color w:val="000000"/>
          <w:sz w:val="16"/>
          <w:u w:val="none"/>
        </w:rPr>
        <w:t xml:space="preserve"> than it has for at least a quarter century.</w:t>
      </w:r>
    </w:p>
    <w:p>
      <w:pPr>
        <w:pStyle w:val="Caption"/>
      </w:pPr>
      <w:r>
        <w:t>Source: Hegemony Supplement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