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Current “hard technology” perpetuates masculine values that lead to inevitable destruction---the alternative creates a “soft technology” society that ends exploitive tech</w:t>
      </w:r>
    </w:p>
    <w:p>
      <w:pPr>
        <w:spacing w:after="80"/>
      </w:pPr>
      <w:r>
        <w:rPr>
          <w:b w:val="0"/>
          <w:i w:val="0"/>
          <w:smallCaps w:val="0"/>
          <w:strike w:val="0"/>
          <w:u w:val="none"/>
        </w:rPr>
        <w:t xml:space="preserve">Joan A. </w:t>
      </w:r>
      <w:r>
        <w:rPr>
          <w:b/>
          <w:i w:val="0"/>
          <w:smallCaps w:val="0"/>
          <w:strike w:val="0"/>
          <w:sz w:val="26"/>
          <w:u w:val="none"/>
        </w:rPr>
        <w:t>Rothschild</w:t>
      </w:r>
      <w:r>
        <w:rPr>
          <w:b w:val="0"/>
          <w:i w:val="0"/>
          <w:smallCaps w:val="0"/>
          <w:strike w:val="0"/>
          <w:u w:val="none"/>
        </w:rPr>
        <w:t>, 19</w:t>
      </w:r>
      <w:r>
        <w:rPr>
          <w:b/>
          <w:i w:val="0"/>
          <w:smallCaps w:val="0"/>
          <w:strike w:val="0"/>
          <w:sz w:val="26"/>
          <w:u w:val="none"/>
        </w:rPr>
        <w:t>81</w:t>
      </w:r>
      <w:r>
        <w:rPr>
          <w:b w:val="0"/>
          <w:i w:val="0"/>
          <w:smallCaps w:val="0"/>
          <w:strike w:val="0"/>
          <w:u w:val="none"/>
        </w:rPr>
        <w:t xml:space="preserve"> [Department of History and Politics, University of Lowell, Lowell, MA 01854, </w:t>
      </w:r>
      <w:r>
        <w:rPr>
          <w:b w:val="0"/>
          <w:i w:val="0"/>
          <w:smallCaps w:val="0"/>
          <w:strike w:val="0"/>
          <w:u w:val="none"/>
        </w:rPr>
        <w:t>U.SoA</w:t>
      </w:r>
      <w:r>
        <w:rPr>
          <w:b w:val="0"/>
          <w:i w:val="0"/>
          <w:smallCaps w:val="0"/>
          <w:strike w:val="0"/>
          <w:u w:val="none"/>
        </w:rPr>
        <w:t xml:space="preserve">. ]"A feminist perspective on technology and the future", Pergamon Press, </w:t>
      </w:r>
      <w:r>
        <w:rPr>
          <w:b w:val="0"/>
          <w:i w:val="0"/>
          <w:smallCaps w:val="0"/>
          <w:strike w:val="0"/>
          <w:u w:val="none"/>
        </w:rPr>
        <w:t xml:space="preserve"> [</w:t>
      </w:r>
      <w:r>
        <w:rPr>
          <w:b w:val="0"/>
          <w:i w:val="0"/>
          <w:smallCaps w:val="0"/>
          <w:strike w:val="0"/>
          <w:u w:val="none"/>
        </w:rPr>
        <w:t>cpsw</w:t>
      </w:r>
      <w:r>
        <w:rPr>
          <w:b w:val="0"/>
          <w:i w:val="0"/>
          <w:smallCaps w:val="0"/>
          <w:strike w:val="0"/>
          <w:u w:val="none"/>
        </w:rPr>
        <w:t xml:space="preserve"> - </w:t>
      </w:r>
      <w:r>
        <w:rPr>
          <w:b w:val="0"/>
          <w:i w:val="0"/>
          <w:smallCaps w:val="0"/>
          <w:strike w:val="0"/>
          <w:u w:val="none"/>
        </w:rPr>
        <w:t>qls</w:t>
      </w:r>
      <w:r>
        <w:rPr>
          <w:b w:val="0"/>
          <w:i w:val="0"/>
          <w:smallCaps w:val="0"/>
          <w:strike w:val="0"/>
          <w:u w:val="none"/>
        </w:rPr>
        <w:t xml:space="preserve"> </w:t>
      </w:r>
      <w:r>
        <w:rPr>
          <w:b w:val="0"/>
          <w:i w:val="0"/>
          <w:smallCaps w:val="0"/>
          <w:strike w:val="0"/>
          <w:u w:val="none"/>
        </w:rPr>
        <w:t>ms</w:t>
      </w:r>
      <w:r>
        <w:rPr>
          <w:b w:val="0"/>
          <w:i w:val="0"/>
          <w:smallCaps w:val="0"/>
          <w:strike w:val="0"/>
          <w:u w:val="none"/>
        </w:rPr>
        <w:t xml:space="preserve">] </w:t>
      </w:r>
    </w:p>
    <w:p>
      <w:pPr>
        <w:spacing w:after="60"/>
      </w:pPr>
      <w:r>
        <w:rPr>
          <w:b w:val="0"/>
          <w:i w:val="0"/>
          <w:smallCaps w:val="0"/>
          <w:strike w:val="0"/>
          <w:sz w:val="16"/>
          <w:u w:val="none"/>
        </w:rPr>
        <w:t xml:space="preserve">Mention technology and what word images spring to mind? Science, invention, machines. Skill, ingenuity: homo faber. But </w:t>
      </w:r>
      <w:r>
        <w:rPr>
          <w:b w:val="0"/>
          <w:i w:val="0"/>
          <w:smallCaps w:val="0"/>
          <w:strike w:val="0"/>
          <w:sz w:val="16"/>
          <w:u w:val="none"/>
        </w:rPr>
        <w:t>femina</w:t>
      </w:r>
      <w:r>
        <w:rPr>
          <w:b w:val="0"/>
          <w:i w:val="0"/>
          <w:smallCaps w:val="0"/>
          <w:strike w:val="0"/>
          <w:sz w:val="16"/>
          <w:u w:val="none"/>
        </w:rPr>
        <w:t xml:space="preserve"> </w:t>
      </w:r>
      <w:r>
        <w:rPr>
          <w:b w:val="0"/>
          <w:i w:val="0"/>
          <w:smallCaps w:val="0"/>
          <w:strike w:val="0"/>
          <w:sz w:val="16"/>
          <w:u w:val="none"/>
        </w:rPr>
        <w:t>fabera</w:t>
      </w:r>
      <w:r>
        <w:rPr>
          <w:b w:val="0"/>
          <w:i w:val="0"/>
          <w:smallCaps w:val="0"/>
          <w:strike w:val="0"/>
          <w:sz w:val="16"/>
          <w:u w:val="none"/>
        </w:rPr>
        <w:t xml:space="preserve">? 1 Hardly. </w:t>
      </w:r>
      <w:r>
        <w:rPr>
          <w:b w:val="0"/>
          <w:i w:val="0"/>
          <w:smallCaps w:val="0"/>
          <w:strike w:val="0"/>
          <w:sz w:val="22"/>
          <w:u w:val="single"/>
        </w:rPr>
        <w:t>Trapped</w:t>
      </w:r>
      <w:r>
        <w:rPr>
          <w:b w:val="0"/>
          <w:i w:val="0"/>
          <w:smallCaps w:val="0"/>
          <w:strike w:val="0"/>
          <w:sz w:val="16"/>
          <w:u w:val="none"/>
        </w:rPr>
        <w:t xml:space="preserve"> for most of her history by biology </w:t>
      </w:r>
      <w:r>
        <w:rPr>
          <w:b w:val="0"/>
          <w:i w:val="0"/>
          <w:smallCaps w:val="0"/>
          <w:strike w:val="0"/>
          <w:sz w:val="22"/>
          <w:u w:val="single"/>
        </w:rPr>
        <w:t>into the private sphere of home</w:t>
      </w:r>
      <w:r>
        <w:rPr>
          <w:b w:val="0"/>
          <w:i w:val="0"/>
          <w:smallCaps w:val="0"/>
          <w:strike w:val="0"/>
          <w:sz w:val="16"/>
          <w:u w:val="none"/>
        </w:rPr>
        <w:t xml:space="preserve">, family, and locality, and </w:t>
      </w:r>
      <w:r>
        <w:rPr>
          <w:b w:val="0"/>
          <w:i w:val="0"/>
          <w:smallCaps w:val="0"/>
          <w:strike w:val="0"/>
          <w:sz w:val="22"/>
          <w:u w:val="single"/>
        </w:rPr>
        <w:t>barred from</w:t>
      </w:r>
      <w:r>
        <w:rPr>
          <w:b w:val="0"/>
          <w:i w:val="0"/>
          <w:smallCaps w:val="0"/>
          <w:strike w:val="0"/>
          <w:sz w:val="16"/>
          <w:u w:val="none"/>
        </w:rPr>
        <w:t xml:space="preserve"> the necessary training and </w:t>
      </w:r>
      <w:r>
        <w:rPr>
          <w:b w:val="0"/>
          <w:i w:val="0"/>
          <w:smallCaps w:val="0"/>
          <w:strike w:val="0"/>
          <w:sz w:val="22"/>
          <w:u w:val="single"/>
        </w:rPr>
        <w:t>education</w:t>
      </w:r>
      <w:r>
        <w:rPr>
          <w:b w:val="0"/>
          <w:i w:val="0"/>
          <w:smallCaps w:val="0"/>
          <w:strike w:val="0"/>
          <w:sz w:val="16"/>
          <w:u w:val="none"/>
        </w:rPr>
        <w:t xml:space="preserve"> especially </w:t>
      </w:r>
      <w:r>
        <w:rPr>
          <w:b w:val="0"/>
          <w:i w:val="0"/>
          <w:smallCaps w:val="0"/>
          <w:strike w:val="0"/>
          <w:sz w:val="22"/>
          <w:u w:val="single"/>
        </w:rPr>
        <w:t>scientific and mathematic</w:t>
      </w:r>
      <w:r>
        <w:rPr>
          <w:b w:val="0"/>
          <w:i w:val="0"/>
          <w:smallCaps w:val="0"/>
          <w:strike w:val="0"/>
          <w:sz w:val="16"/>
          <w:u w:val="none"/>
        </w:rPr>
        <w:t xml:space="preserve"> (Osen, 1974~; </w:t>
      </w:r>
      <w:r>
        <w:rPr>
          <w:b w:val="0"/>
          <w:i w:val="0"/>
          <w:smallCaps w:val="0"/>
          <w:strike w:val="0"/>
          <w:sz w:val="16"/>
          <w:u w:val="none"/>
        </w:rPr>
        <w:t>Mozans</w:t>
      </w:r>
      <w:r>
        <w:rPr>
          <w:b w:val="0"/>
          <w:i w:val="0"/>
          <w:smallCaps w:val="0"/>
          <w:strike w:val="0"/>
          <w:sz w:val="16"/>
          <w:u w:val="none"/>
        </w:rPr>
        <w:t xml:space="preserve">, </w:t>
      </w:r>
      <w:r>
        <w:rPr>
          <w:b w:val="0"/>
          <w:i w:val="0"/>
          <w:smallCaps w:val="0"/>
          <w:strike w:val="0"/>
          <w:sz w:val="16"/>
          <w:u w:val="none"/>
        </w:rPr>
        <w:t>1975)--</w:t>
      </w:r>
      <w:r>
        <w:rPr>
          <w:b/>
          <w:i w:val="0"/>
          <w:smallCaps w:val="0"/>
          <w:strike w:val="0"/>
          <w:sz w:val="22"/>
          <w:u w:val="single"/>
        </w:rPr>
        <w:t>woman has been kept outside the mainstream of recorded technological development</w:t>
      </w:r>
      <w:r>
        <w:rPr>
          <w:b w:val="0"/>
          <w:i w:val="0"/>
          <w:smallCaps w:val="0"/>
          <w:strike w:val="0"/>
          <w:sz w:val="16"/>
          <w:u w:val="none"/>
        </w:rPr>
        <w:t xml:space="preserve">. Historically, </w:t>
      </w:r>
      <w:r>
        <w:rPr>
          <w:b w:val="0"/>
          <w:i w:val="0"/>
          <w:smallCaps w:val="0"/>
          <w:strike w:val="0"/>
          <w:sz w:val="22"/>
          <w:u w:val="single"/>
        </w:rPr>
        <w:t xml:space="preserve">she has been seen as </w:t>
      </w:r>
      <w:r>
        <w:rPr>
          <w:b/>
          <w:i w:val="0"/>
          <w:smallCaps w:val="0"/>
          <w:strike w:val="0"/>
          <w:sz w:val="22"/>
          <w:u w:val="single"/>
        </w:rPr>
        <w:t xml:space="preserve">contributing </w:t>
      </w:r>
      <w:r>
        <w:rPr>
          <w:b w:val="0"/>
          <w:i w:val="0"/>
          <w:smallCaps w:val="0"/>
          <w:strike w:val="0"/>
          <w:sz w:val="16"/>
          <w:u w:val="none"/>
        </w:rPr>
        <w:t xml:space="preserve">little or </w:t>
      </w:r>
      <w:r>
        <w:rPr>
          <w:b/>
          <w:i w:val="0"/>
          <w:smallCaps w:val="0"/>
          <w:strike w:val="0"/>
          <w:sz w:val="22"/>
          <w:u w:val="single"/>
        </w:rPr>
        <w:t xml:space="preserve">nothing </w:t>
      </w:r>
      <w:r>
        <w:rPr>
          <w:b w:val="0"/>
          <w:i w:val="0"/>
          <w:smallCaps w:val="0"/>
          <w:strike w:val="0"/>
          <w:sz w:val="22"/>
          <w:u w:val="single"/>
        </w:rPr>
        <w:t>to technology</w:t>
      </w:r>
      <w:r>
        <w:rPr>
          <w:b w:val="0"/>
          <w:i w:val="0"/>
          <w:smallCaps w:val="0"/>
          <w:strike w:val="0"/>
          <w:sz w:val="16"/>
          <w:u w:val="none"/>
        </w:rPr>
        <w:t xml:space="preserve">. At most, woman has been viewed as </w:t>
      </w:r>
      <w:r>
        <w:rPr>
          <w:b/>
          <w:i w:val="0"/>
          <w:smallCaps w:val="0"/>
          <w:strike w:val="0"/>
          <w:sz w:val="22"/>
          <w:u w:val="single"/>
        </w:rPr>
        <w:t>being acted upon</w:t>
      </w:r>
      <w:r>
        <w:rPr>
          <w:b w:val="0"/>
          <w:i w:val="0"/>
          <w:smallCaps w:val="0"/>
          <w:strike w:val="0"/>
          <w:sz w:val="16"/>
          <w:u w:val="none"/>
        </w:rPr>
        <w:t xml:space="preserve"> by technological change--as in accounts of how the industrial revolution </w:t>
      </w:r>
      <w:r>
        <w:rPr>
          <w:b w:val="0"/>
          <w:i w:val="0"/>
          <w:smallCaps w:val="0"/>
          <w:strike w:val="0"/>
          <w:sz w:val="22"/>
          <w:u w:val="single"/>
        </w:rPr>
        <w:t>brought women out of the home</w:t>
      </w:r>
      <w:r>
        <w:rPr>
          <w:b w:val="0"/>
          <w:i w:val="0"/>
          <w:smallCaps w:val="0"/>
          <w:strike w:val="0"/>
          <w:sz w:val="16"/>
          <w:u w:val="none"/>
        </w:rPr>
        <w:t xml:space="preserve"> and into the paid workforce (Baker, </w:t>
      </w:r>
      <w:r>
        <w:rPr>
          <w:b w:val="0"/>
          <w:i w:val="0"/>
          <w:smallCaps w:val="0"/>
          <w:strike w:val="0"/>
          <w:sz w:val="16"/>
          <w:u w:val="none"/>
        </w:rPr>
        <w:t>1964)--</w:t>
      </w:r>
      <w:r>
        <w:rPr>
          <w:b w:val="0"/>
          <w:i w:val="0"/>
          <w:smallCaps w:val="0"/>
          <w:strike w:val="0"/>
          <w:sz w:val="16"/>
          <w:u w:val="none"/>
        </w:rPr>
        <w:t xml:space="preserve">or else as </w:t>
      </w:r>
      <w:r>
        <w:rPr>
          <w:b w:val="0"/>
          <w:i w:val="0"/>
          <w:smallCaps w:val="0"/>
          <w:strike w:val="0"/>
          <w:sz w:val="22"/>
          <w:u w:val="single"/>
        </w:rPr>
        <w:t>user of technology</w:t>
      </w:r>
      <w:r>
        <w:rPr>
          <w:b w:val="0"/>
          <w:i w:val="0"/>
          <w:smallCaps w:val="0"/>
          <w:strike w:val="0"/>
          <w:sz w:val="16"/>
          <w:u w:val="none"/>
        </w:rPr>
        <w:t xml:space="preserve"> devised by others, e.g. the </w:t>
      </w:r>
      <w:r>
        <w:rPr>
          <w:b w:val="0"/>
          <w:i w:val="0"/>
          <w:smallCaps w:val="0"/>
          <w:strike w:val="0"/>
          <w:sz w:val="22"/>
          <w:u w:val="single"/>
        </w:rPr>
        <w:t>'happy housewife'</w:t>
      </w:r>
      <w:r>
        <w:rPr>
          <w:b w:val="0"/>
          <w:i w:val="0"/>
          <w:smallCaps w:val="0"/>
          <w:strike w:val="0"/>
          <w:sz w:val="16"/>
          <w:u w:val="none"/>
        </w:rPr>
        <w:t xml:space="preserve"> </w:t>
      </w:r>
      <w:r>
        <w:rPr>
          <w:b w:val="0"/>
          <w:i w:val="0"/>
          <w:smallCaps w:val="0"/>
          <w:strike w:val="0"/>
          <w:sz w:val="22"/>
          <w:u w:val="single"/>
        </w:rPr>
        <w:t>and her</w:t>
      </w:r>
      <w:r>
        <w:rPr>
          <w:b w:val="0"/>
          <w:i w:val="0"/>
          <w:smallCaps w:val="0"/>
          <w:strike w:val="0"/>
          <w:sz w:val="16"/>
          <w:u w:val="none"/>
        </w:rPr>
        <w:t xml:space="preserve"> so-called </w:t>
      </w:r>
      <w:r>
        <w:rPr>
          <w:b w:val="0"/>
          <w:i w:val="0"/>
          <w:smallCaps w:val="0"/>
          <w:strike w:val="0"/>
          <w:sz w:val="22"/>
          <w:u w:val="single"/>
        </w:rPr>
        <w:t>labor-saving devices</w:t>
      </w:r>
      <w:r>
        <w:rPr>
          <w:b w:val="0"/>
          <w:i w:val="0"/>
          <w:smallCaps w:val="0"/>
          <w:strike w:val="0"/>
          <w:sz w:val="16"/>
          <w:u w:val="none"/>
        </w:rPr>
        <w:t xml:space="preserve">. Only recently has </w:t>
      </w:r>
      <w:r>
        <w:rPr>
          <w:b w:val="0"/>
          <w:i w:val="0"/>
          <w:smallCaps w:val="0"/>
          <w:strike w:val="0"/>
          <w:sz w:val="22"/>
          <w:u w:val="single"/>
        </w:rPr>
        <w:t>feminist scholarship</w:t>
      </w:r>
      <w:r>
        <w:rPr>
          <w:b w:val="0"/>
          <w:i w:val="0"/>
          <w:smallCaps w:val="0"/>
          <w:strike w:val="0"/>
          <w:sz w:val="16"/>
          <w:u w:val="none"/>
        </w:rPr>
        <w:t xml:space="preserve"> begun to </w:t>
      </w:r>
      <w:r>
        <w:rPr>
          <w:b w:val="0"/>
          <w:i w:val="0"/>
          <w:smallCaps w:val="0"/>
          <w:strike w:val="0"/>
          <w:sz w:val="22"/>
          <w:u w:val="single"/>
        </w:rPr>
        <w:t>shatter the</w:t>
      </w:r>
      <w:r>
        <w:rPr>
          <w:b w:val="0"/>
          <w:i w:val="0"/>
          <w:smallCaps w:val="0"/>
          <w:strike w:val="0"/>
          <w:sz w:val="16"/>
          <w:u w:val="none"/>
        </w:rPr>
        <w:t xml:space="preserve"> prevailing </w:t>
      </w:r>
      <w:r>
        <w:rPr>
          <w:b w:val="0"/>
          <w:i w:val="0"/>
          <w:smallCaps w:val="0"/>
          <w:strike w:val="0"/>
          <w:sz w:val="22"/>
          <w:u w:val="single"/>
        </w:rPr>
        <w:t>myths</w:t>
      </w:r>
      <w:r>
        <w:rPr>
          <w:b w:val="0"/>
          <w:i w:val="0"/>
          <w:smallCaps w:val="0"/>
          <w:strike w:val="0"/>
          <w:sz w:val="16"/>
          <w:u w:val="none"/>
        </w:rPr>
        <w:t xml:space="preserve"> about the effects of technology on women's lives. New studies of the seventies have begun to show the ways </w:t>
      </w:r>
      <w:r>
        <w:rPr>
          <w:b w:val="0"/>
          <w:i w:val="0"/>
          <w:smallCaps w:val="0"/>
          <w:strike w:val="0"/>
          <w:sz w:val="22"/>
          <w:u w:val="single"/>
        </w:rPr>
        <w:t>women have contributed to</w:t>
      </w:r>
      <w:r>
        <w:rPr>
          <w:b w:val="0"/>
          <w:i w:val="0"/>
          <w:smallCaps w:val="0"/>
          <w:strike w:val="0"/>
          <w:sz w:val="16"/>
          <w:u w:val="none"/>
        </w:rPr>
        <w:t xml:space="preserve"> methods of </w:t>
      </w:r>
      <w:r>
        <w:rPr>
          <w:b w:val="0"/>
          <w:i w:val="0"/>
          <w:smallCaps w:val="0"/>
          <w:strike w:val="0"/>
          <w:sz w:val="22"/>
          <w:u w:val="single"/>
        </w:rPr>
        <w:t>farming and industry</w:t>
      </w:r>
      <w:r>
        <w:rPr>
          <w:b w:val="0"/>
          <w:i w:val="0"/>
          <w:smallCaps w:val="0"/>
          <w:strike w:val="0"/>
          <w:sz w:val="16"/>
          <w:u w:val="none"/>
        </w:rPr>
        <w:t xml:space="preserve">, to </w:t>
      </w:r>
      <w:r>
        <w:rPr>
          <w:b w:val="0"/>
          <w:i w:val="0"/>
          <w:smallCaps w:val="0"/>
          <w:strike w:val="0"/>
          <w:sz w:val="22"/>
          <w:u w:val="single"/>
        </w:rPr>
        <w:t>social invention</w:t>
      </w:r>
      <w:r>
        <w:rPr>
          <w:b w:val="0"/>
          <w:i w:val="0"/>
          <w:smallCaps w:val="0"/>
          <w:strike w:val="0"/>
          <w:sz w:val="16"/>
          <w:u w:val="none"/>
        </w:rPr>
        <w:t xml:space="preserve">, to forms of </w:t>
      </w:r>
      <w:r>
        <w:rPr>
          <w:b w:val="0"/>
          <w:i w:val="0"/>
          <w:smallCaps w:val="0"/>
          <w:strike w:val="0"/>
          <w:sz w:val="22"/>
          <w:u w:val="single"/>
        </w:rPr>
        <w:t>political and social organization</w:t>
      </w:r>
      <w:r>
        <w:rPr>
          <w:b w:val="0"/>
          <w:i w:val="0"/>
          <w:smallCaps w:val="0"/>
          <w:strike w:val="0"/>
          <w:sz w:val="16"/>
          <w:u w:val="none"/>
        </w:rPr>
        <w:t xml:space="preserve"> [footnotes omitted] What is the significance of a 'feminist perspective' for technology? What is such a perspective, and what can it mean for the future? A </w:t>
      </w:r>
      <w:r>
        <w:rPr>
          <w:b w:val="0"/>
          <w:i w:val="0"/>
          <w:smallCaps w:val="0"/>
          <w:strike w:val="0"/>
          <w:sz w:val="22"/>
          <w:u w:val="single"/>
        </w:rPr>
        <w:t>feminist perspective means</w:t>
      </w:r>
      <w:r>
        <w:rPr>
          <w:b w:val="0"/>
          <w:i w:val="0"/>
          <w:smallCaps w:val="0"/>
          <w:strike w:val="0"/>
          <w:sz w:val="16"/>
          <w:u w:val="none"/>
        </w:rPr>
        <w:t xml:space="preserve">, above all, </w:t>
      </w:r>
      <w:r>
        <w:rPr>
          <w:b w:val="0"/>
          <w:i w:val="0"/>
          <w:smallCaps w:val="0"/>
          <w:strike w:val="0"/>
          <w:sz w:val="22"/>
          <w:u w:val="single"/>
        </w:rPr>
        <w:t>a certain set of values</w:t>
      </w:r>
      <w:r>
        <w:rPr>
          <w:b w:val="0"/>
          <w:i w:val="0"/>
          <w:smallCaps w:val="0"/>
          <w:strike w:val="0"/>
          <w:sz w:val="16"/>
          <w:u w:val="none"/>
        </w:rPr>
        <w:t xml:space="preserve">. </w:t>
      </w:r>
      <w:r>
        <w:rPr>
          <w:b w:val="0"/>
          <w:i w:val="0"/>
          <w:smallCaps w:val="0"/>
          <w:strike w:val="0"/>
          <w:sz w:val="22"/>
          <w:u w:val="single"/>
        </w:rPr>
        <w:t>Sexist society</w:t>
      </w:r>
      <w:r>
        <w:rPr>
          <w:b w:val="0"/>
          <w:i w:val="0"/>
          <w:smallCaps w:val="0"/>
          <w:strike w:val="0"/>
          <w:sz w:val="16"/>
          <w:u w:val="none"/>
        </w:rPr>
        <w:t xml:space="preserve">, in systematically subordinating more than one-half of its population, </w:t>
      </w:r>
      <w:r>
        <w:rPr>
          <w:b w:val="0"/>
          <w:i w:val="0"/>
          <w:smallCaps w:val="0"/>
          <w:strike w:val="0"/>
          <w:sz w:val="22"/>
          <w:u w:val="single"/>
        </w:rPr>
        <w:t>is</w:t>
      </w:r>
      <w:r>
        <w:rPr>
          <w:b w:val="0"/>
          <w:i w:val="0"/>
          <w:smallCaps w:val="0"/>
          <w:strike w:val="0"/>
          <w:sz w:val="16"/>
          <w:u w:val="none"/>
        </w:rPr>
        <w:t xml:space="preserve"> both </w:t>
      </w:r>
      <w:r>
        <w:rPr>
          <w:b w:val="0"/>
          <w:i w:val="0"/>
          <w:smallCaps w:val="0"/>
          <w:strike w:val="0"/>
          <w:sz w:val="22"/>
          <w:u w:val="single"/>
        </w:rPr>
        <w:t>exploitative and anti-humanistic</w:t>
      </w:r>
      <w:r>
        <w:rPr>
          <w:b w:val="0"/>
          <w:i w:val="0"/>
          <w:smallCaps w:val="0"/>
          <w:strike w:val="0"/>
          <w:sz w:val="16"/>
          <w:u w:val="none"/>
        </w:rPr>
        <w:t xml:space="preserve">. </w:t>
      </w:r>
      <w:r>
        <w:rPr>
          <w:b w:val="0"/>
          <w:i w:val="0"/>
          <w:smallCaps w:val="0"/>
          <w:strike w:val="0"/>
          <w:sz w:val="22"/>
          <w:u w:val="single"/>
        </w:rPr>
        <w:t>Feminism</w:t>
      </w:r>
      <w:r>
        <w:rPr>
          <w:b w:val="0"/>
          <w:i w:val="0"/>
          <w:smallCaps w:val="0"/>
          <w:strike w:val="0"/>
          <w:sz w:val="16"/>
          <w:u w:val="none"/>
        </w:rPr>
        <w:t xml:space="preserve">, in seeking to have women realize themselves as independent, autonomous human beings, </w:t>
      </w:r>
      <w:r>
        <w:rPr>
          <w:b w:val="0"/>
          <w:i w:val="0"/>
          <w:smallCaps w:val="0"/>
          <w:strike w:val="0"/>
          <w:sz w:val="22"/>
          <w:u w:val="single"/>
        </w:rPr>
        <w:t>must necessarily reject social systems</w:t>
      </w:r>
      <w:r>
        <w:rPr>
          <w:b w:val="0"/>
          <w:i w:val="0"/>
          <w:smallCaps w:val="0"/>
          <w:strike w:val="0"/>
          <w:sz w:val="16"/>
          <w:u w:val="none"/>
        </w:rPr>
        <w:t xml:space="preserve"> </w:t>
      </w:r>
      <w:r>
        <w:rPr>
          <w:b w:val="0"/>
          <w:i w:val="0"/>
          <w:smallCaps w:val="0"/>
          <w:strike w:val="0"/>
          <w:sz w:val="22"/>
          <w:u w:val="single"/>
        </w:rPr>
        <w:t>and their</w:t>
      </w:r>
      <w:r>
        <w:rPr>
          <w:b w:val="0"/>
          <w:i w:val="0"/>
          <w:smallCaps w:val="0"/>
          <w:strike w:val="0"/>
          <w:sz w:val="16"/>
          <w:u w:val="none"/>
        </w:rPr>
        <w:t xml:space="preserve"> </w:t>
      </w:r>
      <w:r>
        <w:rPr>
          <w:b w:val="0"/>
          <w:i w:val="0"/>
          <w:smallCaps w:val="0"/>
          <w:strike w:val="0"/>
          <w:sz w:val="22"/>
          <w:u w:val="single"/>
        </w:rPr>
        <w:t>ideologies that exploit</w:t>
      </w:r>
      <w:r>
        <w:rPr>
          <w:b w:val="0"/>
          <w:i w:val="0"/>
          <w:smallCaps w:val="0"/>
          <w:strike w:val="0"/>
          <w:sz w:val="16"/>
          <w:u w:val="none"/>
        </w:rPr>
        <w:t xml:space="preserve"> and dominate. Feminism </w:t>
      </w:r>
      <w:r>
        <w:rPr>
          <w:b w:val="0"/>
          <w:i w:val="0"/>
          <w:smallCaps w:val="0"/>
          <w:strike w:val="0"/>
          <w:sz w:val="22"/>
          <w:u w:val="single"/>
        </w:rPr>
        <w:t>means creating a society in which a set of values can be brought to prevail that can end such systems of dominance.</w:t>
      </w:r>
      <w:r>
        <w:rPr>
          <w:b w:val="0"/>
          <w:i w:val="0"/>
          <w:smallCaps w:val="0"/>
          <w:strike w:val="0"/>
          <w:sz w:val="16"/>
          <w:u w:val="none"/>
        </w:rPr>
        <w:t xml:space="preserve"> At the broadest level, then, a feminist perspective is </w:t>
      </w:r>
      <w:r>
        <w:rPr>
          <w:b w:val="0"/>
          <w:i w:val="0"/>
          <w:smallCaps w:val="0"/>
          <w:strike w:val="0"/>
          <w:sz w:val="22"/>
          <w:u w:val="single"/>
        </w:rPr>
        <w:t>humanistic</w:t>
      </w:r>
      <w:r>
        <w:rPr>
          <w:b w:val="0"/>
          <w:i w:val="0"/>
          <w:smallCaps w:val="0"/>
          <w:strike w:val="0"/>
          <w:sz w:val="16"/>
          <w:u w:val="none"/>
        </w:rPr>
        <w:t xml:space="preserve">, </w:t>
      </w:r>
      <w:r>
        <w:rPr>
          <w:b w:val="0"/>
          <w:i w:val="0"/>
          <w:smallCaps w:val="0"/>
          <w:strike w:val="0"/>
          <w:sz w:val="22"/>
          <w:u w:val="single"/>
        </w:rPr>
        <w:t>life-oriented, nonexploitative</w:t>
      </w:r>
      <w:r>
        <w:rPr>
          <w:b w:val="0"/>
          <w:i w:val="0"/>
          <w:smallCaps w:val="0"/>
          <w:strike w:val="0"/>
          <w:sz w:val="16"/>
          <w:u w:val="none"/>
        </w:rPr>
        <w:t xml:space="preserve">. Taking a feminist perspective toward technology serves two important functions. It enables us to gain </w:t>
      </w:r>
      <w:r>
        <w:rPr>
          <w:b w:val="0"/>
          <w:i w:val="0"/>
          <w:smallCaps w:val="0"/>
          <w:strike w:val="0"/>
          <w:sz w:val="22"/>
          <w:u w:val="single"/>
        </w:rPr>
        <w:t>greater insight into the</w:t>
      </w:r>
      <w:r>
        <w:rPr>
          <w:b w:val="0"/>
          <w:i w:val="0"/>
          <w:smallCaps w:val="0"/>
          <w:strike w:val="0"/>
          <w:sz w:val="16"/>
          <w:u w:val="none"/>
        </w:rPr>
        <w:t xml:space="preserve"> values and </w:t>
      </w:r>
      <w:r>
        <w:rPr>
          <w:b w:val="0"/>
          <w:i w:val="0"/>
          <w:smallCaps w:val="0"/>
          <w:strike w:val="0"/>
          <w:sz w:val="22"/>
          <w:u w:val="single"/>
        </w:rPr>
        <w:t>assumptions which underlie our technology's</w:t>
      </w:r>
      <w:r>
        <w:rPr>
          <w:b w:val="0"/>
          <w:i w:val="0"/>
          <w:smallCaps w:val="0"/>
          <w:strike w:val="0"/>
          <w:sz w:val="16"/>
          <w:u w:val="none"/>
        </w:rPr>
        <w:t xml:space="preserve"> creation and use. 4 Second, a feminist perspective can </w:t>
      </w:r>
      <w:r>
        <w:rPr>
          <w:b w:val="0"/>
          <w:i w:val="0"/>
          <w:smallCaps w:val="0"/>
          <w:strike w:val="0"/>
          <w:sz w:val="22"/>
          <w:u w:val="single"/>
        </w:rPr>
        <w:t>direct us toward</w:t>
      </w:r>
      <w:r>
        <w:rPr>
          <w:b w:val="0"/>
          <w:i w:val="0"/>
          <w:smallCaps w:val="0"/>
          <w:strike w:val="0"/>
          <w:sz w:val="16"/>
          <w:u w:val="none"/>
        </w:rPr>
        <w:t xml:space="preserve"> a </w:t>
      </w:r>
      <w:r>
        <w:rPr>
          <w:b w:val="0"/>
          <w:i w:val="0"/>
          <w:smallCaps w:val="0"/>
          <w:strike w:val="0"/>
          <w:sz w:val="22"/>
          <w:u w:val="single"/>
        </w:rPr>
        <w:t>humanistic technology</w:t>
      </w:r>
      <w:r>
        <w:rPr>
          <w:b w:val="0"/>
          <w:i w:val="0"/>
          <w:smallCaps w:val="0"/>
          <w:strike w:val="0"/>
          <w:sz w:val="16"/>
          <w:u w:val="none"/>
        </w:rPr>
        <w:t xml:space="preserve"> for the future. The </w:t>
      </w:r>
      <w:r>
        <w:rPr>
          <w:b/>
          <w:i w:val="0"/>
          <w:smallCaps w:val="0"/>
          <w:strike w:val="0"/>
          <w:sz w:val="22"/>
          <w:u w:val="single"/>
        </w:rPr>
        <w:t>assumption that our technology is ~value-free'</w:t>
      </w:r>
      <w:r>
        <w:rPr>
          <w:b w:val="0"/>
          <w:i w:val="0"/>
          <w:smallCaps w:val="0"/>
          <w:strike w:val="0"/>
          <w:sz w:val="16"/>
          <w:u w:val="none"/>
        </w:rPr>
        <w:t xml:space="preserve"> and that values enter only with its use </w:t>
      </w:r>
      <w:r>
        <w:rPr>
          <w:b/>
          <w:i w:val="0"/>
          <w:smallCaps w:val="0"/>
          <w:strike w:val="0"/>
          <w:sz w:val="22"/>
          <w:u w:val="single"/>
        </w:rPr>
        <w:t>has been refuted</w:t>
      </w:r>
      <w:r>
        <w:rPr>
          <w:b w:val="0"/>
          <w:i w:val="0"/>
          <w:smallCaps w:val="0"/>
          <w:strike w:val="0"/>
          <w:sz w:val="16"/>
          <w:u w:val="none"/>
        </w:rPr>
        <w:t xml:space="preserve"> on other than strictly feminist grounds (Marcuse, 1964; Ellul, 1964; </w:t>
      </w:r>
      <w:r>
        <w:rPr>
          <w:b w:val="0"/>
          <w:i w:val="0"/>
          <w:smallCaps w:val="0"/>
          <w:strike w:val="0"/>
          <w:sz w:val="16"/>
          <w:u w:val="none"/>
        </w:rPr>
        <w:t>Ferkiss</w:t>
      </w:r>
      <w:r>
        <w:rPr>
          <w:b w:val="0"/>
          <w:i w:val="0"/>
          <w:smallCaps w:val="0"/>
          <w:strike w:val="0"/>
          <w:sz w:val="16"/>
          <w:u w:val="none"/>
        </w:rPr>
        <w:t xml:space="preserve">, 1969; McDermott, 1969; Leiss, 1974; Muller, 1970; Noble, 1977). A feminist perspective strengthens the case. If we </w:t>
      </w:r>
      <w:r>
        <w:rPr>
          <w:b w:val="0"/>
          <w:i w:val="0"/>
          <w:smallCaps w:val="0"/>
          <w:strike w:val="0"/>
          <w:sz w:val="22"/>
          <w:u w:val="single"/>
        </w:rPr>
        <w:t>describe technology as knowledge organized and systematized for productive purposes</w:t>
      </w:r>
      <w:r>
        <w:rPr>
          <w:b w:val="0"/>
          <w:i w:val="0"/>
          <w:smallCaps w:val="0"/>
          <w:strike w:val="0"/>
          <w:sz w:val="16"/>
          <w:u w:val="none"/>
        </w:rPr>
        <w:t xml:space="preserve">, </w:t>
      </w:r>
      <w:r>
        <w:rPr>
          <w:b w:val="0"/>
          <w:i w:val="0"/>
          <w:smallCaps w:val="0"/>
          <w:strike w:val="0"/>
          <w:sz w:val="22"/>
          <w:u w:val="single"/>
        </w:rPr>
        <w:t>fulfilling the goals</w:t>
      </w:r>
      <w:r>
        <w:rPr>
          <w:b w:val="0"/>
          <w:i w:val="0"/>
          <w:smallCaps w:val="0"/>
          <w:strike w:val="0"/>
          <w:sz w:val="16"/>
          <w:u w:val="none"/>
        </w:rPr>
        <w:t xml:space="preserve"> and ideals </w:t>
      </w:r>
      <w:r>
        <w:rPr>
          <w:b w:val="0"/>
          <w:i w:val="0"/>
          <w:smallCaps w:val="0"/>
          <w:strike w:val="0"/>
          <w:sz w:val="22"/>
          <w:u w:val="single"/>
        </w:rPr>
        <w:t>of a particular culture</w:t>
      </w:r>
      <w:r>
        <w:rPr>
          <w:b w:val="0"/>
          <w:i w:val="0"/>
          <w:smallCaps w:val="0"/>
          <w:strike w:val="0"/>
          <w:sz w:val="16"/>
          <w:u w:val="none"/>
        </w:rPr>
        <w:t xml:space="preserve"> (Gendron, 1977; Pacey, 1976; Firestone, 1970), we begin to </w:t>
      </w:r>
      <w:r>
        <w:rPr>
          <w:b w:val="0"/>
          <w:i w:val="0"/>
          <w:smallCaps w:val="0"/>
          <w:strike w:val="0"/>
          <w:sz w:val="22"/>
          <w:u w:val="single"/>
        </w:rPr>
        <w:t>see how</w:t>
      </w:r>
      <w:r>
        <w:rPr>
          <w:b w:val="0"/>
          <w:i w:val="0"/>
          <w:smallCaps w:val="0"/>
          <w:strike w:val="0"/>
          <w:sz w:val="16"/>
          <w:u w:val="none"/>
        </w:rPr>
        <w:t xml:space="preserve"> the creation of </w:t>
      </w:r>
      <w:r>
        <w:rPr>
          <w:b w:val="0"/>
          <w:i w:val="0"/>
          <w:smallCaps w:val="0"/>
          <w:strike w:val="0"/>
          <w:sz w:val="22"/>
          <w:u w:val="single"/>
        </w:rPr>
        <w:t>technology</w:t>
      </w:r>
      <w:r>
        <w:rPr>
          <w:b w:val="0"/>
          <w:i w:val="0"/>
          <w:smallCaps w:val="0"/>
          <w:strike w:val="0"/>
          <w:sz w:val="16"/>
          <w:u w:val="none"/>
        </w:rPr>
        <w:t xml:space="preserve">, </w:t>
      </w:r>
      <w:r>
        <w:rPr>
          <w:b w:val="0"/>
          <w:i w:val="0"/>
          <w:smallCaps w:val="0"/>
          <w:strike w:val="0"/>
          <w:sz w:val="22"/>
          <w:u w:val="single"/>
        </w:rPr>
        <w:t>not just its use</w:t>
      </w:r>
      <w:r>
        <w:rPr>
          <w:b w:val="0"/>
          <w:i w:val="0"/>
          <w:smallCaps w:val="0"/>
          <w:strike w:val="0"/>
          <w:sz w:val="16"/>
          <w:u w:val="none"/>
        </w:rPr>
        <w:t xml:space="preserve">, grows out of and </w:t>
      </w:r>
      <w:r>
        <w:rPr>
          <w:b w:val="0"/>
          <w:i w:val="0"/>
          <w:smallCaps w:val="0"/>
          <w:strike w:val="0"/>
          <w:sz w:val="22"/>
          <w:u w:val="single"/>
        </w:rPr>
        <w:t>cannot be separated from a mindset</w:t>
      </w:r>
      <w:r>
        <w:rPr>
          <w:b w:val="0"/>
          <w:i w:val="0"/>
          <w:smallCaps w:val="0"/>
          <w:strike w:val="0"/>
          <w:sz w:val="16"/>
          <w:u w:val="none"/>
        </w:rPr>
        <w:t xml:space="preserve"> </w:t>
      </w:r>
      <w:r>
        <w:rPr>
          <w:b w:val="0"/>
          <w:i w:val="0"/>
          <w:smallCaps w:val="0"/>
          <w:strike w:val="0"/>
          <w:sz w:val="22"/>
          <w:u w:val="single"/>
        </w:rPr>
        <w:t>which in turn reflects a set of values</w:t>
      </w:r>
      <w:r>
        <w:rPr>
          <w:b w:val="0"/>
          <w:i w:val="0"/>
          <w:smallCaps w:val="0"/>
          <w:strike w:val="0"/>
          <w:sz w:val="16"/>
          <w:u w:val="none"/>
        </w:rPr>
        <w:t xml:space="preserve">. As Kuhn (1970) has clearly demonstrated, the development of </w:t>
      </w:r>
      <w:r>
        <w:rPr>
          <w:b w:val="0"/>
          <w:i w:val="0"/>
          <w:smallCaps w:val="0"/>
          <w:strike w:val="0"/>
          <w:sz w:val="22"/>
          <w:u w:val="single"/>
        </w:rPr>
        <w:t>scientific knowledge</w:t>
      </w:r>
      <w:r>
        <w:rPr>
          <w:b w:val="0"/>
          <w:i w:val="0"/>
          <w:smallCaps w:val="0"/>
          <w:strike w:val="0"/>
          <w:sz w:val="16"/>
          <w:u w:val="none"/>
        </w:rPr>
        <w:t>--which forms the building blocks for most of our modem technology--</w:t>
      </w:r>
      <w:r>
        <w:rPr>
          <w:b w:val="0"/>
          <w:i w:val="0"/>
          <w:smallCaps w:val="0"/>
          <w:strike w:val="0"/>
          <w:sz w:val="22"/>
          <w:u w:val="single"/>
        </w:rPr>
        <w:t>is</w:t>
      </w:r>
      <w:r>
        <w:rPr>
          <w:b w:val="0"/>
          <w:i w:val="0"/>
          <w:smallCaps w:val="0"/>
          <w:strike w:val="0"/>
          <w:sz w:val="16"/>
          <w:u w:val="none"/>
        </w:rPr>
        <w:t xml:space="preserve"> </w:t>
      </w:r>
      <w:r>
        <w:rPr>
          <w:b w:val="0"/>
          <w:i w:val="0"/>
          <w:smallCaps w:val="0"/>
          <w:strike w:val="0"/>
          <w:sz w:val="16"/>
          <w:u w:val="none"/>
        </w:rPr>
        <w:t xml:space="preserve">in itself </w:t>
      </w:r>
      <w:r>
        <w:rPr>
          <w:b w:val="0"/>
          <w:i w:val="0"/>
          <w:smallCaps w:val="0"/>
          <w:strike w:val="0"/>
          <w:sz w:val="22"/>
          <w:u w:val="single"/>
        </w:rPr>
        <w:t>subject</w:t>
      </w:r>
      <w:r>
        <w:rPr>
          <w:b w:val="0"/>
          <w:i w:val="0"/>
          <w:smallCaps w:val="0"/>
          <w:strike w:val="0"/>
          <w:sz w:val="22"/>
          <w:u w:val="single"/>
        </w:rPr>
        <w:t xml:space="preserve"> to prevailing societal norms</w:t>
      </w:r>
      <w:r>
        <w:rPr>
          <w:b w:val="0"/>
          <w:i w:val="0"/>
          <w:smallCaps w:val="0"/>
          <w:strike w:val="0"/>
          <w:sz w:val="16"/>
          <w:u w:val="none"/>
        </w:rPr>
        <w:t xml:space="preserve"> and values. Therefore, </w:t>
      </w:r>
      <w:r>
        <w:rPr>
          <w:b w:val="0"/>
          <w:i w:val="0"/>
          <w:smallCaps w:val="0"/>
          <w:strike w:val="0"/>
          <w:sz w:val="22"/>
          <w:u w:val="single"/>
        </w:rPr>
        <w:t>how and for what</w:t>
      </w:r>
      <w:r>
        <w:rPr>
          <w:b w:val="0"/>
          <w:i w:val="0"/>
          <w:smallCaps w:val="0"/>
          <w:strike w:val="0"/>
          <w:sz w:val="16"/>
          <w:u w:val="none"/>
        </w:rPr>
        <w:t xml:space="preserve"> productive purposes that </w:t>
      </w:r>
      <w:r>
        <w:rPr>
          <w:b w:val="0"/>
          <w:i w:val="0"/>
          <w:smallCaps w:val="0"/>
          <w:strike w:val="0"/>
          <w:sz w:val="22"/>
          <w:u w:val="single"/>
        </w:rPr>
        <w:t>knowledge</w:t>
      </w:r>
      <w:r>
        <w:rPr>
          <w:b w:val="0"/>
          <w:i w:val="0"/>
          <w:smallCaps w:val="0"/>
          <w:strike w:val="0"/>
          <w:sz w:val="16"/>
          <w:u w:val="none"/>
        </w:rPr>
        <w:t xml:space="preserve"> shall be </w:t>
      </w:r>
      <w:r>
        <w:rPr>
          <w:b w:val="0"/>
          <w:i w:val="0"/>
          <w:smallCaps w:val="0"/>
          <w:strike w:val="0"/>
          <w:sz w:val="22"/>
          <w:u w:val="single"/>
        </w:rPr>
        <w:t>shaped is not</w:t>
      </w:r>
      <w:r>
        <w:rPr>
          <w:b w:val="0"/>
          <w:i w:val="0"/>
          <w:smallCaps w:val="0"/>
          <w:strike w:val="0"/>
          <w:sz w:val="16"/>
          <w:u w:val="none"/>
        </w:rPr>
        <w:t xml:space="preserve"> a </w:t>
      </w:r>
      <w:r>
        <w:rPr>
          <w:b w:val="0"/>
          <w:i w:val="0"/>
          <w:smallCaps w:val="0"/>
          <w:strike w:val="0"/>
          <w:sz w:val="22"/>
          <w:u w:val="single"/>
        </w:rPr>
        <w:t>random</w:t>
      </w:r>
      <w:r>
        <w:rPr>
          <w:b w:val="0"/>
          <w:i w:val="0"/>
          <w:smallCaps w:val="0"/>
          <w:strike w:val="0"/>
          <w:sz w:val="16"/>
          <w:u w:val="none"/>
        </w:rPr>
        <w:t xml:space="preserve"> choice, but subject to what the scientific, technological, and political community will support. Since the </w:t>
      </w:r>
      <w:r>
        <w:rPr>
          <w:b w:val="0"/>
          <w:i w:val="0"/>
          <w:smallCaps w:val="0"/>
          <w:strike w:val="0"/>
          <w:sz w:val="22"/>
          <w:u w:val="single"/>
        </w:rPr>
        <w:t>institutional forces</w:t>
      </w:r>
      <w:r>
        <w:rPr>
          <w:b w:val="0"/>
          <w:i w:val="0"/>
          <w:smallCaps w:val="0"/>
          <w:strike w:val="0"/>
          <w:sz w:val="16"/>
          <w:u w:val="none"/>
        </w:rPr>
        <w:t xml:space="preserve"> of </w:t>
      </w:r>
      <w:r>
        <w:rPr>
          <w:b w:val="0"/>
          <w:i w:val="0"/>
          <w:smallCaps w:val="0"/>
          <w:strike w:val="0"/>
          <w:sz w:val="22"/>
          <w:u w:val="single"/>
        </w:rPr>
        <w:t>corporate wealth</w:t>
      </w:r>
      <w:r>
        <w:rPr>
          <w:b w:val="0"/>
          <w:i w:val="0"/>
          <w:smallCaps w:val="0"/>
          <w:strike w:val="0"/>
          <w:sz w:val="16"/>
          <w:u w:val="none"/>
        </w:rPr>
        <w:t xml:space="preserve">, of the </w:t>
      </w:r>
      <w:r>
        <w:rPr>
          <w:b w:val="0"/>
          <w:i w:val="0"/>
          <w:smallCaps w:val="0"/>
          <w:strike w:val="0"/>
          <w:sz w:val="22"/>
          <w:u w:val="single"/>
        </w:rPr>
        <w:t>military</w:t>
      </w:r>
      <w:r>
        <w:rPr>
          <w:b w:val="0"/>
          <w:i w:val="0"/>
          <w:smallCaps w:val="0"/>
          <w:strike w:val="0"/>
          <w:sz w:val="16"/>
          <w:u w:val="none"/>
        </w:rPr>
        <w:t xml:space="preserve">, </w:t>
      </w:r>
      <w:r>
        <w:rPr>
          <w:b w:val="0"/>
          <w:i w:val="0"/>
          <w:smallCaps w:val="0"/>
          <w:strike w:val="0"/>
          <w:sz w:val="22"/>
          <w:u w:val="single"/>
        </w:rPr>
        <w:t>university</w:t>
      </w:r>
      <w:r>
        <w:rPr>
          <w:b w:val="0"/>
          <w:i w:val="0"/>
          <w:smallCaps w:val="0"/>
          <w:strike w:val="0"/>
          <w:sz w:val="16"/>
          <w:u w:val="none"/>
        </w:rPr>
        <w:t xml:space="preserve">, and </w:t>
      </w:r>
      <w:r>
        <w:rPr>
          <w:b w:val="0"/>
          <w:i w:val="0"/>
          <w:smallCaps w:val="0"/>
          <w:strike w:val="0"/>
          <w:sz w:val="22"/>
          <w:u w:val="single"/>
        </w:rPr>
        <w:t>political establishments</w:t>
      </w:r>
      <w:r>
        <w:rPr>
          <w:b w:val="0"/>
          <w:i w:val="0"/>
          <w:smallCaps w:val="0"/>
          <w:strike w:val="0"/>
          <w:sz w:val="16"/>
          <w:u w:val="none"/>
        </w:rPr>
        <w:t xml:space="preserve"> combine today to </w:t>
      </w:r>
      <w:r>
        <w:rPr>
          <w:b w:val="0"/>
          <w:i w:val="0"/>
          <w:smallCaps w:val="0"/>
          <w:strike w:val="0"/>
          <w:sz w:val="22"/>
          <w:u w:val="single"/>
        </w:rPr>
        <w:t>set</w:t>
      </w:r>
      <w:r>
        <w:rPr>
          <w:b w:val="0"/>
          <w:i w:val="0"/>
          <w:smallCaps w:val="0"/>
          <w:strike w:val="0"/>
          <w:sz w:val="16"/>
          <w:u w:val="none"/>
        </w:rPr>
        <w:t xml:space="preserve"> the </w:t>
      </w:r>
      <w:r>
        <w:rPr>
          <w:b w:val="0"/>
          <w:i w:val="0"/>
          <w:smallCaps w:val="0"/>
          <w:strike w:val="0"/>
          <w:sz w:val="22"/>
          <w:u w:val="single"/>
        </w:rPr>
        <w:t>priorities</w:t>
      </w:r>
      <w:r>
        <w:rPr>
          <w:b w:val="0"/>
          <w:i w:val="0"/>
          <w:smallCaps w:val="0"/>
          <w:strike w:val="0"/>
          <w:sz w:val="16"/>
          <w:u w:val="none"/>
        </w:rPr>
        <w:t xml:space="preserve"> for technological development, </w:t>
      </w:r>
      <w:r>
        <w:rPr>
          <w:b w:val="0"/>
          <w:i w:val="0"/>
          <w:smallCaps w:val="0"/>
          <w:strike w:val="0"/>
          <w:sz w:val="22"/>
          <w:u w:val="single"/>
        </w:rPr>
        <w:t>as well as use</w:t>
      </w:r>
      <w:r>
        <w:rPr>
          <w:b w:val="0"/>
          <w:i w:val="0"/>
          <w:smallCaps w:val="0"/>
          <w:strike w:val="0"/>
          <w:sz w:val="16"/>
          <w:u w:val="none"/>
        </w:rPr>
        <w:t xml:space="preserve">, </w:t>
      </w:r>
      <w:r>
        <w:rPr>
          <w:b/>
          <w:i w:val="0"/>
          <w:smallCaps w:val="0"/>
          <w:strike w:val="0"/>
          <w:sz w:val="22"/>
          <w:u w:val="single"/>
        </w:rPr>
        <w:t>we are guaranteed</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ideals reflecting the </w:t>
      </w:r>
      <w:r>
        <w:rPr>
          <w:b/>
          <w:i w:val="0"/>
          <w:smallCaps w:val="0"/>
          <w:strike w:val="0"/>
          <w:sz w:val="22"/>
          <w:u w:val="single"/>
        </w:rPr>
        <w:t>values of</w:t>
      </w:r>
      <w:r>
        <w:rPr>
          <w:b w:val="0"/>
          <w:i w:val="0"/>
          <w:smallCaps w:val="0"/>
          <w:strike w:val="0"/>
          <w:sz w:val="16"/>
          <w:u w:val="none"/>
        </w:rPr>
        <w:t xml:space="preserve"> these </w:t>
      </w:r>
      <w:r>
        <w:rPr>
          <w:b/>
          <w:i w:val="0"/>
          <w:smallCaps w:val="0"/>
          <w:strike w:val="0"/>
          <w:sz w:val="22"/>
          <w:u w:val="single"/>
        </w:rPr>
        <w:t xml:space="preserve">powerful </w:t>
      </w:r>
      <w:r>
        <w:rPr>
          <w:b w:val="0"/>
          <w:i w:val="0"/>
          <w:smallCaps w:val="0"/>
          <w:strike w:val="0"/>
          <w:sz w:val="16"/>
          <w:u w:val="none"/>
        </w:rPr>
        <w:t xml:space="preserve">institutional forces </w:t>
      </w:r>
      <w:r>
        <w:rPr>
          <w:b/>
          <w:i w:val="0"/>
          <w:smallCaps w:val="0"/>
          <w:strike w:val="0"/>
          <w:sz w:val="22"/>
          <w:u w:val="single"/>
        </w:rPr>
        <w:t>shall be perpetuated in our technology</w:t>
      </w:r>
      <w:r>
        <w:rPr>
          <w:b w:val="0"/>
          <w:i w:val="0"/>
          <w:smallCaps w:val="0"/>
          <w:strike w:val="0"/>
          <w:sz w:val="16"/>
          <w:u w:val="none"/>
        </w:rPr>
        <w:t xml:space="preserve">. 5 These ideals </w:t>
      </w:r>
      <w:r>
        <w:rPr>
          <w:b w:val="0"/>
          <w:i w:val="0"/>
          <w:smallCaps w:val="0"/>
          <w:strike w:val="0"/>
          <w:sz w:val="22"/>
          <w:u w:val="single"/>
        </w:rPr>
        <w:t>coalesce into the technological ideal</w:t>
      </w:r>
      <w:r>
        <w:rPr>
          <w:b w:val="0"/>
          <w:i w:val="0"/>
          <w:smallCaps w:val="0"/>
          <w:strike w:val="0"/>
          <w:sz w:val="16"/>
          <w:u w:val="none"/>
        </w:rPr>
        <w:t xml:space="preserve">, that </w:t>
      </w:r>
      <w:r>
        <w:rPr>
          <w:b w:val="0"/>
          <w:i w:val="0"/>
          <w:smallCaps w:val="0"/>
          <w:strike w:val="0"/>
          <w:sz w:val="22"/>
          <w:u w:val="single"/>
        </w:rPr>
        <w:t>of 'rational efficiency'</w:t>
      </w:r>
      <w:r>
        <w:rPr>
          <w:b w:val="0"/>
          <w:i w:val="0"/>
          <w:smallCaps w:val="0"/>
          <w:strike w:val="0"/>
          <w:sz w:val="16"/>
          <w:u w:val="none"/>
        </w:rPr>
        <w:t xml:space="preserve">--Ellul's (1964) 'technique'. And as </w:t>
      </w:r>
      <w:r>
        <w:rPr>
          <w:b w:val="0"/>
          <w:i w:val="0"/>
          <w:smallCaps w:val="0"/>
          <w:strike w:val="0"/>
          <w:sz w:val="16"/>
          <w:u w:val="none"/>
        </w:rPr>
        <w:t>Ferldss</w:t>
      </w:r>
      <w:r>
        <w:rPr>
          <w:b w:val="0"/>
          <w:i w:val="0"/>
          <w:smallCaps w:val="0"/>
          <w:strike w:val="0"/>
          <w:sz w:val="16"/>
          <w:u w:val="none"/>
        </w:rPr>
        <w:t xml:space="preserve"> (1974) compellingly shows, when that ideal is carried forth under the impetus of a liberal political economy</w:t>
      </w:r>
      <w:r>
        <w:rPr>
          <w:b w:val="0"/>
          <w:i w:val="0"/>
          <w:smallCaps w:val="0"/>
          <w:strike w:val="0"/>
          <w:sz w:val="22"/>
          <w:u w:val="single"/>
        </w:rPr>
        <w:t xml:space="preserve">, </w:t>
      </w:r>
      <w:r>
        <w:rPr>
          <w:b/>
          <w:i w:val="0"/>
          <w:smallCaps w:val="0"/>
          <w:strike w:val="0"/>
          <w:sz w:val="22"/>
          <w:u w:val="single"/>
        </w:rPr>
        <w:t>technology</w:t>
      </w:r>
      <w:r>
        <w:rPr>
          <w:b w:val="0"/>
          <w:i w:val="0"/>
          <w:smallCaps w:val="0"/>
          <w:strike w:val="0"/>
          <w:sz w:val="16"/>
          <w:u w:val="none"/>
        </w:rPr>
        <w:t xml:space="preserve"> in the name of progress </w:t>
      </w:r>
      <w:r>
        <w:rPr>
          <w:b/>
          <w:i w:val="0"/>
          <w:smallCaps w:val="0"/>
          <w:strike w:val="0"/>
          <w:sz w:val="22"/>
          <w:u w:val="single"/>
        </w:rPr>
        <w:t>exploits all it touches: human beings, nature, the universe. It is anti-humanistic, anti-ecological</w:t>
      </w:r>
      <w:r>
        <w:rPr>
          <w:b w:val="0"/>
          <w:i w:val="0"/>
          <w:smallCaps w:val="0"/>
          <w:strike w:val="0"/>
          <w:sz w:val="16"/>
          <w:u w:val="none"/>
        </w:rPr>
        <w:t xml:space="preserve">. </w:t>
      </w:r>
      <w:r>
        <w:rPr>
          <w:b/>
          <w:i w:val="0"/>
          <w:smallCaps w:val="0"/>
          <w:strike w:val="0"/>
          <w:sz w:val="22"/>
          <w:u w:val="single"/>
        </w:rPr>
        <w:t>It wastes, it conquers, it destroys</w:t>
      </w:r>
      <w:r>
        <w:rPr>
          <w:b w:val="0"/>
          <w:i w:val="0"/>
          <w:smallCaps w:val="0"/>
          <w:strike w:val="0"/>
          <w:sz w:val="16"/>
          <w:u w:val="none"/>
        </w:rPr>
        <w:t xml:space="preserve">. Our </w:t>
      </w:r>
      <w:r>
        <w:rPr>
          <w:b w:val="0"/>
          <w:i w:val="0"/>
          <w:smallCaps w:val="0"/>
          <w:strike w:val="0"/>
          <w:sz w:val="22"/>
          <w:u w:val="single"/>
        </w:rPr>
        <w:t>Western concept of technology</w:t>
      </w:r>
      <w:r>
        <w:rPr>
          <w:b w:val="0"/>
          <w:i w:val="0"/>
          <w:smallCaps w:val="0"/>
          <w:strike w:val="0"/>
          <w:sz w:val="16"/>
          <w:u w:val="none"/>
        </w:rPr>
        <w:t>--</w:t>
      </w:r>
      <w:r>
        <w:rPr>
          <w:b w:val="0"/>
          <w:i w:val="0"/>
          <w:smallCaps w:val="0"/>
          <w:strike w:val="0"/>
          <w:sz w:val="22"/>
          <w:u w:val="single"/>
        </w:rPr>
        <w:t xml:space="preserve">as </w:t>
      </w:r>
      <w:r>
        <w:rPr>
          <w:b w:val="0"/>
          <w:i w:val="0"/>
          <w:smallCaps w:val="0"/>
          <w:strike w:val="0"/>
          <w:sz w:val="16"/>
          <w:u w:val="none"/>
        </w:rPr>
        <w:t xml:space="preserve">all-powerful and </w:t>
      </w:r>
      <w:r>
        <w:rPr>
          <w:b w:val="0"/>
          <w:i w:val="0"/>
          <w:smallCaps w:val="0"/>
          <w:strike w:val="0"/>
          <w:sz w:val="22"/>
          <w:u w:val="single"/>
        </w:rPr>
        <w:t xml:space="preserve">all-conquering--is </w:t>
      </w:r>
      <w:r>
        <w:rPr>
          <w:b w:val="0"/>
          <w:i w:val="0"/>
          <w:smallCaps w:val="0"/>
          <w:strike w:val="0"/>
          <w:sz w:val="16"/>
          <w:u w:val="none"/>
        </w:rPr>
        <w:t xml:space="preserve">distinctively and </w:t>
      </w:r>
      <w:r>
        <w:rPr>
          <w:b w:val="0"/>
          <w:i w:val="0"/>
          <w:smallCaps w:val="0"/>
          <w:strike w:val="0"/>
          <w:sz w:val="22"/>
          <w:u w:val="single"/>
        </w:rPr>
        <w:t>distinctly male</w:t>
      </w:r>
      <w:r>
        <w:rPr>
          <w:b w:val="0"/>
          <w:i w:val="0"/>
          <w:smallCaps w:val="0"/>
          <w:strike w:val="0"/>
          <w:sz w:val="16"/>
          <w:u w:val="none"/>
        </w:rPr>
        <w:t xml:space="preserve">. </w:t>
      </w:r>
      <w:r>
        <w:rPr>
          <w:b w:val="0"/>
          <w:i w:val="0"/>
          <w:smallCaps w:val="0"/>
          <w:strike w:val="0"/>
          <w:sz w:val="16"/>
          <w:u w:val="none"/>
        </w:rPr>
        <w:t>With the exception of</w:t>
      </w:r>
      <w:r>
        <w:rPr>
          <w:b w:val="0"/>
          <w:i w:val="0"/>
          <w:smallCaps w:val="0"/>
          <w:strike w:val="0"/>
          <w:sz w:val="16"/>
          <w:u w:val="none"/>
        </w:rPr>
        <w:t xml:space="preserve"> the physio-genital, gender attributes, like technology, are cultural products. ~ As such, </w:t>
      </w:r>
      <w:r>
        <w:rPr>
          <w:b w:val="0"/>
          <w:i w:val="0"/>
          <w:smallCaps w:val="0"/>
          <w:strike w:val="0"/>
          <w:sz w:val="22"/>
          <w:u w:val="single"/>
        </w:rPr>
        <w:t>they reflect what is valued in a society</w:t>
      </w:r>
      <w:r>
        <w:rPr>
          <w:b w:val="0"/>
          <w:i w:val="0"/>
          <w:smallCaps w:val="0"/>
          <w:strike w:val="0"/>
          <w:sz w:val="16"/>
          <w:u w:val="none"/>
        </w:rPr>
        <w:t xml:space="preserve">. </w:t>
      </w:r>
      <w:r>
        <w:rPr>
          <w:b w:val="0"/>
          <w:i w:val="0"/>
          <w:smallCaps w:val="0"/>
          <w:strike w:val="0"/>
          <w:sz w:val="22"/>
          <w:u w:val="single"/>
        </w:rPr>
        <w:t>Being aggressive, independent, strong, objective, rational, analytical, unemotional, is considered not only male, but superior</w:t>
      </w:r>
      <w:r>
        <w:rPr>
          <w:b w:val="0"/>
          <w:i w:val="0"/>
          <w:smallCaps w:val="0"/>
          <w:strike w:val="0"/>
          <w:sz w:val="16"/>
          <w:u w:val="none"/>
        </w:rPr>
        <w:t xml:space="preserve">. </w:t>
      </w:r>
      <w:r>
        <w:rPr>
          <w:b w:val="0"/>
          <w:i w:val="0"/>
          <w:smallCaps w:val="0"/>
          <w:strike w:val="0"/>
          <w:sz w:val="22"/>
          <w:u w:val="single"/>
        </w:rPr>
        <w:t>Such qualities make fortunes</w:t>
      </w:r>
      <w:r>
        <w:rPr>
          <w:b w:val="0"/>
          <w:i w:val="0"/>
          <w:smallCaps w:val="0"/>
          <w:strike w:val="0"/>
          <w:sz w:val="16"/>
          <w:u w:val="none"/>
        </w:rPr>
        <w:t xml:space="preserve"> </w:t>
      </w:r>
      <w:r>
        <w:rPr>
          <w:b w:val="0"/>
          <w:i w:val="0"/>
          <w:smallCaps w:val="0"/>
          <w:strike w:val="0"/>
          <w:sz w:val="22"/>
          <w:u w:val="single"/>
        </w:rPr>
        <w:t xml:space="preserve">and build empires. </w:t>
      </w:r>
      <w:r>
        <w:rPr>
          <w:b w:val="0"/>
          <w:i w:val="0"/>
          <w:smallCaps w:val="0"/>
          <w:strike w:val="0"/>
          <w:sz w:val="16"/>
          <w:u w:val="none"/>
        </w:rPr>
        <w:t xml:space="preserve">Being passive, dependent, weak, subjective, intuitive, empathic, emotional, may be revered in song and story, but at best such </w:t>
      </w:r>
      <w:r>
        <w:rPr>
          <w:b w:val="0"/>
          <w:i w:val="0"/>
          <w:smallCaps w:val="0"/>
          <w:strike w:val="0"/>
          <w:sz w:val="22"/>
          <w:u w:val="single"/>
        </w:rPr>
        <w:t>'female' qualities merely support; they do not conquer or win</w:t>
      </w:r>
      <w:r>
        <w:rPr>
          <w:b w:val="0"/>
          <w:i w:val="0"/>
          <w:smallCaps w:val="0"/>
          <w:strike w:val="0"/>
          <w:sz w:val="16"/>
          <w:u w:val="none"/>
        </w:rPr>
        <w:t xml:space="preserve">. So-called </w:t>
      </w:r>
      <w:r>
        <w:rPr>
          <w:b/>
          <w:i w:val="0"/>
          <w:smallCaps w:val="0"/>
          <w:strike w:val="0"/>
          <w:sz w:val="22"/>
          <w:u w:val="single"/>
        </w:rPr>
        <w:t>male attributes are the valued attributes</w:t>
      </w:r>
      <w:r>
        <w:rPr>
          <w:b w:val="0"/>
          <w:i w:val="0"/>
          <w:smallCaps w:val="0"/>
          <w:strike w:val="0"/>
          <w:sz w:val="16"/>
          <w:u w:val="none"/>
        </w:rPr>
        <w:t xml:space="preserve">. And </w:t>
      </w:r>
      <w:r>
        <w:rPr>
          <w:b w:val="0"/>
          <w:i w:val="0"/>
          <w:smallCaps w:val="0"/>
          <w:strike w:val="0"/>
          <w:sz w:val="22"/>
          <w:u w:val="single"/>
        </w:rPr>
        <w:t>on such valuing rides power</w:t>
      </w:r>
      <w:r>
        <w:rPr>
          <w:b w:val="0"/>
          <w:i w:val="0"/>
          <w:smallCaps w:val="0"/>
          <w:strike w:val="0"/>
          <w:sz w:val="16"/>
          <w:u w:val="none"/>
        </w:rPr>
        <w:t xml:space="preserve">. </w:t>
      </w:r>
      <w:r>
        <w:rPr>
          <w:b/>
          <w:i w:val="0"/>
          <w:smallCaps w:val="0"/>
          <w:strike w:val="0"/>
          <w:sz w:val="22"/>
          <w:u w:val="single"/>
        </w:rPr>
        <w:t>Male values rule in our society</w:t>
      </w:r>
      <w:r>
        <w:rPr>
          <w:b w:val="0"/>
          <w:i w:val="0"/>
          <w:smallCaps w:val="0"/>
          <w:strike w:val="0"/>
          <w:sz w:val="16"/>
          <w:u w:val="none"/>
        </w:rPr>
        <w:t xml:space="preserve">. To state, then, that </w:t>
      </w:r>
      <w:r>
        <w:rPr>
          <w:b w:val="0"/>
          <w:i w:val="0"/>
          <w:smallCaps w:val="0"/>
          <w:strike w:val="0"/>
          <w:sz w:val="22"/>
          <w:u w:val="single"/>
        </w:rPr>
        <w:t>our technology is male is to show how powerful a hold the values of conquest and dominance have on our technological perspectiv</w:t>
      </w:r>
      <w:r>
        <w:rPr>
          <w:b w:val="0"/>
          <w:i w:val="0"/>
          <w:smallCaps w:val="0"/>
          <w:strike w:val="0"/>
          <w:sz w:val="16"/>
          <w:u w:val="none"/>
        </w:rPr>
        <w:t xml:space="preserve">e, rooted as they are in a belief 4 A Feminist Perspective on Technology and the Future 67 in the rightness and supremacy of the male worldview (Reuther, 1975; al-Hibri, 1980; Gray, 1979; Ruth, 1978). </w:t>
      </w:r>
      <w:r>
        <w:rPr>
          <w:b w:val="0"/>
          <w:i w:val="0"/>
          <w:smallCaps w:val="0"/>
          <w:strike w:val="0"/>
          <w:sz w:val="22"/>
          <w:u w:val="single"/>
        </w:rPr>
        <w:t>Those who are in positions of power</w:t>
      </w:r>
      <w:r>
        <w:rPr>
          <w:b w:val="0"/>
          <w:i w:val="0"/>
          <w:smallCaps w:val="0"/>
          <w:strike w:val="0"/>
          <w:sz w:val="16"/>
          <w:u w:val="none"/>
        </w:rPr>
        <w:t xml:space="preserve"> (who are mostly men), </w:t>
      </w:r>
      <w:r>
        <w:rPr>
          <w:b w:val="0"/>
          <w:i w:val="0"/>
          <w:smallCaps w:val="0"/>
          <w:strike w:val="0"/>
          <w:sz w:val="22"/>
          <w:u w:val="single"/>
        </w:rPr>
        <w:t>and who thus control the course of technological development, have had bred into them since birth</w:t>
      </w:r>
      <w:r>
        <w:rPr>
          <w:b w:val="0"/>
          <w:i w:val="0"/>
          <w:smallCaps w:val="0"/>
          <w:strike w:val="0"/>
          <w:sz w:val="16"/>
          <w:u w:val="none"/>
        </w:rPr>
        <w:t>--</w:t>
      </w:r>
      <w:r>
        <w:rPr>
          <w:b w:val="0"/>
          <w:i w:val="0"/>
          <w:smallCaps w:val="0"/>
          <w:strike w:val="0"/>
          <w:sz w:val="22"/>
          <w:u w:val="single"/>
        </w:rPr>
        <w:t>and continuously reinforced by societal institutions</w:t>
      </w:r>
      <w:r>
        <w:rPr>
          <w:b w:val="0"/>
          <w:i w:val="0"/>
          <w:smallCaps w:val="0"/>
          <w:strike w:val="0"/>
          <w:sz w:val="16"/>
          <w:u w:val="none"/>
        </w:rPr>
        <w:t>--</w:t>
      </w:r>
      <w:r>
        <w:rPr>
          <w:b w:val="0"/>
          <w:i w:val="0"/>
          <w:smallCaps w:val="0"/>
          <w:strike w:val="0"/>
          <w:sz w:val="22"/>
          <w:u w:val="single"/>
        </w:rPr>
        <w:t xml:space="preserve">that </w:t>
      </w:r>
      <w:r>
        <w:rPr>
          <w:b w:val="0"/>
          <w:i w:val="0"/>
          <w:smallCaps w:val="0"/>
          <w:strike w:val="0"/>
          <w:sz w:val="16"/>
          <w:u w:val="none"/>
        </w:rPr>
        <w:t xml:space="preserve">the </w:t>
      </w:r>
      <w:r>
        <w:rPr>
          <w:b w:val="0"/>
          <w:i w:val="0"/>
          <w:smallCaps w:val="0"/>
          <w:strike w:val="0"/>
          <w:sz w:val="22"/>
          <w:u w:val="single"/>
        </w:rPr>
        <w:t>male</w:t>
      </w:r>
      <w:r>
        <w:rPr>
          <w:b w:val="0"/>
          <w:i w:val="0"/>
          <w:smallCaps w:val="0"/>
          <w:strike w:val="0"/>
          <w:sz w:val="16"/>
          <w:u w:val="none"/>
        </w:rPr>
        <w:t xml:space="preserve"> and the male way of doing things </w:t>
      </w:r>
      <w:r>
        <w:rPr>
          <w:b w:val="0"/>
          <w:i w:val="0"/>
          <w:smallCaps w:val="0"/>
          <w:strike w:val="0"/>
          <w:sz w:val="22"/>
          <w:u w:val="single"/>
        </w:rPr>
        <w:t>are superior.</w:t>
      </w:r>
      <w:r>
        <w:rPr>
          <w:b w:val="0"/>
          <w:i w:val="0"/>
          <w:smallCaps w:val="0"/>
          <w:strike w:val="0"/>
          <w:sz w:val="16"/>
          <w:u w:val="none"/>
        </w:rPr>
        <w:t xml:space="preserve"> </w:t>
      </w:r>
      <w:r>
        <w:rPr>
          <w:b/>
          <w:i w:val="0"/>
          <w:smallCaps w:val="0"/>
          <w:strike w:val="0"/>
          <w:sz w:val="22"/>
          <w:u w:val="single"/>
        </w:rPr>
        <w:t>We are locked into</w:t>
      </w:r>
      <w:r>
        <w:rPr>
          <w:b w:val="0"/>
          <w:i w:val="0"/>
          <w:smallCaps w:val="0"/>
          <w:strike w:val="0"/>
          <w:sz w:val="22"/>
          <w:u w:val="single"/>
        </w:rPr>
        <w:t xml:space="preserve"> an anti-ecological, anti-humanistic, </w:t>
      </w:r>
      <w:r>
        <w:rPr>
          <w:b/>
          <w:i w:val="0"/>
          <w:smallCaps w:val="0"/>
          <w:strike w:val="0"/>
          <w:sz w:val="22"/>
          <w:u w:val="single"/>
        </w:rPr>
        <w:t>exploitative technology</w:t>
      </w:r>
      <w:r>
        <w:rPr>
          <w:b w:val="0"/>
          <w:i w:val="0"/>
          <w:smallCaps w:val="0"/>
          <w:strike w:val="0"/>
          <w:sz w:val="22"/>
          <w:u w:val="single"/>
        </w:rPr>
        <w:t xml:space="preserve"> </w:t>
      </w:r>
      <w:r>
        <w:rPr>
          <w:b w:val="0"/>
          <w:i w:val="0"/>
          <w:smallCaps w:val="0"/>
          <w:strike w:val="0"/>
          <w:sz w:val="16"/>
          <w:u w:val="none"/>
        </w:rPr>
        <w:t xml:space="preserve">not solely because of political, economic, scientific, and philosophical beliefs, but </w:t>
      </w:r>
      <w:r>
        <w:rPr>
          <w:b/>
          <w:i w:val="0"/>
          <w:smallCaps w:val="0"/>
          <w:strike w:val="0"/>
          <w:sz w:val="22"/>
          <w:u w:val="single"/>
        </w:rPr>
        <w:t>because such beliefs</w:t>
      </w:r>
      <w:r>
        <w:rPr>
          <w:b w:val="0"/>
          <w:i w:val="0"/>
          <w:smallCaps w:val="0"/>
          <w:strike w:val="0"/>
          <w:sz w:val="16"/>
          <w:u w:val="none"/>
        </w:rPr>
        <w:t xml:space="preserve"> and the systems they underpin </w:t>
      </w:r>
      <w:r>
        <w:rPr>
          <w:b/>
          <w:i w:val="0"/>
          <w:smallCaps w:val="0"/>
          <w:strike w:val="0"/>
          <w:sz w:val="22"/>
          <w:u w:val="single"/>
        </w:rPr>
        <w:t xml:space="preserve">are </w:t>
      </w:r>
      <w:r>
        <w:rPr>
          <w:b w:val="0"/>
          <w:i w:val="0"/>
          <w:smallCaps w:val="0"/>
          <w:strike w:val="0"/>
          <w:sz w:val="16"/>
          <w:u w:val="none"/>
        </w:rPr>
        <w:t xml:space="preserve">powerfully </w:t>
      </w:r>
      <w:r>
        <w:rPr>
          <w:b/>
          <w:i w:val="0"/>
          <w:smallCaps w:val="0"/>
          <w:strike w:val="0"/>
          <w:sz w:val="22"/>
          <w:u w:val="single"/>
        </w:rPr>
        <w:t>supported by the dominant system of male values</w:t>
      </w:r>
      <w:r>
        <w:rPr>
          <w:b w:val="0"/>
          <w:i w:val="0"/>
          <w:smallCaps w:val="0"/>
          <w:strike w:val="0"/>
          <w:sz w:val="16"/>
          <w:u w:val="none"/>
        </w:rPr>
        <w:t xml:space="preserve">. What would happen </w:t>
      </w:r>
      <w:r>
        <w:rPr>
          <w:b w:val="0"/>
          <w:i w:val="0"/>
          <w:smallCaps w:val="0"/>
          <w:strike w:val="0"/>
          <w:sz w:val="22"/>
          <w:u w:val="single"/>
        </w:rPr>
        <w:t>if</w:t>
      </w:r>
      <w:r>
        <w:rPr>
          <w:b w:val="0"/>
          <w:i w:val="0"/>
          <w:smallCaps w:val="0"/>
          <w:strike w:val="0"/>
          <w:sz w:val="16"/>
          <w:u w:val="none"/>
        </w:rPr>
        <w:t xml:space="preserve"> these </w:t>
      </w:r>
      <w:r>
        <w:rPr>
          <w:b w:val="0"/>
          <w:i w:val="0"/>
          <w:smallCaps w:val="0"/>
          <w:strike w:val="0"/>
          <w:sz w:val="22"/>
          <w:u w:val="single"/>
        </w:rPr>
        <w:t>values were shifted</w:t>
      </w:r>
      <w:r>
        <w:rPr>
          <w:b w:val="0"/>
          <w:i w:val="0"/>
          <w:smallCaps w:val="0"/>
          <w:strike w:val="0"/>
          <w:sz w:val="16"/>
          <w:u w:val="none"/>
        </w:rPr>
        <w:t xml:space="preserve">? What would happen if our technology became nurturant, life-supporting, sensitive, empathic, intuitive? Science writer Robin Clarke (as quoted in Milton, 1974) describes our </w:t>
      </w:r>
      <w:r>
        <w:rPr>
          <w:b w:val="0"/>
          <w:i w:val="0"/>
          <w:smallCaps w:val="0"/>
          <w:strike w:val="0"/>
          <w:sz w:val="22"/>
          <w:u w:val="single"/>
        </w:rPr>
        <w:t>'hard technology society' as alienated, destructive, fragmented, centralized, elitist.</w:t>
      </w:r>
      <w:r>
        <w:rPr>
          <w:b w:val="0"/>
          <w:i w:val="0"/>
          <w:smallCaps w:val="0"/>
          <w:strike w:val="0"/>
          <w:sz w:val="16"/>
          <w:u w:val="none"/>
        </w:rPr>
        <w:t xml:space="preserve"> By contrast, his </w:t>
      </w:r>
      <w:r>
        <w:rPr>
          <w:b/>
          <w:i w:val="0"/>
          <w:smallCaps w:val="0"/>
          <w:strike w:val="0"/>
          <w:sz w:val="22"/>
          <w:u w:val="single"/>
        </w:rPr>
        <w:t>'soft' technology</w:t>
      </w:r>
      <w:r>
        <w:rPr>
          <w:b w:val="0"/>
          <w:i w:val="0"/>
          <w:smallCaps w:val="0"/>
          <w:strike w:val="0"/>
          <w:sz w:val="22"/>
          <w:u w:val="single"/>
        </w:rPr>
        <w:t xml:space="preserve"> community </w:t>
      </w:r>
      <w:r>
        <w:rPr>
          <w:b/>
          <w:i w:val="0"/>
          <w:smallCaps w:val="0"/>
          <w:strike w:val="0"/>
          <w:sz w:val="22"/>
          <w:u w:val="single"/>
        </w:rPr>
        <w:t>would be integrated with life</w:t>
      </w:r>
      <w:r>
        <w:rPr>
          <w:b w:val="0"/>
          <w:i w:val="0"/>
          <w:smallCaps w:val="0"/>
          <w:strike w:val="0"/>
          <w:sz w:val="22"/>
          <w:u w:val="single"/>
        </w:rPr>
        <w:t xml:space="preserve">, culture, and </w:t>
      </w:r>
      <w:r>
        <w:rPr>
          <w:b/>
          <w:i w:val="0"/>
          <w:smallCaps w:val="0"/>
          <w:strike w:val="0"/>
          <w:sz w:val="22"/>
          <w:u w:val="single"/>
        </w:rPr>
        <w:t>nature,</w:t>
      </w:r>
      <w:r>
        <w:rPr>
          <w:b w:val="0"/>
          <w:i w:val="0"/>
          <w:smallCaps w:val="0"/>
          <w:strike w:val="0"/>
          <w:sz w:val="22"/>
          <w:u w:val="single"/>
        </w:rPr>
        <w:t xml:space="preserve"> and would be decentralized, </w:t>
      </w:r>
      <w:r>
        <w:rPr>
          <w:b/>
          <w:i w:val="0"/>
          <w:smallCaps w:val="0"/>
          <w:strike w:val="0"/>
          <w:sz w:val="22"/>
          <w:u w:val="single"/>
        </w:rPr>
        <w:t>egalitarian,</w:t>
      </w:r>
      <w:r>
        <w:rPr>
          <w:b w:val="0"/>
          <w:i w:val="0"/>
          <w:smallCaps w:val="0"/>
          <w:strike w:val="0"/>
          <w:sz w:val="22"/>
          <w:u w:val="single"/>
        </w:rPr>
        <w:t xml:space="preserve"> and democratic</w:t>
      </w:r>
      <w:r>
        <w:rPr>
          <w:b w:val="0"/>
          <w:i w:val="0"/>
          <w:smallCaps w:val="0"/>
          <w:strike w:val="0"/>
          <w:sz w:val="16"/>
          <w:u w:val="none"/>
        </w:rPr>
        <w:t xml:space="preserve"> (Milton, 1974; p. 268). </w:t>
      </w:r>
      <w:r>
        <w:rPr>
          <w:b w:val="0"/>
          <w:i w:val="0"/>
          <w:smallCaps w:val="0"/>
          <w:strike w:val="0"/>
          <w:sz w:val="16"/>
          <w:u w:val="none"/>
        </w:rPr>
        <w:t>Ferkiss</w:t>
      </w:r>
      <w:r>
        <w:rPr>
          <w:b w:val="0"/>
          <w:i w:val="0"/>
          <w:smallCaps w:val="0"/>
          <w:strike w:val="0"/>
          <w:sz w:val="16"/>
          <w:u w:val="none"/>
        </w:rPr>
        <w:t xml:space="preserve"> (1969) looks toward a technology and a society which is </w:t>
      </w:r>
      <w:r>
        <w:rPr>
          <w:b w:val="0"/>
          <w:i w:val="0"/>
          <w:smallCaps w:val="0"/>
          <w:strike w:val="0"/>
          <w:sz w:val="22"/>
          <w:u w:val="single"/>
        </w:rPr>
        <w:t>holistic, natural, and immanent</w:t>
      </w:r>
      <w:r>
        <w:rPr>
          <w:b w:val="0"/>
          <w:i w:val="0"/>
          <w:smallCaps w:val="0"/>
          <w:strike w:val="0"/>
          <w:sz w:val="16"/>
          <w:u w:val="none"/>
        </w:rPr>
        <w:t xml:space="preserve">. Bookchin (1971) writes of a 'liberatory technology'; there are the terms alternative, passive, and appropriate technology (Schumacher, 1973; Dickson, 1975); we have Illich's (1973) 'convivial' tools. The </w:t>
      </w:r>
      <w:r>
        <w:rPr>
          <w:b w:val="0"/>
          <w:i w:val="0"/>
          <w:smallCaps w:val="0"/>
          <w:strike w:val="0"/>
          <w:sz w:val="22"/>
          <w:u w:val="single"/>
        </w:rPr>
        <w:t>hard technology society correlates with values and attributes called male</w:t>
      </w:r>
      <w:r>
        <w:rPr>
          <w:b w:val="0"/>
          <w:i w:val="0"/>
          <w:smallCaps w:val="0"/>
          <w:strike w:val="0"/>
          <w:sz w:val="16"/>
          <w:u w:val="none"/>
        </w:rPr>
        <w:t xml:space="preserve">, while the </w:t>
      </w:r>
      <w:r>
        <w:rPr>
          <w:b/>
          <w:i w:val="0"/>
          <w:smallCaps w:val="0"/>
          <w:strike w:val="0"/>
          <w:sz w:val="22"/>
          <w:u w:val="single"/>
        </w:rPr>
        <w:t>soft technology</w:t>
      </w:r>
      <w:r>
        <w:rPr>
          <w:b w:val="0"/>
          <w:i w:val="0"/>
          <w:smallCaps w:val="0"/>
          <w:strike w:val="0"/>
          <w:sz w:val="22"/>
          <w:u w:val="single"/>
        </w:rPr>
        <w:t xml:space="preserve"> and holistic community is </w:t>
      </w:r>
      <w:r>
        <w:rPr>
          <w:b/>
          <w:i w:val="0"/>
          <w:smallCaps w:val="0"/>
          <w:strike w:val="0"/>
          <w:sz w:val="22"/>
          <w:u w:val="single"/>
        </w:rPr>
        <w:t>compatible with</w:t>
      </w:r>
      <w:r>
        <w:rPr>
          <w:b w:val="0"/>
          <w:i w:val="0"/>
          <w:smallCaps w:val="0"/>
          <w:strike w:val="0"/>
          <w:sz w:val="22"/>
          <w:u w:val="single"/>
        </w:rPr>
        <w:t xml:space="preserve"> so-called female attributes and </w:t>
      </w:r>
      <w:r>
        <w:rPr>
          <w:b/>
          <w:i w:val="0"/>
          <w:smallCaps w:val="0"/>
          <w:strike w:val="0"/>
          <w:sz w:val="22"/>
          <w:u w:val="single"/>
        </w:rPr>
        <w:t>feminist values</w:t>
      </w:r>
      <w:r>
        <w:rPr>
          <w:b w:val="0"/>
          <w:i w:val="0"/>
          <w:smallCaps w:val="0"/>
          <w:strike w:val="0"/>
          <w:sz w:val="16"/>
          <w:u w:val="none"/>
        </w:rPr>
        <w:t xml:space="preserve">. A </w:t>
      </w:r>
      <w:r>
        <w:rPr>
          <w:b w:val="0"/>
          <w:i w:val="0"/>
          <w:smallCaps w:val="0"/>
          <w:strike w:val="0"/>
          <w:sz w:val="22"/>
          <w:u w:val="single"/>
        </w:rPr>
        <w:t>feminist perspective on technology</w:t>
      </w:r>
      <w:r>
        <w:rPr>
          <w:b w:val="0"/>
          <w:i w:val="0"/>
          <w:smallCaps w:val="0"/>
          <w:strike w:val="0"/>
          <w:sz w:val="16"/>
          <w:u w:val="none"/>
        </w:rPr>
        <w:t xml:space="preserve"> </w:t>
      </w:r>
      <w:r>
        <w:rPr>
          <w:b w:val="0"/>
          <w:i w:val="0"/>
          <w:smallCaps w:val="0"/>
          <w:strike w:val="0"/>
          <w:sz w:val="22"/>
          <w:u w:val="single"/>
        </w:rPr>
        <w:t>means seeking to</w:t>
      </w:r>
      <w:r>
        <w:rPr>
          <w:b w:val="0"/>
          <w:i w:val="0"/>
          <w:smallCaps w:val="0"/>
          <w:strike w:val="0"/>
          <w:sz w:val="16"/>
          <w:u w:val="none"/>
        </w:rPr>
        <w:t xml:space="preserve"> discover and further </w:t>
      </w:r>
      <w:r>
        <w:rPr>
          <w:b w:val="0"/>
          <w:i w:val="0"/>
          <w:smallCaps w:val="0"/>
          <w:strike w:val="0"/>
          <w:sz w:val="22"/>
          <w:u w:val="single"/>
        </w:rPr>
        <w:t>define feminist values</w:t>
      </w:r>
      <w:r>
        <w:rPr>
          <w:b w:val="0"/>
          <w:i w:val="0"/>
          <w:smallCaps w:val="0"/>
          <w:strike w:val="0"/>
          <w:sz w:val="16"/>
          <w:u w:val="none"/>
        </w:rPr>
        <w:t xml:space="preserve"> </w:t>
      </w:r>
      <w:r>
        <w:rPr>
          <w:b w:val="0"/>
          <w:i w:val="0"/>
          <w:smallCaps w:val="0"/>
          <w:strike w:val="0"/>
          <w:sz w:val="22"/>
          <w:u w:val="single"/>
        </w:rPr>
        <w:t>and finding ways to implement them in our technology</w:t>
      </w:r>
      <w:r>
        <w:rPr>
          <w:b w:val="0"/>
          <w:i w:val="0"/>
          <w:smallCaps w:val="0"/>
          <w:strike w:val="0"/>
          <w:sz w:val="16"/>
          <w:u w:val="none"/>
        </w:rPr>
        <w:t xml:space="preserve">. It means attempting to </w:t>
      </w:r>
      <w:r>
        <w:rPr>
          <w:b w:val="0"/>
          <w:i w:val="0"/>
          <w:smallCaps w:val="0"/>
          <w:strike w:val="0"/>
          <w:sz w:val="22"/>
          <w:u w:val="single"/>
        </w:rPr>
        <w:t>project an alternative set of technological values</w:t>
      </w:r>
      <w:r>
        <w:rPr>
          <w:b w:val="0"/>
          <w:i w:val="0"/>
          <w:smallCaps w:val="0"/>
          <w:strike w:val="0"/>
          <w:sz w:val="16"/>
          <w:u w:val="none"/>
        </w:rPr>
        <w:t xml:space="preserve">, and to discover ideas and models for a future humanistic, </w:t>
      </w:r>
      <w:r>
        <w:rPr>
          <w:b w:val="0"/>
          <w:i w:val="0"/>
          <w:smallCaps w:val="0"/>
          <w:strike w:val="0"/>
          <w:sz w:val="22"/>
          <w:u w:val="single"/>
        </w:rPr>
        <w:t>'soft technology' society</w:t>
      </w:r>
      <w:r>
        <w:rPr>
          <w:b w:val="0"/>
          <w:i w:val="0"/>
          <w:smallCaps w:val="0"/>
          <w:strike w:val="0"/>
          <w:sz w:val="16"/>
          <w:u w:val="none"/>
        </w:rPr>
        <w:t xml:space="preserve">. </w:t>
      </w:r>
      <w:r>
        <w:rPr>
          <w:b/>
          <w:i w:val="0"/>
          <w:smallCaps w:val="0"/>
          <w:strike w:val="0"/>
          <w:sz w:val="22"/>
          <w:u w:val="single"/>
        </w:rPr>
        <w:t>Women's role</w:t>
      </w:r>
      <w:r>
        <w:rPr>
          <w:b w:val="0"/>
          <w:i w:val="0"/>
          <w:smallCaps w:val="0"/>
          <w:strike w:val="0"/>
          <w:sz w:val="16"/>
          <w:u w:val="none"/>
        </w:rPr>
        <w:t xml:space="preserve"> in technological development has been </w:t>
      </w:r>
      <w:r>
        <w:rPr>
          <w:b/>
          <w:i w:val="0"/>
          <w:smallCaps w:val="0"/>
          <w:strike w:val="0"/>
          <w:sz w:val="22"/>
          <w:u w:val="single"/>
        </w:rPr>
        <w:t xml:space="preserve">neglected </w:t>
      </w:r>
      <w:r>
        <w:rPr>
          <w:b w:val="0"/>
          <w:i w:val="0"/>
          <w:smallCaps w:val="0"/>
          <w:strike w:val="0"/>
          <w:sz w:val="16"/>
          <w:u w:val="none"/>
        </w:rPr>
        <w:t>partially</w:t>
      </w:r>
      <w:r>
        <w:rPr>
          <w:b w:val="0"/>
          <w:i w:val="0"/>
          <w:smallCaps w:val="0"/>
          <w:strike w:val="0"/>
          <w:sz w:val="22"/>
          <w:u w:val="single"/>
        </w:rPr>
        <w:t xml:space="preserve"> </w:t>
      </w:r>
      <w:r>
        <w:rPr>
          <w:b/>
          <w:i w:val="0"/>
          <w:smallCaps w:val="0"/>
          <w:strike w:val="0"/>
          <w:sz w:val="22"/>
          <w:u w:val="single"/>
        </w:rPr>
        <w:t>because</w:t>
      </w:r>
      <w:r>
        <w:rPr>
          <w:b w:val="0"/>
          <w:i w:val="0"/>
          <w:smallCaps w:val="0"/>
          <w:strike w:val="0"/>
          <w:sz w:val="16"/>
          <w:u w:val="none"/>
        </w:rPr>
        <w:t xml:space="preserve"> homo faber has been </w:t>
      </w:r>
      <w:r>
        <w:rPr>
          <w:b/>
          <w:i w:val="0"/>
          <w:smallCaps w:val="0"/>
          <w:strike w:val="0"/>
          <w:sz w:val="22"/>
          <w:u w:val="single"/>
        </w:rPr>
        <w:t xml:space="preserve">seen </w:t>
      </w:r>
      <w:r>
        <w:rPr>
          <w:b w:val="0"/>
          <w:i w:val="0"/>
          <w:smallCaps w:val="0"/>
          <w:strike w:val="0"/>
          <w:sz w:val="16"/>
          <w:u w:val="none"/>
        </w:rPr>
        <w:t xml:space="preserve">literally by our historians </w:t>
      </w:r>
      <w:r>
        <w:rPr>
          <w:b/>
          <w:i w:val="0"/>
          <w:smallCaps w:val="0"/>
          <w:strike w:val="0"/>
          <w:sz w:val="22"/>
          <w:u w:val="single"/>
        </w:rPr>
        <w:t>as</w:t>
      </w:r>
      <w:r>
        <w:rPr>
          <w:b w:val="0"/>
          <w:i w:val="0"/>
          <w:smallCaps w:val="0"/>
          <w:strike w:val="0"/>
          <w:sz w:val="16"/>
          <w:u w:val="none"/>
        </w:rPr>
        <w:t xml:space="preserve"> male. 7 Man does, </w:t>
      </w:r>
      <w:r>
        <w:rPr>
          <w:b/>
          <w:i w:val="0"/>
          <w:smallCaps w:val="0"/>
          <w:strike w:val="0"/>
          <w:sz w:val="22"/>
          <w:u w:val="single"/>
        </w:rPr>
        <w:t xml:space="preserve">woman </w:t>
      </w:r>
      <w:r>
        <w:rPr>
          <w:b w:val="0"/>
          <w:i w:val="0"/>
          <w:smallCaps w:val="0"/>
          <w:strike w:val="0"/>
          <w:sz w:val="16"/>
          <w:u w:val="none"/>
        </w:rPr>
        <w:t xml:space="preserve">is: the latter </w:t>
      </w:r>
      <w:r>
        <w:rPr>
          <w:b/>
          <w:i w:val="0"/>
          <w:smallCaps w:val="0"/>
          <w:strike w:val="0"/>
          <w:sz w:val="22"/>
          <w:u w:val="single"/>
        </w:rPr>
        <w:t>does not</w:t>
      </w:r>
      <w:r>
        <w:rPr>
          <w:b w:val="0"/>
          <w:i w:val="0"/>
          <w:smallCaps w:val="0"/>
          <w:strike w:val="0"/>
          <w:sz w:val="16"/>
          <w:u w:val="none"/>
        </w:rPr>
        <w:t xml:space="preserve"> invent, </w:t>
      </w:r>
      <w:r>
        <w:rPr>
          <w:b/>
          <w:i w:val="0"/>
          <w:smallCaps w:val="0"/>
          <w:strike w:val="0"/>
          <w:sz w:val="22"/>
          <w:u w:val="single"/>
        </w:rPr>
        <w:t>innovate.</w:t>
      </w:r>
      <w:r>
        <w:rPr>
          <w:b w:val="0"/>
          <w:i w:val="0"/>
          <w:smallCaps w:val="0"/>
          <w:strike w:val="0"/>
          <w:sz w:val="16"/>
          <w:u w:val="none"/>
        </w:rPr>
        <w:t xml:space="preserve"> But her role has also been neglected because underlying these accounts is the Western cultural perspective that </w:t>
      </w:r>
      <w:r>
        <w:rPr>
          <w:b w:val="0"/>
          <w:i w:val="0"/>
          <w:smallCaps w:val="0"/>
          <w:strike w:val="0"/>
          <w:sz w:val="22"/>
          <w:u w:val="single"/>
        </w:rPr>
        <w:t>homofaber</w:t>
      </w:r>
      <w:r>
        <w:rPr>
          <w:b w:val="0"/>
          <w:i w:val="0"/>
          <w:smallCaps w:val="0"/>
          <w:strike w:val="0"/>
          <w:sz w:val="16"/>
          <w:u w:val="none"/>
        </w:rPr>
        <w:t>'s</w:t>
      </w:r>
      <w:r>
        <w:rPr>
          <w:b w:val="0"/>
          <w:i w:val="0"/>
          <w:smallCaps w:val="0"/>
          <w:strike w:val="0"/>
          <w:sz w:val="16"/>
          <w:u w:val="none"/>
        </w:rPr>
        <w:t xml:space="preserve"> purpose in inventing tools is to </w:t>
      </w:r>
      <w:r>
        <w:rPr>
          <w:b w:val="0"/>
          <w:i w:val="0"/>
          <w:smallCaps w:val="0"/>
          <w:strike w:val="0"/>
          <w:sz w:val="22"/>
          <w:u w:val="single"/>
        </w:rPr>
        <w:t>make</w:t>
      </w:r>
      <w:r>
        <w:rPr>
          <w:b w:val="0"/>
          <w:i w:val="0"/>
          <w:smallCaps w:val="0"/>
          <w:strike w:val="0"/>
          <w:sz w:val="16"/>
          <w:u w:val="none"/>
        </w:rPr>
        <w:t xml:space="preserve"> bigger, </w:t>
      </w:r>
      <w:r>
        <w:rPr>
          <w:b w:val="0"/>
          <w:i w:val="0"/>
          <w:smallCaps w:val="0"/>
          <w:strike w:val="0"/>
          <w:sz w:val="22"/>
          <w:u w:val="single"/>
        </w:rPr>
        <w:t>better</w:t>
      </w:r>
      <w:r>
        <w:rPr>
          <w:b w:val="0"/>
          <w:i w:val="0"/>
          <w:smallCaps w:val="0"/>
          <w:strike w:val="0"/>
          <w:sz w:val="16"/>
          <w:u w:val="none"/>
        </w:rPr>
        <w:t xml:space="preserve">, </w:t>
      </w:r>
      <w:r>
        <w:rPr>
          <w:b w:val="0"/>
          <w:i w:val="0"/>
          <w:smallCaps w:val="0"/>
          <w:strike w:val="0"/>
          <w:sz w:val="22"/>
          <w:u w:val="single"/>
        </w:rPr>
        <w:t>more efficient tools</w:t>
      </w:r>
      <w:r>
        <w:rPr>
          <w:b w:val="0"/>
          <w:i w:val="0"/>
          <w:smallCaps w:val="0"/>
          <w:strike w:val="0"/>
          <w:sz w:val="16"/>
          <w:u w:val="none"/>
        </w:rPr>
        <w:t xml:space="preserve"> each time. </w:t>
      </w:r>
      <w:r>
        <w:rPr>
          <w:b/>
          <w:i w:val="0"/>
          <w:smallCaps w:val="0"/>
          <w:strike w:val="0"/>
          <w:sz w:val="22"/>
          <w:u w:val="single"/>
        </w:rPr>
        <w:t xml:space="preserve">Homo </w:t>
      </w:r>
      <w:r>
        <w:rPr>
          <w:b/>
          <w:i w:val="0"/>
          <w:smallCaps w:val="0"/>
          <w:strike w:val="0"/>
          <w:sz w:val="22"/>
          <w:u w:val="single"/>
        </w:rPr>
        <w:t>faber's</w:t>
      </w:r>
      <w:r>
        <w:rPr>
          <w:b/>
          <w:i w:val="0"/>
          <w:smallCaps w:val="0"/>
          <w:strike w:val="0"/>
          <w:sz w:val="22"/>
          <w:u w:val="single"/>
        </w:rPr>
        <w:t xml:space="preserve"> ideal is progress</w:t>
      </w:r>
      <w:r>
        <w:rPr>
          <w:b w:val="0"/>
          <w:i w:val="0"/>
          <w:smallCaps w:val="0"/>
          <w:strike w:val="0"/>
          <w:sz w:val="16"/>
          <w:u w:val="none"/>
        </w:rPr>
        <w:t xml:space="preserve">. </w:t>
      </w:r>
      <w:r>
        <w:rPr>
          <w:b w:val="0"/>
          <w:i w:val="0"/>
          <w:smallCaps w:val="0"/>
          <w:strike w:val="0"/>
          <w:sz w:val="22"/>
          <w:u w:val="single"/>
        </w:rPr>
        <w:t>We</w:t>
      </w:r>
      <w:r>
        <w:rPr>
          <w:b w:val="0"/>
          <w:i w:val="0"/>
          <w:smallCaps w:val="0"/>
          <w:strike w:val="0"/>
          <w:sz w:val="16"/>
          <w:u w:val="none"/>
        </w:rPr>
        <w:t xml:space="preserve"> can read about those technologies which appear to contribute to the 'advance' or 'progress' of productive </w:t>
      </w:r>
      <w:r>
        <w:rPr>
          <w:b w:val="0"/>
          <w:i w:val="0"/>
          <w:smallCaps w:val="0"/>
          <w:strike w:val="0"/>
          <w:sz w:val="16"/>
          <w:u w:val="none"/>
        </w:rPr>
        <w:t>processes, but</w:t>
      </w:r>
      <w:r>
        <w:rPr>
          <w:b w:val="0"/>
          <w:i w:val="0"/>
          <w:smallCaps w:val="0"/>
          <w:strike w:val="0"/>
          <w:sz w:val="16"/>
          <w:u w:val="none"/>
        </w:rPr>
        <w:t xml:space="preserve"> </w:t>
      </w:r>
      <w:r>
        <w:rPr>
          <w:b w:val="0"/>
          <w:i w:val="0"/>
          <w:smallCaps w:val="0"/>
          <w:strike w:val="0"/>
          <w:sz w:val="22"/>
          <w:u w:val="single"/>
        </w:rPr>
        <w:t>learn little of</w:t>
      </w:r>
      <w:r>
        <w:rPr>
          <w:b w:val="0"/>
          <w:i w:val="0"/>
          <w:smallCaps w:val="0"/>
          <w:strike w:val="0"/>
          <w:sz w:val="16"/>
          <w:u w:val="none"/>
        </w:rPr>
        <w:t xml:space="preserve"> those </w:t>
      </w:r>
      <w:r>
        <w:rPr>
          <w:b w:val="0"/>
          <w:i w:val="0"/>
          <w:smallCaps w:val="0"/>
          <w:strike w:val="0"/>
          <w:sz w:val="22"/>
          <w:u w:val="single"/>
        </w:rPr>
        <w:t>organizational processes</w:t>
      </w:r>
      <w:r>
        <w:rPr>
          <w:b w:val="0"/>
          <w:i w:val="0"/>
          <w:smallCaps w:val="0"/>
          <w:strike w:val="0"/>
          <w:sz w:val="16"/>
          <w:u w:val="none"/>
        </w:rPr>
        <w:t xml:space="preserve"> or forms </w:t>
      </w:r>
      <w:r>
        <w:rPr>
          <w:b w:val="0"/>
          <w:i w:val="0"/>
          <w:smallCaps w:val="0"/>
          <w:strike w:val="0"/>
          <w:sz w:val="22"/>
          <w:u w:val="single"/>
        </w:rPr>
        <w:t xml:space="preserve">that may have pursued other </w:t>
      </w:r>
      <w:r>
        <w:rPr>
          <w:b w:val="0"/>
          <w:i w:val="0"/>
          <w:smallCaps w:val="0"/>
          <w:strike w:val="0"/>
          <w:sz w:val="16"/>
          <w:u w:val="none"/>
        </w:rPr>
        <w:t xml:space="preserve">social, economic, political, or cultural </w:t>
      </w:r>
      <w:r>
        <w:rPr>
          <w:b w:val="0"/>
          <w:i w:val="0"/>
          <w:smallCaps w:val="0"/>
          <w:strike w:val="0"/>
          <w:sz w:val="22"/>
          <w:u w:val="single"/>
        </w:rPr>
        <w:t>ideals, or</w:t>
      </w:r>
      <w:r>
        <w:rPr>
          <w:b w:val="0"/>
          <w:i w:val="0"/>
          <w:smallCaps w:val="0"/>
          <w:strike w:val="0"/>
          <w:sz w:val="16"/>
          <w:u w:val="none"/>
        </w:rPr>
        <w:t xml:space="preserve"> of those </w:t>
      </w:r>
      <w:r>
        <w:rPr>
          <w:b w:val="0"/>
          <w:i w:val="0"/>
          <w:smallCaps w:val="0"/>
          <w:strike w:val="0"/>
          <w:sz w:val="22"/>
          <w:u w:val="single"/>
        </w:rPr>
        <w:t>societies</w:t>
      </w:r>
      <w:r>
        <w:rPr>
          <w:b w:val="0"/>
          <w:i w:val="0"/>
          <w:smallCaps w:val="0"/>
          <w:strike w:val="0"/>
          <w:sz w:val="16"/>
          <w:u w:val="none"/>
        </w:rPr>
        <w:t xml:space="preserve"> in </w:t>
      </w:r>
      <w:r>
        <w:rPr>
          <w:b w:val="0"/>
          <w:i w:val="0"/>
          <w:smallCaps w:val="0"/>
          <w:strike w:val="0"/>
          <w:sz w:val="22"/>
          <w:u w:val="single"/>
        </w:rPr>
        <w:t>which Western-styled progress is not</w:t>
      </w:r>
      <w:r>
        <w:rPr>
          <w:b w:val="0"/>
          <w:i w:val="0"/>
          <w:smallCaps w:val="0"/>
          <w:strike w:val="0"/>
          <w:sz w:val="16"/>
          <w:u w:val="none"/>
        </w:rPr>
        <w:t xml:space="preserve"> the </w:t>
      </w:r>
      <w:r>
        <w:rPr>
          <w:b w:val="0"/>
          <w:i w:val="0"/>
          <w:smallCaps w:val="0"/>
          <w:strike w:val="0"/>
          <w:sz w:val="22"/>
          <w:u w:val="single"/>
        </w:rPr>
        <w:t>ideal.</w:t>
      </w:r>
      <w:r>
        <w:rPr>
          <w:b w:val="0"/>
          <w:i w:val="0"/>
          <w:smallCaps w:val="0"/>
          <w:strike w:val="0"/>
          <w:sz w:val="16"/>
          <w:u w:val="none"/>
        </w:rPr>
        <w:t xml:space="preserve"> A feminist perspective that seeks to find women's role in technological development would not be culture- or ideology-bound in this way. In other words, the feminist perspective is freer to explore alternative ideals, to establish new categories and frameworks for technology and its development. How do we find such categories and frameworks? The sources of ideas and </w:t>
      </w:r>
      <w:r>
        <w:rPr>
          <w:b w:val="0"/>
          <w:i w:val="0"/>
          <w:smallCaps w:val="0"/>
          <w:strike w:val="0"/>
          <w:sz w:val="22"/>
          <w:u w:val="single"/>
        </w:rPr>
        <w:t>models for a feminist 'soft technology'</w:t>
      </w:r>
      <w:r>
        <w:rPr>
          <w:b w:val="0"/>
          <w:i w:val="0"/>
          <w:smallCaps w:val="0"/>
          <w:strike w:val="0"/>
          <w:sz w:val="16"/>
          <w:u w:val="none"/>
        </w:rPr>
        <w:t xml:space="preserve"> future are threefold. First, we </w:t>
      </w:r>
      <w:r>
        <w:rPr>
          <w:b w:val="0"/>
          <w:i w:val="0"/>
          <w:smallCaps w:val="0"/>
          <w:strike w:val="0"/>
          <w:sz w:val="22"/>
          <w:u w:val="single"/>
        </w:rPr>
        <w:t>need to uncover</w:t>
      </w:r>
      <w:r>
        <w:rPr>
          <w:b w:val="0"/>
          <w:i w:val="0"/>
          <w:smallCaps w:val="0"/>
          <w:strike w:val="0"/>
          <w:sz w:val="16"/>
          <w:u w:val="none"/>
        </w:rPr>
        <w:t xml:space="preserve"> </w:t>
      </w:r>
      <w:r>
        <w:rPr>
          <w:b w:val="0"/>
          <w:i w:val="0"/>
          <w:smallCaps w:val="0"/>
          <w:strike w:val="0"/>
          <w:sz w:val="22"/>
          <w:u w:val="single"/>
        </w:rPr>
        <w:t>women's role in technological development</w:t>
      </w:r>
      <w:r>
        <w:rPr>
          <w:b w:val="0"/>
          <w:i w:val="0"/>
          <w:smallCaps w:val="0"/>
          <w:strike w:val="0"/>
          <w:sz w:val="16"/>
          <w:u w:val="none"/>
        </w:rPr>
        <w:t xml:space="preserve"> in the past, </w:t>
      </w:r>
      <w:r>
        <w:rPr>
          <w:b w:val="0"/>
          <w:i w:val="0"/>
          <w:smallCaps w:val="0"/>
          <w:strike w:val="0"/>
          <w:sz w:val="16"/>
          <w:u w:val="none"/>
        </w:rPr>
        <w:t>and also</w:t>
      </w:r>
      <w:r>
        <w:rPr>
          <w:b w:val="0"/>
          <w:i w:val="0"/>
          <w:smallCaps w:val="0"/>
          <w:strike w:val="0"/>
          <w:sz w:val="16"/>
          <w:u w:val="none"/>
        </w:rPr>
        <w:t xml:space="preserve"> in present societies culturally and developmentally different from our own. Second, we must </w:t>
      </w:r>
      <w:r>
        <w:rPr>
          <w:b w:val="0"/>
          <w:i w:val="0"/>
          <w:smallCaps w:val="0"/>
          <w:strike w:val="0"/>
          <w:sz w:val="22"/>
          <w:u w:val="single"/>
        </w:rPr>
        <w:t>look to</w:t>
      </w:r>
      <w:r>
        <w:rPr>
          <w:b w:val="0"/>
          <w:i w:val="0"/>
          <w:smallCaps w:val="0"/>
          <w:strike w:val="0"/>
          <w:sz w:val="16"/>
          <w:u w:val="none"/>
        </w:rPr>
        <w:t xml:space="preserve"> the theory and experience of the </w:t>
      </w:r>
      <w:r>
        <w:rPr>
          <w:b w:val="0"/>
          <w:i w:val="0"/>
          <w:smallCaps w:val="0"/>
          <w:strike w:val="0"/>
          <w:sz w:val="22"/>
          <w:u w:val="single"/>
        </w:rPr>
        <w:t>current feminist movement</w:t>
      </w:r>
      <w:r>
        <w:rPr>
          <w:b w:val="0"/>
          <w:i w:val="0"/>
          <w:smallCaps w:val="0"/>
          <w:strike w:val="0"/>
          <w:sz w:val="16"/>
          <w:u w:val="none"/>
        </w:rPr>
        <w:t xml:space="preserve">. And third, we must look at </w:t>
      </w:r>
      <w:r>
        <w:rPr>
          <w:b w:val="0"/>
          <w:i w:val="0"/>
          <w:smallCaps w:val="0"/>
          <w:strike w:val="0"/>
          <w:sz w:val="22"/>
          <w:u w:val="single"/>
        </w:rPr>
        <w:t>feminist projections</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the </w:t>
      </w:r>
      <w:r>
        <w:rPr>
          <w:b w:val="0"/>
          <w:i w:val="0"/>
          <w:smallCaps w:val="0"/>
          <w:strike w:val="0"/>
          <w:sz w:val="22"/>
          <w:u w:val="single"/>
        </w:rPr>
        <w:t>future.</w:t>
      </w:r>
      <w:r>
        <w:rPr>
          <w:b w:val="0"/>
          <w:i w:val="0"/>
          <w:smallCaps w:val="0"/>
          <w:strike w:val="0"/>
          <w:sz w:val="16"/>
          <w:u w:val="none"/>
        </w:rPr>
        <w:t xml:space="preserve">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