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Perm </w:t>
      </w:r>
      <w:r>
        <w:rPr>
          <w:b/>
          <w:i w:val="0"/>
          <w:smallCaps w:val="0"/>
          <w:strike w:val="0"/>
          <w:color w:val="000000"/>
          <w:sz w:val="26"/>
          <w:u w:val="none"/>
        </w:rPr>
        <w:t>do</w:t>
      </w:r>
      <w:r>
        <w:rPr>
          <w:b/>
          <w:i w:val="0"/>
          <w:smallCaps w:val="0"/>
          <w:strike w:val="0"/>
          <w:color w:val="000000"/>
          <w:sz w:val="26"/>
          <w:u w:val="none"/>
        </w:rPr>
        <w:t xml:space="preserve"> both: it resolves any residual links, and if </w:t>
      </w:r>
      <w:r>
        <w:rPr>
          <w:b/>
          <w:i w:val="0"/>
          <w:smallCaps w:val="0"/>
          <w:strike w:val="0"/>
          <w:color w:val="000000"/>
          <w:sz w:val="26"/>
          <w:u w:val="none"/>
        </w:rPr>
        <w:t>not</w:t>
      </w:r>
      <w:r>
        <w:rPr>
          <w:b/>
          <w:i w:val="0"/>
          <w:smallCaps w:val="0"/>
          <w:strike w:val="0"/>
          <w:color w:val="000000"/>
          <w:sz w:val="26"/>
          <w:u w:val="none"/>
        </w:rPr>
        <w:t xml:space="preserve"> it proves the alt over-totalizes sovereignty and the political and disavows the actual history of fugitive resistance.</w:t>
      </w:r>
    </w:p>
    <w:p>
      <w:pPr>
        <w:spacing w:after="80"/>
      </w:pPr>
      <w:r>
        <w:rPr>
          <w:b/>
          <w:i w:val="0"/>
          <w:smallCaps w:val="0"/>
          <w:strike w:val="0"/>
          <w:color w:val="000000"/>
          <w:sz w:val="26"/>
          <w:u w:val="none"/>
        </w:rPr>
        <w:t>Shulman, 20</w:t>
      </w:r>
      <w:r>
        <w:rPr>
          <w:b w:val="0"/>
          <w:i w:val="0"/>
          <w:smallCaps w:val="0"/>
          <w:strike w:val="0"/>
          <w:color w:val="000000"/>
          <w:sz w:val="22"/>
          <w:u w:val="none"/>
        </w:rPr>
        <w:t xml:space="preserve">—teaches political theory at The Gallatin School of New York University (George, “Fred Moten’s Refusals and Consents: The Politics of Fugitivity,” Political Theory, July 3, 2020, </w:t>
      </w:r>
      <w:r>
        <w:rPr>
          <w:b w:val="0"/>
          <w:i w:val="0"/>
          <w:smallCaps w:val="0"/>
          <w:strike w:val="0"/>
          <w:color w:val="000000"/>
          <w:sz w:val="22"/>
          <w:u w:val="none"/>
        </w:rPr>
        <w:t>dml</w:t>
      </w:r>
      <w:r>
        <w:rPr>
          <w:b w:val="0"/>
          <w:i w:val="0"/>
          <w:smallCaps w:val="0"/>
          <w:strike w:val="0"/>
          <w:color w:val="000000"/>
          <w:sz w:val="22"/>
          <w:u w:val="none"/>
        </w:rPr>
        <w:t>) [inserted “when” for grammatical integrity—insertion denoted by brackets]</w:t>
      </w:r>
    </w:p>
    <w:p>
      <w:pPr>
        <w:spacing w:after="60"/>
      </w:pPr>
      <w:r>
        <w:rPr>
          <w:b w:val="0"/>
          <w:i w:val="0"/>
          <w:smallCaps w:val="0"/>
          <w:strike w:val="0"/>
          <w:color w:val="000000"/>
          <w:sz w:val="16"/>
          <w:u w:val="none"/>
        </w:rPr>
        <w:t xml:space="preserve">Rather than correct his reading of Arendt, note instead how both theorists narrate a history producing impasse and compose romances of a revolutionary treasure each protects from devaluation and danger. Despite moments of blur in their texts, their categorical self-definitions split off natality from a threatening other, albeit lodged in inverted images of sociality and politics. Her reversal foregrounds and redeems natality-as-politics from capture by the social; his reduction of the political—to sovereignty as metaphysics, state power, and antiblackness—redeems fugitive black sociality from capture by politics. Yet as she argues—and manifests—theorists who “reverse” a polarity remain trapped in its terms; arguably, he risks capture by the metaphysics he would undo. </w:t>
      </w:r>
      <w:r>
        <w:rPr>
          <w:b w:val="0"/>
          <w:i w:val="0"/>
          <w:smallCaps w:val="0"/>
          <w:strike w:val="0"/>
          <w:color w:val="000000"/>
          <w:sz w:val="22"/>
          <w:u w:val="single"/>
        </w:rPr>
        <w:t>The alternative to the canonical tradition</w:t>
      </w:r>
      <w:r>
        <w:rPr>
          <w:b w:val="0"/>
          <w:i w:val="0"/>
          <w:smallCaps w:val="0"/>
          <w:strike w:val="0"/>
          <w:color w:val="000000"/>
          <w:sz w:val="16"/>
          <w:u w:val="none"/>
        </w:rPr>
        <w:t xml:space="preserve">, I would say, </w:t>
      </w:r>
      <w:r>
        <w:rPr>
          <w:b w:val="0"/>
          <w:i w:val="0"/>
          <w:smallCaps w:val="0"/>
          <w:strike w:val="0"/>
          <w:color w:val="000000"/>
          <w:sz w:val="22"/>
          <w:u w:val="single"/>
        </w:rPr>
        <w:t>is</w:t>
      </w:r>
      <w:r>
        <w:rPr>
          <w:b w:val="0"/>
          <w:i w:val="0"/>
          <w:smallCaps w:val="0"/>
          <w:strike w:val="0"/>
          <w:color w:val="000000"/>
          <w:sz w:val="16"/>
          <w:u w:val="none"/>
        </w:rPr>
        <w:t xml:space="preserve"> </w:t>
      </w:r>
      <w:r>
        <w:rPr>
          <w:b/>
          <w:i w:val="0"/>
          <w:smallCaps w:val="0"/>
          <w:strike w:val="0"/>
          <w:color w:val="000000"/>
          <w:sz w:val="22"/>
          <w:u w:val="single"/>
        </w:rPr>
        <w:t>refusing</w:t>
      </w:r>
      <w:r>
        <w:rPr>
          <w:b w:val="0"/>
          <w:i w:val="0"/>
          <w:smallCaps w:val="0"/>
          <w:strike w:val="0"/>
          <w:color w:val="000000"/>
          <w:sz w:val="16"/>
          <w:u w:val="none"/>
        </w:rPr>
        <w:t xml:space="preserve"> </w:t>
      </w:r>
      <w:r>
        <w:rPr>
          <w:b w:val="0"/>
          <w:i w:val="0"/>
          <w:smallCaps w:val="0"/>
          <w:strike w:val="0"/>
          <w:color w:val="000000"/>
          <w:sz w:val="22"/>
          <w:u w:val="single"/>
        </w:rPr>
        <w:t>a</w:t>
      </w:r>
      <w:r>
        <w:rPr>
          <w:b w:val="0"/>
          <w:i w:val="0"/>
          <w:smallCaps w:val="0"/>
          <w:strike w:val="0"/>
          <w:color w:val="000000"/>
          <w:sz w:val="16"/>
          <w:u w:val="none"/>
        </w:rPr>
        <w:t xml:space="preserve">n Aristotelian or Kantian </w:t>
      </w:r>
      <w:r>
        <w:rPr>
          <w:b/>
          <w:i w:val="0"/>
          <w:smallCaps w:val="0"/>
          <w:strike w:val="0"/>
          <w:color w:val="000000"/>
          <w:sz w:val="22"/>
          <w:u w:val="single"/>
        </w:rPr>
        <w:t>split</w:t>
      </w:r>
      <w:r>
        <w:rPr>
          <w:b w:val="0"/>
          <w:i w:val="0"/>
          <w:smallCaps w:val="0"/>
          <w:strike w:val="0"/>
          <w:color w:val="000000"/>
          <w:sz w:val="16"/>
          <w:u w:val="none"/>
        </w:rPr>
        <w:t xml:space="preserve"> </w:t>
      </w:r>
      <w:r>
        <w:rPr>
          <w:b w:val="0"/>
          <w:i w:val="0"/>
          <w:smallCaps w:val="0"/>
          <w:strike w:val="0"/>
          <w:color w:val="000000"/>
          <w:sz w:val="22"/>
          <w:u w:val="single"/>
        </w:rPr>
        <w:t>between the political, and its abject</w:t>
      </w:r>
      <w:r>
        <w:rPr>
          <w:b w:val="0"/>
          <w:i w:val="0"/>
          <w:smallCaps w:val="0"/>
          <w:strike w:val="0"/>
          <w:color w:val="000000"/>
          <w:sz w:val="16"/>
          <w:u w:val="none"/>
        </w:rPr>
        <w:t xml:space="preserve"> (immature, wild, social, abject) </w:t>
      </w:r>
      <w:r>
        <w:rPr>
          <w:b w:val="0"/>
          <w:i w:val="0"/>
          <w:smallCaps w:val="0"/>
          <w:strike w:val="0"/>
          <w:color w:val="000000"/>
          <w:sz w:val="22"/>
          <w:u w:val="single"/>
        </w:rPr>
        <w:t>otherness</w:t>
      </w:r>
      <w:r>
        <w:rPr>
          <w:b w:val="0"/>
          <w:i w:val="0"/>
          <w:smallCaps w:val="0"/>
          <w:strike w:val="0"/>
          <w:color w:val="000000"/>
          <w:sz w:val="16"/>
          <w:u w:val="none"/>
        </w:rPr>
        <w:t xml:space="preserve">. In crucial ways </w:t>
      </w:r>
      <w:r>
        <w:rPr>
          <w:b w:val="0"/>
          <w:i w:val="0"/>
          <w:smallCaps w:val="0"/>
          <w:strike w:val="0"/>
          <w:color w:val="000000"/>
          <w:sz w:val="22"/>
          <w:u w:val="single"/>
        </w:rPr>
        <w:t>Moten does just that, by finding</w:t>
      </w:r>
      <w:r>
        <w:rPr>
          <w:b w:val="0"/>
          <w:i w:val="0"/>
          <w:smallCaps w:val="0"/>
          <w:strike w:val="0"/>
          <w:color w:val="000000"/>
          <w:sz w:val="16"/>
          <w:u w:val="none"/>
        </w:rPr>
        <w:t xml:space="preserve"> natality, publicness, and performative pleasure—</w:t>
      </w:r>
      <w:r>
        <w:rPr>
          <w:b w:val="0"/>
          <w:i w:val="0"/>
          <w:smallCaps w:val="0"/>
          <w:strike w:val="0"/>
          <w:color w:val="000000"/>
          <w:sz w:val="22"/>
          <w:u w:val="single"/>
        </w:rPr>
        <w:t>a “regenerative grammar” of “informal form”</w:t>
      </w:r>
      <w:r>
        <w:rPr>
          <w:b w:val="0"/>
          <w:i w:val="0"/>
          <w:smallCaps w:val="0"/>
          <w:strike w:val="0"/>
          <w:color w:val="000000"/>
          <w:sz w:val="16"/>
          <w:u w:val="none"/>
        </w:rPr>
        <w:t>—</w:t>
      </w:r>
      <w:r>
        <w:rPr>
          <w:b w:val="0"/>
          <w:i w:val="0"/>
          <w:smallCaps w:val="0"/>
          <w:strike w:val="0"/>
          <w:color w:val="000000"/>
          <w:sz w:val="22"/>
          <w:u w:val="single"/>
        </w:rPr>
        <w:t>in</w:t>
      </w:r>
      <w:r>
        <w:rPr>
          <w:b w:val="0"/>
          <w:i w:val="0"/>
          <w:smallCaps w:val="0"/>
          <w:strike w:val="0"/>
          <w:color w:val="000000"/>
          <w:sz w:val="16"/>
          <w:u w:val="none"/>
        </w:rPr>
        <w:t xml:space="preserve"> </w:t>
      </w:r>
      <w:r>
        <w:rPr>
          <w:b/>
          <w:i w:val="0"/>
          <w:smallCaps w:val="0"/>
          <w:strike w:val="0"/>
          <w:color w:val="000000"/>
          <w:sz w:val="22"/>
          <w:u w:val="single"/>
        </w:rPr>
        <w:t>blackened sociality</w:t>
      </w:r>
      <w:r>
        <w:rPr>
          <w:b w:val="0"/>
          <w:i w:val="0"/>
          <w:smallCaps w:val="0"/>
          <w:strike w:val="0"/>
          <w:color w:val="000000"/>
          <w:sz w:val="16"/>
          <w:u w:val="none"/>
        </w:rPr>
        <w:t xml:space="preserve">. But </w:t>
      </w:r>
      <w:r>
        <w:rPr>
          <w:b w:val="0"/>
          <w:i w:val="0"/>
          <w:smallCaps w:val="0"/>
          <w:strike w:val="0"/>
          <w:color w:val="000000"/>
          <w:sz w:val="22"/>
          <w:u w:val="single"/>
        </w:rPr>
        <w:t>for him</w:t>
      </w:r>
      <w:r>
        <w:rPr>
          <w:b w:val="0"/>
          <w:i w:val="0"/>
          <w:smallCaps w:val="0"/>
          <w:strike w:val="0"/>
          <w:color w:val="000000"/>
          <w:sz w:val="16"/>
          <w:u w:val="none"/>
        </w:rPr>
        <w:t xml:space="preserve">, the autonomy and integrity of this grammar, is targeted by correction and endangered by appropriation. </w:t>
      </w:r>
      <w:r>
        <w:rPr>
          <w:b w:val="0"/>
          <w:i w:val="0"/>
          <w:smallCaps w:val="0"/>
          <w:strike w:val="0"/>
          <w:color w:val="000000"/>
          <w:sz w:val="22"/>
          <w:u w:val="single"/>
        </w:rPr>
        <w:t>Defending it requires</w:t>
      </w:r>
      <w:r>
        <w:rPr>
          <w:b w:val="0"/>
          <w:i w:val="0"/>
          <w:smallCaps w:val="0"/>
          <w:strike w:val="0"/>
          <w:color w:val="000000"/>
          <w:sz w:val="16"/>
          <w:u w:val="none"/>
        </w:rPr>
        <w:t xml:space="preserve"> </w:t>
      </w:r>
      <w:r>
        <w:rPr>
          <w:b/>
          <w:i w:val="0"/>
          <w:smallCaps w:val="0"/>
          <w:strike w:val="0"/>
          <w:color w:val="000000"/>
          <w:sz w:val="22"/>
          <w:u w:val="single"/>
        </w:rPr>
        <w:t>refusing politicization</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any translation</w:t>
      </w:r>
      <w:r>
        <w:rPr>
          <w:b w:val="0"/>
          <w:i w:val="0"/>
          <w:smallCaps w:val="0"/>
          <w:strike w:val="0"/>
          <w:color w:val="000000"/>
          <w:sz w:val="16"/>
          <w:u w:val="none"/>
        </w:rPr>
        <w:t xml:space="preserve"> </w:t>
      </w:r>
      <w:r>
        <w:rPr>
          <w:b w:val="0"/>
          <w:i w:val="0"/>
          <w:smallCaps w:val="0"/>
          <w:strike w:val="0"/>
          <w:color w:val="000000"/>
          <w:sz w:val="22"/>
          <w:u w:val="single"/>
        </w:rPr>
        <w:t>into the “</w:t>
      </w:r>
      <w:r>
        <w:rPr>
          <w:b/>
          <w:i w:val="0"/>
          <w:smallCaps w:val="0"/>
          <w:strike w:val="0"/>
          <w:color w:val="000000"/>
          <w:sz w:val="22"/>
          <w:u w:val="single"/>
        </w:rPr>
        <w:t>necrophilic</w:t>
      </w:r>
      <w:r>
        <w:rPr>
          <w:b w:val="0"/>
          <w:i w:val="0"/>
          <w:smallCaps w:val="0"/>
          <w:strike w:val="0"/>
          <w:color w:val="000000"/>
          <w:sz w:val="22"/>
          <w:u w:val="single"/>
        </w:rPr>
        <w:t>” grammar of “</w:t>
      </w:r>
      <w:r>
        <w:rPr>
          <w:b/>
          <w:i w:val="0"/>
          <w:smallCaps w:val="0"/>
          <w:strike w:val="0"/>
          <w:color w:val="000000"/>
          <w:sz w:val="22"/>
          <w:u w:val="single"/>
        </w:rPr>
        <w:t>sovereignty</w:t>
      </w:r>
      <w:r>
        <w:rPr>
          <w:b w:val="0"/>
          <w:i w:val="0"/>
          <w:smallCaps w:val="0"/>
          <w:strike w:val="0"/>
          <w:color w:val="000000"/>
          <w:sz w:val="22"/>
          <w:u w:val="single"/>
        </w:rPr>
        <w:t>,” as connoting</w:t>
      </w:r>
      <w:r>
        <w:rPr>
          <w:b w:val="0"/>
          <w:i w:val="0"/>
          <w:smallCaps w:val="0"/>
          <w:strike w:val="0"/>
          <w:color w:val="000000"/>
          <w:sz w:val="16"/>
          <w:u w:val="none"/>
        </w:rPr>
        <w:t xml:space="preserve"> </w:t>
      </w:r>
      <w:r>
        <w:rPr>
          <w:b/>
          <w:i w:val="0"/>
          <w:smallCaps w:val="0"/>
          <w:strike w:val="0"/>
          <w:color w:val="000000"/>
          <w:sz w:val="22"/>
          <w:u w:val="single"/>
        </w:rPr>
        <w:t>organized</w:t>
      </w:r>
      <w:r>
        <w:rPr>
          <w:b w:val="0"/>
          <w:i w:val="0"/>
          <w:smallCaps w:val="0"/>
          <w:strike w:val="0"/>
          <w:color w:val="000000"/>
          <w:sz w:val="16"/>
          <w:u w:val="none"/>
        </w:rPr>
        <w:t xml:space="preserve"> </w:t>
      </w:r>
      <w:r>
        <w:rPr>
          <w:b w:val="0"/>
          <w:i w:val="0"/>
          <w:smallCaps w:val="0"/>
          <w:strike w:val="0"/>
          <w:color w:val="000000"/>
          <w:sz w:val="22"/>
          <w:u w:val="single"/>
        </w:rPr>
        <w:t>(even</w:t>
      </w:r>
      <w:r>
        <w:rPr>
          <w:b w:val="0"/>
          <w:i w:val="0"/>
          <w:smallCaps w:val="0"/>
          <w:strike w:val="0"/>
          <w:color w:val="000000"/>
          <w:sz w:val="16"/>
          <w:u w:val="none"/>
        </w:rPr>
        <w:t xml:space="preserve"> </w:t>
      </w:r>
      <w:r>
        <w:rPr>
          <w:b/>
          <w:i w:val="0"/>
          <w:smallCaps w:val="0"/>
          <w:strike w:val="0"/>
          <w:color w:val="000000"/>
          <w:sz w:val="22"/>
          <w:u w:val="single"/>
        </w:rPr>
        <w:t>democratized</w:t>
      </w:r>
      <w:r>
        <w:rPr>
          <w:b w:val="0"/>
          <w:i w:val="0"/>
          <w:smallCaps w:val="0"/>
          <w:strike w:val="0"/>
          <w:color w:val="000000"/>
          <w:sz w:val="22"/>
          <w:u w:val="single"/>
        </w:rPr>
        <w:t>) rule, politics by</w:t>
      </w:r>
      <w:r>
        <w:rPr>
          <w:b w:val="0"/>
          <w:i w:val="0"/>
          <w:smallCaps w:val="0"/>
          <w:strike w:val="0"/>
          <w:color w:val="000000"/>
          <w:sz w:val="16"/>
          <w:u w:val="none"/>
        </w:rPr>
        <w:t xml:space="preserve"> </w:t>
      </w:r>
      <w:r>
        <w:rPr>
          <w:b/>
          <w:i w:val="0"/>
          <w:smallCaps w:val="0"/>
          <w:strike w:val="0"/>
          <w:color w:val="000000"/>
          <w:sz w:val="22"/>
          <w:u w:val="single"/>
        </w:rPr>
        <w:t>representation</w:t>
      </w:r>
      <w:r>
        <w:rPr>
          <w:b w:val="0"/>
          <w:i w:val="0"/>
          <w:smallCaps w:val="0"/>
          <w:strike w:val="0"/>
          <w:color w:val="000000"/>
          <w:sz w:val="22"/>
          <w:u w:val="single"/>
        </w:rPr>
        <w:t>, and a</w:t>
      </w:r>
      <w:r>
        <w:rPr>
          <w:b w:val="0"/>
          <w:i w:val="0"/>
          <w:smallCaps w:val="0"/>
          <w:strike w:val="0"/>
          <w:color w:val="000000"/>
          <w:sz w:val="16"/>
          <w:u w:val="none"/>
        </w:rPr>
        <w:t xml:space="preserve"> </w:t>
      </w:r>
      <w:r>
        <w:rPr>
          <w:b/>
          <w:i w:val="0"/>
          <w:smallCaps w:val="0"/>
          <w:strike w:val="0"/>
          <w:color w:val="000000"/>
          <w:sz w:val="22"/>
          <w:u w:val="single"/>
        </w:rPr>
        <w:t>subject-centered</w:t>
      </w:r>
      <w:r>
        <w:rPr>
          <w:b w:val="0"/>
          <w:i w:val="0"/>
          <w:smallCaps w:val="0"/>
          <w:strike w:val="0"/>
          <w:color w:val="000000"/>
          <w:sz w:val="16"/>
          <w:u w:val="none"/>
        </w:rPr>
        <w:t xml:space="preserve"> </w:t>
      </w:r>
      <w:r>
        <w:rPr>
          <w:b w:val="0"/>
          <w:i w:val="0"/>
          <w:smallCaps w:val="0"/>
          <w:strike w:val="0"/>
          <w:color w:val="000000"/>
          <w:sz w:val="22"/>
          <w:u w:val="single"/>
        </w:rPr>
        <w:t>(</w:t>
      </w:r>
      <w:r>
        <w:rPr>
          <w:b/>
          <w:i w:val="0"/>
          <w:smallCaps w:val="0"/>
          <w:strike w:val="0"/>
          <w:color w:val="000000"/>
          <w:sz w:val="22"/>
          <w:u w:val="single"/>
        </w:rPr>
        <w:t>possessive</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rights-bearing</w:t>
      </w:r>
      <w:r>
        <w:rPr>
          <w:b w:val="0"/>
          <w:i w:val="0"/>
          <w:smallCaps w:val="0"/>
          <w:strike w:val="0"/>
          <w:color w:val="000000"/>
          <w:sz w:val="22"/>
          <w:u w:val="single"/>
        </w:rPr>
        <w:t>) individualism</w:t>
      </w:r>
      <w:r>
        <w:rPr>
          <w:b w:val="0"/>
          <w:i w:val="0"/>
          <w:smallCaps w:val="0"/>
          <w:strike w:val="0"/>
          <w:color w:val="000000"/>
          <w:sz w:val="16"/>
          <w:u w:val="none"/>
        </w:rPr>
        <w:t xml:space="preserve">. At stake in his reversal is warding off this demonic specter, which haunts and harms fugitive life in the </w:t>
      </w:r>
      <w:r>
        <w:rPr>
          <w:b w:val="0"/>
          <w:i w:val="0"/>
          <w:smallCaps w:val="0"/>
          <w:strike w:val="0"/>
          <w:color w:val="000000"/>
          <w:sz w:val="16"/>
          <w:u w:val="none"/>
        </w:rPr>
        <w:t>undercommon</w:t>
      </w:r>
      <w:r>
        <w:rPr>
          <w:b w:val="0"/>
          <w:i w:val="0"/>
          <w:smallCaps w:val="0"/>
          <w:strike w:val="0"/>
          <w:color w:val="000000"/>
          <w:sz w:val="16"/>
          <w:u w:val="none"/>
        </w:rPr>
        <w:t xml:space="preserve">. </w:t>
      </w:r>
      <w:r>
        <w:rPr>
          <w:b w:val="0"/>
          <w:i w:val="0"/>
          <w:smallCaps w:val="0"/>
          <w:strike w:val="0"/>
          <w:color w:val="000000"/>
          <w:sz w:val="22"/>
          <w:u w:val="single"/>
        </w:rPr>
        <w:t>What Moten calls</w:t>
      </w:r>
      <w:r>
        <w:rPr>
          <w:b w:val="0"/>
          <w:i w:val="0"/>
          <w:smallCaps w:val="0"/>
          <w:strike w:val="0"/>
          <w:color w:val="000000"/>
          <w:sz w:val="16"/>
          <w:u w:val="none"/>
        </w:rPr>
        <w:t xml:space="preserve"> </w:t>
      </w:r>
      <w:r>
        <w:rPr>
          <w:b/>
          <w:i w:val="0"/>
          <w:smallCaps w:val="0"/>
          <w:strike w:val="0"/>
          <w:color w:val="000000"/>
          <w:sz w:val="22"/>
          <w:u w:val="single"/>
        </w:rPr>
        <w:t>sovereignty</w:t>
      </w:r>
      <w:r>
        <w:rPr>
          <w:b w:val="0"/>
          <w:i w:val="0"/>
          <w:smallCaps w:val="0"/>
          <w:strike w:val="0"/>
          <w:color w:val="000000"/>
          <w:sz w:val="16"/>
          <w:u w:val="none"/>
        </w:rPr>
        <w:t xml:space="preserve"> thus </w:t>
      </w:r>
      <w:r>
        <w:rPr>
          <w:b w:val="0"/>
          <w:i w:val="0"/>
          <w:smallCaps w:val="0"/>
          <w:strike w:val="0"/>
          <w:color w:val="000000"/>
          <w:sz w:val="22"/>
          <w:u w:val="single"/>
        </w:rPr>
        <w:t>names truly destructive forces and fictions but also</w:t>
      </w:r>
      <w:r>
        <w:rPr>
          <w:b w:val="0"/>
          <w:i w:val="0"/>
          <w:smallCaps w:val="0"/>
          <w:strike w:val="0"/>
          <w:color w:val="000000"/>
          <w:sz w:val="16"/>
          <w:u w:val="none"/>
        </w:rPr>
        <w:t xml:space="preserve"> </w:t>
      </w:r>
      <w:r>
        <w:rPr>
          <w:b w:val="0"/>
          <w:i w:val="0"/>
          <w:smallCaps w:val="0"/>
          <w:strike w:val="0"/>
          <w:color w:val="000000"/>
          <w:sz w:val="22"/>
          <w:u w:val="single"/>
        </w:rPr>
        <w:t>seems</w:t>
      </w:r>
      <w:r>
        <w:rPr>
          <w:b w:val="0"/>
          <w:i w:val="0"/>
          <w:smallCaps w:val="0"/>
          <w:strike w:val="0"/>
          <w:color w:val="000000"/>
          <w:sz w:val="16"/>
          <w:u w:val="none"/>
        </w:rPr>
        <w:t xml:space="preserve"> </w:t>
      </w:r>
      <w:r>
        <w:rPr>
          <w:b w:val="0"/>
          <w:i w:val="0"/>
          <w:smallCaps w:val="0"/>
          <w:strike w:val="0"/>
          <w:color w:val="000000"/>
          <w:sz w:val="22"/>
          <w:u w:val="single"/>
        </w:rPr>
        <w:t>like a</w:t>
      </w:r>
      <w:r>
        <w:rPr>
          <w:b w:val="0"/>
          <w:i w:val="0"/>
          <w:smallCaps w:val="0"/>
          <w:strike w:val="0"/>
          <w:color w:val="000000"/>
          <w:sz w:val="16"/>
          <w:u w:val="none"/>
        </w:rPr>
        <w:t xml:space="preserve"> </w:t>
      </w:r>
      <w:r>
        <w:rPr>
          <w:b/>
          <w:i w:val="0"/>
          <w:smallCaps w:val="0"/>
          <w:strike w:val="0"/>
          <w:color w:val="000000"/>
          <w:sz w:val="22"/>
          <w:u w:val="single"/>
        </w:rPr>
        <w:t>charged</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disavowed</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projected</w:t>
      </w:r>
      <w:r>
        <w:rPr>
          <w:b w:val="0"/>
          <w:i w:val="0"/>
          <w:smallCaps w:val="0"/>
          <w:strike w:val="0"/>
          <w:color w:val="000000"/>
          <w:sz w:val="16"/>
          <w:u w:val="none"/>
        </w:rPr>
        <w:t xml:space="preserve"> </w:t>
      </w:r>
      <w:r>
        <w:rPr>
          <w:b w:val="0"/>
          <w:i w:val="0"/>
          <w:smallCaps w:val="0"/>
          <w:strike w:val="0"/>
          <w:color w:val="000000"/>
          <w:sz w:val="22"/>
          <w:u w:val="single"/>
        </w:rPr>
        <w:t>object or specter</w:t>
      </w:r>
      <w:r>
        <w:rPr>
          <w:b w:val="0"/>
          <w:i w:val="0"/>
          <w:smallCaps w:val="0"/>
          <w:strike w:val="0"/>
          <w:color w:val="000000"/>
          <w:sz w:val="16"/>
          <w:u w:val="none"/>
        </w:rPr>
        <w:t xml:space="preserve">. For </w:t>
      </w:r>
      <w:r>
        <w:rPr>
          <w:b w:val="0"/>
          <w:i w:val="0"/>
          <w:smallCaps w:val="0"/>
          <w:strike w:val="0"/>
          <w:color w:val="000000"/>
          <w:sz w:val="22"/>
          <w:u w:val="single"/>
        </w:rPr>
        <w:t>his vision of</w:t>
      </w:r>
      <w:r>
        <w:rPr>
          <w:b w:val="0"/>
          <w:i w:val="0"/>
          <w:smallCaps w:val="0"/>
          <w:strike w:val="0"/>
          <w:color w:val="000000"/>
          <w:sz w:val="16"/>
          <w:u w:val="none"/>
        </w:rPr>
        <w:t xml:space="preserve"> </w:t>
      </w:r>
      <w:r>
        <w:rPr>
          <w:b w:val="0"/>
          <w:i w:val="0"/>
          <w:smallCaps w:val="0"/>
          <w:strike w:val="0"/>
          <w:color w:val="000000"/>
          <w:sz w:val="22"/>
          <w:u w:val="single"/>
        </w:rPr>
        <w:t>jurisgenerativity</w:t>
      </w:r>
      <w:r>
        <w:rPr>
          <w:b w:val="0"/>
          <w:i w:val="0"/>
          <w:smallCaps w:val="0"/>
          <w:strike w:val="0"/>
          <w:color w:val="000000"/>
          <w:sz w:val="16"/>
          <w:u w:val="none"/>
        </w:rPr>
        <w:t xml:space="preserve">, defined only as the fecundity of informal (noncoercive and </w:t>
      </w:r>
      <w:r>
        <w:rPr>
          <w:b w:val="0"/>
          <w:i w:val="0"/>
          <w:smallCaps w:val="0"/>
          <w:strike w:val="0"/>
          <w:color w:val="000000"/>
          <w:sz w:val="16"/>
          <w:u w:val="none"/>
        </w:rPr>
        <w:t>multiplicitous</w:t>
      </w:r>
      <w:r>
        <w:rPr>
          <w:b w:val="0"/>
          <w:i w:val="0"/>
          <w:smallCaps w:val="0"/>
          <w:strike w:val="0"/>
          <w:color w:val="000000"/>
          <w:sz w:val="16"/>
          <w:u w:val="none"/>
        </w:rPr>
        <w:t xml:space="preserve">) </w:t>
      </w:r>
      <w:r>
        <w:rPr>
          <w:b w:val="0"/>
          <w:i w:val="0"/>
          <w:smallCaps w:val="0"/>
          <w:strike w:val="0"/>
          <w:color w:val="000000"/>
          <w:sz w:val="16"/>
          <w:u w:val="none"/>
        </w:rPr>
        <w:t>meaning-making</w:t>
      </w:r>
      <w:r>
        <w:rPr>
          <w:b w:val="0"/>
          <w:i w:val="0"/>
          <w:smallCaps w:val="0"/>
          <w:strike w:val="0"/>
          <w:color w:val="000000"/>
          <w:sz w:val="16"/>
          <w:u w:val="none"/>
        </w:rPr>
        <w:t xml:space="preserve">, </w:t>
      </w:r>
      <w:r>
        <w:rPr>
          <w:b w:val="0"/>
          <w:i w:val="0"/>
          <w:smallCaps w:val="0"/>
          <w:strike w:val="0"/>
          <w:color w:val="000000"/>
          <w:sz w:val="22"/>
          <w:u w:val="single"/>
        </w:rPr>
        <w:t>is sustained by</w:t>
      </w:r>
      <w:r>
        <w:rPr>
          <w:b w:val="0"/>
          <w:i w:val="0"/>
          <w:smallCaps w:val="0"/>
          <w:strike w:val="0"/>
          <w:color w:val="000000"/>
          <w:sz w:val="16"/>
          <w:u w:val="none"/>
        </w:rPr>
        <w:t xml:space="preserve"> </w:t>
      </w:r>
      <w:r>
        <w:rPr>
          <w:b/>
          <w:i w:val="0"/>
          <w:smallCaps w:val="0"/>
          <w:strike w:val="0"/>
          <w:color w:val="000000"/>
          <w:sz w:val="22"/>
          <w:u w:val="single"/>
        </w:rPr>
        <w:t>disavowing</w:t>
      </w:r>
      <w:r>
        <w:rPr>
          <w:b w:val="0"/>
          <w:i w:val="0"/>
          <w:smallCaps w:val="0"/>
          <w:strike w:val="0"/>
          <w:color w:val="000000"/>
          <w:sz w:val="16"/>
          <w:u w:val="none"/>
        </w:rPr>
        <w:t xml:space="preserve"> </w:t>
      </w:r>
      <w:r>
        <w:rPr>
          <w:b w:val="0"/>
          <w:i w:val="0"/>
          <w:smallCaps w:val="0"/>
          <w:strike w:val="0"/>
          <w:color w:val="000000"/>
          <w:sz w:val="22"/>
          <w:u w:val="single"/>
        </w:rPr>
        <w:t>the signifiers of power, exemplified by (</w:t>
      </w:r>
      <w:r>
        <w:rPr>
          <w:b/>
          <w:i w:val="0"/>
          <w:smallCaps w:val="0"/>
          <w:strike w:val="0"/>
          <w:color w:val="000000"/>
          <w:sz w:val="22"/>
          <w:u w:val="single"/>
        </w:rPr>
        <w:t>participation</w:t>
      </w:r>
      <w:r>
        <w:rPr>
          <w:b w:val="0"/>
          <w:i w:val="0"/>
          <w:smallCaps w:val="0"/>
          <w:strike w:val="0"/>
          <w:color w:val="000000"/>
          <w:sz w:val="16"/>
          <w:u w:val="none"/>
        </w:rPr>
        <w:t xml:space="preserve"> </w:t>
      </w:r>
      <w:r>
        <w:rPr>
          <w:b w:val="0"/>
          <w:i w:val="0"/>
          <w:smallCaps w:val="0"/>
          <w:strike w:val="0"/>
          <w:color w:val="000000"/>
          <w:sz w:val="22"/>
          <w:u w:val="single"/>
        </w:rPr>
        <w:t>in) a</w:t>
      </w:r>
      <w:r>
        <w:rPr>
          <w:b w:val="0"/>
          <w:i w:val="0"/>
          <w:smallCaps w:val="0"/>
          <w:strike w:val="0"/>
          <w:color w:val="000000"/>
          <w:sz w:val="16"/>
          <w:u w:val="none"/>
        </w:rPr>
        <w:t xml:space="preserve"> </w:t>
      </w:r>
      <w:r>
        <w:rPr>
          <w:b/>
          <w:i w:val="0"/>
          <w:smallCaps w:val="0"/>
          <w:strike w:val="0"/>
          <w:color w:val="000000"/>
          <w:sz w:val="22"/>
          <w:u w:val="single"/>
        </w:rPr>
        <w:t>form of rule</w:t>
      </w:r>
      <w:r>
        <w:rPr>
          <w:b w:val="0"/>
          <w:i w:val="0"/>
          <w:smallCaps w:val="0"/>
          <w:strike w:val="0"/>
          <w:color w:val="000000"/>
          <w:sz w:val="22"/>
          <w:u w:val="single"/>
        </w:rPr>
        <w:t>, by</w:t>
      </w:r>
      <w:r>
        <w:rPr>
          <w:b w:val="0"/>
          <w:i w:val="0"/>
          <w:smallCaps w:val="0"/>
          <w:strike w:val="0"/>
          <w:color w:val="000000"/>
          <w:sz w:val="16"/>
          <w:u w:val="none"/>
        </w:rPr>
        <w:t xml:space="preserve"> </w:t>
      </w:r>
      <w:r>
        <w:rPr>
          <w:b/>
          <w:i w:val="0"/>
          <w:smallCaps w:val="0"/>
          <w:strike w:val="0"/>
          <w:color w:val="000000"/>
          <w:sz w:val="22"/>
          <w:u w:val="single"/>
        </w:rPr>
        <w:t>formal rules</w:t>
      </w:r>
      <w:r>
        <w:rPr>
          <w:b w:val="0"/>
          <w:i w:val="0"/>
          <w:smallCaps w:val="0"/>
          <w:strike w:val="0"/>
          <w:color w:val="000000"/>
          <w:sz w:val="22"/>
          <w:u w:val="single"/>
        </w:rPr>
        <w:t>, by</w:t>
      </w:r>
      <w:r>
        <w:rPr>
          <w:b w:val="0"/>
          <w:i w:val="0"/>
          <w:smallCaps w:val="0"/>
          <w:strike w:val="0"/>
          <w:color w:val="000000"/>
          <w:sz w:val="16"/>
          <w:u w:val="none"/>
        </w:rPr>
        <w:t xml:space="preserve"> </w:t>
      </w:r>
      <w:r>
        <w:rPr>
          <w:b/>
          <w:i w:val="0"/>
          <w:smallCaps w:val="0"/>
          <w:strike w:val="0"/>
          <w:color w:val="000000"/>
          <w:sz w:val="22"/>
          <w:u w:val="single"/>
        </w:rPr>
        <w:t>institutional organization</w:t>
      </w:r>
      <w:r>
        <w:rPr>
          <w:b w:val="0"/>
          <w:i w:val="0"/>
          <w:smallCaps w:val="0"/>
          <w:strike w:val="0"/>
          <w:color w:val="000000"/>
          <w:sz w:val="22"/>
          <w:u w:val="single"/>
        </w:rPr>
        <w:t>, by stipulations of a</w:t>
      </w:r>
      <w:r>
        <w:rPr>
          <w:b w:val="0"/>
          <w:i w:val="0"/>
          <w:smallCaps w:val="0"/>
          <w:strike w:val="0"/>
          <w:color w:val="000000"/>
          <w:sz w:val="16"/>
          <w:u w:val="none"/>
        </w:rPr>
        <w:t xml:space="preserve"> </w:t>
      </w:r>
      <w:r>
        <w:rPr>
          <w:b/>
          <w:i w:val="0"/>
          <w:smallCaps w:val="0"/>
          <w:strike w:val="0"/>
          <w:color w:val="000000"/>
          <w:sz w:val="22"/>
          <w:u w:val="single"/>
        </w:rPr>
        <w:t>collective subject</w:t>
      </w:r>
      <w:r>
        <w:rPr>
          <w:b w:val="0"/>
          <w:i w:val="0"/>
          <w:smallCaps w:val="0"/>
          <w:strike w:val="0"/>
          <w:color w:val="000000"/>
          <w:sz w:val="22"/>
          <w:u w:val="single"/>
        </w:rPr>
        <w:t>, or by membership in an</w:t>
      </w:r>
      <w:r>
        <w:rPr>
          <w:b w:val="0"/>
          <w:i w:val="0"/>
          <w:smallCaps w:val="0"/>
          <w:strike w:val="0"/>
          <w:color w:val="000000"/>
          <w:sz w:val="16"/>
          <w:u w:val="none"/>
        </w:rPr>
        <w:t xml:space="preserve"> </w:t>
      </w:r>
      <w:r>
        <w:rPr>
          <w:b/>
          <w:i w:val="0"/>
          <w:smallCaps w:val="0"/>
          <w:strike w:val="0"/>
          <w:color w:val="000000"/>
          <w:sz w:val="22"/>
          <w:u w:val="single"/>
        </w:rPr>
        <w:t>explicitly bounded political body</w:t>
      </w:r>
      <w:r>
        <w:rPr>
          <w:b w:val="0"/>
          <w:i w:val="0"/>
          <w:smallCaps w:val="0"/>
          <w:strike w:val="0"/>
          <w:color w:val="000000"/>
          <w:sz w:val="16"/>
          <w:u w:val="none"/>
        </w:rPr>
        <w:t>.</w:t>
      </w:r>
    </w:p>
    <w:p>
      <w:pPr>
        <w:spacing w:after="60"/>
      </w:pPr>
      <w:r>
        <w:rPr>
          <w:b w:val="0"/>
          <w:i w:val="0"/>
          <w:smallCaps w:val="0"/>
          <w:strike w:val="0"/>
          <w:color w:val="000000"/>
          <w:sz w:val="16"/>
          <w:u w:val="none"/>
        </w:rPr>
        <w:t xml:space="preserve">In turn, radical democrats may refuse his reduction of politics to sovereignty, but </w:t>
      </w:r>
      <w:r>
        <w:rPr>
          <w:b w:val="0"/>
          <w:i w:val="0"/>
          <w:smallCaps w:val="0"/>
          <w:strike w:val="0"/>
          <w:color w:val="000000"/>
          <w:sz w:val="22"/>
          <w:u w:val="single"/>
        </w:rPr>
        <w:t>if we</w:t>
      </w:r>
      <w:r>
        <w:rPr>
          <w:b w:val="0"/>
          <w:i w:val="0"/>
          <w:smallCaps w:val="0"/>
          <w:strike w:val="0"/>
          <w:color w:val="000000"/>
          <w:sz w:val="16"/>
          <w:u w:val="none"/>
        </w:rPr>
        <w:t xml:space="preserve"> then </w:t>
      </w:r>
      <w:r>
        <w:rPr>
          <w:b w:val="0"/>
          <w:i w:val="0"/>
          <w:smallCaps w:val="0"/>
          <w:strike w:val="0"/>
          <w:color w:val="000000"/>
          <w:sz w:val="22"/>
          <w:u w:val="single"/>
        </w:rPr>
        <w:t>identify the</w:t>
      </w:r>
      <w:r>
        <w:rPr>
          <w:b w:val="0"/>
          <w:i w:val="0"/>
          <w:smallCaps w:val="0"/>
          <w:strike w:val="0"/>
          <w:color w:val="000000"/>
          <w:sz w:val="16"/>
          <w:u w:val="none"/>
        </w:rPr>
        <w:t xml:space="preserve"> </w:t>
      </w:r>
      <w:r>
        <w:rPr>
          <w:b w:val="0"/>
          <w:i w:val="0"/>
          <w:smallCaps w:val="0"/>
          <w:strike w:val="0"/>
          <w:color w:val="000000"/>
          <w:sz w:val="22"/>
          <w:u w:val="single"/>
        </w:rPr>
        <w:t>properly</w:t>
      </w:r>
      <w:r>
        <w:rPr>
          <w:b w:val="0"/>
          <w:i w:val="0"/>
          <w:smallCaps w:val="0"/>
          <w:strike w:val="0"/>
          <w:color w:val="000000"/>
          <w:sz w:val="16"/>
          <w:u w:val="none"/>
        </w:rPr>
        <w:t xml:space="preserve"> </w:t>
      </w:r>
      <w:r>
        <w:rPr>
          <w:b w:val="0"/>
          <w:i w:val="0"/>
          <w:smallCaps w:val="0"/>
          <w:strike w:val="0"/>
          <w:color w:val="000000"/>
          <w:sz w:val="22"/>
          <w:u w:val="single"/>
        </w:rPr>
        <w:t>political as</w:t>
      </w:r>
      <w:r>
        <w:rPr>
          <w:b w:val="0"/>
          <w:i w:val="0"/>
          <w:smallCaps w:val="0"/>
          <w:strike w:val="0"/>
          <w:color w:val="000000"/>
          <w:sz w:val="16"/>
          <w:u w:val="none"/>
        </w:rPr>
        <w:t xml:space="preserve"> </w:t>
      </w:r>
      <w:r>
        <w:rPr>
          <w:b/>
          <w:i w:val="0"/>
          <w:smallCaps w:val="0"/>
          <w:strike w:val="0"/>
          <w:color w:val="000000"/>
          <w:sz w:val="22"/>
          <w:u w:val="single"/>
        </w:rPr>
        <w:t>nonsovereign</w:t>
      </w:r>
      <w:r>
        <w:rPr>
          <w:b w:val="0"/>
          <w:i w:val="0"/>
          <w:smallCaps w:val="0"/>
          <w:strike w:val="0"/>
          <w:color w:val="000000"/>
          <w:sz w:val="16"/>
          <w:u w:val="none"/>
        </w:rPr>
        <w:t xml:space="preserve"> </w:t>
      </w:r>
      <w:r>
        <w:rPr>
          <w:b/>
          <w:i w:val="0"/>
          <w:smallCaps w:val="0"/>
          <w:strike w:val="0"/>
          <w:color w:val="000000"/>
          <w:sz w:val="22"/>
          <w:u w:val="single"/>
        </w:rPr>
        <w:t>action</w:t>
      </w:r>
      <w:r>
        <w:rPr>
          <w:b w:val="0"/>
          <w:i w:val="0"/>
          <w:smallCaps w:val="0"/>
          <w:strike w:val="0"/>
          <w:color w:val="000000"/>
          <w:sz w:val="22"/>
          <w:u w:val="single"/>
        </w:rPr>
        <w:t>, as</w:t>
      </w:r>
      <w:r>
        <w:rPr>
          <w:b w:val="0"/>
          <w:i w:val="0"/>
          <w:smallCaps w:val="0"/>
          <w:strike w:val="0"/>
          <w:color w:val="000000"/>
          <w:sz w:val="16"/>
          <w:u w:val="none"/>
        </w:rPr>
        <w:t xml:space="preserve"> </w:t>
      </w:r>
      <w:r>
        <w:rPr>
          <w:b/>
          <w:i w:val="0"/>
          <w:smallCaps w:val="0"/>
          <w:strike w:val="0"/>
          <w:color w:val="000000"/>
          <w:sz w:val="22"/>
          <w:u w:val="single"/>
        </w:rPr>
        <w:t>nonrule</w:t>
      </w:r>
      <w:r>
        <w:rPr>
          <w:b w:val="0"/>
          <w:i w:val="0"/>
          <w:smallCaps w:val="0"/>
          <w:strike w:val="0"/>
          <w:color w:val="000000"/>
          <w:sz w:val="16"/>
          <w:u w:val="none"/>
        </w:rPr>
        <w:t xml:space="preserve"> </w:t>
      </w:r>
      <w:r>
        <w:rPr>
          <w:b w:val="0"/>
          <w:i w:val="0"/>
          <w:smallCaps w:val="0"/>
          <w:strike w:val="0"/>
          <w:color w:val="000000"/>
          <w:sz w:val="22"/>
          <w:u w:val="single"/>
        </w:rPr>
        <w:t>or (</w:t>
      </w:r>
      <w:r>
        <w:rPr>
          <w:b/>
          <w:i w:val="0"/>
          <w:smallCaps w:val="0"/>
          <w:strike w:val="0"/>
          <w:color w:val="000000"/>
          <w:sz w:val="22"/>
          <w:u w:val="single"/>
        </w:rPr>
        <w:t>fugitive</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refusal</w:t>
      </w:r>
      <w:r>
        <w:rPr>
          <w:b w:val="0"/>
          <w:i w:val="0"/>
          <w:smallCaps w:val="0"/>
          <w:strike w:val="0"/>
          <w:color w:val="000000"/>
          <w:sz w:val="16"/>
          <w:u w:val="none"/>
        </w:rPr>
        <w:t xml:space="preserve"> </w:t>
      </w:r>
      <w:r>
        <w:rPr>
          <w:b w:val="0"/>
          <w:i w:val="0"/>
          <w:smallCaps w:val="0"/>
          <w:strike w:val="0"/>
          <w:color w:val="000000"/>
          <w:sz w:val="22"/>
          <w:u w:val="single"/>
        </w:rPr>
        <w:t>to be governed,</w:t>
      </w:r>
      <w:r>
        <w:rPr>
          <w:b w:val="0"/>
          <w:i w:val="0"/>
          <w:smallCaps w:val="0"/>
          <w:strike w:val="0"/>
          <w:color w:val="000000"/>
          <w:sz w:val="16"/>
          <w:u w:val="none"/>
        </w:rPr>
        <w:t xml:space="preserve"> </w:t>
      </w:r>
      <w:r>
        <w:rPr>
          <w:b w:val="0"/>
          <w:i w:val="0"/>
          <w:smallCaps w:val="0"/>
          <w:strike w:val="0"/>
          <w:color w:val="000000"/>
          <w:sz w:val="22"/>
          <w:u w:val="single"/>
        </w:rPr>
        <w:t>we remain</w:t>
      </w:r>
      <w:r>
        <w:rPr>
          <w:b w:val="0"/>
          <w:i w:val="0"/>
          <w:smallCaps w:val="0"/>
          <w:strike w:val="0"/>
          <w:color w:val="000000"/>
          <w:sz w:val="16"/>
          <w:u w:val="none"/>
        </w:rPr>
        <w:t xml:space="preserve"> </w:t>
      </w:r>
      <w:r>
        <w:rPr>
          <w:b/>
          <w:i w:val="0"/>
          <w:smallCaps w:val="0"/>
          <w:strike w:val="0"/>
          <w:color w:val="000000"/>
          <w:sz w:val="22"/>
          <w:u w:val="single"/>
        </w:rPr>
        <w:t>captive</w:t>
      </w:r>
      <w:r>
        <w:rPr>
          <w:b w:val="0"/>
          <w:i w:val="0"/>
          <w:smallCaps w:val="0"/>
          <w:strike w:val="0"/>
          <w:color w:val="000000"/>
          <w:sz w:val="16"/>
          <w:u w:val="none"/>
        </w:rPr>
        <w:t xml:space="preserve"> </w:t>
      </w:r>
      <w:r>
        <w:rPr>
          <w:b w:val="0"/>
          <w:i w:val="0"/>
          <w:smallCaps w:val="0"/>
          <w:strike w:val="0"/>
          <w:color w:val="000000"/>
          <w:sz w:val="22"/>
          <w:u w:val="single"/>
        </w:rPr>
        <w:t>to this</w:t>
      </w:r>
      <w:r>
        <w:rPr>
          <w:b w:val="0"/>
          <w:i w:val="0"/>
          <w:smallCaps w:val="0"/>
          <w:strike w:val="0"/>
          <w:color w:val="000000"/>
          <w:sz w:val="16"/>
          <w:u w:val="none"/>
        </w:rPr>
        <w:t xml:space="preserve"> </w:t>
      </w:r>
      <w:r>
        <w:rPr>
          <w:b/>
          <w:i w:val="0"/>
          <w:smallCaps w:val="0"/>
          <w:strike w:val="0"/>
          <w:color w:val="000000"/>
          <w:sz w:val="22"/>
          <w:u w:val="single"/>
        </w:rPr>
        <w:t>demonic picture</w:t>
      </w:r>
      <w:r>
        <w:rPr>
          <w:b w:val="0"/>
          <w:i w:val="0"/>
          <w:smallCaps w:val="0"/>
          <w:strike w:val="0"/>
          <w:color w:val="000000"/>
          <w:sz w:val="16"/>
          <w:u w:val="none"/>
        </w:rPr>
        <w:t xml:space="preserve"> </w:t>
      </w:r>
      <w:r>
        <w:rPr>
          <w:b w:val="0"/>
          <w:i w:val="0"/>
          <w:smallCaps w:val="0"/>
          <w:strike w:val="0"/>
          <w:color w:val="000000"/>
          <w:sz w:val="22"/>
          <w:u w:val="single"/>
        </w:rPr>
        <w:t>of power</w:t>
      </w:r>
      <w:r>
        <w:rPr>
          <w:b w:val="0"/>
          <w:i w:val="0"/>
          <w:smallCaps w:val="0"/>
          <w:strike w:val="0"/>
          <w:color w:val="000000"/>
          <w:sz w:val="16"/>
          <w:u w:val="none"/>
        </w:rPr>
        <w:t xml:space="preserve"> </w:t>
      </w:r>
      <w:r>
        <w:rPr>
          <w:b w:val="0"/>
          <w:i w:val="0"/>
          <w:smallCaps w:val="0"/>
          <w:strike w:val="0"/>
          <w:color w:val="000000"/>
          <w:sz w:val="22"/>
          <w:u w:val="single"/>
        </w:rPr>
        <w:t>and its idealized other. By affirming</w:t>
      </w:r>
      <w:r>
        <w:rPr>
          <w:b w:val="0"/>
          <w:i w:val="0"/>
          <w:smallCaps w:val="0"/>
          <w:strike w:val="0"/>
          <w:color w:val="000000"/>
          <w:sz w:val="16"/>
          <w:u w:val="none"/>
        </w:rPr>
        <w:t xml:space="preserve"> </w:t>
      </w:r>
      <w:r>
        <w:rPr>
          <w:b/>
          <w:i w:val="0"/>
          <w:smallCaps w:val="0"/>
          <w:strike w:val="0"/>
          <w:color w:val="000000"/>
          <w:sz w:val="22"/>
          <w:u w:val="single"/>
        </w:rPr>
        <w:t>only</w:t>
      </w:r>
      <w:r>
        <w:rPr>
          <w:b w:val="0"/>
          <w:i w:val="0"/>
          <w:smallCaps w:val="0"/>
          <w:strike w:val="0"/>
          <w:color w:val="000000"/>
          <w:sz w:val="16"/>
          <w:u w:val="none"/>
        </w:rPr>
        <w:t xml:space="preserve"> </w:t>
      </w:r>
      <w:r>
        <w:rPr>
          <w:b w:val="0"/>
          <w:i w:val="0"/>
          <w:smallCaps w:val="0"/>
          <w:strike w:val="0"/>
          <w:color w:val="000000"/>
          <w:sz w:val="22"/>
          <w:u w:val="single"/>
        </w:rPr>
        <w:t>the “</w:t>
      </w:r>
      <w:r>
        <w:rPr>
          <w:b/>
          <w:i w:val="0"/>
          <w:smallCaps w:val="0"/>
          <w:strike w:val="0"/>
          <w:color w:val="000000"/>
          <w:sz w:val="22"/>
          <w:u w:val="single"/>
        </w:rPr>
        <w:t>power to</w:t>
      </w:r>
      <w:r>
        <w:rPr>
          <w:b w:val="0"/>
          <w:i w:val="0"/>
          <w:smallCaps w:val="0"/>
          <w:strike w:val="0"/>
          <w:color w:val="000000"/>
          <w:sz w:val="22"/>
          <w:u w:val="single"/>
        </w:rPr>
        <w:t>” of solidarity and action in concert, we</w:t>
      </w:r>
      <w:r>
        <w:rPr>
          <w:b w:val="0"/>
          <w:i w:val="0"/>
          <w:smallCaps w:val="0"/>
          <w:strike w:val="0"/>
          <w:color w:val="000000"/>
          <w:sz w:val="16"/>
          <w:u w:val="none"/>
        </w:rPr>
        <w:t xml:space="preserve"> </w:t>
      </w:r>
      <w:r>
        <w:rPr>
          <w:b w:val="0"/>
          <w:i w:val="0"/>
          <w:smallCaps w:val="0"/>
          <w:strike w:val="0"/>
          <w:color w:val="000000"/>
          <w:sz w:val="22"/>
          <w:u w:val="single"/>
        </w:rPr>
        <w:t>risk</w:t>
      </w:r>
      <w:r>
        <w:rPr>
          <w:b w:val="0"/>
          <w:i w:val="0"/>
          <w:smallCaps w:val="0"/>
          <w:strike w:val="0"/>
          <w:color w:val="000000"/>
          <w:sz w:val="16"/>
          <w:u w:val="none"/>
        </w:rPr>
        <w:t xml:space="preserve"> </w:t>
      </w:r>
      <w:r>
        <w:rPr>
          <w:b/>
          <w:i w:val="0"/>
          <w:smallCaps w:val="0"/>
          <w:strike w:val="0"/>
          <w:color w:val="000000"/>
          <w:sz w:val="22"/>
          <w:u w:val="single"/>
        </w:rPr>
        <w:t>disavowing</w:t>
      </w:r>
      <w:r>
        <w:rPr>
          <w:b w:val="0"/>
          <w:i w:val="0"/>
          <w:smallCaps w:val="0"/>
          <w:strike w:val="0"/>
          <w:color w:val="000000"/>
          <w:sz w:val="16"/>
          <w:u w:val="none"/>
        </w:rPr>
        <w:t xml:space="preserve"> </w:t>
      </w:r>
      <w:r>
        <w:rPr>
          <w:b w:val="0"/>
          <w:i w:val="0"/>
          <w:smallCaps w:val="0"/>
          <w:strike w:val="0"/>
          <w:color w:val="000000"/>
          <w:sz w:val="22"/>
          <w:u w:val="single"/>
        </w:rPr>
        <w:t>power “</w:t>
      </w:r>
      <w:r>
        <w:rPr>
          <w:b/>
          <w:i w:val="0"/>
          <w:smallCaps w:val="0"/>
          <w:strike w:val="0"/>
          <w:color w:val="000000"/>
          <w:sz w:val="22"/>
          <w:u w:val="single"/>
        </w:rPr>
        <w:t>over</w:t>
      </w:r>
      <w:r>
        <w:rPr>
          <w:b w:val="0"/>
          <w:i w:val="0"/>
          <w:smallCaps w:val="0"/>
          <w:strike w:val="0"/>
          <w:color w:val="000000"/>
          <w:sz w:val="22"/>
          <w:u w:val="single"/>
        </w:rPr>
        <w:t>,” as</w:t>
      </w:r>
      <w:r>
        <w:rPr>
          <w:b w:val="0"/>
          <w:i w:val="0"/>
          <w:smallCaps w:val="0"/>
          <w:strike w:val="0"/>
          <w:color w:val="000000"/>
          <w:sz w:val="16"/>
          <w:u w:val="none"/>
        </w:rPr>
        <w:t xml:space="preserve"> </w:t>
      </w:r>
      <w:r>
        <w:rPr>
          <w:b/>
          <w:i w:val="0"/>
          <w:smallCaps w:val="0"/>
          <w:strike w:val="0"/>
          <w:color w:val="000000"/>
          <w:sz w:val="22"/>
          <w:u w:val="single"/>
        </w:rPr>
        <w:t>participation</w:t>
      </w:r>
      <w:r>
        <w:rPr>
          <w:b w:val="0"/>
          <w:i w:val="0"/>
          <w:smallCaps w:val="0"/>
          <w:strike w:val="0"/>
          <w:color w:val="000000"/>
          <w:sz w:val="16"/>
          <w:u w:val="none"/>
        </w:rPr>
        <w:t xml:space="preserve"> </w:t>
      </w:r>
      <w:r>
        <w:rPr>
          <w:b/>
          <w:i w:val="0"/>
          <w:smallCaps w:val="0"/>
          <w:strike w:val="0"/>
          <w:color w:val="000000"/>
          <w:sz w:val="22"/>
          <w:u w:val="single"/>
        </w:rPr>
        <w:t>in rule</w:t>
      </w:r>
      <w:r>
        <w:rPr>
          <w:b w:val="0"/>
          <w:i w:val="0"/>
          <w:smallCaps w:val="0"/>
          <w:strike w:val="0"/>
          <w:color w:val="000000"/>
          <w:sz w:val="22"/>
          <w:u w:val="single"/>
        </w:rPr>
        <w:t>, as</w:t>
      </w:r>
      <w:r>
        <w:rPr>
          <w:b w:val="0"/>
          <w:i w:val="0"/>
          <w:smallCaps w:val="0"/>
          <w:strike w:val="0"/>
          <w:color w:val="000000"/>
          <w:sz w:val="16"/>
          <w:u w:val="none"/>
        </w:rPr>
        <w:t xml:space="preserve"> </w:t>
      </w:r>
      <w:r>
        <w:rPr>
          <w:b/>
          <w:i w:val="0"/>
          <w:smallCaps w:val="0"/>
          <w:strike w:val="0"/>
          <w:color w:val="000000"/>
          <w:sz w:val="22"/>
          <w:u w:val="single"/>
        </w:rPr>
        <w:t>explicit rule-making</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val="0"/>
          <w:i w:val="0"/>
          <w:smallCaps w:val="0"/>
          <w:strike w:val="0"/>
          <w:color w:val="000000"/>
          <w:sz w:val="22"/>
          <w:u w:val="single"/>
        </w:rPr>
        <w:t>as “</w:t>
      </w:r>
      <w:r>
        <w:rPr>
          <w:b/>
          <w:i w:val="0"/>
          <w:smallCaps w:val="0"/>
          <w:strike w:val="0"/>
          <w:color w:val="000000"/>
          <w:sz w:val="22"/>
          <w:u w:val="single"/>
        </w:rPr>
        <w:t>ruling out</w:t>
      </w:r>
      <w:r>
        <w:rPr>
          <w:b w:val="0"/>
          <w:i w:val="0"/>
          <w:smallCaps w:val="0"/>
          <w:strike w:val="0"/>
          <w:color w:val="000000"/>
          <w:sz w:val="22"/>
          <w:u w:val="single"/>
        </w:rPr>
        <w:t>” antidemocratic interests</w:t>
      </w:r>
      <w:r>
        <w:rPr>
          <w:b w:val="0"/>
          <w:i w:val="0"/>
          <w:smallCaps w:val="0"/>
          <w:strike w:val="0"/>
          <w:color w:val="000000"/>
          <w:sz w:val="16"/>
          <w:u w:val="none"/>
        </w:rPr>
        <w:t xml:space="preserve"> </w:t>
      </w:r>
      <w:r>
        <w:rPr>
          <w:b w:val="0"/>
          <w:i w:val="0"/>
          <w:smallCaps w:val="0"/>
          <w:strike w:val="0"/>
          <w:color w:val="000000"/>
          <w:sz w:val="22"/>
          <w:u w:val="single"/>
        </w:rPr>
        <w:t>and practices. Do we imagine that generativity thrives</w:t>
      </w:r>
      <w:r>
        <w:rPr>
          <w:b w:val="0"/>
          <w:i w:val="0"/>
          <w:smallCaps w:val="0"/>
          <w:strike w:val="0"/>
          <w:color w:val="000000"/>
          <w:sz w:val="16"/>
          <w:u w:val="none"/>
        </w:rPr>
        <w:t xml:space="preserve"> </w:t>
      </w:r>
      <w:r>
        <w:rPr>
          <w:b/>
          <w:i w:val="0"/>
          <w:smallCaps w:val="0"/>
          <w:strike w:val="0"/>
          <w:color w:val="000000"/>
          <w:sz w:val="22"/>
          <w:u w:val="single"/>
        </w:rPr>
        <w:t>only by refusing rule</w:t>
      </w:r>
      <w:r>
        <w:rPr>
          <w:b w:val="0"/>
          <w:i w:val="0"/>
          <w:smallCaps w:val="0"/>
          <w:strike w:val="0"/>
          <w:color w:val="000000"/>
          <w:sz w:val="22"/>
          <w:u w:val="single"/>
        </w:rPr>
        <w:t>, and not also through forms of</w:t>
      </w:r>
      <w:r>
        <w:rPr>
          <w:b w:val="0"/>
          <w:i w:val="0"/>
          <w:smallCaps w:val="0"/>
          <w:strike w:val="0"/>
          <w:color w:val="000000"/>
          <w:sz w:val="16"/>
          <w:u w:val="none"/>
        </w:rPr>
        <w:t xml:space="preserve"> </w:t>
      </w:r>
      <w:r>
        <w:rPr>
          <w:b/>
          <w:i w:val="0"/>
          <w:smallCaps w:val="0"/>
          <w:strike w:val="0"/>
          <w:color w:val="000000"/>
          <w:sz w:val="22"/>
          <w:u w:val="single"/>
        </w:rPr>
        <w:t>structure</w:t>
      </w:r>
      <w:r>
        <w:rPr>
          <w:b w:val="0"/>
          <w:i w:val="0"/>
          <w:smallCaps w:val="0"/>
          <w:strike w:val="0"/>
          <w:color w:val="000000"/>
          <w:sz w:val="16"/>
          <w:u w:val="none"/>
        </w:rPr>
        <w:t xml:space="preserve"> </w:t>
      </w:r>
      <w:r>
        <w:rPr>
          <w:b w:val="0"/>
          <w:i w:val="0"/>
          <w:smallCaps w:val="0"/>
          <w:strike w:val="0"/>
          <w:color w:val="000000"/>
          <w:sz w:val="22"/>
          <w:u w:val="single"/>
        </w:rPr>
        <w:t>and even</w:t>
      </w:r>
      <w:r>
        <w:rPr>
          <w:b w:val="0"/>
          <w:i w:val="0"/>
          <w:smallCaps w:val="0"/>
          <w:strike w:val="0"/>
          <w:color w:val="000000"/>
          <w:sz w:val="16"/>
          <w:u w:val="none"/>
        </w:rPr>
        <w:t xml:space="preserve"> </w:t>
      </w:r>
      <w:r>
        <w:rPr>
          <w:b/>
          <w:i w:val="0"/>
          <w:smallCaps w:val="0"/>
          <w:strike w:val="0"/>
          <w:color w:val="000000"/>
          <w:sz w:val="22"/>
          <w:u w:val="single"/>
        </w:rPr>
        <w:t>imposition</w:t>
      </w:r>
      <w:r>
        <w:rPr>
          <w:b w:val="0"/>
          <w:i w:val="0"/>
          <w:smallCaps w:val="0"/>
          <w:strike w:val="0"/>
          <w:color w:val="000000"/>
          <w:sz w:val="16"/>
          <w:u w:val="none"/>
        </w:rPr>
        <w:t xml:space="preserve">, as parents and teachers know? As Prospero, a personification of both sovereignty and theory, finally acknowledged Caliban as the “dark thing” he must “own as mine,” </w:t>
      </w:r>
      <w:r>
        <w:rPr>
          <w:b w:val="0"/>
          <w:i w:val="0"/>
          <w:smallCaps w:val="0"/>
          <w:strike w:val="0"/>
          <w:color w:val="000000"/>
          <w:sz w:val="22"/>
          <w:u w:val="single"/>
        </w:rPr>
        <w:t>the trope of fugitivity entails a</w:t>
      </w:r>
      <w:r>
        <w:rPr>
          <w:b w:val="0"/>
          <w:i w:val="0"/>
          <w:smallCaps w:val="0"/>
          <w:strike w:val="0"/>
          <w:color w:val="000000"/>
          <w:sz w:val="16"/>
          <w:u w:val="none"/>
        </w:rPr>
        <w:t xml:space="preserve"> </w:t>
      </w:r>
      <w:r>
        <w:rPr>
          <w:b/>
          <w:i w:val="0"/>
          <w:smallCaps w:val="0"/>
          <w:strike w:val="0"/>
          <w:color w:val="000000"/>
          <w:sz w:val="22"/>
          <w:u w:val="single"/>
        </w:rPr>
        <w:t>disavowed remainder</w:t>
      </w:r>
      <w:r>
        <w:rPr>
          <w:b w:val="0"/>
          <w:i w:val="0"/>
          <w:smallCaps w:val="0"/>
          <w:strike w:val="0"/>
          <w:color w:val="000000"/>
          <w:sz w:val="22"/>
          <w:u w:val="single"/>
        </w:rPr>
        <w:t>, the</w:t>
      </w:r>
      <w:r>
        <w:rPr>
          <w:b w:val="0"/>
          <w:i w:val="0"/>
          <w:smallCaps w:val="0"/>
          <w:strike w:val="0"/>
          <w:color w:val="000000"/>
          <w:sz w:val="16"/>
          <w:u w:val="none"/>
        </w:rPr>
        <w:t xml:space="preserve"> </w:t>
      </w:r>
      <w:r>
        <w:rPr>
          <w:b/>
          <w:i w:val="0"/>
          <w:smallCaps w:val="0"/>
          <w:strike w:val="0"/>
          <w:color w:val="000000"/>
          <w:sz w:val="22"/>
          <w:u w:val="single"/>
        </w:rPr>
        <w:t>problem of power</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rule</w:t>
      </w:r>
      <w:r>
        <w:rPr>
          <w:b w:val="0"/>
          <w:i w:val="0"/>
          <w:smallCaps w:val="0"/>
          <w:strike w:val="0"/>
          <w:color w:val="000000"/>
          <w:sz w:val="22"/>
          <w:u w:val="single"/>
        </w:rPr>
        <w:t>, which</w:t>
      </w:r>
      <w:r>
        <w:rPr>
          <w:b w:val="0"/>
          <w:i w:val="0"/>
          <w:smallCaps w:val="0"/>
          <w:strike w:val="0"/>
          <w:color w:val="000000"/>
          <w:sz w:val="16"/>
          <w:u w:val="none"/>
        </w:rPr>
        <w:t xml:space="preserve"> </w:t>
      </w:r>
      <w:r>
        <w:rPr>
          <w:b/>
          <w:i w:val="0"/>
          <w:smallCaps w:val="0"/>
          <w:strike w:val="0"/>
          <w:color w:val="000000"/>
          <w:sz w:val="22"/>
          <w:u w:val="single"/>
        </w:rPr>
        <w:t>needs to be acknowledged</w:t>
      </w:r>
      <w:r>
        <w:rPr>
          <w:b w:val="0"/>
          <w:i w:val="0"/>
          <w:smallCaps w:val="0"/>
          <w:strike w:val="0"/>
          <w:color w:val="000000"/>
          <w:sz w:val="16"/>
          <w:u w:val="none"/>
        </w:rPr>
        <w:t xml:space="preserve">. For </w:t>
      </w:r>
      <w:r>
        <w:rPr>
          <w:b w:val="0"/>
          <w:i w:val="0"/>
          <w:smallCaps w:val="0"/>
          <w:strike w:val="0"/>
          <w:color w:val="000000"/>
          <w:sz w:val="22"/>
          <w:u w:val="single"/>
        </w:rPr>
        <w:t>freedom requires</w:t>
      </w:r>
      <w:r>
        <w:rPr>
          <w:b w:val="0"/>
          <w:i w:val="0"/>
          <w:smallCaps w:val="0"/>
          <w:strike w:val="0"/>
          <w:color w:val="000000"/>
          <w:sz w:val="16"/>
          <w:u w:val="none"/>
        </w:rPr>
        <w:t xml:space="preserve"> </w:t>
      </w:r>
      <w:r>
        <w:rPr>
          <w:b/>
          <w:i w:val="0"/>
          <w:smallCaps w:val="0"/>
          <w:strike w:val="0"/>
          <w:color w:val="000000"/>
          <w:sz w:val="22"/>
          <w:u w:val="single"/>
        </w:rPr>
        <w:t>not only flight from rule</w:t>
      </w:r>
      <w:r>
        <w:rPr>
          <w:b w:val="0"/>
          <w:i w:val="0"/>
          <w:smallCaps w:val="0"/>
          <w:strike w:val="0"/>
          <w:color w:val="000000"/>
          <w:sz w:val="22"/>
          <w:u w:val="single"/>
        </w:rPr>
        <w:t>, but</w:t>
      </w:r>
      <w:r>
        <w:rPr>
          <w:b w:val="0"/>
          <w:i w:val="0"/>
          <w:smallCaps w:val="0"/>
          <w:strike w:val="0"/>
          <w:color w:val="000000"/>
          <w:sz w:val="16"/>
          <w:u w:val="none"/>
        </w:rPr>
        <w:t xml:space="preserve"> </w:t>
      </w:r>
      <w:r>
        <w:rPr>
          <w:b/>
          <w:i w:val="0"/>
          <w:smallCaps w:val="0"/>
          <w:strike w:val="0"/>
          <w:color w:val="000000"/>
          <w:sz w:val="22"/>
          <w:u w:val="single"/>
        </w:rPr>
        <w:t>flight</w:t>
      </w:r>
      <w:r>
        <w:rPr>
          <w:b w:val="0"/>
          <w:i w:val="0"/>
          <w:smallCaps w:val="0"/>
          <w:strike w:val="0"/>
          <w:color w:val="000000"/>
          <w:sz w:val="16"/>
          <w:u w:val="none"/>
        </w:rPr>
        <w:t xml:space="preserve"> </w:t>
      </w:r>
      <w:r>
        <w:rPr>
          <w:b/>
          <w:i w:val="0"/>
          <w:smallCaps w:val="0"/>
          <w:strike w:val="0"/>
          <w:color w:val="000000"/>
          <w:sz w:val="22"/>
          <w:u w:val="single"/>
        </w:rPr>
        <w:t>into it</w:t>
      </w:r>
      <w:r>
        <w:rPr>
          <w:b w:val="0"/>
          <w:i w:val="0"/>
          <w:smallCaps w:val="0"/>
          <w:strike w:val="0"/>
          <w:color w:val="000000"/>
          <w:sz w:val="22"/>
          <w:u w:val="single"/>
        </w:rPr>
        <w:t>, as a problem that</w:t>
      </w:r>
      <w:r>
        <w:rPr>
          <w:b w:val="0"/>
          <w:i w:val="0"/>
          <w:smallCaps w:val="0"/>
          <w:strike w:val="0"/>
          <w:color w:val="000000"/>
          <w:sz w:val="16"/>
          <w:u w:val="none"/>
        </w:rPr>
        <w:t xml:space="preserve"> </w:t>
      </w:r>
      <w:r>
        <w:rPr>
          <w:b/>
          <w:i w:val="0"/>
          <w:smallCaps w:val="0"/>
          <w:strike w:val="0"/>
          <w:color w:val="000000"/>
          <w:sz w:val="22"/>
          <w:u w:val="single"/>
        </w:rPr>
        <w:t>no one can escape</w:t>
      </w:r>
      <w:r>
        <w:rPr>
          <w:b w:val="0"/>
          <w:i w:val="0"/>
          <w:smallCaps w:val="0"/>
          <w:strike w:val="0"/>
          <w:color w:val="000000"/>
          <w:sz w:val="22"/>
          <w:u w:val="single"/>
        </w:rPr>
        <w:t>, but that a democratic politics</w:t>
      </w:r>
      <w:r>
        <w:rPr>
          <w:b w:val="0"/>
          <w:i w:val="0"/>
          <w:smallCaps w:val="0"/>
          <w:strike w:val="0"/>
          <w:color w:val="000000"/>
          <w:sz w:val="16"/>
          <w:u w:val="none"/>
        </w:rPr>
        <w:t xml:space="preserve"> </w:t>
      </w:r>
      <w:r>
        <w:rPr>
          <w:b/>
          <w:i w:val="0"/>
          <w:smallCaps w:val="0"/>
          <w:strike w:val="0"/>
          <w:color w:val="000000"/>
          <w:sz w:val="22"/>
          <w:u w:val="single"/>
        </w:rPr>
        <w:t>explicitly acknowledges</w:t>
      </w:r>
      <w:r>
        <w:rPr>
          <w:b w:val="0"/>
          <w:i w:val="0"/>
          <w:smallCaps w:val="0"/>
          <w:strike w:val="0"/>
          <w:color w:val="000000"/>
          <w:sz w:val="16"/>
          <w:u w:val="none"/>
        </w:rPr>
        <w:t xml:space="preserve"> </w:t>
      </w:r>
      <w:r>
        <w:rPr>
          <w:b w:val="0"/>
          <w:i w:val="0"/>
          <w:smallCaps w:val="0"/>
          <w:strike w:val="0"/>
          <w:color w:val="000000"/>
          <w:sz w:val="22"/>
          <w:u w:val="single"/>
        </w:rPr>
        <w:t>and undertakes to</w:t>
      </w:r>
      <w:r>
        <w:rPr>
          <w:b w:val="0"/>
          <w:i w:val="0"/>
          <w:smallCaps w:val="0"/>
          <w:strike w:val="0"/>
          <w:color w:val="000000"/>
          <w:sz w:val="16"/>
          <w:u w:val="none"/>
        </w:rPr>
        <w:t xml:space="preserve"> </w:t>
      </w:r>
      <w:r>
        <w:rPr>
          <w:b/>
          <w:i w:val="0"/>
          <w:smallCaps w:val="0"/>
          <w:strike w:val="0"/>
          <w:color w:val="000000"/>
          <w:sz w:val="22"/>
          <w:u w:val="single"/>
        </w:rPr>
        <w:t>rework by participatory practices</w:t>
      </w:r>
      <w:r>
        <w:rPr>
          <w:b w:val="0"/>
          <w:i w:val="0"/>
          <w:smallCaps w:val="0"/>
          <w:strike w:val="0"/>
          <w:color w:val="000000"/>
          <w:sz w:val="16"/>
          <w:u w:val="none"/>
        </w:rPr>
        <w:t xml:space="preserve"> </w:t>
      </w:r>
      <w:r>
        <w:rPr>
          <w:b w:val="0"/>
          <w:i w:val="0"/>
          <w:smallCaps w:val="0"/>
          <w:strike w:val="0"/>
          <w:color w:val="000000"/>
          <w:sz w:val="22"/>
          <w:u w:val="single"/>
        </w:rPr>
        <w:t>of contest</w:t>
      </w:r>
      <w:r>
        <w:rPr>
          <w:b w:val="0"/>
          <w:i w:val="0"/>
          <w:smallCaps w:val="0"/>
          <w:strike w:val="0"/>
          <w:color w:val="000000"/>
          <w:sz w:val="16"/>
          <w:u w:val="none"/>
        </w:rPr>
        <w:t>.40</w:t>
      </w:r>
    </w:p>
    <w:p>
      <w:pPr>
        <w:spacing w:after="60"/>
      </w:pPr>
      <w:r>
        <w:rPr>
          <w:b w:val="0"/>
          <w:i w:val="0"/>
          <w:smallCaps w:val="0"/>
          <w:strike w:val="0"/>
          <w:color w:val="000000"/>
          <w:sz w:val="16"/>
          <w:u w:val="none"/>
        </w:rPr>
        <w:t xml:space="preserve">Using Moten’s own idiom, I would ask: </w:t>
      </w:r>
      <w:r>
        <w:rPr>
          <w:b w:val="0"/>
          <w:i w:val="0"/>
          <w:smallCaps w:val="0"/>
          <w:strike w:val="0"/>
          <w:color w:val="000000"/>
          <w:sz w:val="22"/>
          <w:u w:val="single"/>
        </w:rPr>
        <w:t>“What if” we</w:t>
      </w:r>
      <w:r>
        <w:rPr>
          <w:b w:val="0"/>
          <w:i w:val="0"/>
          <w:smallCaps w:val="0"/>
          <w:strike w:val="0"/>
          <w:color w:val="000000"/>
          <w:sz w:val="16"/>
          <w:u w:val="none"/>
        </w:rPr>
        <w:t xml:space="preserve"> </w:t>
      </w:r>
      <w:r>
        <w:rPr>
          <w:b/>
          <w:i w:val="0"/>
          <w:smallCaps w:val="0"/>
          <w:strike w:val="0"/>
          <w:color w:val="000000"/>
          <w:sz w:val="22"/>
          <w:u w:val="single"/>
        </w:rPr>
        <w:t>do not dichotomize</w:t>
      </w:r>
      <w:r>
        <w:rPr>
          <w:b w:val="0"/>
          <w:i w:val="0"/>
          <w:smallCaps w:val="0"/>
          <w:strike w:val="0"/>
          <w:color w:val="000000"/>
          <w:sz w:val="16"/>
          <w:u w:val="none"/>
        </w:rPr>
        <w:t xml:space="preserve"> </w:t>
      </w:r>
      <w:r>
        <w:rPr>
          <w:b w:val="0"/>
          <w:i w:val="0"/>
          <w:smallCaps w:val="0"/>
          <w:strike w:val="0"/>
          <w:color w:val="000000"/>
          <w:sz w:val="22"/>
          <w:u w:val="single"/>
        </w:rPr>
        <w:t>the informal assembly and praxis of</w:t>
      </w:r>
      <w:r>
        <w:rPr>
          <w:b w:val="0"/>
          <w:i w:val="0"/>
          <w:smallCaps w:val="0"/>
          <w:strike w:val="0"/>
          <w:color w:val="000000"/>
          <w:sz w:val="16"/>
          <w:u w:val="none"/>
        </w:rPr>
        <w:t xml:space="preserve"> </w:t>
      </w:r>
      <w:r>
        <w:rPr>
          <w:b w:val="0"/>
          <w:i w:val="0"/>
          <w:smallCaps w:val="0"/>
          <w:strike w:val="0"/>
          <w:color w:val="000000"/>
          <w:sz w:val="22"/>
          <w:u w:val="single"/>
        </w:rPr>
        <w:t>fugitive sociality, and politics-as-rule</w:t>
      </w:r>
      <w:r>
        <w:rPr>
          <w:b w:val="0"/>
          <w:i w:val="0"/>
          <w:smallCaps w:val="0"/>
          <w:strike w:val="0"/>
          <w:color w:val="000000"/>
          <w:sz w:val="16"/>
          <w:u w:val="none"/>
        </w:rPr>
        <w:t xml:space="preserve"> </w:t>
      </w:r>
      <w:r>
        <w:rPr>
          <w:b w:val="0"/>
          <w:i w:val="0"/>
          <w:smallCaps w:val="0"/>
          <w:strike w:val="0"/>
          <w:color w:val="000000"/>
          <w:sz w:val="22"/>
          <w:u w:val="single"/>
        </w:rPr>
        <w:t>predicated on exclusion and regulation of difference? “What if” a democratic</w:t>
      </w:r>
      <w:r>
        <w:rPr>
          <w:b w:val="0"/>
          <w:i w:val="0"/>
          <w:smallCaps w:val="0"/>
          <w:strike w:val="0"/>
          <w:color w:val="000000"/>
          <w:sz w:val="16"/>
          <w:u w:val="none"/>
        </w:rPr>
        <w:t xml:space="preserve"> </w:t>
      </w:r>
      <w:r>
        <w:rPr>
          <w:b w:val="0"/>
          <w:i w:val="0"/>
          <w:smallCaps w:val="0"/>
          <w:strike w:val="0"/>
          <w:color w:val="000000"/>
          <w:sz w:val="22"/>
          <w:u w:val="single"/>
        </w:rPr>
        <w:t>theory must</w:t>
      </w:r>
      <w:r>
        <w:rPr>
          <w:b w:val="0"/>
          <w:i w:val="0"/>
          <w:smallCaps w:val="0"/>
          <w:strike w:val="0"/>
          <w:color w:val="000000"/>
          <w:sz w:val="16"/>
          <w:u w:val="none"/>
        </w:rPr>
        <w:t xml:space="preserve"> </w:t>
      </w:r>
      <w:r>
        <w:rPr>
          <w:b/>
          <w:i w:val="0"/>
          <w:smallCaps w:val="0"/>
          <w:strike w:val="0"/>
          <w:color w:val="000000"/>
          <w:sz w:val="22"/>
          <w:u w:val="single"/>
        </w:rPr>
        <w:t>blur</w:t>
      </w:r>
      <w:r>
        <w:rPr>
          <w:b w:val="0"/>
          <w:i w:val="0"/>
          <w:smallCaps w:val="0"/>
          <w:strike w:val="0"/>
          <w:color w:val="000000"/>
          <w:sz w:val="16"/>
          <w:u w:val="none"/>
        </w:rPr>
        <w:t xml:space="preserve"> </w:t>
      </w:r>
      <w:r>
        <w:rPr>
          <w:b w:val="0"/>
          <w:i w:val="0"/>
          <w:smallCaps w:val="0"/>
          <w:strike w:val="0"/>
          <w:color w:val="000000"/>
          <w:sz w:val="22"/>
          <w:u w:val="single"/>
        </w:rPr>
        <w:t>the social</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val="0"/>
          <w:i w:val="0"/>
          <w:smallCaps w:val="0"/>
          <w:strike w:val="0"/>
          <w:color w:val="000000"/>
          <w:sz w:val="22"/>
          <w:u w:val="single"/>
        </w:rPr>
        <w:t>political but also</w:t>
      </w:r>
      <w:r>
        <w:rPr>
          <w:b w:val="0"/>
          <w:i w:val="0"/>
          <w:smallCaps w:val="0"/>
          <w:strike w:val="0"/>
          <w:color w:val="000000"/>
          <w:sz w:val="16"/>
          <w:u w:val="none"/>
        </w:rPr>
        <w:t xml:space="preserve"> </w:t>
      </w:r>
      <w:r>
        <w:rPr>
          <w:b w:val="0"/>
          <w:i w:val="0"/>
          <w:smallCaps w:val="0"/>
          <w:strike w:val="0"/>
          <w:color w:val="000000"/>
          <w:sz w:val="22"/>
          <w:u w:val="single"/>
        </w:rPr>
        <w:t>acknowledge</w:t>
      </w:r>
      <w:r>
        <w:rPr>
          <w:b w:val="0"/>
          <w:i w:val="0"/>
          <w:smallCaps w:val="0"/>
          <w:strike w:val="0"/>
          <w:color w:val="000000"/>
          <w:sz w:val="16"/>
          <w:u w:val="none"/>
        </w:rPr>
        <w:t xml:space="preserve"> </w:t>
      </w:r>
      <w:r>
        <w:rPr>
          <w:b/>
          <w:i w:val="0"/>
          <w:smallCaps w:val="0"/>
          <w:strike w:val="0"/>
          <w:color w:val="000000"/>
          <w:sz w:val="22"/>
          <w:u w:val="single"/>
        </w:rPr>
        <w:t>inescapable</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fraught</w:t>
      </w:r>
      <w:r>
        <w:rPr>
          <w:b w:val="0"/>
          <w:i w:val="0"/>
          <w:smallCaps w:val="0"/>
          <w:strike w:val="0"/>
          <w:color w:val="000000"/>
          <w:sz w:val="22"/>
          <w:u w:val="single"/>
        </w:rPr>
        <w:t>, yet</w:t>
      </w:r>
      <w:r>
        <w:rPr>
          <w:b w:val="0"/>
          <w:i w:val="0"/>
          <w:smallCaps w:val="0"/>
          <w:strike w:val="0"/>
          <w:color w:val="000000"/>
          <w:sz w:val="16"/>
          <w:u w:val="none"/>
        </w:rPr>
        <w:t xml:space="preserve"> </w:t>
      </w:r>
      <w:r>
        <w:rPr>
          <w:b/>
          <w:i w:val="0"/>
          <w:smallCaps w:val="0"/>
          <w:strike w:val="0"/>
          <w:color w:val="000000"/>
          <w:sz w:val="22"/>
          <w:u w:val="single"/>
        </w:rPr>
        <w:t>potentially</w:t>
      </w:r>
      <w:r>
        <w:rPr>
          <w:b w:val="0"/>
          <w:i w:val="0"/>
          <w:smallCaps w:val="0"/>
          <w:strike w:val="0"/>
          <w:color w:val="000000"/>
          <w:sz w:val="16"/>
          <w:u w:val="none"/>
        </w:rPr>
        <w:t xml:space="preserve"> </w:t>
      </w:r>
      <w:r>
        <w:rPr>
          <w:b/>
          <w:i w:val="0"/>
          <w:smallCaps w:val="0"/>
          <w:strike w:val="0"/>
          <w:color w:val="000000"/>
          <w:sz w:val="22"/>
          <w:u w:val="single"/>
        </w:rPr>
        <w:t>fruitful tensions</w:t>
      </w:r>
      <w:r>
        <w:rPr>
          <w:b w:val="0"/>
          <w:i w:val="0"/>
          <w:smallCaps w:val="0"/>
          <w:strike w:val="0"/>
          <w:color w:val="000000"/>
          <w:sz w:val="16"/>
          <w:u w:val="none"/>
        </w:rPr>
        <w:t xml:space="preserve">—between tacit grammar and explicit acts of translation, </w:t>
      </w:r>
      <w:r>
        <w:rPr>
          <w:b w:val="0"/>
          <w:i w:val="0"/>
          <w:smallCaps w:val="0"/>
          <w:strike w:val="0"/>
          <w:color w:val="000000"/>
          <w:sz w:val="22"/>
          <w:u w:val="single"/>
        </w:rPr>
        <w:t>between</w:t>
      </w:r>
      <w:r>
        <w:rPr>
          <w:b w:val="0"/>
          <w:i w:val="0"/>
          <w:smallCaps w:val="0"/>
          <w:strike w:val="0"/>
          <w:color w:val="000000"/>
          <w:sz w:val="16"/>
          <w:u w:val="none"/>
        </w:rPr>
        <w:t xml:space="preserve"> </w:t>
      </w:r>
      <w:r>
        <w:rPr>
          <w:b/>
          <w:i w:val="0"/>
          <w:smallCaps w:val="0"/>
          <w:strike w:val="0"/>
          <w:color w:val="000000"/>
          <w:sz w:val="22"/>
          <w:u w:val="single"/>
        </w:rPr>
        <w:t>informal</w:t>
      </w:r>
      <w:r>
        <w:rPr>
          <w:b w:val="0"/>
          <w:i w:val="0"/>
          <w:smallCaps w:val="0"/>
          <w:strike w:val="0"/>
          <w:color w:val="000000"/>
          <w:sz w:val="16"/>
          <w:u w:val="none"/>
        </w:rPr>
        <w:t xml:space="preserve"> </w:t>
      </w:r>
      <w:r>
        <w:rPr>
          <w:b w:val="0"/>
          <w:i w:val="0"/>
          <w:smallCaps w:val="0"/>
          <w:strike w:val="0"/>
          <w:color w:val="000000"/>
          <w:sz w:val="22"/>
          <w:u w:val="single"/>
        </w:rPr>
        <w:t>form and</w:t>
      </w:r>
      <w:r>
        <w:rPr>
          <w:b w:val="0"/>
          <w:i w:val="0"/>
          <w:smallCaps w:val="0"/>
          <w:strike w:val="0"/>
          <w:color w:val="000000"/>
          <w:sz w:val="16"/>
          <w:u w:val="none"/>
        </w:rPr>
        <w:t xml:space="preserve"> </w:t>
      </w:r>
      <w:r>
        <w:rPr>
          <w:b/>
          <w:i w:val="0"/>
          <w:smallCaps w:val="0"/>
          <w:strike w:val="0"/>
          <w:color w:val="000000"/>
          <w:sz w:val="22"/>
          <w:u w:val="single"/>
        </w:rPr>
        <w:t>organized</w:t>
      </w:r>
      <w:r>
        <w:rPr>
          <w:b w:val="0"/>
          <w:i w:val="0"/>
          <w:smallCaps w:val="0"/>
          <w:strike w:val="0"/>
          <w:color w:val="000000"/>
          <w:sz w:val="16"/>
          <w:u w:val="none"/>
        </w:rPr>
        <w:t xml:space="preserve"> </w:t>
      </w:r>
      <w:r>
        <w:rPr>
          <w:b w:val="0"/>
          <w:i w:val="0"/>
          <w:smallCaps w:val="0"/>
          <w:strike w:val="0"/>
          <w:color w:val="000000"/>
          <w:sz w:val="22"/>
          <w:u w:val="single"/>
        </w:rPr>
        <w:t>forms of</w:t>
      </w:r>
      <w:r>
        <w:rPr>
          <w:b w:val="0"/>
          <w:i w:val="0"/>
          <w:smallCaps w:val="0"/>
          <w:strike w:val="0"/>
          <w:color w:val="000000"/>
          <w:sz w:val="16"/>
          <w:u w:val="none"/>
        </w:rPr>
        <w:t xml:space="preserve"> </w:t>
      </w:r>
      <w:r>
        <w:rPr>
          <w:b w:val="0"/>
          <w:i w:val="0"/>
          <w:smallCaps w:val="0"/>
          <w:strike w:val="0"/>
          <w:color w:val="000000"/>
          <w:sz w:val="22"/>
          <w:u w:val="single"/>
        </w:rPr>
        <w:t>power</w:t>
      </w:r>
      <w:r>
        <w:rPr>
          <w:b w:val="0"/>
          <w:i w:val="0"/>
          <w:smallCaps w:val="0"/>
          <w:strike w:val="0"/>
          <w:color w:val="000000"/>
          <w:sz w:val="16"/>
          <w:u w:val="none"/>
        </w:rPr>
        <w:t xml:space="preserve">, between fugitive aliveness as resistance to rule, and organizing democratic power to make claims on how the world is ruled? </w:t>
      </w:r>
      <w:r>
        <w:rPr>
          <w:b w:val="0"/>
          <w:i w:val="0"/>
          <w:smallCaps w:val="0"/>
          <w:strike w:val="0"/>
          <w:color w:val="000000"/>
          <w:sz w:val="22"/>
          <w:u w:val="single"/>
        </w:rPr>
        <w:t>“What if” we</w:t>
      </w:r>
      <w:r>
        <w:rPr>
          <w:b w:val="0"/>
          <w:i w:val="0"/>
          <w:smallCaps w:val="0"/>
          <w:strike w:val="0"/>
          <w:color w:val="000000"/>
          <w:sz w:val="16"/>
          <w:u w:val="none"/>
        </w:rPr>
        <w:t xml:space="preserve"> </w:t>
      </w:r>
      <w:r>
        <w:rPr>
          <w:b/>
          <w:i w:val="0"/>
          <w:smallCaps w:val="0"/>
          <w:strike w:val="0"/>
          <w:color w:val="000000"/>
          <w:sz w:val="22"/>
          <w:u w:val="single"/>
        </w:rPr>
        <w:t>refuse</w:t>
      </w:r>
      <w:r>
        <w:rPr>
          <w:b w:val="0"/>
          <w:i w:val="0"/>
          <w:smallCaps w:val="0"/>
          <w:strike w:val="0"/>
          <w:color w:val="000000"/>
          <w:sz w:val="16"/>
          <w:u w:val="none"/>
        </w:rPr>
        <w:t xml:space="preserve"> </w:t>
      </w:r>
      <w:r>
        <w:rPr>
          <w:b w:val="0"/>
          <w:i w:val="0"/>
          <w:smallCaps w:val="0"/>
          <w:strike w:val="0"/>
          <w:color w:val="000000"/>
          <w:sz w:val="22"/>
          <w:u w:val="single"/>
        </w:rPr>
        <w:t>(</w:t>
      </w:r>
      <w:r>
        <w:rPr>
          <w:b/>
          <w:i w:val="0"/>
          <w:smallCaps w:val="0"/>
          <w:strike w:val="0"/>
          <w:color w:val="000000"/>
          <w:sz w:val="22"/>
          <w:u w:val="single"/>
        </w:rPr>
        <w:t>not reverse</w:t>
      </w:r>
      <w:r>
        <w:rPr>
          <w:b w:val="0"/>
          <w:i w:val="0"/>
          <w:smallCaps w:val="0"/>
          <w:strike w:val="0"/>
          <w:color w:val="000000"/>
          <w:sz w:val="22"/>
          <w:u w:val="single"/>
        </w:rPr>
        <w:t>) the</w:t>
      </w:r>
      <w:r>
        <w:rPr>
          <w:b w:val="0"/>
          <w:i w:val="0"/>
          <w:smallCaps w:val="0"/>
          <w:strike w:val="0"/>
          <w:color w:val="000000"/>
          <w:sz w:val="16"/>
          <w:u w:val="none"/>
        </w:rPr>
        <w:t xml:space="preserve"> </w:t>
      </w:r>
      <w:r>
        <w:rPr>
          <w:b/>
          <w:i w:val="0"/>
          <w:smallCaps w:val="0"/>
          <w:strike w:val="0"/>
          <w:color w:val="000000"/>
          <w:sz w:val="22"/>
          <w:u w:val="single"/>
        </w:rPr>
        <w:t>abstract polarity</w:t>
      </w:r>
      <w:r>
        <w:rPr>
          <w:b w:val="0"/>
          <w:i w:val="0"/>
          <w:smallCaps w:val="0"/>
          <w:strike w:val="0"/>
          <w:color w:val="000000"/>
          <w:sz w:val="16"/>
          <w:u w:val="none"/>
        </w:rPr>
        <w:t xml:space="preserve"> </w:t>
      </w:r>
      <w:r>
        <w:rPr>
          <w:b w:val="0"/>
          <w:i w:val="0"/>
          <w:smallCaps w:val="0"/>
          <w:strike w:val="0"/>
          <w:color w:val="000000"/>
          <w:sz w:val="22"/>
          <w:u w:val="single"/>
        </w:rPr>
        <w:t>between subjection to sovereign rule as such, or statelessness as refusal to be governed as such, and “come down to earth”</w:t>
      </w:r>
      <w:r>
        <w:rPr>
          <w:b w:val="0"/>
          <w:i w:val="0"/>
          <w:smallCaps w:val="0"/>
          <w:strike w:val="0"/>
          <w:color w:val="000000"/>
          <w:sz w:val="16"/>
          <w:u w:val="none"/>
        </w:rPr>
        <w:t xml:space="preserve"> as Marx put it? </w:t>
      </w:r>
      <w:r>
        <w:rPr>
          <w:b w:val="0"/>
          <w:i w:val="0"/>
          <w:smallCaps w:val="0"/>
          <w:strike w:val="0"/>
          <w:color w:val="000000"/>
          <w:sz w:val="22"/>
          <w:u w:val="single"/>
        </w:rPr>
        <w:t>We</w:t>
      </w:r>
      <w:r>
        <w:rPr>
          <w:b w:val="0"/>
          <w:i w:val="0"/>
          <w:smallCaps w:val="0"/>
          <w:strike w:val="0"/>
          <w:color w:val="000000"/>
          <w:sz w:val="16"/>
          <w:u w:val="none"/>
        </w:rPr>
        <w:t xml:space="preserve"> </w:t>
      </w:r>
      <w:r>
        <w:rPr>
          <w:b w:val="0"/>
          <w:i w:val="0"/>
          <w:smallCaps w:val="0"/>
          <w:strike w:val="0"/>
          <w:color w:val="000000"/>
          <w:sz w:val="22"/>
          <w:u w:val="single"/>
        </w:rPr>
        <w:t>then</w:t>
      </w:r>
      <w:r>
        <w:rPr>
          <w:b w:val="0"/>
          <w:i w:val="0"/>
          <w:smallCaps w:val="0"/>
          <w:strike w:val="0"/>
          <w:color w:val="000000"/>
          <w:sz w:val="16"/>
          <w:u w:val="none"/>
        </w:rPr>
        <w:t xml:space="preserve"> </w:t>
      </w:r>
      <w:r>
        <w:rPr>
          <w:b w:val="0"/>
          <w:i w:val="0"/>
          <w:smallCaps w:val="0"/>
          <w:strike w:val="0"/>
          <w:color w:val="000000"/>
          <w:sz w:val="22"/>
          <w:u w:val="single"/>
        </w:rPr>
        <w:t>find</w:t>
      </w:r>
      <w:r>
        <w:rPr>
          <w:b w:val="0"/>
          <w:i w:val="0"/>
          <w:smallCaps w:val="0"/>
          <w:strike w:val="0"/>
          <w:color w:val="000000"/>
          <w:sz w:val="16"/>
          <w:u w:val="none"/>
        </w:rPr>
        <w:t xml:space="preserve"> </w:t>
      </w:r>
      <w:r>
        <w:rPr>
          <w:b w:val="0"/>
          <w:i w:val="0"/>
          <w:smallCaps w:val="0"/>
          <w:strike w:val="0"/>
          <w:color w:val="000000"/>
          <w:sz w:val="22"/>
          <w:u w:val="single"/>
        </w:rPr>
        <w:t>politicality</w:t>
      </w:r>
      <w:r>
        <w:rPr>
          <w:b w:val="0"/>
          <w:i w:val="0"/>
          <w:smallCaps w:val="0"/>
          <w:strike w:val="0"/>
          <w:color w:val="000000"/>
          <w:sz w:val="16"/>
          <w:u w:val="none"/>
        </w:rPr>
        <w:t xml:space="preserve"> </w:t>
      </w:r>
      <w:r>
        <w:rPr>
          <w:b/>
          <w:i w:val="0"/>
          <w:smallCaps w:val="0"/>
          <w:strike w:val="0"/>
          <w:color w:val="000000"/>
          <w:sz w:val="22"/>
          <w:u w:val="single"/>
        </w:rPr>
        <w:t>not in rule</w:t>
      </w:r>
      <w:r>
        <w:rPr>
          <w:b w:val="0"/>
          <w:i w:val="0"/>
          <w:smallCaps w:val="0"/>
          <w:strike w:val="0"/>
          <w:color w:val="000000"/>
          <w:sz w:val="16"/>
          <w:u w:val="none"/>
        </w:rPr>
        <w:t xml:space="preserve"> </w:t>
      </w:r>
      <w:r>
        <w:rPr>
          <w:b w:val="0"/>
          <w:i w:val="0"/>
          <w:smallCaps w:val="0"/>
          <w:strike w:val="0"/>
          <w:color w:val="000000"/>
          <w:sz w:val="22"/>
          <w:u w:val="single"/>
        </w:rPr>
        <w:t>or</w:t>
      </w:r>
      <w:r>
        <w:rPr>
          <w:b w:val="0"/>
          <w:i w:val="0"/>
          <w:smallCaps w:val="0"/>
          <w:strike w:val="0"/>
          <w:color w:val="000000"/>
          <w:sz w:val="16"/>
          <w:u w:val="none"/>
        </w:rPr>
        <w:t xml:space="preserve"> </w:t>
      </w:r>
      <w:r>
        <w:rPr>
          <w:b/>
          <w:i w:val="0"/>
          <w:smallCaps w:val="0"/>
          <w:strike w:val="0"/>
          <w:color w:val="000000"/>
          <w:sz w:val="22"/>
          <w:u w:val="single"/>
        </w:rPr>
        <w:t>nonrule</w:t>
      </w:r>
      <w:r>
        <w:rPr>
          <w:b w:val="0"/>
          <w:i w:val="0"/>
          <w:smallCaps w:val="0"/>
          <w:strike w:val="0"/>
          <w:color w:val="000000"/>
          <w:sz w:val="16"/>
          <w:u w:val="none"/>
        </w:rPr>
        <w:t xml:space="preserve">, as such, </w:t>
      </w:r>
      <w:r>
        <w:rPr>
          <w:b w:val="0"/>
          <w:i w:val="0"/>
          <w:smallCaps w:val="0"/>
          <w:strike w:val="0"/>
          <w:color w:val="000000"/>
          <w:sz w:val="22"/>
          <w:u w:val="single"/>
        </w:rPr>
        <w:t>but</w:t>
      </w:r>
      <w:r>
        <w:rPr>
          <w:b w:val="0"/>
          <w:i w:val="0"/>
          <w:smallCaps w:val="0"/>
          <w:strike w:val="0"/>
          <w:color w:val="000000"/>
          <w:sz w:val="16"/>
          <w:u w:val="none"/>
        </w:rPr>
        <w:t xml:space="preserve"> </w:t>
      </w:r>
      <w:r>
        <w:rPr>
          <w:b w:val="0"/>
          <w:i w:val="0"/>
          <w:smallCaps w:val="0"/>
          <w:strike w:val="0"/>
          <w:color w:val="000000"/>
          <w:sz w:val="22"/>
          <w:u w:val="single"/>
        </w:rPr>
        <w:t>in the</w:t>
      </w:r>
      <w:r>
        <w:rPr>
          <w:b w:val="0"/>
          <w:i w:val="0"/>
          <w:smallCaps w:val="0"/>
          <w:strike w:val="0"/>
          <w:color w:val="000000"/>
          <w:sz w:val="16"/>
          <w:u w:val="none"/>
        </w:rPr>
        <w:t xml:space="preserve"> </w:t>
      </w:r>
      <w:r>
        <w:rPr>
          <w:b/>
          <w:i w:val="0"/>
          <w:smallCaps w:val="0"/>
          <w:strike w:val="0"/>
          <w:color w:val="000000"/>
          <w:sz w:val="22"/>
          <w:u w:val="single"/>
        </w:rPr>
        <w:t>judgments</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actions</w:t>
      </w:r>
      <w:r>
        <w:rPr>
          <w:b w:val="0"/>
          <w:i w:val="0"/>
          <w:smallCaps w:val="0"/>
          <w:strike w:val="0"/>
          <w:color w:val="000000"/>
          <w:sz w:val="16"/>
          <w:u w:val="none"/>
        </w:rPr>
        <w:t xml:space="preserve"> </w:t>
      </w:r>
      <w:r>
        <w:rPr>
          <w:b w:val="0"/>
          <w:i w:val="0"/>
          <w:smallCaps w:val="0"/>
          <w:strike w:val="0"/>
          <w:color w:val="000000"/>
          <w:sz w:val="22"/>
          <w:u w:val="single"/>
        </w:rPr>
        <w:t>by</w:t>
      </w:r>
      <w:r>
        <w:rPr>
          <w:b w:val="0"/>
          <w:i w:val="0"/>
          <w:smallCaps w:val="0"/>
          <w:strike w:val="0"/>
          <w:color w:val="000000"/>
          <w:sz w:val="16"/>
          <w:u w:val="none"/>
        </w:rPr>
        <w:t xml:space="preserve"> </w:t>
      </w:r>
      <w:r>
        <w:rPr>
          <w:b w:val="0"/>
          <w:i w:val="0"/>
          <w:smallCaps w:val="0"/>
          <w:strike w:val="0"/>
          <w:color w:val="000000"/>
          <w:sz w:val="22"/>
          <w:u w:val="single"/>
        </w:rPr>
        <w:t>which</w:t>
      </w:r>
      <w:r>
        <w:rPr>
          <w:b w:val="0"/>
          <w:i w:val="0"/>
          <w:smallCaps w:val="0"/>
          <w:strike w:val="0"/>
          <w:color w:val="000000"/>
          <w:sz w:val="16"/>
          <w:u w:val="none"/>
        </w:rPr>
        <w:t xml:space="preserve"> </w:t>
      </w:r>
      <w:r>
        <w:rPr>
          <w:b w:val="0"/>
          <w:i w:val="0"/>
          <w:smallCaps w:val="0"/>
          <w:strike w:val="0"/>
          <w:color w:val="000000"/>
          <w:sz w:val="22"/>
          <w:u w:val="single"/>
        </w:rPr>
        <w:t>subalterns</w:t>
      </w:r>
      <w:r>
        <w:rPr>
          <w:b w:val="0"/>
          <w:i w:val="0"/>
          <w:smallCaps w:val="0"/>
          <w:strike w:val="0"/>
          <w:color w:val="000000"/>
          <w:sz w:val="16"/>
          <w:u w:val="none"/>
        </w:rPr>
        <w:t xml:space="preserve"> </w:t>
      </w:r>
      <w:r>
        <w:rPr>
          <w:b w:val="0"/>
          <w:i w:val="0"/>
          <w:smallCaps w:val="0"/>
          <w:strike w:val="0"/>
          <w:color w:val="000000"/>
          <w:sz w:val="22"/>
          <w:u w:val="single"/>
        </w:rPr>
        <w:t>address</w:t>
      </w:r>
      <w:r>
        <w:rPr>
          <w:b w:val="0"/>
          <w:i w:val="0"/>
          <w:smallCaps w:val="0"/>
          <w:strike w:val="0"/>
          <w:color w:val="000000"/>
          <w:sz w:val="16"/>
          <w:u w:val="none"/>
        </w:rPr>
        <w:t xml:space="preserve"> </w:t>
      </w:r>
      <w:r>
        <w:rPr>
          <w:b/>
          <w:i w:val="0"/>
          <w:smallCaps w:val="0"/>
          <w:strike w:val="0"/>
          <w:color w:val="000000"/>
          <w:sz w:val="22"/>
          <w:u w:val="single"/>
        </w:rPr>
        <w:t>who makes decisions</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how</w:t>
      </w:r>
      <w:r>
        <w:rPr>
          <w:b w:val="0"/>
          <w:i w:val="0"/>
          <w:smallCaps w:val="0"/>
          <w:strike w:val="0"/>
          <w:color w:val="000000"/>
          <w:sz w:val="22"/>
          <w:u w:val="single"/>
        </w:rPr>
        <w:t>) about</w:t>
      </w:r>
      <w:r>
        <w:rPr>
          <w:b w:val="0"/>
          <w:i w:val="0"/>
          <w:smallCaps w:val="0"/>
          <w:strike w:val="0"/>
          <w:color w:val="000000"/>
          <w:sz w:val="16"/>
          <w:u w:val="none"/>
        </w:rPr>
        <w:t xml:space="preserve"> </w:t>
      </w:r>
      <w:r>
        <w:rPr>
          <w:b/>
          <w:i w:val="0"/>
          <w:smallCaps w:val="0"/>
          <w:strike w:val="0"/>
          <w:color w:val="000000"/>
          <w:sz w:val="22"/>
          <w:u w:val="single"/>
        </w:rPr>
        <w:t>which practices</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values</w:t>
      </w:r>
      <w:r>
        <w:rPr>
          <w:b w:val="0"/>
          <w:i w:val="0"/>
          <w:smallCaps w:val="0"/>
          <w:strike w:val="0"/>
          <w:color w:val="000000"/>
          <w:sz w:val="22"/>
          <w:u w:val="single"/>
        </w:rPr>
        <w:t>, and</w:t>
      </w:r>
      <w:r>
        <w:rPr>
          <w:b w:val="0"/>
          <w:i w:val="0"/>
          <w:smallCaps w:val="0"/>
          <w:strike w:val="0"/>
          <w:color w:val="000000"/>
          <w:sz w:val="16"/>
          <w:u w:val="none"/>
        </w:rPr>
        <w:t xml:space="preserve"> </w:t>
      </w:r>
      <w:r>
        <w:rPr>
          <w:b/>
          <w:i w:val="0"/>
          <w:smallCaps w:val="0"/>
          <w:strike w:val="0"/>
          <w:color w:val="000000"/>
          <w:sz w:val="22"/>
          <w:u w:val="single"/>
        </w:rPr>
        <w:t>inequalities</w:t>
      </w:r>
      <w:r>
        <w:rPr>
          <w:b w:val="0"/>
          <w:i w:val="0"/>
          <w:smallCaps w:val="0"/>
          <w:strike w:val="0"/>
          <w:color w:val="000000"/>
          <w:sz w:val="16"/>
          <w:u w:val="none"/>
        </w:rPr>
        <w:t xml:space="preserve"> </w:t>
      </w:r>
      <w:r>
        <w:rPr>
          <w:b w:val="0"/>
          <w:i w:val="0"/>
          <w:smallCaps w:val="0"/>
          <w:strike w:val="0"/>
          <w:color w:val="000000"/>
          <w:sz w:val="22"/>
          <w:u w:val="single"/>
        </w:rPr>
        <w:t>are</w:t>
      </w:r>
      <w:r>
        <w:rPr>
          <w:b w:val="0"/>
          <w:i w:val="0"/>
          <w:smallCaps w:val="0"/>
          <w:strike w:val="0"/>
          <w:color w:val="000000"/>
          <w:sz w:val="16"/>
          <w:u w:val="none"/>
        </w:rPr>
        <w:t xml:space="preserve"> </w:t>
      </w:r>
      <w:r>
        <w:rPr>
          <w:b w:val="0"/>
          <w:i w:val="0"/>
          <w:smallCaps w:val="0"/>
          <w:strike w:val="0"/>
          <w:color w:val="000000"/>
          <w:sz w:val="22"/>
          <w:u w:val="single"/>
        </w:rPr>
        <w:t>being</w:t>
      </w:r>
      <w:r>
        <w:rPr>
          <w:b w:val="0"/>
          <w:i w:val="0"/>
          <w:smallCaps w:val="0"/>
          <w:strike w:val="0"/>
          <w:color w:val="000000"/>
          <w:sz w:val="16"/>
          <w:u w:val="none"/>
        </w:rPr>
        <w:t xml:space="preserve"> </w:t>
      </w:r>
      <w:r>
        <w:rPr>
          <w:b/>
          <w:i w:val="0"/>
          <w:smallCaps w:val="0"/>
          <w:strike w:val="0"/>
          <w:color w:val="000000"/>
          <w:sz w:val="22"/>
          <w:u w:val="single"/>
        </w:rPr>
        <w:t>ruled out</w:t>
      </w:r>
      <w:r>
        <w:rPr>
          <w:b w:val="0"/>
          <w:i w:val="0"/>
          <w:smallCaps w:val="0"/>
          <w:strike w:val="0"/>
          <w:color w:val="000000"/>
          <w:sz w:val="22"/>
          <w:u w:val="single"/>
        </w:rPr>
        <w:t>, or</w:t>
      </w:r>
      <w:r>
        <w:rPr>
          <w:b w:val="0"/>
          <w:i w:val="0"/>
          <w:smallCaps w:val="0"/>
          <w:strike w:val="0"/>
          <w:color w:val="000000"/>
          <w:sz w:val="16"/>
          <w:u w:val="none"/>
        </w:rPr>
        <w:t xml:space="preserve"> which </w:t>
      </w:r>
      <w:r>
        <w:rPr>
          <w:b/>
          <w:i w:val="0"/>
          <w:smallCaps w:val="0"/>
          <w:strike w:val="0"/>
          <w:color w:val="000000"/>
          <w:sz w:val="22"/>
          <w:u w:val="single"/>
        </w:rPr>
        <w:t>encouraged</w:t>
      </w:r>
      <w:r>
        <w:rPr>
          <w:b w:val="0"/>
          <w:i w:val="0"/>
          <w:smallCaps w:val="0"/>
          <w:strike w:val="0"/>
          <w:color w:val="000000"/>
          <w:sz w:val="16"/>
          <w:u w:val="none"/>
        </w:rPr>
        <w:t xml:space="preserve">, in the communities they are building by socio-poetic insurgency? </w:t>
      </w:r>
      <w:r>
        <w:rPr>
          <w:b w:val="0"/>
          <w:i w:val="0"/>
          <w:smallCaps w:val="0"/>
          <w:strike w:val="0"/>
          <w:color w:val="000000"/>
          <w:sz w:val="22"/>
          <w:u w:val="single"/>
        </w:rPr>
        <w:t>In difficult historical contexts</w:t>
      </w:r>
      <w:r>
        <w:rPr>
          <w:b w:val="0"/>
          <w:i w:val="0"/>
          <w:smallCaps w:val="0"/>
          <w:strike w:val="0"/>
          <w:color w:val="000000"/>
          <w:sz w:val="16"/>
          <w:u w:val="none"/>
        </w:rPr>
        <w:t xml:space="preserve"> </w:t>
      </w:r>
      <w:r>
        <w:rPr>
          <w:b w:val="0"/>
          <w:i w:val="0"/>
          <w:smallCaps w:val="0"/>
          <w:strike w:val="0"/>
          <w:color w:val="000000"/>
          <w:sz w:val="22"/>
          <w:u w:val="single"/>
        </w:rPr>
        <w:t>they</w:t>
      </w:r>
      <w:r>
        <w:rPr>
          <w:b w:val="0"/>
          <w:i w:val="0"/>
          <w:smallCaps w:val="0"/>
          <w:strike w:val="0"/>
          <w:color w:val="000000"/>
          <w:sz w:val="16"/>
          <w:u w:val="none"/>
        </w:rPr>
        <w:t xml:space="preserve"> </w:t>
      </w:r>
      <w:r>
        <w:rPr>
          <w:b/>
          <w:i w:val="0"/>
          <w:smallCaps w:val="0"/>
          <w:strike w:val="0"/>
          <w:color w:val="000000"/>
          <w:sz w:val="22"/>
          <w:u w:val="single"/>
        </w:rPr>
        <w:t>rework</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mediate tacit grammars</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customary practices</w:t>
      </w:r>
      <w:r>
        <w:rPr>
          <w:b w:val="0"/>
          <w:i w:val="0"/>
          <w:smallCaps w:val="0"/>
          <w:strike w:val="0"/>
          <w:color w:val="000000"/>
          <w:sz w:val="22"/>
          <w:u w:val="single"/>
        </w:rPr>
        <w:t>, and</w:t>
      </w:r>
      <w:r>
        <w:rPr>
          <w:b w:val="0"/>
          <w:i w:val="0"/>
          <w:smallCaps w:val="0"/>
          <w:strike w:val="0"/>
          <w:color w:val="000000"/>
          <w:sz w:val="16"/>
          <w:u w:val="none"/>
        </w:rPr>
        <w:t xml:space="preserve"> </w:t>
      </w:r>
      <w:r>
        <w:rPr>
          <w:b/>
          <w:i w:val="0"/>
          <w:smallCaps w:val="0"/>
          <w:strike w:val="0"/>
          <w:color w:val="000000"/>
          <w:sz w:val="22"/>
          <w:u w:val="single"/>
        </w:rPr>
        <w:t>explicit forms of</w:t>
      </w:r>
      <w:r>
        <w:rPr>
          <w:b w:val="0"/>
          <w:i w:val="0"/>
          <w:smallCaps w:val="0"/>
          <w:strike w:val="0"/>
          <w:color w:val="000000"/>
          <w:sz w:val="16"/>
          <w:u w:val="none"/>
        </w:rPr>
        <w:t xml:space="preserve"> </w:t>
      </w:r>
      <w:r>
        <w:rPr>
          <w:b/>
          <w:i w:val="0"/>
          <w:smallCaps w:val="0"/>
          <w:strike w:val="0"/>
          <w:color w:val="000000"/>
          <w:sz w:val="22"/>
          <w:u w:val="single"/>
        </w:rPr>
        <w:t>organized power</w:t>
      </w:r>
      <w:r>
        <w:rPr>
          <w:b w:val="0"/>
          <w:i w:val="0"/>
          <w:smallCaps w:val="0"/>
          <w:strike w:val="0"/>
          <w:color w:val="000000"/>
          <w:sz w:val="16"/>
          <w:u w:val="none"/>
        </w:rPr>
        <w:t xml:space="preserve"> </w:t>
      </w:r>
      <w:r>
        <w:rPr>
          <w:b w:val="0"/>
          <w:i w:val="0"/>
          <w:smallCaps w:val="0"/>
          <w:strike w:val="0"/>
          <w:color w:val="000000"/>
          <w:sz w:val="22"/>
          <w:u w:val="single"/>
        </w:rPr>
        <w:t xml:space="preserve">as they reconstitute democratic forms of </w:t>
      </w:r>
      <w:r>
        <w:rPr>
          <w:b w:val="0"/>
          <w:i w:val="0"/>
          <w:smallCaps w:val="0"/>
          <w:strike w:val="0"/>
          <w:color w:val="000000"/>
          <w:sz w:val="22"/>
          <w:u w:val="single"/>
        </w:rPr>
        <w:t>rule-making</w:t>
      </w:r>
      <w:r>
        <w:rPr>
          <w:b w:val="0"/>
          <w:i w:val="0"/>
          <w:smallCaps w:val="0"/>
          <w:strike w:val="0"/>
          <w:color w:val="000000"/>
          <w:sz w:val="16"/>
          <w:u w:val="none"/>
        </w:rPr>
        <w:t>.41</w:t>
      </w:r>
    </w:p>
    <w:p>
      <w:pPr>
        <w:spacing w:after="60"/>
      </w:pPr>
      <w:r>
        <w:rPr>
          <w:b w:val="0"/>
          <w:i w:val="0"/>
          <w:smallCaps w:val="0"/>
          <w:strike w:val="0"/>
          <w:color w:val="000000"/>
          <w:sz w:val="16"/>
          <w:u w:val="none"/>
        </w:rPr>
        <w:t>These what-ifs suggest a conversation between Moten and Sheldon Wolin. The parallels are striking. Wolin depicts a “system” so “immovable and interconnected as to be unreformable as a totality”; he calls “pessimism” a “reasoned insight” and “suppressed revolutionary impulse”; and he endorses a “rejectionism” whereby citizens “withdraw and direct their energies and civic commitment to finding new life forms.” Moreover, “instead of imitating most political theories,” which adopt “the state as the primary structure, and adapt the activity of citizens” to it, Wolin refuses “the state paradigm” and the “liberal-legal corruption of the citizen.” He affirms how “common life resides in cooperation and reciprocity that human beings develop to survive, meet their needs, and explore their capacities and the remarkable world into which they have been cast.” He thus rejects Arendt’s splitting of political and social, and her valorization of the “who,” and in Moten’s terms he instead values how “entanglement and virtuosity” are negotiated in the “common life” of the ordinary. Both theorists thus defend “preservation” of customary ways of “taking care of beings and things,” as Wolin says, against neoliberal correction, progressive promises of incorporation, and radical romances of emancipation.42</w:t>
      </w:r>
    </w:p>
    <w:p>
      <w:pPr>
        <w:spacing w:after="60"/>
      </w:pPr>
      <w:r>
        <w:rPr>
          <w:b w:val="0"/>
          <w:i w:val="0"/>
          <w:smallCaps w:val="0"/>
          <w:strike w:val="0"/>
          <w:color w:val="000000"/>
          <w:sz w:val="16"/>
          <w:u w:val="none"/>
        </w:rPr>
        <w:t>Moten’s two antagonisms—between the few who run things and things that run, and between informal form and formalization—echo Wolin’s critique of bureaucracy, of “institutionalized systems of power,” and of “constitutional democracy”; and Moten’s refusals resonate with Wolin’s late claim that democracy names not a form of government but “fugitive” moments of insurgency. And though Wolin seems to mean “fugitive” only in its temporal sense of transient or fleeting, he also depicts democracy as interdicted by idioms of governance, contained by constitutions and organized power, and pathologized by norms stipulating the legal and proper. Like blackness— though Wolin never makes this association—his democracy is (called) criminal, transgressive, and chaotic; it is feared, hunted, and enclosed, though also “wanted,” desired, and used for legitimation. Both theorists embrace such epithets while showing how insurgency bespeaks “</w:t>
      </w:r>
      <w:r>
        <w:rPr>
          <w:b w:val="0"/>
          <w:i w:val="0"/>
          <w:smallCaps w:val="0"/>
          <w:strike w:val="0"/>
          <w:color w:val="000000"/>
          <w:sz w:val="16"/>
          <w:u w:val="none"/>
        </w:rPr>
        <w:t>jurisgenerative</w:t>
      </w:r>
      <w:r>
        <w:rPr>
          <w:b w:val="0"/>
          <w:i w:val="0"/>
          <w:smallCaps w:val="0"/>
          <w:strike w:val="0"/>
          <w:color w:val="000000"/>
          <w:sz w:val="16"/>
          <w:u w:val="none"/>
        </w:rPr>
        <w:t xml:space="preserve">” energies, engendered by commonality and memory, that precede and surround formal (state-centric) politics. Their fugitive protagonists—an </w:t>
      </w:r>
      <w:r>
        <w:rPr>
          <w:b w:val="0"/>
          <w:i w:val="0"/>
          <w:smallCaps w:val="0"/>
          <w:strike w:val="0"/>
          <w:color w:val="000000"/>
          <w:sz w:val="16"/>
          <w:u w:val="none"/>
        </w:rPr>
        <w:t>undercommons</w:t>
      </w:r>
      <w:r>
        <w:rPr>
          <w:b w:val="0"/>
          <w:i w:val="0"/>
          <w:smallCaps w:val="0"/>
          <w:strike w:val="0"/>
          <w:color w:val="000000"/>
          <w:sz w:val="16"/>
          <w:u w:val="none"/>
        </w:rPr>
        <w:t xml:space="preserve"> or popular insurgency—claim a spatial and symbolic distance from a deranged modern regime, and in Wolin’s words “replace the old citizenship” by “a fuller and wider notion of being, whose politicalness will be expressed not in one or two activities—voting or protesting—but in many.” Of course, this very “politicalness” is one mark of deep differences.43</w:t>
      </w:r>
    </w:p>
    <w:p>
      <w:pPr>
        <w:spacing w:after="60"/>
      </w:pPr>
      <w:r>
        <w:rPr>
          <w:b w:val="0"/>
          <w:i w:val="0"/>
          <w:smallCaps w:val="0"/>
          <w:strike w:val="0"/>
          <w:color w:val="000000"/>
          <w:sz w:val="16"/>
          <w:u w:val="none"/>
        </w:rPr>
        <w:t>Though Wolin’s awareness of racial inequality appears in repeated associations of democratic moments and social movements with black insurgency, he does not grasp how “commonality” names not (only) a resource against enclosure but the historical production of whiteness and settler colonialism. He laments the gap between formal citizenship and genuine participation, which effectively disempowers legally enfranchised citizens, but never construes citizenship as a racial status, “standing” as white, constituted by a racial state of exception. His hard-pressed “citizens” draw on tacit (local, rooted) customs, but he does not credit how their “commonality” reproduces popular power by racial terror. Moten thus brings to this idiom of commonality and democracy, as to Arendt’s “common sense” and “world,” a justified presumption that such predicates of the political mean antiblackness. But acknowledging this truth is also the premise of thinking abolition and radical democracy together.44</w:t>
      </w:r>
    </w:p>
    <w:p>
      <w:pPr>
        <w:spacing w:after="60"/>
      </w:pPr>
      <w:r>
        <w:rPr>
          <w:b w:val="0"/>
          <w:i w:val="0"/>
          <w:smallCaps w:val="0"/>
          <w:strike w:val="0"/>
          <w:color w:val="000000"/>
          <w:sz w:val="16"/>
          <w:u w:val="none"/>
        </w:rPr>
        <w:t xml:space="preserve">For if Wolin’s commonality risks racial innocence, his idea of </w:t>
      </w:r>
      <w:r>
        <w:rPr>
          <w:b w:val="0"/>
          <w:i w:val="0"/>
          <w:smallCaps w:val="0"/>
          <w:strike w:val="0"/>
          <w:color w:val="000000"/>
          <w:sz w:val="22"/>
          <w:u w:val="single"/>
        </w:rPr>
        <w:t>the political remains</w:t>
      </w:r>
      <w:r>
        <w:rPr>
          <w:b w:val="0"/>
          <w:i w:val="0"/>
          <w:smallCaps w:val="0"/>
          <w:strike w:val="0"/>
          <w:color w:val="000000"/>
          <w:sz w:val="16"/>
          <w:u w:val="none"/>
        </w:rPr>
        <w:t xml:space="preserve"> </w:t>
      </w:r>
      <w:r>
        <w:rPr>
          <w:b/>
          <w:i w:val="0"/>
          <w:smallCaps w:val="0"/>
          <w:strike w:val="0"/>
          <w:color w:val="000000"/>
          <w:sz w:val="22"/>
          <w:u w:val="single"/>
        </w:rPr>
        <w:t>essential</w:t>
      </w:r>
      <w:r>
        <w:rPr>
          <w:b w:val="0"/>
          <w:i w:val="0"/>
          <w:smallCaps w:val="0"/>
          <w:strike w:val="0"/>
          <w:color w:val="000000"/>
          <w:sz w:val="16"/>
          <w:u w:val="none"/>
        </w:rPr>
        <w:t xml:space="preserve"> </w:t>
      </w:r>
      <w:r>
        <w:rPr>
          <w:b w:val="0"/>
          <w:i w:val="0"/>
          <w:smallCaps w:val="0"/>
          <w:strike w:val="0"/>
          <w:color w:val="000000"/>
          <w:sz w:val="22"/>
          <w:u w:val="single"/>
        </w:rPr>
        <w:t>because it highlights the</w:t>
      </w:r>
      <w:r>
        <w:rPr>
          <w:b w:val="0"/>
          <w:i w:val="0"/>
          <w:smallCaps w:val="0"/>
          <w:strike w:val="0"/>
          <w:color w:val="000000"/>
          <w:sz w:val="16"/>
          <w:u w:val="none"/>
        </w:rPr>
        <w:t xml:space="preserve"> </w:t>
      </w:r>
      <w:r>
        <w:rPr>
          <w:b/>
          <w:i w:val="0"/>
          <w:smallCaps w:val="0"/>
          <w:strike w:val="0"/>
          <w:color w:val="000000"/>
          <w:sz w:val="22"/>
          <w:u w:val="single"/>
        </w:rPr>
        <w:t>foreclosures</w:t>
      </w:r>
      <w:r>
        <w:rPr>
          <w:b w:val="0"/>
          <w:i w:val="0"/>
          <w:smallCaps w:val="0"/>
          <w:strike w:val="0"/>
          <w:color w:val="000000"/>
          <w:sz w:val="16"/>
          <w:u w:val="none"/>
        </w:rPr>
        <w:t xml:space="preserve"> </w:t>
      </w:r>
      <w:r>
        <w:rPr>
          <w:b w:val="0"/>
          <w:i w:val="0"/>
          <w:smallCaps w:val="0"/>
          <w:strike w:val="0"/>
          <w:color w:val="000000"/>
          <w:sz w:val="22"/>
          <w:u w:val="single"/>
        </w:rPr>
        <w:t>in Moten’s sociality</w:t>
      </w:r>
      <w:r>
        <w:rPr>
          <w:b w:val="0"/>
          <w:i w:val="0"/>
          <w:smallCaps w:val="0"/>
          <w:strike w:val="0"/>
          <w:color w:val="000000"/>
          <w:sz w:val="16"/>
          <w:u w:val="none"/>
        </w:rPr>
        <w:t xml:space="preserve">. First, Wolin depicts both tacit commonality and explicit insurgency as contingent and, in that sense, as political. </w:t>
      </w:r>
      <w:r>
        <w:rPr>
          <w:b w:val="0"/>
          <w:i w:val="0"/>
          <w:smallCaps w:val="0"/>
          <w:strike w:val="0"/>
          <w:color w:val="000000"/>
          <w:sz w:val="22"/>
          <w:u w:val="single"/>
        </w:rPr>
        <w:t>Whereas Moten depicts sociality</w:t>
      </w:r>
      <w:r>
        <w:rPr>
          <w:b w:val="0"/>
          <w:i w:val="0"/>
          <w:smallCaps w:val="0"/>
          <w:strike w:val="0"/>
          <w:color w:val="000000"/>
          <w:sz w:val="16"/>
          <w:u w:val="none"/>
        </w:rPr>
        <w:t xml:space="preserve"> </w:t>
      </w:r>
      <w:r>
        <w:rPr>
          <w:b/>
          <w:i w:val="0"/>
          <w:smallCaps w:val="0"/>
          <w:strike w:val="0"/>
          <w:color w:val="000000"/>
          <w:sz w:val="22"/>
          <w:u w:val="single"/>
        </w:rPr>
        <w:t>underwritten by ontology</w:t>
      </w:r>
      <w:r>
        <w:rPr>
          <w:b w:val="0"/>
          <w:i w:val="0"/>
          <w:smallCaps w:val="0"/>
          <w:strike w:val="0"/>
          <w:color w:val="000000"/>
          <w:sz w:val="22"/>
          <w:u w:val="single"/>
        </w:rPr>
        <w:t>, and reproduced as antiblackness generates “</w:t>
      </w:r>
      <w:r>
        <w:rPr>
          <w:b/>
          <w:i w:val="0"/>
          <w:smallCaps w:val="0"/>
          <w:strike w:val="0"/>
          <w:color w:val="000000"/>
          <w:sz w:val="22"/>
          <w:u w:val="single"/>
        </w:rPr>
        <w:t>common habitation</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flight</w:t>
      </w:r>
      <w:r>
        <w:rPr>
          <w:b w:val="0"/>
          <w:i w:val="0"/>
          <w:smallCaps w:val="0"/>
          <w:strike w:val="0"/>
          <w:color w:val="000000"/>
          <w:sz w:val="22"/>
          <w:u w:val="single"/>
        </w:rPr>
        <w:t>,” Wolin sees</w:t>
      </w:r>
      <w:r>
        <w:rPr>
          <w:b w:val="0"/>
          <w:i w:val="0"/>
          <w:smallCaps w:val="0"/>
          <w:strike w:val="0"/>
          <w:color w:val="000000"/>
          <w:sz w:val="16"/>
          <w:u w:val="none"/>
        </w:rPr>
        <w:t xml:space="preserve"> </w:t>
      </w:r>
      <w:r>
        <w:rPr>
          <w:b w:val="0"/>
          <w:i w:val="0"/>
          <w:smallCaps w:val="0"/>
          <w:strike w:val="0"/>
          <w:color w:val="000000"/>
          <w:sz w:val="22"/>
          <w:u w:val="single"/>
        </w:rPr>
        <w:t>every (under)common</w:t>
      </w:r>
      <w:r>
        <w:rPr>
          <w:b w:val="0"/>
          <w:i w:val="0"/>
          <w:smallCaps w:val="0"/>
          <w:strike w:val="0"/>
          <w:color w:val="000000"/>
          <w:sz w:val="16"/>
          <w:u w:val="none"/>
        </w:rPr>
        <w:t xml:space="preserve"> </w:t>
      </w:r>
      <w:r>
        <w:rPr>
          <w:b/>
          <w:i w:val="0"/>
          <w:smallCaps w:val="0"/>
          <w:strike w:val="0"/>
          <w:color w:val="000000"/>
          <w:sz w:val="22"/>
          <w:u w:val="single"/>
        </w:rPr>
        <w:t>undone by</w:t>
      </w:r>
      <w:r>
        <w:rPr>
          <w:b w:val="0"/>
          <w:i w:val="0"/>
          <w:smallCaps w:val="0"/>
          <w:strike w:val="0"/>
          <w:color w:val="000000"/>
          <w:sz w:val="16"/>
          <w:u w:val="none"/>
        </w:rPr>
        <w:t xml:space="preserve"> political economy and </w:t>
      </w:r>
      <w:r>
        <w:rPr>
          <w:b/>
          <w:i w:val="0"/>
          <w:smallCaps w:val="0"/>
          <w:strike w:val="0"/>
          <w:color w:val="000000"/>
          <w:sz w:val="22"/>
          <w:u w:val="single"/>
        </w:rPr>
        <w:t>individualism</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not only</w:t>
      </w:r>
      <w:r>
        <w:rPr>
          <w:b w:val="0"/>
          <w:i w:val="0"/>
          <w:smallCaps w:val="0"/>
          <w:strike w:val="0"/>
          <w:color w:val="000000"/>
          <w:sz w:val="16"/>
          <w:u w:val="none"/>
        </w:rPr>
        <w:t xml:space="preserve"> </w:t>
      </w:r>
      <w:r>
        <w:rPr>
          <w:b/>
          <w:i w:val="0"/>
          <w:smallCaps w:val="0"/>
          <w:strike w:val="0"/>
          <w:color w:val="000000"/>
          <w:sz w:val="22"/>
          <w:u w:val="single"/>
        </w:rPr>
        <w:t>by incorporation into</w:t>
      </w:r>
      <w:r>
        <w:rPr>
          <w:b w:val="0"/>
          <w:i w:val="0"/>
          <w:smallCaps w:val="0"/>
          <w:strike w:val="0"/>
          <w:color w:val="000000"/>
          <w:sz w:val="16"/>
          <w:u w:val="none"/>
        </w:rPr>
        <w:t xml:space="preserve"> </w:t>
      </w:r>
      <w:r>
        <w:rPr>
          <w:b/>
          <w:i w:val="0"/>
          <w:smallCaps w:val="0"/>
          <w:strike w:val="0"/>
          <w:color w:val="000000"/>
          <w:sz w:val="22"/>
          <w:u w:val="single"/>
        </w:rPr>
        <w:t>formal politics</w:t>
      </w:r>
      <w:r>
        <w:rPr>
          <w:b w:val="0"/>
          <w:i w:val="0"/>
          <w:smallCaps w:val="0"/>
          <w:strike w:val="0"/>
          <w:color w:val="000000"/>
          <w:sz w:val="16"/>
          <w:u w:val="none"/>
        </w:rPr>
        <w:t xml:space="preserve">. Whereas Moten imagines the “absolute sufficiency” of sociality informally reproduced, Wolin argues that </w:t>
      </w:r>
      <w:r>
        <w:rPr>
          <w:b w:val="0"/>
          <w:i w:val="0"/>
          <w:smallCaps w:val="0"/>
          <w:strike w:val="0"/>
          <w:color w:val="000000"/>
          <w:sz w:val="22"/>
          <w:u w:val="single"/>
        </w:rPr>
        <w:t>commonality itself is (re)generated and remade</w:t>
      </w:r>
      <w:r>
        <w:rPr>
          <w:b w:val="0"/>
          <w:i w:val="0"/>
          <w:smallCaps w:val="0"/>
          <w:strike w:val="0"/>
          <w:color w:val="000000"/>
          <w:sz w:val="16"/>
          <w:u w:val="none"/>
        </w:rPr>
        <w:t xml:space="preserve"> </w:t>
      </w:r>
      <w:r>
        <w:rPr>
          <w:b/>
          <w:i w:val="0"/>
          <w:smallCaps w:val="0"/>
          <w:strike w:val="0"/>
          <w:color w:val="000000"/>
          <w:sz w:val="22"/>
          <w:u w:val="single"/>
        </w:rPr>
        <w:t>only</w:t>
      </w:r>
      <w:r>
        <w:rPr>
          <w:b w:val="0"/>
          <w:i w:val="0"/>
          <w:smallCaps w:val="0"/>
          <w:strike w:val="0"/>
          <w:color w:val="000000"/>
          <w:sz w:val="16"/>
          <w:u w:val="none"/>
        </w:rPr>
        <w:t xml:space="preserve"> </w:t>
      </w:r>
      <w:r>
        <w:rPr>
          <w:b w:val="0"/>
          <w:i w:val="0"/>
          <w:smallCaps w:val="0"/>
          <w:strike w:val="0"/>
          <w:color w:val="000000"/>
          <w:sz w:val="22"/>
          <w:u w:val="single"/>
        </w:rPr>
        <w:t>by practices that, though “emerging out of” sociality,</w:t>
      </w:r>
      <w:r>
        <w:rPr>
          <w:b w:val="0"/>
          <w:i w:val="0"/>
          <w:smallCaps w:val="0"/>
          <w:strike w:val="0"/>
          <w:color w:val="000000"/>
          <w:sz w:val="16"/>
          <w:u w:val="none"/>
        </w:rPr>
        <w:t xml:space="preserve"> </w:t>
      </w:r>
      <w:r>
        <w:rPr>
          <w:b/>
          <w:i w:val="0"/>
          <w:smallCaps w:val="0"/>
          <w:strike w:val="0"/>
          <w:color w:val="000000"/>
          <w:sz w:val="22"/>
          <w:u w:val="single"/>
        </w:rPr>
        <w:t>politicize</w:t>
      </w:r>
      <w:r>
        <w:rPr>
          <w:b w:val="0"/>
          <w:i w:val="0"/>
          <w:smallCaps w:val="0"/>
          <w:strike w:val="0"/>
          <w:color w:val="000000"/>
          <w:sz w:val="22"/>
          <w:u w:val="single"/>
        </w:rPr>
        <w:t>—</w:t>
      </w:r>
      <w:r>
        <w:rPr>
          <w:b/>
          <w:i w:val="0"/>
          <w:smallCaps w:val="0"/>
          <w:strike w:val="0"/>
          <w:color w:val="000000"/>
          <w:sz w:val="22"/>
          <w:u w:val="single"/>
        </w:rPr>
        <w:t>acknowledge</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(re)articulate</w:t>
      </w:r>
      <w:r>
        <w:rPr>
          <w:b w:val="0"/>
          <w:i w:val="0"/>
          <w:smallCaps w:val="0"/>
          <w:strike w:val="0"/>
          <w:color w:val="000000"/>
          <w:sz w:val="22"/>
          <w:u w:val="single"/>
        </w:rPr>
        <w:t>, or</w:t>
      </w:r>
      <w:r>
        <w:rPr>
          <w:b w:val="0"/>
          <w:i w:val="0"/>
          <w:smallCaps w:val="0"/>
          <w:strike w:val="0"/>
          <w:color w:val="000000"/>
          <w:sz w:val="16"/>
          <w:u w:val="none"/>
        </w:rPr>
        <w:t xml:space="preserve"> </w:t>
      </w:r>
      <w:r>
        <w:rPr>
          <w:b/>
          <w:i w:val="0"/>
          <w:smallCaps w:val="0"/>
          <w:strike w:val="0"/>
          <w:color w:val="000000"/>
          <w:sz w:val="22"/>
          <w:u w:val="single"/>
        </w:rPr>
        <w:t>(re)organize</w:t>
      </w:r>
      <w:r>
        <w:rPr>
          <w:b w:val="0"/>
          <w:i w:val="0"/>
          <w:smallCaps w:val="0"/>
          <w:strike w:val="0"/>
          <w:color w:val="000000"/>
          <w:sz w:val="22"/>
          <w:u w:val="single"/>
        </w:rPr>
        <w:t>—</w:t>
      </w:r>
      <w:r>
        <w:rPr>
          <w:b/>
          <w:i w:val="0"/>
          <w:smallCaps w:val="0"/>
          <w:strike w:val="0"/>
          <w:color w:val="000000"/>
          <w:sz w:val="22"/>
          <w:u w:val="single"/>
        </w:rPr>
        <w:t>tacit customs</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vernacular memories</w:t>
      </w:r>
      <w:r>
        <w:rPr>
          <w:b w:val="0"/>
          <w:i w:val="0"/>
          <w:smallCaps w:val="0"/>
          <w:strike w:val="0"/>
          <w:color w:val="000000"/>
          <w:sz w:val="22"/>
          <w:u w:val="single"/>
        </w:rPr>
        <w:t>. Tacit</w:t>
      </w:r>
      <w:r>
        <w:rPr>
          <w:b w:val="0"/>
          <w:i w:val="0"/>
          <w:smallCaps w:val="0"/>
          <w:strike w:val="0"/>
          <w:color w:val="000000"/>
          <w:sz w:val="16"/>
          <w:u w:val="none"/>
        </w:rPr>
        <w:t xml:space="preserve"> </w:t>
      </w:r>
      <w:r>
        <w:rPr>
          <w:b w:val="0"/>
          <w:i w:val="0"/>
          <w:smallCaps w:val="0"/>
          <w:strike w:val="0"/>
          <w:color w:val="000000"/>
          <w:sz w:val="22"/>
          <w:u w:val="single"/>
        </w:rPr>
        <w:t>commonality is</w:t>
      </w:r>
      <w:r>
        <w:rPr>
          <w:b w:val="0"/>
          <w:i w:val="0"/>
          <w:smallCaps w:val="0"/>
          <w:strike w:val="0"/>
          <w:color w:val="000000"/>
          <w:sz w:val="16"/>
          <w:u w:val="none"/>
        </w:rPr>
        <w:t xml:space="preserve"> </w:t>
      </w:r>
      <w:r>
        <w:rPr>
          <w:b w:val="0"/>
          <w:i w:val="0"/>
          <w:smallCaps w:val="0"/>
          <w:strike w:val="0"/>
          <w:color w:val="000000"/>
          <w:sz w:val="22"/>
          <w:u w:val="single"/>
        </w:rPr>
        <w:t>at once discovered, remade and</w:t>
      </w:r>
      <w:r>
        <w:rPr>
          <w:b w:val="0"/>
          <w:i w:val="0"/>
          <w:smallCaps w:val="0"/>
          <w:strike w:val="0"/>
          <w:color w:val="000000"/>
          <w:sz w:val="16"/>
          <w:u w:val="none"/>
        </w:rPr>
        <w:t xml:space="preserve"> </w:t>
      </w:r>
      <w:r>
        <w:rPr>
          <w:b w:val="0"/>
          <w:i w:val="0"/>
          <w:smallCaps w:val="0"/>
          <w:strike w:val="0"/>
          <w:color w:val="000000"/>
          <w:sz w:val="22"/>
          <w:u w:val="single"/>
        </w:rPr>
        <w:t>regenerated</w:t>
      </w:r>
      <w:r>
        <w:rPr>
          <w:b w:val="0"/>
          <w:i w:val="0"/>
          <w:smallCaps w:val="0"/>
          <w:strike w:val="0"/>
          <w:color w:val="000000"/>
          <w:sz w:val="16"/>
          <w:u w:val="none"/>
        </w:rPr>
        <w:t xml:space="preserve"> </w:t>
      </w:r>
      <w:r>
        <w:rPr>
          <w:b/>
          <w:i w:val="0"/>
          <w:smallCaps w:val="0"/>
          <w:strike w:val="0"/>
          <w:color w:val="000000"/>
          <w:sz w:val="22"/>
          <w:u w:val="single"/>
        </w:rPr>
        <w:t>only</w:t>
      </w:r>
      <w:r>
        <w:rPr>
          <w:b w:val="0"/>
          <w:i w:val="0"/>
          <w:smallCaps w:val="0"/>
          <w:strike w:val="0"/>
          <w:color w:val="000000"/>
          <w:sz w:val="16"/>
          <w:u w:val="none"/>
        </w:rPr>
        <w:t xml:space="preserve"> </w:t>
      </w:r>
      <w:r>
        <w:rPr>
          <w:b w:val="0"/>
          <w:i w:val="0"/>
          <w:smallCaps w:val="0"/>
          <w:strike w:val="0"/>
          <w:color w:val="000000"/>
          <w:sz w:val="22"/>
          <w:u w:val="single"/>
        </w:rPr>
        <w:t>[when] people make</w:t>
      </w:r>
      <w:r>
        <w:rPr>
          <w:b w:val="0"/>
          <w:i w:val="0"/>
          <w:smallCaps w:val="0"/>
          <w:strike w:val="0"/>
          <w:color w:val="000000"/>
          <w:sz w:val="16"/>
          <w:u w:val="none"/>
        </w:rPr>
        <w:t xml:space="preserve"> </w:t>
      </w:r>
      <w:r>
        <w:rPr>
          <w:b/>
          <w:i w:val="0"/>
          <w:smallCaps w:val="0"/>
          <w:strike w:val="0"/>
          <w:color w:val="000000"/>
          <w:sz w:val="22"/>
          <w:u w:val="single"/>
        </w:rPr>
        <w:t>explicit claims</w:t>
      </w:r>
      <w:r>
        <w:rPr>
          <w:b w:val="0"/>
          <w:i w:val="0"/>
          <w:smallCaps w:val="0"/>
          <w:strike w:val="0"/>
          <w:color w:val="000000"/>
          <w:sz w:val="16"/>
          <w:u w:val="none"/>
        </w:rPr>
        <w:t xml:space="preserve"> </w:t>
      </w:r>
      <w:r>
        <w:rPr>
          <w:b w:val="0"/>
          <w:i w:val="0"/>
          <w:smallCaps w:val="0"/>
          <w:strike w:val="0"/>
          <w:color w:val="000000"/>
          <w:sz w:val="22"/>
          <w:u w:val="single"/>
        </w:rPr>
        <w:t>in “</w:t>
      </w:r>
      <w:r>
        <w:rPr>
          <w:b/>
          <w:i w:val="0"/>
          <w:smallCaps w:val="0"/>
          <w:strike w:val="0"/>
          <w:color w:val="000000"/>
          <w:sz w:val="22"/>
          <w:u w:val="single"/>
        </w:rPr>
        <w:t>public declarations</w:t>
      </w:r>
      <w:r>
        <w:rPr>
          <w:b w:val="0"/>
          <w:i w:val="0"/>
          <w:smallCaps w:val="0"/>
          <w:strike w:val="0"/>
          <w:color w:val="000000"/>
          <w:sz w:val="22"/>
          <w:u w:val="single"/>
        </w:rPr>
        <w:t>,” or</w:t>
      </w:r>
      <w:r>
        <w:rPr>
          <w:b w:val="0"/>
          <w:i w:val="0"/>
          <w:smallCaps w:val="0"/>
          <w:strike w:val="0"/>
          <w:color w:val="000000"/>
          <w:sz w:val="16"/>
          <w:u w:val="none"/>
        </w:rPr>
        <w:t xml:space="preserve"> </w:t>
      </w:r>
      <w:r>
        <w:rPr>
          <w:b/>
          <w:i w:val="0"/>
          <w:smallCaps w:val="0"/>
          <w:strike w:val="0"/>
          <w:color w:val="000000"/>
          <w:sz w:val="22"/>
          <w:u w:val="single"/>
        </w:rPr>
        <w:t>visibly</w:t>
      </w:r>
      <w:r>
        <w:rPr>
          <w:b w:val="0"/>
          <w:i w:val="0"/>
          <w:smallCaps w:val="0"/>
          <w:strike w:val="0"/>
          <w:color w:val="000000"/>
          <w:sz w:val="16"/>
          <w:u w:val="none"/>
        </w:rPr>
        <w:t xml:space="preserve"> </w:t>
      </w:r>
      <w:r>
        <w:rPr>
          <w:b/>
          <w:i w:val="0"/>
          <w:smallCaps w:val="0"/>
          <w:strike w:val="0"/>
          <w:color w:val="000000"/>
          <w:sz w:val="22"/>
          <w:u w:val="single"/>
        </w:rPr>
        <w:t>exercise</w:t>
      </w:r>
      <w:r>
        <w:rPr>
          <w:b w:val="0"/>
          <w:i w:val="0"/>
          <w:smallCaps w:val="0"/>
          <w:strike w:val="0"/>
          <w:color w:val="000000"/>
          <w:sz w:val="16"/>
          <w:u w:val="none"/>
        </w:rPr>
        <w:t xml:space="preserve"> </w:t>
      </w:r>
      <w:r>
        <w:rPr>
          <w:b w:val="0"/>
          <w:i w:val="0"/>
          <w:smallCaps w:val="0"/>
          <w:strike w:val="0"/>
          <w:color w:val="000000"/>
          <w:sz w:val="22"/>
          <w:u w:val="single"/>
        </w:rPr>
        <w:t>“</w:t>
      </w:r>
      <w:r>
        <w:rPr>
          <w:b/>
          <w:i w:val="0"/>
          <w:smallCaps w:val="0"/>
          <w:strike w:val="0"/>
          <w:color w:val="000000"/>
          <w:sz w:val="22"/>
          <w:u w:val="single"/>
        </w:rPr>
        <w:t>collective power</w:t>
      </w:r>
      <w:r>
        <w:rPr>
          <w:b w:val="0"/>
          <w:i w:val="0"/>
          <w:smallCaps w:val="0"/>
          <w:strike w:val="0"/>
          <w:color w:val="000000"/>
          <w:sz w:val="22"/>
          <w:u w:val="single"/>
        </w:rPr>
        <w:t>” to “promote</w:t>
      </w:r>
      <w:r>
        <w:rPr>
          <w:b w:val="0"/>
          <w:i w:val="0"/>
          <w:smallCaps w:val="0"/>
          <w:strike w:val="0"/>
          <w:color w:val="000000"/>
          <w:sz w:val="16"/>
          <w:u w:val="none"/>
        </w:rPr>
        <w:t xml:space="preserve"> </w:t>
      </w:r>
      <w:r>
        <w:rPr>
          <w:b w:val="0"/>
          <w:i w:val="0"/>
          <w:smallCaps w:val="0"/>
          <w:strike w:val="0"/>
          <w:color w:val="000000"/>
          <w:sz w:val="22"/>
          <w:u w:val="single"/>
        </w:rPr>
        <w:t>or protect the well-being” of</w:t>
      </w:r>
      <w:r>
        <w:rPr>
          <w:b w:val="0"/>
          <w:i w:val="0"/>
          <w:smallCaps w:val="0"/>
          <w:strike w:val="0"/>
          <w:color w:val="000000"/>
          <w:sz w:val="16"/>
          <w:u w:val="none"/>
        </w:rPr>
        <w:t xml:space="preserve"> </w:t>
      </w:r>
      <w:r>
        <w:rPr>
          <w:b w:val="0"/>
          <w:i w:val="0"/>
          <w:smallCaps w:val="0"/>
          <w:strike w:val="0"/>
          <w:color w:val="000000"/>
          <w:sz w:val="22"/>
          <w:u w:val="single"/>
        </w:rPr>
        <w:t>a “</w:t>
      </w:r>
      <w:r>
        <w:rPr>
          <w:b/>
          <w:i w:val="0"/>
          <w:smallCaps w:val="0"/>
          <w:strike w:val="0"/>
          <w:color w:val="000000"/>
          <w:sz w:val="22"/>
          <w:u w:val="single"/>
        </w:rPr>
        <w:t>collectivity</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including an undercommon</w:t>
      </w:r>
      <w:r>
        <w:rPr>
          <w:b w:val="0"/>
          <w:i w:val="0"/>
          <w:smallCaps w:val="0"/>
          <w:strike w:val="0"/>
          <w:color w:val="000000"/>
          <w:sz w:val="16"/>
          <w:u w:val="none"/>
        </w:rPr>
        <w:t>.45</w:t>
      </w:r>
    </w:p>
    <w:p>
      <w:pPr>
        <w:spacing w:after="60"/>
      </w:pPr>
      <w:r>
        <w:rPr>
          <w:b w:val="0"/>
          <w:i w:val="0"/>
          <w:smallCaps w:val="0"/>
          <w:strike w:val="0"/>
          <w:color w:val="000000"/>
          <w:sz w:val="16"/>
          <w:u w:val="none"/>
        </w:rPr>
        <w:t>[MARKED]</w:t>
      </w:r>
    </w:p>
    <w:p>
      <w:pPr>
        <w:spacing w:after="60"/>
      </w:pPr>
      <w:r>
        <w:rPr>
          <w:b w:val="0"/>
          <w:i w:val="0"/>
          <w:smallCaps w:val="0"/>
          <w:strike w:val="0"/>
          <w:color w:val="000000"/>
          <w:sz w:val="16"/>
          <w:u w:val="none"/>
        </w:rPr>
        <w:t xml:space="preserve">Second, Wolin also links and distinguishes sociality and </w:t>
      </w:r>
      <w:r>
        <w:rPr>
          <w:b w:val="0"/>
          <w:i w:val="0"/>
          <w:smallCaps w:val="0"/>
          <w:strike w:val="0"/>
          <w:color w:val="000000"/>
          <w:sz w:val="16"/>
          <w:u w:val="none"/>
        </w:rPr>
        <w:t>politicality</w:t>
      </w:r>
      <w:r>
        <w:rPr>
          <w:b w:val="0"/>
          <w:i w:val="0"/>
          <w:smallCaps w:val="0"/>
          <w:strike w:val="0"/>
          <w:color w:val="000000"/>
          <w:sz w:val="16"/>
          <w:u w:val="none"/>
        </w:rPr>
        <w:t xml:space="preserve"> by depicting the experience and practice of sharing and exercising power. For Wolin, local or customary “institutions and practices are sustained” only by our “capacity to share in power, to cooperate in it.” </w:t>
      </w:r>
      <w:r>
        <w:rPr>
          <w:b w:val="0"/>
          <w:i w:val="0"/>
          <w:smallCaps w:val="0"/>
          <w:strike w:val="0"/>
          <w:color w:val="000000"/>
          <w:sz w:val="22"/>
          <w:u w:val="single"/>
        </w:rPr>
        <w:t>“Power to,” generated and shared by the</w:t>
      </w:r>
      <w:r>
        <w:rPr>
          <w:b w:val="0"/>
          <w:i w:val="0"/>
          <w:smallCaps w:val="0"/>
          <w:strike w:val="0"/>
          <w:color w:val="000000"/>
          <w:sz w:val="16"/>
          <w:u w:val="none"/>
        </w:rPr>
        <w:t xml:space="preserve"> </w:t>
      </w:r>
      <w:r>
        <w:rPr>
          <w:b/>
          <w:i w:val="0"/>
          <w:smallCaps w:val="0"/>
          <w:strike w:val="0"/>
          <w:color w:val="000000"/>
          <w:sz w:val="22"/>
          <w:u w:val="single"/>
        </w:rPr>
        <w:t>ongoing practices of assembly</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cooperation</w:t>
      </w:r>
      <w:r>
        <w:rPr>
          <w:b w:val="0"/>
          <w:i w:val="0"/>
          <w:smallCaps w:val="0"/>
          <w:strike w:val="0"/>
          <w:color w:val="000000"/>
          <w:sz w:val="16"/>
          <w:u w:val="none"/>
        </w:rPr>
        <w:t xml:space="preserve"> </w:t>
      </w:r>
      <w:r>
        <w:rPr>
          <w:b w:val="0"/>
          <w:i w:val="0"/>
          <w:smallCaps w:val="0"/>
          <w:strike w:val="0"/>
          <w:color w:val="000000"/>
          <w:sz w:val="22"/>
          <w:u w:val="single"/>
        </w:rPr>
        <w:t>that Moten calls planning, is thus the</w:t>
      </w:r>
      <w:r>
        <w:rPr>
          <w:b w:val="0"/>
          <w:i w:val="0"/>
          <w:smallCaps w:val="0"/>
          <w:strike w:val="0"/>
          <w:color w:val="000000"/>
          <w:sz w:val="16"/>
          <w:u w:val="none"/>
        </w:rPr>
        <w:t xml:space="preserve"> </w:t>
      </w:r>
      <w:r>
        <w:rPr>
          <w:b/>
          <w:i w:val="0"/>
          <w:smallCaps w:val="0"/>
          <w:strike w:val="0"/>
          <w:color w:val="000000"/>
          <w:sz w:val="22"/>
          <w:u w:val="single"/>
        </w:rPr>
        <w:t>basis</w:t>
      </w:r>
      <w:r>
        <w:rPr>
          <w:b w:val="0"/>
          <w:i w:val="0"/>
          <w:smallCaps w:val="0"/>
          <w:strike w:val="0"/>
          <w:color w:val="000000"/>
          <w:sz w:val="16"/>
          <w:u w:val="none"/>
        </w:rPr>
        <w:t xml:space="preserve"> </w:t>
      </w:r>
      <w:r>
        <w:rPr>
          <w:b w:val="0"/>
          <w:i w:val="0"/>
          <w:smallCaps w:val="0"/>
          <w:strike w:val="0"/>
          <w:color w:val="000000"/>
          <w:sz w:val="22"/>
          <w:u w:val="single"/>
        </w:rPr>
        <w:t>of all other goods. But</w:t>
      </w:r>
      <w:r>
        <w:rPr>
          <w:b w:val="0"/>
          <w:i w:val="0"/>
          <w:smallCaps w:val="0"/>
          <w:strike w:val="0"/>
          <w:color w:val="000000"/>
          <w:sz w:val="16"/>
          <w:u w:val="none"/>
        </w:rPr>
        <w:t>, as “distilled” from the “relations and circles we move within”—call this Moten’s sociality—</w:t>
      </w:r>
      <w:r>
        <w:rPr>
          <w:b w:val="0"/>
          <w:i w:val="0"/>
          <w:smallCaps w:val="0"/>
          <w:strike w:val="0"/>
          <w:color w:val="000000"/>
          <w:sz w:val="22"/>
          <w:u w:val="single"/>
        </w:rPr>
        <w:t>this power, at once “</w:t>
      </w:r>
      <w:r>
        <w:rPr>
          <w:b/>
          <w:i w:val="0"/>
          <w:smallCaps w:val="0"/>
          <w:strike w:val="0"/>
          <w:color w:val="000000"/>
          <w:sz w:val="22"/>
          <w:u w:val="single"/>
        </w:rPr>
        <w:t>symbolic</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material</w:t>
      </w:r>
      <w:r>
        <w:rPr>
          <w:b w:val="0"/>
          <w:i w:val="0"/>
          <w:smallCaps w:val="0"/>
          <w:strike w:val="0"/>
          <w:color w:val="000000"/>
          <w:sz w:val="22"/>
          <w:u w:val="single"/>
        </w:rPr>
        <w:t>, and</w:t>
      </w:r>
      <w:r>
        <w:rPr>
          <w:b w:val="0"/>
          <w:i w:val="0"/>
          <w:smallCaps w:val="0"/>
          <w:strike w:val="0"/>
          <w:color w:val="000000"/>
          <w:sz w:val="16"/>
          <w:u w:val="none"/>
        </w:rPr>
        <w:t xml:space="preserve"> </w:t>
      </w:r>
      <w:r>
        <w:rPr>
          <w:b/>
          <w:i w:val="0"/>
          <w:smallCaps w:val="0"/>
          <w:strike w:val="0"/>
          <w:color w:val="000000"/>
          <w:sz w:val="22"/>
          <w:u w:val="single"/>
        </w:rPr>
        <w:t>psychological</w:t>
      </w:r>
      <w:r>
        <w:rPr>
          <w:b w:val="0"/>
          <w:i w:val="0"/>
          <w:smallCaps w:val="0"/>
          <w:strike w:val="0"/>
          <w:color w:val="000000"/>
          <w:sz w:val="22"/>
          <w:u w:val="single"/>
        </w:rPr>
        <w:t>,” “</w:t>
      </w:r>
      <w:r>
        <w:rPr>
          <w:b/>
          <w:i w:val="0"/>
          <w:smallCaps w:val="0"/>
          <w:strike w:val="0"/>
          <w:color w:val="000000"/>
          <w:sz w:val="22"/>
          <w:u w:val="single"/>
        </w:rPr>
        <w:t>enables political beings to act together</w:t>
      </w:r>
      <w:r>
        <w:rPr>
          <w:b w:val="0"/>
          <w:i w:val="0"/>
          <w:smallCaps w:val="0"/>
          <w:strike w:val="0"/>
          <w:color w:val="000000"/>
          <w:sz w:val="22"/>
          <w:u w:val="single"/>
        </w:rPr>
        <w:t>.”</w:t>
      </w:r>
      <w:r>
        <w:rPr>
          <w:b w:val="0"/>
          <w:i w:val="0"/>
          <w:smallCaps w:val="0"/>
          <w:strike w:val="0"/>
          <w:color w:val="000000"/>
          <w:sz w:val="16"/>
          <w:u w:val="none"/>
        </w:rPr>
        <w:t xml:space="preserve"> As the political dimension of sociality, </w:t>
      </w:r>
      <w:r>
        <w:rPr>
          <w:b w:val="0"/>
          <w:i w:val="0"/>
          <w:smallCaps w:val="0"/>
          <w:strike w:val="0"/>
          <w:color w:val="000000"/>
          <w:sz w:val="22"/>
          <w:u w:val="single"/>
        </w:rPr>
        <w:t>“power” can be</w:t>
      </w:r>
      <w:r>
        <w:rPr>
          <w:b w:val="0"/>
          <w:i w:val="0"/>
          <w:smallCaps w:val="0"/>
          <w:strike w:val="0"/>
          <w:color w:val="000000"/>
          <w:sz w:val="16"/>
          <w:u w:val="none"/>
        </w:rPr>
        <w:t xml:space="preserve"> </w:t>
      </w:r>
      <w:r>
        <w:rPr>
          <w:b/>
          <w:i w:val="0"/>
          <w:smallCaps w:val="0"/>
          <w:strike w:val="0"/>
          <w:color w:val="000000"/>
          <w:sz w:val="22"/>
          <w:u w:val="single"/>
        </w:rPr>
        <w:t>extracted by states</w:t>
      </w:r>
      <w:r>
        <w:rPr>
          <w:b w:val="0"/>
          <w:i w:val="0"/>
          <w:smallCaps w:val="0"/>
          <w:strike w:val="0"/>
          <w:color w:val="000000"/>
          <w:sz w:val="16"/>
          <w:u w:val="none"/>
        </w:rPr>
        <w:t xml:space="preserve"> </w:t>
      </w:r>
      <w:r>
        <w:rPr>
          <w:b w:val="0"/>
          <w:i w:val="0"/>
          <w:smallCaps w:val="0"/>
          <w:strike w:val="0"/>
          <w:color w:val="000000"/>
          <w:sz w:val="22"/>
          <w:u w:val="single"/>
        </w:rPr>
        <w:t>or</w:t>
      </w:r>
      <w:r>
        <w:rPr>
          <w:b w:val="0"/>
          <w:i w:val="0"/>
          <w:smallCaps w:val="0"/>
          <w:strike w:val="0"/>
          <w:color w:val="000000"/>
          <w:sz w:val="16"/>
          <w:u w:val="none"/>
        </w:rPr>
        <w:t xml:space="preserve"> </w:t>
      </w:r>
      <w:r>
        <w:rPr>
          <w:b/>
          <w:i w:val="0"/>
          <w:smallCaps w:val="0"/>
          <w:strike w:val="0"/>
          <w:color w:val="000000"/>
          <w:sz w:val="22"/>
          <w:u w:val="single"/>
        </w:rPr>
        <w:t>undermined by individualism</w:t>
      </w:r>
      <w:r>
        <w:rPr>
          <w:b w:val="0"/>
          <w:i w:val="0"/>
          <w:smallCaps w:val="0"/>
          <w:strike w:val="0"/>
          <w:color w:val="000000"/>
          <w:sz w:val="22"/>
          <w:u w:val="single"/>
        </w:rPr>
        <w:t>, and thus alienated, a loss that</w:t>
      </w:r>
      <w:r>
        <w:rPr>
          <w:b w:val="0"/>
          <w:i w:val="0"/>
          <w:smallCaps w:val="0"/>
          <w:strike w:val="0"/>
          <w:color w:val="000000"/>
          <w:sz w:val="16"/>
          <w:u w:val="none"/>
        </w:rPr>
        <w:t xml:space="preserve"> </w:t>
      </w:r>
      <w:r>
        <w:rPr>
          <w:b/>
          <w:i w:val="0"/>
          <w:smallCaps w:val="0"/>
          <w:strike w:val="0"/>
          <w:color w:val="000000"/>
          <w:sz w:val="22"/>
          <w:u w:val="single"/>
        </w:rPr>
        <w:t>devitalizes the solidarity</w:t>
      </w:r>
      <w:r>
        <w:rPr>
          <w:b w:val="0"/>
          <w:i w:val="0"/>
          <w:smallCaps w:val="0"/>
          <w:strike w:val="0"/>
          <w:color w:val="000000"/>
          <w:sz w:val="22"/>
          <w:u w:val="single"/>
        </w:rPr>
        <w:t>—and thereby the</w:t>
      </w:r>
      <w:r>
        <w:rPr>
          <w:b w:val="0"/>
          <w:i w:val="0"/>
          <w:smallCaps w:val="0"/>
          <w:strike w:val="0"/>
          <w:color w:val="000000"/>
          <w:sz w:val="16"/>
          <w:u w:val="none"/>
        </w:rPr>
        <w:t xml:space="preserve"> </w:t>
      </w:r>
      <w:r>
        <w:rPr>
          <w:b/>
          <w:i w:val="0"/>
          <w:smallCaps w:val="0"/>
          <w:strike w:val="0"/>
          <w:color w:val="000000"/>
          <w:sz w:val="22"/>
          <w:u w:val="single"/>
        </w:rPr>
        <w:t>generative capacity</w:t>
      </w:r>
      <w:r>
        <w:rPr>
          <w:b w:val="0"/>
          <w:i w:val="0"/>
          <w:smallCaps w:val="0"/>
          <w:strike w:val="0"/>
          <w:color w:val="000000"/>
          <w:sz w:val="22"/>
          <w:u w:val="single"/>
        </w:rPr>
        <w:t>—of sociality</w:t>
      </w:r>
      <w:r>
        <w:rPr>
          <w:b w:val="0"/>
          <w:i w:val="0"/>
          <w:smallCaps w:val="0"/>
          <w:strike w:val="0"/>
          <w:color w:val="000000"/>
          <w:sz w:val="16"/>
          <w:u w:val="none"/>
        </w:rPr>
        <w:t xml:space="preserve">. The recurring “loss of the political,” as capacities to articulate the tacit and organize power, reveals the nature of the political as a distinctive “mode of experience,” for “we are always losing it and having to recover it.” </w:t>
      </w:r>
      <w:r>
        <w:rPr>
          <w:b w:val="0"/>
          <w:i w:val="0"/>
          <w:smallCaps w:val="0"/>
          <w:strike w:val="0"/>
          <w:color w:val="000000"/>
          <w:sz w:val="22"/>
          <w:u w:val="single"/>
        </w:rPr>
        <w:t>But “</w:t>
      </w:r>
      <w:r>
        <w:rPr>
          <w:b/>
          <w:i w:val="0"/>
          <w:smallCaps w:val="0"/>
          <w:strike w:val="0"/>
          <w:color w:val="000000"/>
          <w:sz w:val="22"/>
          <w:u w:val="single"/>
        </w:rPr>
        <w:t>renewal</w:t>
      </w:r>
      <w:r>
        <w:rPr>
          <w:b w:val="0"/>
          <w:i w:val="0"/>
          <w:smallCaps w:val="0"/>
          <w:strike w:val="0"/>
          <w:color w:val="000000"/>
          <w:sz w:val="22"/>
          <w:u w:val="single"/>
        </w:rPr>
        <w:t>” is</w:t>
      </w:r>
      <w:r>
        <w:rPr>
          <w:b w:val="0"/>
          <w:i w:val="0"/>
          <w:smallCaps w:val="0"/>
          <w:strike w:val="0"/>
          <w:color w:val="000000"/>
          <w:sz w:val="16"/>
          <w:u w:val="none"/>
        </w:rPr>
        <w:t xml:space="preserve"> </w:t>
      </w:r>
      <w:r>
        <w:rPr>
          <w:b/>
          <w:i w:val="0"/>
          <w:smallCaps w:val="0"/>
          <w:strike w:val="0"/>
          <w:color w:val="000000"/>
          <w:sz w:val="22"/>
          <w:u w:val="single"/>
        </w:rPr>
        <w:t>always possible</w:t>
      </w:r>
      <w:r>
        <w:rPr>
          <w:b w:val="0"/>
          <w:i w:val="0"/>
          <w:smallCaps w:val="0"/>
          <w:strike w:val="0"/>
          <w:color w:val="000000"/>
          <w:sz w:val="16"/>
          <w:u w:val="none"/>
        </w:rPr>
        <w:t xml:space="preserve">, partly “as human beings rediscover the common being of human beings,” </w:t>
      </w:r>
      <w:r>
        <w:rPr>
          <w:b w:val="0"/>
          <w:i w:val="0"/>
          <w:smallCaps w:val="0"/>
          <w:strike w:val="0"/>
          <w:color w:val="000000"/>
          <w:sz w:val="22"/>
          <w:u w:val="single"/>
        </w:rPr>
        <w:t>partly by “creating</w:t>
      </w:r>
      <w:r>
        <w:rPr>
          <w:b w:val="0"/>
          <w:i w:val="0"/>
          <w:smallCaps w:val="0"/>
          <w:strike w:val="0"/>
          <w:color w:val="000000"/>
          <w:sz w:val="16"/>
          <w:u w:val="none"/>
        </w:rPr>
        <w:t xml:space="preserve"> </w:t>
      </w:r>
      <w:r>
        <w:rPr>
          <w:b/>
          <w:i w:val="0"/>
          <w:smallCaps w:val="0"/>
          <w:strike w:val="0"/>
          <w:color w:val="000000"/>
          <w:sz w:val="22"/>
          <w:u w:val="single"/>
        </w:rPr>
        <w:t>new patterns of commonality</w:t>
      </w:r>
      <w:r>
        <w:rPr>
          <w:b w:val="0"/>
          <w:i w:val="0"/>
          <w:smallCaps w:val="0"/>
          <w:strike w:val="0"/>
          <w:color w:val="000000"/>
          <w:sz w:val="22"/>
          <w:u w:val="single"/>
        </w:rPr>
        <w:t>” across differences, and partly by (re)making “</w:t>
      </w:r>
      <w:r>
        <w:rPr>
          <w:b/>
          <w:i w:val="0"/>
          <w:smallCaps w:val="0"/>
          <w:strike w:val="0"/>
          <w:color w:val="000000"/>
          <w:sz w:val="22"/>
          <w:u w:val="single"/>
        </w:rPr>
        <w:t>modes of action</w:t>
      </w:r>
      <w:r>
        <w:rPr>
          <w:b w:val="0"/>
          <w:i w:val="0"/>
          <w:smallCaps w:val="0"/>
          <w:strike w:val="0"/>
          <w:color w:val="000000"/>
          <w:sz w:val="22"/>
          <w:u w:val="single"/>
        </w:rPr>
        <w:t>” by which to “</w:t>
      </w:r>
      <w:r>
        <w:rPr>
          <w:b/>
          <w:i w:val="0"/>
          <w:smallCaps w:val="0"/>
          <w:strike w:val="0"/>
          <w:color w:val="000000"/>
          <w:sz w:val="22"/>
          <w:u w:val="single"/>
        </w:rPr>
        <w:t>concert their powers</w:t>
      </w:r>
      <w:r>
        <w:rPr>
          <w:b w:val="0"/>
          <w:i w:val="0"/>
          <w:smallCaps w:val="0"/>
          <w:strike w:val="0"/>
          <w:color w:val="000000"/>
          <w:sz w:val="22"/>
          <w:u w:val="single"/>
        </w:rPr>
        <w:t>.”</w:t>
      </w:r>
      <w:r>
        <w:rPr>
          <w:b w:val="0"/>
          <w:i w:val="0"/>
          <w:smallCaps w:val="0"/>
          <w:strike w:val="0"/>
          <w:color w:val="000000"/>
          <w:sz w:val="16"/>
          <w:u w:val="none"/>
        </w:rPr>
        <w:t xml:space="preserve"> Though grounded in sociality, Wolin’s political thus opens an interval between the tacit and the explicit, in which experience is metabolized and (re)articulated. </w:t>
      </w:r>
      <w:r>
        <w:rPr>
          <w:b w:val="0"/>
          <w:i w:val="0"/>
          <w:smallCaps w:val="0"/>
          <w:strike w:val="0"/>
          <w:color w:val="000000"/>
          <w:sz w:val="22"/>
          <w:u w:val="single"/>
        </w:rPr>
        <w:t>In this interval people</w:t>
      </w:r>
      <w:r>
        <w:rPr>
          <w:b w:val="0"/>
          <w:i w:val="0"/>
          <w:smallCaps w:val="0"/>
          <w:strike w:val="0"/>
          <w:color w:val="000000"/>
          <w:sz w:val="16"/>
          <w:u w:val="none"/>
        </w:rPr>
        <w:t xml:space="preserve"> </w:t>
      </w:r>
      <w:r>
        <w:rPr>
          <w:b/>
          <w:i w:val="0"/>
          <w:smallCaps w:val="0"/>
          <w:strike w:val="0"/>
          <w:color w:val="000000"/>
          <w:sz w:val="22"/>
          <w:u w:val="single"/>
        </w:rPr>
        <w:t>question the organization of power</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rules of justice</w:t>
      </w:r>
      <w:r>
        <w:rPr>
          <w:b w:val="0"/>
          <w:i w:val="0"/>
          <w:smallCaps w:val="0"/>
          <w:strike w:val="0"/>
          <w:color w:val="000000"/>
          <w:sz w:val="22"/>
          <w:u w:val="single"/>
        </w:rPr>
        <w:t>, and they</w:t>
      </w:r>
      <w:r>
        <w:rPr>
          <w:b w:val="0"/>
          <w:i w:val="0"/>
          <w:smallCaps w:val="0"/>
          <w:strike w:val="0"/>
          <w:color w:val="000000"/>
          <w:sz w:val="16"/>
          <w:u w:val="none"/>
        </w:rPr>
        <w:t xml:space="preserve"> </w:t>
      </w:r>
      <w:r>
        <w:rPr>
          <w:b/>
          <w:i w:val="0"/>
          <w:smallCaps w:val="0"/>
          <w:strike w:val="0"/>
          <w:color w:val="000000"/>
          <w:sz w:val="22"/>
          <w:u w:val="single"/>
        </w:rPr>
        <w:t>answer</w:t>
      </w:r>
      <w:r>
        <w:rPr>
          <w:b w:val="0"/>
          <w:i w:val="0"/>
          <w:smallCaps w:val="0"/>
          <w:strike w:val="0"/>
          <w:color w:val="000000"/>
          <w:sz w:val="16"/>
          <w:u w:val="none"/>
        </w:rPr>
        <w:t xml:space="preserve"> </w:t>
      </w:r>
      <w:r>
        <w:rPr>
          <w:b w:val="0"/>
          <w:i w:val="0"/>
          <w:smallCaps w:val="0"/>
          <w:strike w:val="0"/>
          <w:color w:val="000000"/>
          <w:sz w:val="22"/>
          <w:u w:val="single"/>
        </w:rPr>
        <w:t>as they “</w:t>
      </w:r>
      <w:r>
        <w:rPr>
          <w:b/>
          <w:i w:val="0"/>
          <w:smallCaps w:val="0"/>
          <w:strike w:val="0"/>
          <w:color w:val="000000"/>
          <w:sz w:val="22"/>
          <w:u w:val="single"/>
        </w:rPr>
        <w:t>reinvent forms</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practices</w:t>
      </w:r>
      <w:r>
        <w:rPr>
          <w:b w:val="0"/>
          <w:i w:val="0"/>
          <w:smallCaps w:val="0"/>
          <w:strike w:val="0"/>
          <w:color w:val="000000"/>
          <w:sz w:val="22"/>
          <w:u w:val="single"/>
        </w:rPr>
        <w:t>” that express “a</w:t>
      </w:r>
      <w:r>
        <w:rPr>
          <w:b w:val="0"/>
          <w:i w:val="0"/>
          <w:smallCaps w:val="0"/>
          <w:strike w:val="0"/>
          <w:color w:val="000000"/>
          <w:sz w:val="16"/>
          <w:u w:val="none"/>
        </w:rPr>
        <w:t xml:space="preserve"> </w:t>
      </w:r>
      <w:r>
        <w:rPr>
          <w:b/>
          <w:i w:val="0"/>
          <w:smallCaps w:val="0"/>
          <w:strike w:val="0"/>
          <w:color w:val="000000"/>
          <w:sz w:val="22"/>
          <w:u w:val="single"/>
        </w:rPr>
        <w:t>democratic conception</w:t>
      </w:r>
      <w:r>
        <w:rPr>
          <w:b w:val="0"/>
          <w:i w:val="0"/>
          <w:smallCaps w:val="0"/>
          <w:strike w:val="0"/>
          <w:color w:val="000000"/>
          <w:sz w:val="16"/>
          <w:u w:val="none"/>
        </w:rPr>
        <w:t xml:space="preserve"> </w:t>
      </w:r>
      <w:r>
        <w:rPr>
          <w:b w:val="0"/>
          <w:i w:val="0"/>
          <w:smallCaps w:val="0"/>
          <w:strike w:val="0"/>
          <w:color w:val="000000"/>
          <w:sz w:val="22"/>
          <w:u w:val="single"/>
        </w:rPr>
        <w:t>of collective life.”</w:t>
      </w:r>
      <w:r>
        <w:rPr>
          <w:b w:val="0"/>
          <w:i w:val="0"/>
          <w:smallCaps w:val="0"/>
          <w:strike w:val="0"/>
          <w:color w:val="000000"/>
          <w:sz w:val="16"/>
          <w:u w:val="none"/>
        </w:rPr>
        <w:t>46</w:t>
      </w:r>
    </w:p>
    <w:p>
      <w:pPr>
        <w:spacing w:after="60"/>
      </w:pPr>
      <w:r>
        <w:rPr>
          <w:b w:val="0"/>
          <w:i w:val="0"/>
          <w:smallCaps w:val="0"/>
          <w:strike w:val="0"/>
          <w:color w:val="000000"/>
          <w:sz w:val="16"/>
          <w:u w:val="none"/>
        </w:rPr>
        <w:t xml:space="preserve">For Moten, of course, “democratic” and collective” signal the alienated rule that abstracts from lived sociality to “designate” a political to represent us, whereas black fugitives refuse to be governed or represented by others but also to translate themselves into legible political terms. In contrast, Wolin offers a potentially fruitful, not only correctional or appropriative—we might say agonistic—relation between the tacit and the explicit. In fact, </w:t>
      </w:r>
      <w:r>
        <w:rPr>
          <w:b w:val="0"/>
          <w:i w:val="0"/>
          <w:smallCaps w:val="0"/>
          <w:strike w:val="0"/>
          <w:color w:val="000000"/>
          <w:sz w:val="22"/>
          <w:u w:val="single"/>
        </w:rPr>
        <w:t>practices of “</w:t>
      </w:r>
      <w:r>
        <w:rPr>
          <w:b/>
          <w:i w:val="0"/>
          <w:smallCaps w:val="0"/>
          <w:strike w:val="0"/>
          <w:color w:val="000000"/>
          <w:sz w:val="22"/>
          <w:u w:val="single"/>
        </w:rPr>
        <w:t>fugitive democracy</w:t>
      </w:r>
      <w:r>
        <w:rPr>
          <w:b w:val="0"/>
          <w:i w:val="0"/>
          <w:smallCaps w:val="0"/>
          <w:strike w:val="0"/>
          <w:color w:val="000000"/>
          <w:sz w:val="22"/>
          <w:u w:val="single"/>
        </w:rPr>
        <w:t>” recurrently emerge in and from black sociality, as the practices of</w:t>
      </w:r>
      <w:r>
        <w:rPr>
          <w:b w:val="0"/>
          <w:i w:val="0"/>
          <w:smallCaps w:val="0"/>
          <w:strike w:val="0"/>
          <w:color w:val="000000"/>
          <w:sz w:val="16"/>
          <w:u w:val="none"/>
        </w:rPr>
        <w:t xml:space="preserve"> </w:t>
      </w:r>
      <w:r>
        <w:rPr>
          <w:b/>
          <w:i w:val="0"/>
          <w:smallCaps w:val="0"/>
          <w:strike w:val="0"/>
          <w:color w:val="000000"/>
          <w:sz w:val="22"/>
          <w:u w:val="single"/>
        </w:rPr>
        <w:t>Black Lives Matter</w:t>
      </w:r>
      <w:r>
        <w:rPr>
          <w:b w:val="0"/>
          <w:i w:val="0"/>
          <w:smallCaps w:val="0"/>
          <w:strike w:val="0"/>
          <w:color w:val="000000"/>
          <w:sz w:val="16"/>
          <w:u w:val="none"/>
        </w:rPr>
        <w:t xml:space="preserve"> </w:t>
      </w:r>
      <w:r>
        <w:rPr>
          <w:b w:val="0"/>
          <w:i w:val="0"/>
          <w:smallCaps w:val="0"/>
          <w:strike w:val="0"/>
          <w:color w:val="000000"/>
          <w:sz w:val="22"/>
          <w:u w:val="single"/>
        </w:rPr>
        <w:t>activism most recently</w:t>
      </w:r>
      <w:r>
        <w:rPr>
          <w:b w:val="0"/>
          <w:i w:val="0"/>
          <w:smallCaps w:val="0"/>
          <w:strike w:val="0"/>
          <w:color w:val="000000"/>
          <w:sz w:val="16"/>
          <w:u w:val="none"/>
        </w:rPr>
        <w:t xml:space="preserve"> </w:t>
      </w:r>
      <w:r>
        <w:rPr>
          <w:b w:val="0"/>
          <w:i w:val="0"/>
          <w:smallCaps w:val="0"/>
          <w:strike w:val="0"/>
          <w:color w:val="000000"/>
          <w:sz w:val="22"/>
          <w:u w:val="single"/>
        </w:rPr>
        <w:t>demonstrate</w:t>
      </w:r>
      <w:r>
        <w:rPr>
          <w:b w:val="0"/>
          <w:i w:val="0"/>
          <w:smallCaps w:val="0"/>
          <w:strike w:val="0"/>
          <w:color w:val="000000"/>
          <w:sz w:val="16"/>
          <w:u w:val="none"/>
        </w:rPr>
        <w:t xml:space="preserve">. For sure, </w:t>
      </w:r>
      <w:r>
        <w:rPr>
          <w:b w:val="0"/>
          <w:i w:val="0"/>
          <w:smallCaps w:val="0"/>
          <w:strike w:val="0"/>
          <w:color w:val="000000"/>
          <w:sz w:val="22"/>
          <w:u w:val="single"/>
        </w:rPr>
        <w:t>practices of</w:t>
      </w:r>
      <w:r>
        <w:rPr>
          <w:b w:val="0"/>
          <w:i w:val="0"/>
          <w:smallCaps w:val="0"/>
          <w:strike w:val="0"/>
          <w:color w:val="000000"/>
          <w:sz w:val="16"/>
          <w:u w:val="none"/>
        </w:rPr>
        <w:t xml:space="preserve"> </w:t>
      </w:r>
      <w:r>
        <w:rPr>
          <w:b/>
          <w:i w:val="0"/>
          <w:smallCaps w:val="0"/>
          <w:strike w:val="0"/>
          <w:color w:val="000000"/>
          <w:sz w:val="22"/>
          <w:u w:val="single"/>
        </w:rPr>
        <w:t>concealment</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evasion</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which</w:t>
      </w:r>
      <w:r>
        <w:rPr>
          <w:b w:val="0"/>
          <w:i w:val="0"/>
          <w:smallCaps w:val="0"/>
          <w:strike w:val="0"/>
          <w:color w:val="000000"/>
          <w:sz w:val="16"/>
          <w:u w:val="none"/>
        </w:rPr>
        <w:t xml:space="preserve"> </w:t>
      </w:r>
      <w:r>
        <w:rPr>
          <w:b/>
          <w:i w:val="0"/>
          <w:smallCaps w:val="0"/>
          <w:strike w:val="0"/>
          <w:color w:val="000000"/>
          <w:sz w:val="22"/>
          <w:u w:val="single"/>
        </w:rPr>
        <w:t>defend black fugitivity</w:t>
      </w:r>
      <w:r>
        <w:rPr>
          <w:b w:val="0"/>
          <w:i w:val="0"/>
          <w:smallCaps w:val="0"/>
          <w:strike w:val="0"/>
          <w:color w:val="000000"/>
          <w:sz w:val="16"/>
          <w:u w:val="none"/>
        </w:rPr>
        <w:t xml:space="preserve"> </w:t>
      </w:r>
      <w:r>
        <w:rPr>
          <w:b/>
          <w:i w:val="0"/>
          <w:smallCaps w:val="0"/>
          <w:strike w:val="0"/>
          <w:color w:val="000000"/>
          <w:sz w:val="22"/>
          <w:u w:val="single"/>
        </w:rPr>
        <w:t>from surveillance</w:t>
      </w:r>
      <w:r>
        <w:rPr>
          <w:b w:val="0"/>
          <w:i w:val="0"/>
          <w:smallCaps w:val="0"/>
          <w:strike w:val="0"/>
          <w:color w:val="000000"/>
          <w:sz w:val="22"/>
          <w:u w:val="single"/>
        </w:rPr>
        <w:t>,</w:t>
      </w:r>
      <w:r>
        <w:rPr>
          <w:b w:val="0"/>
          <w:i w:val="0"/>
          <w:smallCaps w:val="0"/>
          <w:strike w:val="0"/>
          <w:color w:val="000000"/>
          <w:sz w:val="16"/>
          <w:u w:val="none"/>
        </w:rPr>
        <w:t xml:space="preserve"> </w:t>
      </w:r>
      <w:r>
        <w:rPr>
          <w:b/>
          <w:i w:val="0"/>
          <w:smallCaps w:val="0"/>
          <w:strike w:val="0"/>
          <w:color w:val="000000"/>
          <w:sz w:val="22"/>
          <w:u w:val="single"/>
        </w:rPr>
        <w:t>regulatory</w:t>
      </w:r>
      <w:r>
        <w:rPr>
          <w:b w:val="0"/>
          <w:i w:val="0"/>
          <w:smallCaps w:val="0"/>
          <w:strike w:val="0"/>
          <w:color w:val="000000"/>
          <w:sz w:val="16"/>
          <w:u w:val="none"/>
        </w:rPr>
        <w:t xml:space="preserve"> </w:t>
      </w:r>
      <w:r>
        <w:rPr>
          <w:b/>
          <w:i w:val="0"/>
          <w:smallCaps w:val="0"/>
          <w:strike w:val="0"/>
          <w:color w:val="000000"/>
          <w:sz w:val="22"/>
          <w:u w:val="single"/>
        </w:rPr>
        <w:t>correction</w:t>
      </w:r>
      <w:r>
        <w:rPr>
          <w:b w:val="0"/>
          <w:i w:val="0"/>
          <w:smallCaps w:val="0"/>
          <w:strike w:val="0"/>
          <w:color w:val="000000"/>
          <w:sz w:val="22"/>
          <w:u w:val="single"/>
        </w:rPr>
        <w:t>, and</w:t>
      </w:r>
      <w:r>
        <w:rPr>
          <w:b w:val="0"/>
          <w:i w:val="0"/>
          <w:smallCaps w:val="0"/>
          <w:strike w:val="0"/>
          <w:color w:val="000000"/>
          <w:sz w:val="16"/>
          <w:u w:val="none"/>
        </w:rPr>
        <w:t xml:space="preserve"> </w:t>
      </w:r>
      <w:r>
        <w:rPr>
          <w:b/>
          <w:i w:val="0"/>
          <w:smallCaps w:val="0"/>
          <w:strike w:val="0"/>
          <w:color w:val="000000"/>
          <w:sz w:val="22"/>
          <w:u w:val="single"/>
        </w:rPr>
        <w:t>violence</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val="0"/>
          <w:i w:val="0"/>
          <w:smallCaps w:val="0"/>
          <w:strike w:val="0"/>
          <w:color w:val="000000"/>
          <w:sz w:val="22"/>
          <w:u w:val="single"/>
        </w:rPr>
        <w:t>practices of</w:t>
      </w:r>
      <w:r>
        <w:rPr>
          <w:b w:val="0"/>
          <w:i w:val="0"/>
          <w:smallCaps w:val="0"/>
          <w:strike w:val="0"/>
          <w:color w:val="000000"/>
          <w:sz w:val="16"/>
          <w:u w:val="none"/>
        </w:rPr>
        <w:t xml:space="preserve"> </w:t>
      </w:r>
      <w:r>
        <w:rPr>
          <w:b/>
          <w:i w:val="0"/>
          <w:smallCaps w:val="0"/>
          <w:strike w:val="0"/>
          <w:color w:val="000000"/>
          <w:sz w:val="22"/>
          <w:u w:val="single"/>
        </w:rPr>
        <w:t>public action that engage</w:t>
      </w:r>
      <w:r>
        <w:rPr>
          <w:b w:val="0"/>
          <w:i w:val="0"/>
          <w:smallCaps w:val="0"/>
          <w:strike w:val="0"/>
          <w:color w:val="000000"/>
          <w:sz w:val="16"/>
          <w:u w:val="none"/>
        </w:rPr>
        <w:t xml:space="preserve"> </w:t>
      </w:r>
      <w:r>
        <w:rPr>
          <w:b/>
          <w:i w:val="0"/>
          <w:smallCaps w:val="0"/>
          <w:strike w:val="0"/>
          <w:color w:val="000000"/>
          <w:sz w:val="22"/>
          <w:u w:val="single"/>
        </w:rPr>
        <w:t>whites</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val="0"/>
          <w:i w:val="0"/>
          <w:smallCaps w:val="0"/>
          <w:strike w:val="0"/>
          <w:color w:val="000000"/>
          <w:sz w:val="22"/>
          <w:u w:val="single"/>
        </w:rPr>
        <w:t>the</w:t>
      </w:r>
      <w:r>
        <w:rPr>
          <w:b w:val="0"/>
          <w:i w:val="0"/>
          <w:smallCaps w:val="0"/>
          <w:strike w:val="0"/>
          <w:color w:val="000000"/>
          <w:sz w:val="16"/>
          <w:u w:val="none"/>
        </w:rPr>
        <w:t xml:space="preserve"> </w:t>
      </w:r>
      <w:r>
        <w:rPr>
          <w:b/>
          <w:i w:val="0"/>
          <w:smallCaps w:val="0"/>
          <w:strike w:val="0"/>
          <w:color w:val="000000"/>
          <w:sz w:val="22"/>
          <w:u w:val="single"/>
        </w:rPr>
        <w:t>state</w:t>
      </w:r>
      <w:r>
        <w:rPr>
          <w:b w:val="0"/>
          <w:i w:val="0"/>
          <w:smallCaps w:val="0"/>
          <w:strike w:val="0"/>
          <w:color w:val="000000"/>
          <w:sz w:val="22"/>
          <w:u w:val="single"/>
        </w:rPr>
        <w:t>, are</w:t>
      </w:r>
      <w:r>
        <w:rPr>
          <w:b w:val="0"/>
          <w:i w:val="0"/>
          <w:smallCaps w:val="0"/>
          <w:strike w:val="0"/>
          <w:color w:val="000000"/>
          <w:sz w:val="16"/>
          <w:u w:val="none"/>
        </w:rPr>
        <w:t xml:space="preserve"> </w:t>
      </w:r>
      <w:r>
        <w:rPr>
          <w:b/>
          <w:i w:val="0"/>
          <w:smallCaps w:val="0"/>
          <w:strike w:val="0"/>
          <w:color w:val="000000"/>
          <w:sz w:val="22"/>
          <w:u w:val="single"/>
        </w:rPr>
        <w:t>contradictory in crucial ways</w:t>
      </w:r>
      <w:r>
        <w:rPr>
          <w:b w:val="0"/>
          <w:i w:val="0"/>
          <w:smallCaps w:val="0"/>
          <w:strike w:val="0"/>
          <w:color w:val="000000"/>
          <w:sz w:val="16"/>
          <w:u w:val="none"/>
        </w:rPr>
        <w:t xml:space="preserve">, as Juliet Hooker has argued. </w:t>
      </w:r>
      <w:r>
        <w:rPr>
          <w:b w:val="0"/>
          <w:i w:val="0"/>
          <w:smallCaps w:val="0"/>
          <w:strike w:val="0"/>
          <w:color w:val="000000"/>
          <w:sz w:val="22"/>
          <w:u w:val="single"/>
        </w:rPr>
        <w:t>But</w:t>
      </w:r>
      <w:r>
        <w:rPr>
          <w:b w:val="0"/>
          <w:i w:val="0"/>
          <w:smallCaps w:val="0"/>
          <w:strike w:val="0"/>
          <w:color w:val="000000"/>
          <w:sz w:val="16"/>
          <w:u w:val="none"/>
        </w:rPr>
        <w:t xml:space="preserve"> as Rom Coles and Lia Haro argue, </w:t>
      </w:r>
      <w:r>
        <w:rPr>
          <w:b w:val="0"/>
          <w:i w:val="0"/>
          <w:smallCaps w:val="0"/>
          <w:strike w:val="0"/>
          <w:color w:val="000000"/>
          <w:sz w:val="22"/>
          <w:u w:val="single"/>
        </w:rPr>
        <w:t>frontline communities on the underground railroad also</w:t>
      </w:r>
      <w:r>
        <w:rPr>
          <w:b w:val="0"/>
          <w:i w:val="0"/>
          <w:smallCaps w:val="0"/>
          <w:strike w:val="0"/>
          <w:color w:val="000000"/>
          <w:sz w:val="16"/>
          <w:u w:val="none"/>
        </w:rPr>
        <w:t xml:space="preserve"> </w:t>
      </w:r>
      <w:r>
        <w:rPr>
          <w:b/>
          <w:i w:val="0"/>
          <w:smallCaps w:val="0"/>
          <w:strike w:val="0"/>
          <w:color w:val="000000"/>
          <w:sz w:val="22"/>
          <w:u w:val="single"/>
        </w:rPr>
        <w:t>engaged repeatedly</w:t>
      </w:r>
      <w:r>
        <w:rPr>
          <w:b w:val="0"/>
          <w:i w:val="0"/>
          <w:smallCaps w:val="0"/>
          <w:strike w:val="0"/>
          <w:color w:val="000000"/>
          <w:sz w:val="16"/>
          <w:u w:val="none"/>
        </w:rPr>
        <w:t xml:space="preserve"> </w:t>
      </w:r>
      <w:r>
        <w:rPr>
          <w:b w:val="0"/>
          <w:i w:val="0"/>
          <w:smallCaps w:val="0"/>
          <w:strike w:val="0"/>
          <w:color w:val="000000"/>
          <w:sz w:val="22"/>
          <w:u w:val="single"/>
        </w:rPr>
        <w:t>in “</w:t>
      </w:r>
      <w:r>
        <w:rPr>
          <w:b/>
          <w:i w:val="0"/>
          <w:smallCaps w:val="0"/>
          <w:strike w:val="0"/>
          <w:color w:val="000000"/>
          <w:sz w:val="22"/>
          <w:u w:val="single"/>
        </w:rPr>
        <w:t>flagrantly public</w:t>
      </w:r>
      <w:r>
        <w:rPr>
          <w:b w:val="0"/>
          <w:i w:val="0"/>
          <w:smallCaps w:val="0"/>
          <w:strike w:val="0"/>
          <w:color w:val="000000"/>
          <w:sz w:val="22"/>
          <w:u w:val="single"/>
        </w:rPr>
        <w:t>” action</w:t>
      </w:r>
      <w:r>
        <w:rPr>
          <w:b w:val="0"/>
          <w:i w:val="0"/>
          <w:smallCaps w:val="0"/>
          <w:strike w:val="0"/>
          <w:color w:val="000000"/>
          <w:sz w:val="16"/>
          <w:u w:val="none"/>
        </w:rPr>
        <w:t xml:space="preserve"> </w:t>
      </w:r>
      <w:r>
        <w:rPr>
          <w:b w:val="0"/>
          <w:i w:val="0"/>
          <w:smallCaps w:val="0"/>
          <w:strike w:val="0"/>
          <w:color w:val="000000"/>
          <w:sz w:val="22"/>
          <w:u w:val="single"/>
        </w:rPr>
        <w:t>in</w:t>
      </w:r>
      <w:r>
        <w:rPr>
          <w:b w:val="0"/>
          <w:i w:val="0"/>
          <w:smallCaps w:val="0"/>
          <w:strike w:val="0"/>
          <w:color w:val="000000"/>
          <w:sz w:val="16"/>
          <w:u w:val="none"/>
        </w:rPr>
        <w:t xml:space="preserve"> </w:t>
      </w:r>
      <w:r>
        <w:rPr>
          <w:b/>
          <w:i w:val="0"/>
          <w:smallCaps w:val="0"/>
          <w:strike w:val="0"/>
          <w:color w:val="000000"/>
          <w:sz w:val="22"/>
          <w:u w:val="single"/>
        </w:rPr>
        <w:t>concert</w:t>
      </w:r>
      <w:r>
        <w:rPr>
          <w:b w:val="0"/>
          <w:i w:val="0"/>
          <w:smallCaps w:val="0"/>
          <w:strike w:val="0"/>
          <w:color w:val="000000"/>
          <w:sz w:val="22"/>
          <w:u w:val="single"/>
        </w:rPr>
        <w:t>, both in</w:t>
      </w:r>
      <w:r>
        <w:rPr>
          <w:b w:val="0"/>
          <w:i w:val="0"/>
          <w:smallCaps w:val="0"/>
          <w:strike w:val="0"/>
          <w:color w:val="000000"/>
          <w:sz w:val="16"/>
          <w:u w:val="none"/>
        </w:rPr>
        <w:t xml:space="preserve"> </w:t>
      </w:r>
      <w:r>
        <w:rPr>
          <w:b/>
          <w:i w:val="0"/>
          <w:smallCaps w:val="0"/>
          <w:strike w:val="0"/>
          <w:color w:val="000000"/>
          <w:sz w:val="22"/>
          <w:u w:val="single"/>
        </w:rPr>
        <w:t>literal self-defense</w:t>
      </w:r>
      <w:r>
        <w:rPr>
          <w:b w:val="0"/>
          <w:i w:val="0"/>
          <w:smallCaps w:val="0"/>
          <w:strike w:val="0"/>
          <w:color w:val="000000"/>
          <w:sz w:val="16"/>
          <w:u w:val="none"/>
        </w:rPr>
        <w:t xml:space="preserve"> </w:t>
      </w:r>
      <w:r>
        <w:rPr>
          <w:b w:val="0"/>
          <w:i w:val="0"/>
          <w:smallCaps w:val="0"/>
          <w:strike w:val="0"/>
          <w:color w:val="000000"/>
          <w:sz w:val="22"/>
          <w:u w:val="single"/>
        </w:rPr>
        <w:t>of black autonomy in its fugitive illegality, and to</w:t>
      </w:r>
      <w:r>
        <w:rPr>
          <w:b w:val="0"/>
          <w:i w:val="0"/>
          <w:smallCaps w:val="0"/>
          <w:strike w:val="0"/>
          <w:color w:val="000000"/>
          <w:sz w:val="16"/>
          <w:u w:val="none"/>
        </w:rPr>
        <w:t xml:space="preserve"> </w:t>
      </w:r>
      <w:r>
        <w:rPr>
          <w:b/>
          <w:i w:val="0"/>
          <w:smallCaps w:val="0"/>
          <w:strike w:val="0"/>
          <w:color w:val="000000"/>
          <w:sz w:val="22"/>
          <w:u w:val="single"/>
        </w:rPr>
        <w:t>contest the rule(s)</w:t>
      </w:r>
      <w:r>
        <w:rPr>
          <w:b w:val="0"/>
          <w:i w:val="0"/>
          <w:smallCaps w:val="0"/>
          <w:strike w:val="0"/>
          <w:color w:val="000000"/>
          <w:sz w:val="16"/>
          <w:u w:val="none"/>
        </w:rPr>
        <w:t xml:space="preserve"> </w:t>
      </w:r>
      <w:r>
        <w:rPr>
          <w:b w:val="0"/>
          <w:i w:val="0"/>
          <w:smallCaps w:val="0"/>
          <w:strike w:val="0"/>
          <w:color w:val="000000"/>
          <w:sz w:val="22"/>
          <w:u w:val="single"/>
        </w:rPr>
        <w:t>of police, the law, and the state</w:t>
      </w:r>
      <w:r>
        <w:rPr>
          <w:b w:val="0"/>
          <w:i w:val="0"/>
          <w:smallCaps w:val="0"/>
          <w:strike w:val="0"/>
          <w:color w:val="000000"/>
          <w:sz w:val="16"/>
          <w:u w:val="none"/>
        </w:rPr>
        <w:t xml:space="preserve">; as recent protests suggest, </w:t>
      </w:r>
      <w:r>
        <w:rPr>
          <w:b w:val="0"/>
          <w:i w:val="0"/>
          <w:smallCaps w:val="0"/>
          <w:strike w:val="0"/>
          <w:color w:val="000000"/>
          <w:sz w:val="22"/>
          <w:u w:val="single"/>
        </w:rPr>
        <w:t>they viewed</w:t>
      </w:r>
      <w:r>
        <w:rPr>
          <w:b w:val="0"/>
          <w:i w:val="0"/>
          <w:smallCaps w:val="0"/>
          <w:strike w:val="0"/>
          <w:color w:val="000000"/>
          <w:sz w:val="16"/>
          <w:u w:val="none"/>
        </w:rPr>
        <w:t xml:space="preserve"> </w:t>
      </w:r>
      <w:r>
        <w:rPr>
          <w:b/>
          <w:i w:val="0"/>
          <w:smallCaps w:val="0"/>
          <w:strike w:val="0"/>
          <w:color w:val="000000"/>
          <w:sz w:val="22"/>
          <w:u w:val="single"/>
        </w:rPr>
        <w:t>formal political</w:t>
      </w:r>
      <w:r>
        <w:rPr>
          <w:b w:val="0"/>
          <w:i w:val="0"/>
          <w:smallCaps w:val="0"/>
          <w:strike w:val="0"/>
          <w:color w:val="000000"/>
          <w:sz w:val="16"/>
          <w:u w:val="none"/>
        </w:rPr>
        <w:t xml:space="preserve"> </w:t>
      </w:r>
      <w:r>
        <w:rPr>
          <w:b/>
          <w:i w:val="0"/>
          <w:smallCaps w:val="0"/>
          <w:strike w:val="0"/>
          <w:color w:val="000000"/>
          <w:sz w:val="22"/>
          <w:u w:val="single"/>
        </w:rPr>
        <w:t>institutions</w:t>
      </w:r>
      <w:r>
        <w:rPr>
          <w:b w:val="0"/>
          <w:i w:val="0"/>
          <w:smallCaps w:val="0"/>
          <w:strike w:val="0"/>
          <w:color w:val="000000"/>
          <w:sz w:val="16"/>
          <w:u w:val="none"/>
        </w:rPr>
        <w:t xml:space="preserve"> </w:t>
      </w:r>
      <w:r>
        <w:rPr>
          <w:b w:val="0"/>
          <w:i w:val="0"/>
          <w:smallCaps w:val="0"/>
          <w:strike w:val="0"/>
          <w:color w:val="000000"/>
          <w:sz w:val="22"/>
          <w:u w:val="single"/>
        </w:rPr>
        <w:t>both as “</w:t>
      </w:r>
      <w:r>
        <w:rPr>
          <w:b/>
          <w:i w:val="0"/>
          <w:smallCaps w:val="0"/>
          <w:strike w:val="0"/>
          <w:color w:val="000000"/>
          <w:sz w:val="22"/>
          <w:u w:val="single"/>
        </w:rPr>
        <w:t>integral to white supremacy so far</w:t>
      </w:r>
      <w:r>
        <w:rPr>
          <w:b w:val="0"/>
          <w:i w:val="0"/>
          <w:smallCaps w:val="0"/>
          <w:strike w:val="0"/>
          <w:color w:val="000000"/>
          <w:sz w:val="22"/>
          <w:u w:val="single"/>
        </w:rPr>
        <w:t>,” but also “as</w:t>
      </w:r>
      <w:r>
        <w:rPr>
          <w:b w:val="0"/>
          <w:i w:val="0"/>
          <w:smallCaps w:val="0"/>
          <w:strike w:val="0"/>
          <w:color w:val="000000"/>
          <w:sz w:val="16"/>
          <w:u w:val="none"/>
        </w:rPr>
        <w:t xml:space="preserve"> </w:t>
      </w:r>
      <w:r>
        <w:rPr>
          <w:b/>
          <w:i w:val="0"/>
          <w:smallCaps w:val="0"/>
          <w:strike w:val="0"/>
          <w:color w:val="000000"/>
          <w:sz w:val="22"/>
          <w:u w:val="single"/>
        </w:rPr>
        <w:t>potential</w:t>
      </w:r>
      <w:r>
        <w:rPr>
          <w:b w:val="0"/>
          <w:i w:val="0"/>
          <w:smallCaps w:val="0"/>
          <w:strike w:val="0"/>
          <w:color w:val="000000"/>
          <w:sz w:val="16"/>
          <w:u w:val="none"/>
        </w:rPr>
        <w:t xml:space="preserve"> </w:t>
      </w:r>
      <w:r>
        <w:rPr>
          <w:b/>
          <w:i w:val="0"/>
          <w:smallCaps w:val="0"/>
          <w:strike w:val="0"/>
          <w:color w:val="000000"/>
          <w:sz w:val="22"/>
          <w:u w:val="single"/>
        </w:rPr>
        <w:t>instruments toward emancipatory ends</w:t>
      </w:r>
      <w:r>
        <w:rPr>
          <w:b w:val="0"/>
          <w:i w:val="0"/>
          <w:smallCaps w:val="0"/>
          <w:strike w:val="0"/>
          <w:color w:val="000000"/>
          <w:sz w:val="22"/>
          <w:u w:val="single"/>
        </w:rPr>
        <w:t>.”</w:t>
      </w:r>
      <w:r>
        <w:rPr>
          <w:b w:val="0"/>
          <w:i w:val="0"/>
          <w:smallCaps w:val="0"/>
          <w:strike w:val="0"/>
          <w:color w:val="000000"/>
          <w:sz w:val="16"/>
          <w:u w:val="none"/>
        </w:rPr>
        <w:t>47</w:t>
      </w:r>
    </w:p>
    <w:p>
      <w:pPr>
        <w:spacing w:after="60"/>
      </w:pPr>
      <w:r>
        <w:rPr>
          <w:b w:val="0"/>
          <w:i w:val="0"/>
          <w:smallCaps w:val="0"/>
          <w:strike w:val="0"/>
          <w:color w:val="000000"/>
          <w:sz w:val="16"/>
          <w:u w:val="none"/>
        </w:rPr>
        <w:t>If Hooker sees temporal shifts between moments of “black fugitivity” and moments of “fugitive democracy” in the thought and practice of Frederick Douglass, Coles/Haro depict an ongoing “oscillation” between inward-facing and outward-turning practices. Likewise, Neil Roberts defends grand marronage for seeking a “sustainable rather than fleeting form of flight” by forging autonomous spaces, and yet, because “</w:t>
      </w:r>
      <w:r>
        <w:rPr>
          <w:b w:val="0"/>
          <w:i w:val="0"/>
          <w:smallCaps w:val="0"/>
          <w:strike w:val="0"/>
          <w:color w:val="000000"/>
          <w:sz w:val="22"/>
          <w:u w:val="single"/>
        </w:rPr>
        <w:t>freedom</w:t>
      </w:r>
      <w:r>
        <w:rPr>
          <w:b w:val="0"/>
          <w:i w:val="0"/>
          <w:smallCaps w:val="0"/>
          <w:strike w:val="0"/>
          <w:color w:val="000000"/>
          <w:sz w:val="16"/>
          <w:u w:val="none"/>
        </w:rPr>
        <w:t xml:space="preserve"> in our world </w:t>
      </w:r>
      <w:r>
        <w:rPr>
          <w:b w:val="0"/>
          <w:i w:val="0"/>
          <w:smallCaps w:val="0"/>
          <w:strike w:val="0"/>
          <w:color w:val="000000"/>
          <w:sz w:val="22"/>
          <w:u w:val="single"/>
        </w:rPr>
        <w:t>lies</w:t>
      </w:r>
      <w:r>
        <w:rPr>
          <w:b w:val="0"/>
          <w:i w:val="0"/>
          <w:smallCaps w:val="0"/>
          <w:strike w:val="0"/>
          <w:color w:val="000000"/>
          <w:sz w:val="16"/>
          <w:u w:val="none"/>
        </w:rPr>
        <w:t xml:space="preserve"> </w:t>
      </w:r>
      <w:r>
        <w:rPr>
          <w:b/>
          <w:i w:val="0"/>
          <w:smallCaps w:val="0"/>
          <w:strike w:val="0"/>
          <w:color w:val="000000"/>
          <w:sz w:val="22"/>
          <w:u w:val="single"/>
        </w:rPr>
        <w:t>not in permanent evasion of Leviathan</w:t>
      </w:r>
      <w:r>
        <w:rPr>
          <w:b w:val="0"/>
          <w:i w:val="0"/>
          <w:smallCaps w:val="0"/>
          <w:strike w:val="0"/>
          <w:color w:val="000000"/>
          <w:sz w:val="16"/>
          <w:u w:val="none"/>
        </w:rPr>
        <w:t xml:space="preserve">” </w:t>
      </w:r>
      <w:r>
        <w:rPr>
          <w:b w:val="0"/>
          <w:i w:val="0"/>
          <w:smallCaps w:val="0"/>
          <w:strike w:val="0"/>
          <w:color w:val="000000"/>
          <w:sz w:val="22"/>
          <w:u w:val="single"/>
        </w:rPr>
        <w:t>but in “</w:t>
      </w:r>
      <w:r>
        <w:rPr>
          <w:b/>
          <w:i w:val="0"/>
          <w:smallCaps w:val="0"/>
          <w:strike w:val="0"/>
          <w:color w:val="000000"/>
          <w:sz w:val="22"/>
          <w:u w:val="single"/>
        </w:rPr>
        <w:t>taming</w:t>
      </w:r>
      <w:r>
        <w:rPr>
          <w:b w:val="0"/>
          <w:i w:val="0"/>
          <w:smallCaps w:val="0"/>
          <w:strike w:val="0"/>
          <w:color w:val="000000"/>
          <w:sz w:val="22"/>
          <w:u w:val="single"/>
        </w:rPr>
        <w:t>” it</w:t>
      </w:r>
      <w:r>
        <w:rPr>
          <w:b w:val="0"/>
          <w:i w:val="0"/>
          <w:smallCaps w:val="0"/>
          <w:strike w:val="0"/>
          <w:color w:val="000000"/>
          <w:sz w:val="16"/>
          <w:u w:val="none"/>
        </w:rPr>
        <w:t xml:space="preserve">, he proposes an idea of “sociogenic marronage” to reconstruct “an order in need of systemic repair.” Not coincidentally, Wolin’s </w:t>
      </w:r>
      <w:r>
        <w:rPr>
          <w:b w:val="0"/>
          <w:i w:val="0"/>
          <w:smallCaps w:val="0"/>
          <w:strike w:val="0"/>
          <w:color w:val="000000"/>
          <w:sz w:val="22"/>
          <w:u w:val="single"/>
        </w:rPr>
        <w:t>fugitive democracy, though “</w:t>
      </w:r>
      <w:r>
        <w:rPr>
          <w:b/>
          <w:i w:val="0"/>
          <w:smallCaps w:val="0"/>
          <w:strike w:val="0"/>
          <w:color w:val="000000"/>
          <w:sz w:val="22"/>
          <w:u w:val="single"/>
        </w:rPr>
        <w:t>rejectionist</w:t>
      </w:r>
      <w:r>
        <w:rPr>
          <w:b w:val="0"/>
          <w:i w:val="0"/>
          <w:smallCaps w:val="0"/>
          <w:strike w:val="0"/>
          <w:color w:val="000000"/>
          <w:sz w:val="22"/>
          <w:u w:val="single"/>
        </w:rPr>
        <w:t>” and</w:t>
      </w:r>
      <w:r>
        <w:rPr>
          <w:b w:val="0"/>
          <w:i w:val="0"/>
          <w:smallCaps w:val="0"/>
          <w:strike w:val="0"/>
          <w:color w:val="000000"/>
          <w:sz w:val="16"/>
          <w:u w:val="none"/>
        </w:rPr>
        <w:t xml:space="preserve"> </w:t>
      </w:r>
      <w:r>
        <w:rPr>
          <w:b/>
          <w:i w:val="0"/>
          <w:smallCaps w:val="0"/>
          <w:strike w:val="0"/>
          <w:color w:val="000000"/>
          <w:sz w:val="22"/>
          <w:u w:val="single"/>
        </w:rPr>
        <w:t>antistatist</w:t>
      </w:r>
      <w:r>
        <w:rPr>
          <w:b w:val="0"/>
          <w:i w:val="0"/>
          <w:smallCaps w:val="0"/>
          <w:strike w:val="0"/>
          <w:color w:val="000000"/>
          <w:sz w:val="16"/>
          <w:u w:val="none"/>
        </w:rPr>
        <w:t xml:space="preserve"> </w:t>
      </w:r>
      <w:r>
        <w:rPr>
          <w:b w:val="0"/>
          <w:i w:val="0"/>
          <w:smallCaps w:val="0"/>
          <w:strike w:val="0"/>
          <w:color w:val="000000"/>
          <w:sz w:val="22"/>
          <w:u w:val="single"/>
        </w:rPr>
        <w:t>in its major chords, includes a</w:t>
      </w:r>
      <w:r>
        <w:rPr>
          <w:b w:val="0"/>
          <w:i w:val="0"/>
          <w:smallCaps w:val="0"/>
          <w:strike w:val="0"/>
          <w:color w:val="000000"/>
          <w:sz w:val="16"/>
          <w:u w:val="none"/>
        </w:rPr>
        <w:t xml:space="preserve"> </w:t>
      </w:r>
      <w:r>
        <w:rPr>
          <w:b/>
          <w:i w:val="0"/>
          <w:smallCaps w:val="0"/>
          <w:strike w:val="0"/>
          <w:color w:val="000000"/>
          <w:sz w:val="22"/>
          <w:u w:val="single"/>
        </w:rPr>
        <w:t>social democratic minor key</w:t>
      </w:r>
      <w:r>
        <w:rPr>
          <w:b w:val="0"/>
          <w:i w:val="0"/>
          <w:smallCaps w:val="0"/>
          <w:strike w:val="0"/>
          <w:color w:val="000000"/>
          <w:sz w:val="22"/>
          <w:u w:val="single"/>
        </w:rPr>
        <w:t>, which notes the</w:t>
      </w:r>
      <w:r>
        <w:rPr>
          <w:b w:val="0"/>
          <w:i w:val="0"/>
          <w:smallCaps w:val="0"/>
          <w:strike w:val="0"/>
          <w:color w:val="000000"/>
          <w:sz w:val="16"/>
          <w:u w:val="none"/>
        </w:rPr>
        <w:t xml:space="preserve"> </w:t>
      </w:r>
      <w:r>
        <w:rPr>
          <w:b/>
          <w:i w:val="0"/>
          <w:smallCaps w:val="0"/>
          <w:strike w:val="0"/>
          <w:color w:val="000000"/>
          <w:sz w:val="22"/>
          <w:u w:val="single"/>
        </w:rPr>
        <w:t>limits of localism</w:t>
      </w:r>
      <w:r>
        <w:rPr>
          <w:b w:val="0"/>
          <w:i w:val="0"/>
          <w:smallCaps w:val="0"/>
          <w:strike w:val="0"/>
          <w:color w:val="000000"/>
          <w:sz w:val="16"/>
          <w:u w:val="none"/>
        </w:rPr>
        <w:t xml:space="preserve"> </w:t>
      </w:r>
      <w:r>
        <w:rPr>
          <w:b w:val="0"/>
          <w:i w:val="0"/>
          <w:smallCaps w:val="0"/>
          <w:strike w:val="0"/>
          <w:color w:val="000000"/>
          <w:sz w:val="22"/>
          <w:u w:val="single"/>
        </w:rPr>
        <w:t>and the</w:t>
      </w:r>
      <w:r>
        <w:rPr>
          <w:b w:val="0"/>
          <w:i w:val="0"/>
          <w:smallCaps w:val="0"/>
          <w:strike w:val="0"/>
          <w:color w:val="000000"/>
          <w:sz w:val="16"/>
          <w:u w:val="none"/>
        </w:rPr>
        <w:t xml:space="preserve"> </w:t>
      </w:r>
      <w:r>
        <w:rPr>
          <w:b/>
          <w:i w:val="0"/>
          <w:smallCaps w:val="0"/>
          <w:strike w:val="0"/>
          <w:color w:val="000000"/>
          <w:sz w:val="22"/>
          <w:u w:val="single"/>
        </w:rPr>
        <w:t>necessity of seeking</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using state power</w:t>
      </w:r>
      <w:r>
        <w:rPr>
          <w:b w:val="0"/>
          <w:i w:val="0"/>
          <w:smallCaps w:val="0"/>
          <w:strike w:val="0"/>
          <w:color w:val="000000"/>
          <w:sz w:val="16"/>
          <w:u w:val="none"/>
        </w:rPr>
        <w:t xml:space="preserve"> </w:t>
      </w:r>
      <w:r>
        <w:rPr>
          <w:b w:val="0"/>
          <w:i w:val="0"/>
          <w:smallCaps w:val="0"/>
          <w:strike w:val="0"/>
          <w:color w:val="000000"/>
          <w:sz w:val="22"/>
          <w:u w:val="single"/>
        </w:rPr>
        <w:t>to address structural inequality and collective fate</w:t>
      </w:r>
      <w:r>
        <w:rPr>
          <w:b w:val="0"/>
          <w:i w:val="0"/>
          <w:smallCaps w:val="0"/>
          <w:strike w:val="0"/>
          <w:color w:val="000000"/>
          <w:sz w:val="16"/>
          <w:u w:val="none"/>
        </w:rPr>
        <w:t>.48</w:t>
      </w:r>
    </w:p>
    <w:p>
      <w:pPr>
        <w:spacing w:after="60"/>
      </w:pPr>
      <w:r>
        <w:rPr>
          <w:b w:val="0"/>
          <w:i w:val="0"/>
          <w:smallCaps w:val="0"/>
          <w:strike w:val="0"/>
          <w:color w:val="000000"/>
          <w:sz w:val="22"/>
          <w:u w:val="single"/>
        </w:rPr>
        <w:t>Complex and</w:t>
      </w:r>
      <w:r>
        <w:rPr>
          <w:b w:val="0"/>
          <w:i w:val="0"/>
          <w:smallCaps w:val="0"/>
          <w:strike w:val="0"/>
          <w:color w:val="000000"/>
          <w:sz w:val="16"/>
          <w:u w:val="none"/>
        </w:rPr>
        <w:t xml:space="preserve"> </w:t>
      </w:r>
      <w:r>
        <w:rPr>
          <w:b w:val="0"/>
          <w:i w:val="0"/>
          <w:smallCaps w:val="0"/>
          <w:strike w:val="0"/>
          <w:color w:val="000000"/>
          <w:sz w:val="22"/>
          <w:u w:val="single"/>
        </w:rPr>
        <w:t>generative tensions are</w:t>
      </w:r>
      <w:r>
        <w:rPr>
          <w:b w:val="0"/>
          <w:i w:val="0"/>
          <w:smallCaps w:val="0"/>
          <w:strike w:val="0"/>
          <w:color w:val="000000"/>
          <w:sz w:val="16"/>
          <w:u w:val="none"/>
        </w:rPr>
        <w:t xml:space="preserve"> </w:t>
      </w:r>
      <w:r>
        <w:rPr>
          <w:b/>
          <w:i w:val="0"/>
          <w:smallCaps w:val="0"/>
          <w:strike w:val="0"/>
          <w:color w:val="000000"/>
          <w:sz w:val="22"/>
          <w:u w:val="single"/>
        </w:rPr>
        <w:t>lost</w:t>
      </w:r>
      <w:r>
        <w:rPr>
          <w:b w:val="0"/>
          <w:i w:val="0"/>
          <w:smallCaps w:val="0"/>
          <w:strike w:val="0"/>
          <w:color w:val="000000"/>
          <w:sz w:val="16"/>
          <w:u w:val="none"/>
        </w:rPr>
        <w:t xml:space="preserve">, then, </w:t>
      </w:r>
      <w:r>
        <w:rPr>
          <w:b w:val="0"/>
          <w:i w:val="0"/>
          <w:smallCaps w:val="0"/>
          <w:strike w:val="0"/>
          <w:color w:val="000000"/>
          <w:sz w:val="22"/>
          <w:u w:val="single"/>
        </w:rPr>
        <w:t>as Moten recovers the</w:t>
      </w:r>
      <w:r>
        <w:rPr>
          <w:b w:val="0"/>
          <w:i w:val="0"/>
          <w:smallCaps w:val="0"/>
          <w:strike w:val="0"/>
          <w:color w:val="000000"/>
          <w:sz w:val="16"/>
          <w:u w:val="none"/>
        </w:rPr>
        <w:t xml:space="preserve"> </w:t>
      </w:r>
      <w:r>
        <w:rPr>
          <w:b/>
          <w:i w:val="0"/>
          <w:smallCaps w:val="0"/>
          <w:strike w:val="0"/>
          <w:color w:val="000000"/>
          <w:sz w:val="22"/>
          <w:u w:val="single"/>
        </w:rPr>
        <w:t>freedom schools</w:t>
      </w:r>
      <w:r>
        <w:rPr>
          <w:b w:val="0"/>
          <w:i w:val="0"/>
          <w:smallCaps w:val="0"/>
          <w:strike w:val="0"/>
          <w:color w:val="000000"/>
          <w:sz w:val="16"/>
          <w:u w:val="none"/>
        </w:rPr>
        <w:t xml:space="preserve"> </w:t>
      </w:r>
      <w:r>
        <w:rPr>
          <w:b w:val="0"/>
          <w:i w:val="0"/>
          <w:smallCaps w:val="0"/>
          <w:strike w:val="0"/>
          <w:color w:val="000000"/>
          <w:sz w:val="22"/>
          <w:u w:val="single"/>
        </w:rPr>
        <w:t>organized</w:t>
      </w:r>
      <w:r>
        <w:rPr>
          <w:b w:val="0"/>
          <w:i w:val="0"/>
          <w:smallCaps w:val="0"/>
          <w:strike w:val="0"/>
          <w:color w:val="000000"/>
          <w:sz w:val="16"/>
          <w:u w:val="none"/>
        </w:rPr>
        <w:t xml:space="preserve"> </w:t>
      </w:r>
      <w:r>
        <w:rPr>
          <w:b w:val="0"/>
          <w:i w:val="0"/>
          <w:smallCaps w:val="0"/>
          <w:strike w:val="0"/>
          <w:color w:val="000000"/>
          <w:sz w:val="22"/>
          <w:u w:val="single"/>
        </w:rPr>
        <w:t>by Fannie Lou Hamer but</w:t>
      </w:r>
      <w:r>
        <w:rPr>
          <w:b w:val="0"/>
          <w:i w:val="0"/>
          <w:smallCaps w:val="0"/>
          <w:strike w:val="0"/>
          <w:color w:val="000000"/>
          <w:sz w:val="16"/>
          <w:u w:val="none"/>
        </w:rPr>
        <w:t xml:space="preserve"> </w:t>
      </w:r>
      <w:r>
        <w:rPr>
          <w:b/>
          <w:i w:val="0"/>
          <w:smallCaps w:val="0"/>
          <w:strike w:val="0"/>
          <w:color w:val="000000"/>
          <w:sz w:val="22"/>
          <w:u w:val="single"/>
        </w:rPr>
        <w:t>not her organizing</w:t>
      </w:r>
      <w:r>
        <w:rPr>
          <w:b w:val="0"/>
          <w:i w:val="0"/>
          <w:smallCaps w:val="0"/>
          <w:strike w:val="0"/>
          <w:color w:val="000000"/>
          <w:sz w:val="16"/>
          <w:u w:val="none"/>
        </w:rPr>
        <w:t xml:space="preserve"> </w:t>
      </w:r>
      <w:r>
        <w:rPr>
          <w:b w:val="0"/>
          <w:i w:val="0"/>
          <w:smallCaps w:val="0"/>
          <w:strike w:val="0"/>
          <w:color w:val="000000"/>
          <w:sz w:val="22"/>
          <w:u w:val="single"/>
        </w:rPr>
        <w:t>for the</w:t>
      </w:r>
      <w:r>
        <w:rPr>
          <w:b w:val="0"/>
          <w:i w:val="0"/>
          <w:smallCaps w:val="0"/>
          <w:strike w:val="0"/>
          <w:color w:val="000000"/>
          <w:sz w:val="16"/>
          <w:u w:val="none"/>
        </w:rPr>
        <w:t xml:space="preserve"> </w:t>
      </w:r>
      <w:r>
        <w:rPr>
          <w:b/>
          <w:i w:val="0"/>
          <w:smallCaps w:val="0"/>
          <w:strike w:val="0"/>
          <w:color w:val="000000"/>
          <w:sz w:val="22"/>
          <w:u w:val="single"/>
        </w:rPr>
        <w:t>right to</w:t>
      </w:r>
      <w:r>
        <w:rPr>
          <w:b w:val="0"/>
          <w:i w:val="0"/>
          <w:smallCaps w:val="0"/>
          <w:strike w:val="0"/>
          <w:color w:val="000000"/>
          <w:sz w:val="16"/>
          <w:u w:val="none"/>
        </w:rPr>
        <w:t xml:space="preserve"> </w:t>
      </w:r>
      <w:r>
        <w:rPr>
          <w:b/>
          <w:i w:val="0"/>
          <w:smallCaps w:val="0"/>
          <w:strike w:val="0"/>
          <w:color w:val="000000"/>
          <w:sz w:val="22"/>
          <w:u w:val="single"/>
        </w:rPr>
        <w:t>vote</w:t>
      </w:r>
      <w:r>
        <w:rPr>
          <w:b w:val="0"/>
          <w:i w:val="0"/>
          <w:smallCaps w:val="0"/>
          <w:strike w:val="0"/>
          <w:color w:val="000000"/>
          <w:sz w:val="22"/>
          <w:u w:val="single"/>
        </w:rPr>
        <w:t>, to</w:t>
      </w:r>
      <w:r>
        <w:rPr>
          <w:b w:val="0"/>
          <w:i w:val="0"/>
          <w:smallCaps w:val="0"/>
          <w:strike w:val="0"/>
          <w:color w:val="000000"/>
          <w:sz w:val="16"/>
          <w:u w:val="none"/>
        </w:rPr>
        <w:t xml:space="preserve"> </w:t>
      </w:r>
      <w:r>
        <w:rPr>
          <w:b/>
          <w:i w:val="0"/>
          <w:smallCaps w:val="0"/>
          <w:strike w:val="0"/>
          <w:color w:val="000000"/>
          <w:sz w:val="22"/>
          <w:u w:val="single"/>
        </w:rPr>
        <w:t>exercise popular sovereignty</w:t>
      </w:r>
      <w:r>
        <w:rPr>
          <w:b w:val="0"/>
          <w:i w:val="0"/>
          <w:smallCaps w:val="0"/>
          <w:strike w:val="0"/>
          <w:color w:val="000000"/>
          <w:sz w:val="16"/>
          <w:u w:val="none"/>
        </w:rPr>
        <w:t xml:space="preserve"> </w:t>
      </w:r>
      <w:r>
        <w:rPr>
          <w:b/>
          <w:i w:val="0"/>
          <w:smallCaps w:val="0"/>
          <w:strike w:val="0"/>
          <w:color w:val="000000"/>
          <w:sz w:val="22"/>
          <w:u w:val="single"/>
        </w:rPr>
        <w:t>locally</w:t>
      </w:r>
      <w:r>
        <w:rPr>
          <w:b w:val="0"/>
          <w:i w:val="0"/>
          <w:smallCaps w:val="0"/>
          <w:strike w:val="0"/>
          <w:color w:val="000000"/>
          <w:sz w:val="16"/>
          <w:u w:val="none"/>
        </w:rPr>
        <w:t xml:space="preserve">, especially around police and schools, </w:t>
      </w:r>
      <w:r>
        <w:rPr>
          <w:b w:val="0"/>
          <w:i w:val="0"/>
          <w:smallCaps w:val="0"/>
          <w:strike w:val="0"/>
          <w:color w:val="000000"/>
          <w:sz w:val="22"/>
          <w:u w:val="single"/>
        </w:rPr>
        <w:t>but also to create a “</w:t>
      </w:r>
      <w:r>
        <w:rPr>
          <w:b/>
          <w:i w:val="0"/>
          <w:smallCaps w:val="0"/>
          <w:strike w:val="0"/>
          <w:color w:val="000000"/>
          <w:sz w:val="22"/>
          <w:u w:val="single"/>
        </w:rPr>
        <w:t>Mississippi Freedom Democratic Party</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that entered national politics. Hamer (like the Black Panthers and Black Lives Matter) models how black radicalism has lived in an</w:t>
      </w:r>
      <w:r>
        <w:rPr>
          <w:b w:val="0"/>
          <w:i w:val="0"/>
          <w:smallCaps w:val="0"/>
          <w:strike w:val="0"/>
          <w:color w:val="000000"/>
          <w:sz w:val="16"/>
          <w:u w:val="none"/>
        </w:rPr>
        <w:t xml:space="preserve"> </w:t>
      </w:r>
      <w:r>
        <w:rPr>
          <w:b/>
          <w:i w:val="0"/>
          <w:smallCaps w:val="0"/>
          <w:strike w:val="0"/>
          <w:color w:val="000000"/>
          <w:sz w:val="22"/>
          <w:u w:val="single"/>
        </w:rPr>
        <w:t>interval</w:t>
      </w:r>
      <w:r>
        <w:rPr>
          <w:b w:val="0"/>
          <w:i w:val="0"/>
          <w:smallCaps w:val="0"/>
          <w:strike w:val="0"/>
          <w:color w:val="000000"/>
          <w:sz w:val="16"/>
          <w:u w:val="none"/>
        </w:rPr>
        <w:t xml:space="preserve"> </w:t>
      </w:r>
      <w:r>
        <w:rPr>
          <w:b w:val="0"/>
          <w:i w:val="0"/>
          <w:smallCaps w:val="0"/>
          <w:strike w:val="0"/>
          <w:color w:val="000000"/>
          <w:sz w:val="22"/>
          <w:u w:val="single"/>
        </w:rPr>
        <w:t>between the</w:t>
      </w:r>
      <w:r>
        <w:rPr>
          <w:b w:val="0"/>
          <w:i w:val="0"/>
          <w:smallCaps w:val="0"/>
          <w:strike w:val="0"/>
          <w:color w:val="000000"/>
          <w:sz w:val="16"/>
          <w:u w:val="none"/>
        </w:rPr>
        <w:t xml:space="preserve"> tacit grammar and </w:t>
      </w:r>
      <w:r>
        <w:rPr>
          <w:b w:val="0"/>
          <w:i w:val="0"/>
          <w:smallCaps w:val="0"/>
          <w:strike w:val="0"/>
          <w:color w:val="000000"/>
          <w:sz w:val="22"/>
          <w:u w:val="single"/>
        </w:rPr>
        <w:t>ongoing “</w:t>
      </w:r>
      <w:r>
        <w:rPr>
          <w:b/>
          <w:i w:val="0"/>
          <w:smallCaps w:val="0"/>
          <w:strike w:val="0"/>
          <w:color w:val="000000"/>
          <w:sz w:val="22"/>
          <w:u w:val="single"/>
        </w:rPr>
        <w:t>planning</w:t>
      </w:r>
      <w:r>
        <w:rPr>
          <w:b w:val="0"/>
          <w:i w:val="0"/>
          <w:smallCaps w:val="0"/>
          <w:strike w:val="0"/>
          <w:color w:val="000000"/>
          <w:sz w:val="22"/>
          <w:u w:val="single"/>
        </w:rPr>
        <w:t>” of black fugitivity</w:t>
      </w:r>
      <w:r>
        <w:rPr>
          <w:b w:val="0"/>
          <w:i w:val="0"/>
          <w:smallCaps w:val="0"/>
          <w:strike w:val="0"/>
          <w:color w:val="000000"/>
          <w:sz w:val="16"/>
          <w:u w:val="none"/>
        </w:rPr>
        <w:t>—as loopholes of retreat practiced and concealed in plain sight—</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flagrant publicity</w:t>
      </w:r>
      <w:r>
        <w:rPr>
          <w:b w:val="0"/>
          <w:i w:val="0"/>
          <w:smallCaps w:val="0"/>
          <w:strike w:val="0"/>
          <w:color w:val="000000"/>
          <w:sz w:val="16"/>
          <w:u w:val="none"/>
        </w:rPr>
        <w:t xml:space="preserve"> </w:t>
      </w:r>
      <w:r>
        <w:rPr>
          <w:b w:val="0"/>
          <w:i w:val="0"/>
          <w:smallCaps w:val="0"/>
          <w:strike w:val="0"/>
          <w:color w:val="000000"/>
          <w:sz w:val="22"/>
          <w:u w:val="single"/>
        </w:rPr>
        <w:t>as fugitive democracy</w:t>
      </w:r>
      <w:r>
        <w:rPr>
          <w:b w:val="0"/>
          <w:i w:val="0"/>
          <w:smallCaps w:val="0"/>
          <w:strike w:val="0"/>
          <w:color w:val="000000"/>
          <w:sz w:val="16"/>
          <w:u w:val="none"/>
        </w:rPr>
        <w:t xml:space="preserve">. </w:t>
      </w:r>
      <w:r>
        <w:rPr>
          <w:b w:val="0"/>
          <w:i w:val="0"/>
          <w:smallCaps w:val="0"/>
          <w:strike w:val="0"/>
          <w:color w:val="000000"/>
          <w:sz w:val="22"/>
          <w:u w:val="single"/>
        </w:rPr>
        <w:t>Whereas for Moten, the historical failure or defeat of outward-facing public action proves the</w:t>
      </w:r>
      <w:r>
        <w:rPr>
          <w:b w:val="0"/>
          <w:i w:val="0"/>
          <w:smallCaps w:val="0"/>
          <w:strike w:val="0"/>
          <w:color w:val="000000"/>
          <w:sz w:val="16"/>
          <w:u w:val="none"/>
        </w:rPr>
        <w:t xml:space="preserve"> </w:t>
      </w:r>
      <w:r>
        <w:rPr>
          <w:b/>
          <w:i w:val="0"/>
          <w:smallCaps w:val="0"/>
          <w:strike w:val="0"/>
          <w:color w:val="000000"/>
          <w:sz w:val="22"/>
          <w:u w:val="single"/>
        </w:rPr>
        <w:t>futility</w:t>
      </w:r>
      <w:r>
        <w:rPr>
          <w:b w:val="0"/>
          <w:i w:val="0"/>
          <w:smallCaps w:val="0"/>
          <w:strike w:val="0"/>
          <w:color w:val="000000"/>
          <w:sz w:val="16"/>
          <w:u w:val="none"/>
        </w:rPr>
        <w:t xml:space="preserve"> </w:t>
      </w:r>
      <w:r>
        <w:rPr>
          <w:b w:val="0"/>
          <w:i w:val="0"/>
          <w:smallCaps w:val="0"/>
          <w:strike w:val="0"/>
          <w:color w:val="000000"/>
          <w:sz w:val="22"/>
          <w:u w:val="single"/>
        </w:rPr>
        <w:t>of fugitive democracy</w:t>
      </w:r>
      <w:r>
        <w:rPr>
          <w:b w:val="0"/>
          <w:i w:val="0"/>
          <w:smallCaps w:val="0"/>
          <w:strike w:val="0"/>
          <w:color w:val="000000"/>
          <w:sz w:val="16"/>
          <w:u w:val="none"/>
        </w:rPr>
        <w:t xml:space="preserve">, I would ask: </w:t>
      </w:r>
      <w:r>
        <w:rPr>
          <w:b w:val="0"/>
          <w:i w:val="0"/>
          <w:smallCaps w:val="0"/>
          <w:strike w:val="0"/>
          <w:color w:val="000000"/>
          <w:sz w:val="22"/>
          <w:u w:val="single"/>
        </w:rPr>
        <w:t>“what if” we follow his own fugitive view that</w:t>
      </w:r>
      <w:r>
        <w:rPr>
          <w:b w:val="0"/>
          <w:i w:val="0"/>
          <w:smallCaps w:val="0"/>
          <w:strike w:val="0"/>
          <w:color w:val="000000"/>
          <w:sz w:val="16"/>
          <w:u w:val="none"/>
        </w:rPr>
        <w:t xml:space="preserve"> </w:t>
      </w:r>
      <w:r>
        <w:rPr>
          <w:b w:val="0"/>
          <w:i w:val="0"/>
          <w:smallCaps w:val="0"/>
          <w:strike w:val="0"/>
          <w:color w:val="000000"/>
          <w:sz w:val="22"/>
          <w:u w:val="single"/>
        </w:rPr>
        <w:t>any being or act is both</w:t>
      </w:r>
      <w:r>
        <w:rPr>
          <w:b w:val="0"/>
          <w:i w:val="0"/>
          <w:smallCaps w:val="0"/>
          <w:strike w:val="0"/>
          <w:color w:val="000000"/>
          <w:sz w:val="16"/>
          <w:u w:val="none"/>
        </w:rPr>
        <w:t xml:space="preserve"> </w:t>
      </w:r>
      <w:r>
        <w:rPr>
          <w:b/>
          <w:i w:val="0"/>
          <w:smallCaps w:val="0"/>
          <w:strike w:val="0"/>
          <w:color w:val="000000"/>
          <w:sz w:val="22"/>
          <w:u w:val="single"/>
        </w:rPr>
        <w:t>incomplete</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excessive</w:t>
      </w:r>
      <w:r>
        <w:rPr>
          <w:b w:val="0"/>
          <w:i w:val="0"/>
          <w:smallCaps w:val="0"/>
          <w:strike w:val="0"/>
          <w:color w:val="000000"/>
          <w:sz w:val="22"/>
          <w:u w:val="single"/>
        </w:rPr>
        <w:t>, to infer that</w:t>
      </w:r>
      <w:r>
        <w:rPr>
          <w:b w:val="0"/>
          <w:i w:val="0"/>
          <w:smallCaps w:val="0"/>
          <w:strike w:val="0"/>
          <w:color w:val="000000"/>
          <w:sz w:val="16"/>
          <w:u w:val="none"/>
        </w:rPr>
        <w:t xml:space="preserve"> </w:t>
      </w:r>
      <w:r>
        <w:rPr>
          <w:b w:val="0"/>
          <w:i w:val="0"/>
          <w:smallCaps w:val="0"/>
          <w:strike w:val="0"/>
          <w:color w:val="000000"/>
          <w:sz w:val="22"/>
          <w:u w:val="single"/>
        </w:rPr>
        <w:t>specific historical experiments are</w:t>
      </w:r>
      <w:r>
        <w:rPr>
          <w:b w:val="0"/>
          <w:i w:val="0"/>
          <w:smallCaps w:val="0"/>
          <w:strike w:val="0"/>
          <w:color w:val="000000"/>
          <w:sz w:val="16"/>
          <w:u w:val="none"/>
        </w:rPr>
        <w:t xml:space="preserve"> </w:t>
      </w:r>
      <w:r>
        <w:rPr>
          <w:b/>
          <w:i w:val="0"/>
          <w:smallCaps w:val="0"/>
          <w:strike w:val="0"/>
          <w:color w:val="000000"/>
          <w:sz w:val="22"/>
          <w:u w:val="single"/>
        </w:rPr>
        <w:t>not definitive failures</w:t>
      </w:r>
      <w:r>
        <w:rPr>
          <w:b w:val="0"/>
          <w:i w:val="0"/>
          <w:smallCaps w:val="0"/>
          <w:strike w:val="0"/>
          <w:color w:val="000000"/>
          <w:sz w:val="22"/>
          <w:u w:val="single"/>
        </w:rPr>
        <w:t>, but</w:t>
      </w:r>
      <w:r>
        <w:rPr>
          <w:b w:val="0"/>
          <w:i w:val="0"/>
          <w:smallCaps w:val="0"/>
          <w:strike w:val="0"/>
          <w:color w:val="000000"/>
          <w:sz w:val="16"/>
          <w:u w:val="none"/>
        </w:rPr>
        <w:t xml:space="preserve"> </w:t>
      </w:r>
      <w:r>
        <w:rPr>
          <w:b/>
          <w:i w:val="0"/>
          <w:smallCaps w:val="0"/>
          <w:strike w:val="0"/>
          <w:color w:val="000000"/>
          <w:sz w:val="22"/>
          <w:u w:val="single"/>
        </w:rPr>
        <w:t>unfinished</w:t>
      </w:r>
      <w:r>
        <w:rPr>
          <w:b w:val="0"/>
          <w:i w:val="0"/>
          <w:smallCaps w:val="0"/>
          <w:strike w:val="0"/>
          <w:color w:val="000000"/>
          <w:sz w:val="16"/>
          <w:u w:val="none"/>
        </w:rPr>
        <w:t xml:space="preserve"> </w:t>
      </w:r>
      <w:r>
        <w:rPr>
          <w:b/>
          <w:i w:val="0"/>
          <w:smallCaps w:val="0"/>
          <w:strike w:val="0"/>
          <w:color w:val="000000"/>
          <w:sz w:val="22"/>
          <w:u w:val="single"/>
        </w:rPr>
        <w:t>in meaning</w:t>
      </w:r>
      <w:r>
        <w:rPr>
          <w:b w:val="0"/>
          <w:i w:val="0"/>
          <w:smallCaps w:val="0"/>
          <w:strike w:val="0"/>
          <w:color w:val="000000"/>
          <w:sz w:val="22"/>
          <w:u w:val="single"/>
        </w:rPr>
        <w:t>,</w:t>
      </w:r>
      <w:r>
        <w:rPr>
          <w:b w:val="0"/>
          <w:i w:val="0"/>
          <w:smallCaps w:val="0"/>
          <w:strike w:val="0"/>
          <w:color w:val="000000"/>
          <w:sz w:val="16"/>
          <w:u w:val="none"/>
        </w:rPr>
        <w:t xml:space="preserve"> </w:t>
      </w:r>
      <w:r>
        <w:rPr>
          <w:b w:val="0"/>
          <w:i w:val="0"/>
          <w:smallCaps w:val="0"/>
          <w:strike w:val="0"/>
          <w:color w:val="000000"/>
          <w:sz w:val="22"/>
          <w:u w:val="single"/>
        </w:rPr>
        <w:t>examples we could</w:t>
      </w:r>
      <w:r>
        <w:rPr>
          <w:b w:val="0"/>
          <w:i w:val="0"/>
          <w:smallCaps w:val="0"/>
          <w:strike w:val="0"/>
          <w:color w:val="000000"/>
          <w:sz w:val="16"/>
          <w:u w:val="none"/>
        </w:rPr>
        <w:t xml:space="preserve"> </w:t>
      </w:r>
      <w:r>
        <w:rPr>
          <w:b/>
          <w:i w:val="0"/>
          <w:smallCaps w:val="0"/>
          <w:strike w:val="0"/>
          <w:color w:val="000000"/>
          <w:sz w:val="22"/>
          <w:u w:val="single"/>
        </w:rPr>
        <w:t>retrieve</w:t>
      </w:r>
      <w:r>
        <w:rPr>
          <w:b w:val="0"/>
          <w:i w:val="0"/>
          <w:smallCaps w:val="0"/>
          <w:strike w:val="0"/>
          <w:color w:val="000000"/>
          <w:sz w:val="16"/>
          <w:u w:val="none"/>
        </w:rPr>
        <w:t xml:space="preserve"> </w:t>
      </w:r>
      <w:r>
        <w:rPr>
          <w:b w:val="0"/>
          <w:i w:val="0"/>
          <w:smallCaps w:val="0"/>
          <w:strike w:val="0"/>
          <w:color w:val="000000"/>
          <w:sz w:val="22"/>
          <w:u w:val="single"/>
        </w:rPr>
        <w:t>and</w:t>
      </w:r>
      <w:r>
        <w:rPr>
          <w:b w:val="0"/>
          <w:i w:val="0"/>
          <w:smallCaps w:val="0"/>
          <w:strike w:val="0"/>
          <w:color w:val="000000"/>
          <w:sz w:val="16"/>
          <w:u w:val="none"/>
        </w:rPr>
        <w:t xml:space="preserve"> </w:t>
      </w:r>
      <w:r>
        <w:rPr>
          <w:b/>
          <w:i w:val="0"/>
          <w:smallCaps w:val="0"/>
          <w:strike w:val="0"/>
          <w:color w:val="000000"/>
          <w:sz w:val="22"/>
          <w:u w:val="single"/>
        </w:rPr>
        <w:t>refashion</w:t>
      </w:r>
      <w:r>
        <w:rPr>
          <w:b w:val="0"/>
          <w:i w:val="0"/>
          <w:smallCaps w:val="0"/>
          <w:strike w:val="0"/>
          <w:color w:val="000000"/>
          <w:sz w:val="16"/>
          <w:u w:val="none"/>
        </w:rPr>
        <w:t xml:space="preserve"> </w:t>
      </w:r>
      <w:r>
        <w:rPr>
          <w:b w:val="0"/>
          <w:i w:val="0"/>
          <w:smallCaps w:val="0"/>
          <w:strike w:val="0"/>
          <w:color w:val="000000"/>
          <w:sz w:val="22"/>
          <w:u w:val="single"/>
        </w:rPr>
        <w:t>now? If keeping open such possibility</w:t>
      </w:r>
      <w:r>
        <w:rPr>
          <w:b w:val="0"/>
          <w:i w:val="0"/>
          <w:smallCaps w:val="0"/>
          <w:strike w:val="0"/>
          <w:color w:val="000000"/>
          <w:sz w:val="16"/>
          <w:u w:val="none"/>
        </w:rPr>
        <w:t xml:space="preserve"> </w:t>
      </w:r>
      <w:r>
        <w:rPr>
          <w:b/>
          <w:i w:val="0"/>
          <w:smallCaps w:val="0"/>
          <w:strike w:val="0"/>
          <w:color w:val="000000"/>
          <w:sz w:val="22"/>
          <w:u w:val="single"/>
        </w:rPr>
        <w:t>risks cruel optimism</w:t>
      </w:r>
      <w:r>
        <w:rPr>
          <w:b w:val="0"/>
          <w:i w:val="0"/>
          <w:smallCaps w:val="0"/>
          <w:strike w:val="0"/>
          <w:color w:val="000000"/>
          <w:sz w:val="22"/>
          <w:u w:val="single"/>
        </w:rPr>
        <w:t>, foreclosing it</w:t>
      </w:r>
      <w:r>
        <w:rPr>
          <w:b w:val="0"/>
          <w:i w:val="0"/>
          <w:smallCaps w:val="0"/>
          <w:strike w:val="0"/>
          <w:color w:val="000000"/>
          <w:sz w:val="16"/>
          <w:u w:val="none"/>
        </w:rPr>
        <w:t xml:space="preserve"> </w:t>
      </w:r>
      <w:r>
        <w:rPr>
          <w:b/>
          <w:i w:val="0"/>
          <w:smallCaps w:val="0"/>
          <w:strike w:val="0"/>
          <w:color w:val="000000"/>
          <w:sz w:val="22"/>
          <w:u w:val="single"/>
        </w:rPr>
        <w:t>reifies the impasse</w:t>
      </w:r>
      <w:r>
        <w:rPr>
          <w:b w:val="0"/>
          <w:i w:val="0"/>
          <w:smallCaps w:val="0"/>
          <w:strike w:val="0"/>
          <w:color w:val="000000"/>
          <w:sz w:val="16"/>
          <w:u w:val="none"/>
        </w:rPr>
        <w:t xml:space="preserve"> </w:t>
      </w:r>
      <w:r>
        <w:rPr>
          <w:b w:val="0"/>
          <w:i w:val="0"/>
          <w:smallCaps w:val="0"/>
          <w:strike w:val="0"/>
          <w:color w:val="000000"/>
          <w:sz w:val="22"/>
          <w:u w:val="single"/>
        </w:rPr>
        <w:t>he</w:t>
      </w:r>
      <w:r>
        <w:rPr>
          <w:b w:val="0"/>
          <w:i w:val="0"/>
          <w:smallCaps w:val="0"/>
          <w:strike w:val="0"/>
          <w:color w:val="000000"/>
          <w:sz w:val="16"/>
          <w:u w:val="none"/>
        </w:rPr>
        <w:t xml:space="preserve"> generatively </w:t>
      </w:r>
      <w:r>
        <w:rPr>
          <w:b w:val="0"/>
          <w:i w:val="0"/>
          <w:smallCaps w:val="0"/>
          <w:strike w:val="0"/>
          <w:color w:val="000000"/>
          <w:sz w:val="22"/>
          <w:u w:val="single"/>
        </w:rPr>
        <w:t>transvalues</w:t>
      </w:r>
      <w:r>
        <w:rPr>
          <w:b w:val="0"/>
          <w:i w:val="0"/>
          <w:smallCaps w:val="0"/>
          <w:strike w:val="0"/>
          <w:color w:val="000000"/>
          <w:sz w:val="16"/>
          <w:u w:val="none"/>
        </w:rPr>
        <w:t xml:space="preserve"> in so many other ways.</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