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Oil prices key to prevent Russian collapse</w:t>
      </w:r>
    </w:p>
    <w:p>
      <w:pPr>
        <w:spacing w:after="80"/>
      </w:pPr>
      <w:r>
        <w:rPr>
          <w:b w:val="0"/>
          <w:i w:val="0"/>
          <w:smallCaps w:val="0"/>
          <w:strike w:val="0"/>
          <w:u w:val="none"/>
        </w:rPr>
        <w:t xml:space="preserve">Tim </w:t>
      </w:r>
      <w:r>
        <w:rPr>
          <w:b/>
          <w:i w:val="0"/>
          <w:smallCaps w:val="0"/>
          <w:strike w:val="0"/>
          <w:sz w:val="26"/>
          <w:u w:val="none"/>
        </w:rPr>
        <w:t xml:space="preserve">Rooks </w:t>
      </w:r>
      <w:r>
        <w:rPr>
          <w:b/>
          <w:i w:val="0"/>
          <w:smallCaps w:val="0"/>
          <w:strike w:val="0"/>
          <w:sz w:val="26"/>
          <w:u w:val="none"/>
        </w:rPr>
        <w:t>23</w:t>
      </w:r>
      <w:r>
        <w:rPr>
          <w:b w:val="0"/>
          <w:i w:val="0"/>
          <w:smallCaps w:val="0"/>
          <w:strike w:val="0"/>
          <w:u w:val="none"/>
        </w:rPr>
        <w:t>, Editor for Taiwan News, “Russia's war economy staggers on, but an oil shock could prove fatal,” 6/30/2023 https://www.taiwannews.com.tw/en/news/4933037</w:t>
      </w:r>
    </w:p>
    <w:p>
      <w:pPr>
        <w:spacing w:after="60"/>
      </w:pPr>
      <w:r>
        <w:rPr>
          <w:b w:val="0"/>
          <w:i w:val="0"/>
          <w:smallCaps w:val="0"/>
          <w:strike w:val="0"/>
          <w:sz w:val="14"/>
          <w:u w:val="none"/>
        </w:rPr>
        <w:t xml:space="preserve">For a few crazy hours last weekend, Vladimir </w:t>
      </w:r>
      <w:r>
        <w:rPr>
          <w:b/>
          <w:i w:val="0"/>
          <w:smallCaps w:val="0"/>
          <w:strike w:val="0"/>
          <w:sz w:val="24"/>
          <w:highlight w:val="cyan"/>
          <w:u w:val="single"/>
        </w:rPr>
        <w:t>Putin's presidency</w:t>
      </w:r>
      <w:r>
        <w:rPr>
          <w:b/>
          <w:i w:val="0"/>
          <w:smallCaps w:val="0"/>
          <w:strike w:val="0"/>
          <w:sz w:val="22"/>
          <w:u w:val="single"/>
        </w:rPr>
        <w:t xml:space="preserve"> looked like it </w:t>
      </w:r>
      <w:r>
        <w:rPr>
          <w:b/>
          <w:i w:val="0"/>
          <w:smallCaps w:val="0"/>
          <w:strike w:val="0"/>
          <w:sz w:val="22"/>
          <w:highlight w:val="cyan"/>
          <w:u w:val="single"/>
        </w:rPr>
        <w:t xml:space="preserve">could be on the </w:t>
      </w:r>
      <w:r>
        <w:rPr>
          <w:b/>
          <w:i w:val="0"/>
          <w:smallCaps w:val="0"/>
          <w:strike w:val="0"/>
          <w:sz w:val="24"/>
          <w:highlight w:val="cyan"/>
          <w:u w:val="single"/>
        </w:rPr>
        <w:t>brink</w:t>
      </w:r>
      <w:r>
        <w:rPr>
          <w:b/>
          <w:i w:val="0"/>
          <w:smallCaps w:val="0"/>
          <w:strike w:val="0"/>
          <w:sz w:val="22"/>
          <w:u w:val="single"/>
        </w:rPr>
        <w:t>.</w:t>
      </w:r>
    </w:p>
    <w:p>
      <w:pPr>
        <w:spacing w:after="60"/>
      </w:pPr>
      <w:r>
        <w:rPr>
          <w:b w:val="0"/>
          <w:i w:val="0"/>
          <w:smallCaps w:val="0"/>
          <w:strike w:val="0"/>
          <w:sz w:val="14"/>
          <w:u w:val="none"/>
        </w:rPr>
        <w:t xml:space="preserve">The dramatic revolt by </w:t>
      </w:r>
      <w:r>
        <w:rPr>
          <w:b/>
          <w:i w:val="0"/>
          <w:smallCaps w:val="0"/>
          <w:strike w:val="0"/>
          <w:sz w:val="22"/>
          <w:u w:val="single"/>
        </w:rPr>
        <w:t xml:space="preserve">the mercenary </w:t>
      </w:r>
      <w:r>
        <w:rPr>
          <w:b/>
          <w:i w:val="0"/>
          <w:smallCaps w:val="0"/>
          <w:strike w:val="0"/>
          <w:sz w:val="24"/>
          <w:u w:val="single"/>
        </w:rPr>
        <w:t>Wagner Group</w:t>
      </w:r>
      <w:r>
        <w:rPr>
          <w:b w:val="0"/>
          <w:i w:val="0"/>
          <w:smallCaps w:val="0"/>
          <w:strike w:val="0"/>
          <w:sz w:val="14"/>
          <w:u w:val="none"/>
        </w:rPr>
        <w:t xml:space="preserve"> culminated in an armored column making its way toward Moscow. As the convoy powered through the country, preparations were made in the capital for imminent conflict.</w:t>
      </w:r>
    </w:p>
    <w:p>
      <w:pPr>
        <w:spacing w:after="60"/>
      </w:pPr>
      <w:r>
        <w:rPr>
          <w:b w:val="0"/>
          <w:i w:val="0"/>
          <w:smallCaps w:val="0"/>
          <w:strike w:val="0"/>
          <w:sz w:val="14"/>
          <w:u w:val="none"/>
        </w:rPr>
        <w:t xml:space="preserve">While a resolution was brokered before the weekend was over, the stunning events </w:t>
      </w:r>
      <w:r>
        <w:rPr>
          <w:b/>
          <w:i w:val="0"/>
          <w:smallCaps w:val="0"/>
          <w:strike w:val="0"/>
          <w:sz w:val="22"/>
          <w:u w:val="single"/>
        </w:rPr>
        <w:t>have changed the narrative about the stability of Putin's rule</w:t>
      </w:r>
      <w:r>
        <w:rPr>
          <w:b w:val="0"/>
          <w:i w:val="0"/>
          <w:smallCaps w:val="0"/>
          <w:strike w:val="0"/>
          <w:sz w:val="14"/>
          <w:u w:val="none"/>
        </w:rPr>
        <w:t>.</w:t>
      </w:r>
    </w:p>
    <w:p>
      <w:pPr>
        <w:spacing w:after="60"/>
      </w:pPr>
      <w:r>
        <w:rPr>
          <w:b w:val="0"/>
          <w:i w:val="0"/>
          <w:smallCaps w:val="0"/>
          <w:strike w:val="0"/>
          <w:sz w:val="14"/>
          <w:u w:val="none"/>
        </w:rPr>
        <w:t xml:space="preserve">Now, questions are being raised over </w:t>
      </w:r>
      <w:r>
        <w:rPr>
          <w:b/>
          <w:i w:val="0"/>
          <w:smallCaps w:val="0"/>
          <w:strike w:val="0"/>
          <w:sz w:val="22"/>
          <w:u w:val="single"/>
        </w:rPr>
        <w:t xml:space="preserve">what could next </w:t>
      </w:r>
      <w:r>
        <w:rPr>
          <w:b/>
          <w:i w:val="0"/>
          <w:smallCaps w:val="0"/>
          <w:strike w:val="0"/>
          <w:sz w:val="24"/>
          <w:u w:val="single"/>
        </w:rPr>
        <w:t>threaten</w:t>
      </w:r>
      <w:r>
        <w:rPr>
          <w:b/>
          <w:i w:val="0"/>
          <w:smallCaps w:val="0"/>
          <w:strike w:val="0"/>
          <w:sz w:val="22"/>
          <w:u w:val="single"/>
        </w:rPr>
        <w:t xml:space="preserve"> his</w:t>
      </w:r>
      <w:r>
        <w:rPr>
          <w:b w:val="0"/>
          <w:i w:val="0"/>
          <w:smallCaps w:val="0"/>
          <w:strike w:val="0"/>
          <w:sz w:val="14"/>
          <w:u w:val="none"/>
        </w:rPr>
        <w:t xml:space="preserve"> more-than-two-decade </w:t>
      </w:r>
      <w:r>
        <w:rPr>
          <w:b/>
          <w:i w:val="0"/>
          <w:smallCaps w:val="0"/>
          <w:strike w:val="0"/>
          <w:sz w:val="24"/>
          <w:u w:val="single"/>
        </w:rPr>
        <w:t>control</w:t>
      </w:r>
      <w:r>
        <w:rPr>
          <w:b w:val="0"/>
          <w:i w:val="0"/>
          <w:smallCaps w:val="0"/>
          <w:strike w:val="0"/>
          <w:sz w:val="14"/>
          <w:u w:val="none"/>
        </w:rPr>
        <w:t xml:space="preserve"> of the country. As in the past, </w:t>
      </w:r>
      <w:r>
        <w:rPr>
          <w:b/>
          <w:i w:val="0"/>
          <w:smallCaps w:val="0"/>
          <w:strike w:val="0"/>
          <w:sz w:val="22"/>
          <w:u w:val="single"/>
        </w:rPr>
        <w:t xml:space="preserve">the </w:t>
      </w:r>
      <w:r>
        <w:rPr>
          <w:b/>
          <w:i w:val="0"/>
          <w:smallCaps w:val="0"/>
          <w:strike w:val="0"/>
          <w:sz w:val="24"/>
          <w:u w:val="single"/>
        </w:rPr>
        <w:t>economy</w:t>
      </w:r>
      <w:r>
        <w:rPr>
          <w:b/>
          <w:i w:val="0"/>
          <w:smallCaps w:val="0"/>
          <w:strike w:val="0"/>
          <w:sz w:val="22"/>
          <w:u w:val="single"/>
        </w:rPr>
        <w:t xml:space="preserve"> is an important part of the discussion</w:t>
      </w:r>
      <w:r>
        <w:rPr>
          <w:b w:val="0"/>
          <w:i w:val="0"/>
          <w:smallCaps w:val="0"/>
          <w:strike w:val="0"/>
          <w:sz w:val="14"/>
          <w:u w:val="none"/>
        </w:rPr>
        <w:t>.</w:t>
      </w:r>
    </w:p>
    <w:p>
      <w:pPr>
        <w:spacing w:after="60"/>
      </w:pPr>
      <w:r>
        <w:rPr>
          <w:b w:val="0"/>
          <w:i w:val="0"/>
          <w:smallCaps w:val="0"/>
          <w:strike w:val="0"/>
          <w:sz w:val="14"/>
          <w:u w:val="none"/>
        </w:rPr>
        <w:t>Since the invasion of Ukraine in February 2022, the Russian economy has been a primary target of sanctions for Western nations looking to support Ukraine.</w:t>
      </w:r>
    </w:p>
    <w:p>
      <w:pPr>
        <w:spacing w:after="60"/>
      </w:pPr>
      <w:r>
        <w:rPr>
          <w:b w:val="0"/>
          <w:i w:val="0"/>
          <w:smallCaps w:val="0"/>
          <w:strike w:val="0"/>
          <w:sz w:val="14"/>
          <w:u w:val="none"/>
        </w:rPr>
        <w:t xml:space="preserve">However, for much of 2022, </w:t>
      </w:r>
      <w:r>
        <w:rPr>
          <w:b/>
          <w:i w:val="0"/>
          <w:smallCaps w:val="0"/>
          <w:strike w:val="0"/>
          <w:sz w:val="22"/>
          <w:u w:val="single"/>
        </w:rPr>
        <w:t xml:space="preserve">European countries continued to buy </w:t>
      </w:r>
      <w:r>
        <w:rPr>
          <w:b/>
          <w:i w:val="0"/>
          <w:smallCaps w:val="0"/>
          <w:strike w:val="0"/>
          <w:sz w:val="24"/>
          <w:u w:val="single"/>
        </w:rPr>
        <w:t>Russian oil</w:t>
      </w:r>
      <w:r>
        <w:rPr>
          <w:b/>
          <w:i w:val="0"/>
          <w:smallCaps w:val="0"/>
          <w:strike w:val="0"/>
          <w:sz w:val="22"/>
          <w:u w:val="single"/>
        </w:rPr>
        <w:t xml:space="preserve"> and</w:t>
      </w:r>
      <w:r>
        <w:rPr>
          <w:b w:val="0"/>
          <w:i w:val="0"/>
          <w:smallCaps w:val="0"/>
          <w:strike w:val="0"/>
          <w:sz w:val="14"/>
          <w:u w:val="none"/>
        </w:rPr>
        <w:t xml:space="preserve"> gas while </w:t>
      </w:r>
      <w:r>
        <w:rPr>
          <w:b/>
          <w:i w:val="0"/>
          <w:smallCaps w:val="0"/>
          <w:strike w:val="0"/>
          <w:sz w:val="22"/>
          <w:highlight w:val="cyan"/>
          <w:u w:val="single"/>
        </w:rPr>
        <w:t>Moscow found</w:t>
      </w:r>
      <w:r>
        <w:rPr>
          <w:b/>
          <w:i w:val="0"/>
          <w:smallCaps w:val="0"/>
          <w:strike w:val="0"/>
          <w:sz w:val="22"/>
          <w:u w:val="single"/>
        </w:rPr>
        <w:t xml:space="preserve"> new </w:t>
      </w:r>
      <w:r>
        <w:rPr>
          <w:b/>
          <w:i w:val="0"/>
          <w:smallCaps w:val="0"/>
          <w:strike w:val="0"/>
          <w:sz w:val="24"/>
          <w:highlight w:val="cyan"/>
          <w:u w:val="single"/>
        </w:rPr>
        <w:t>energy partners</w:t>
      </w:r>
      <w:r>
        <w:rPr>
          <w:b/>
          <w:i w:val="0"/>
          <w:smallCaps w:val="0"/>
          <w:strike w:val="0"/>
          <w:sz w:val="22"/>
          <w:highlight w:val="cyan"/>
          <w:u w:val="single"/>
        </w:rPr>
        <w:t xml:space="preserve"> in </w:t>
      </w:r>
      <w:r>
        <w:rPr>
          <w:b/>
          <w:i w:val="0"/>
          <w:smallCaps w:val="0"/>
          <w:strike w:val="0"/>
          <w:sz w:val="24"/>
          <w:highlight w:val="cyan"/>
          <w:u w:val="single"/>
        </w:rPr>
        <w:t>China</w:t>
      </w:r>
      <w:r>
        <w:rPr>
          <w:b/>
          <w:i w:val="0"/>
          <w:smallCaps w:val="0"/>
          <w:strike w:val="0"/>
          <w:sz w:val="22"/>
          <w:highlight w:val="cyan"/>
          <w:u w:val="single"/>
        </w:rPr>
        <w:t xml:space="preserve"> and </w:t>
      </w:r>
      <w:r>
        <w:rPr>
          <w:b/>
          <w:i w:val="0"/>
          <w:smallCaps w:val="0"/>
          <w:strike w:val="0"/>
          <w:sz w:val="24"/>
          <w:highlight w:val="cyan"/>
          <w:u w:val="single"/>
        </w:rPr>
        <w:t>India</w:t>
      </w:r>
      <w:r>
        <w:rPr>
          <w:b/>
          <w:i w:val="0"/>
          <w:smallCaps w:val="0"/>
          <w:strike w:val="0"/>
          <w:sz w:val="22"/>
          <w:highlight w:val="cyan"/>
          <w:u w:val="single"/>
        </w:rPr>
        <w:t>. That drove</w:t>
      </w:r>
      <w:r>
        <w:rPr>
          <w:b/>
          <w:i w:val="0"/>
          <w:smallCaps w:val="0"/>
          <w:strike w:val="0"/>
          <w:sz w:val="22"/>
          <w:u w:val="single"/>
        </w:rPr>
        <w:t xml:space="preserve"> the country to </w:t>
      </w:r>
      <w:r>
        <w:rPr>
          <w:b/>
          <w:i w:val="0"/>
          <w:smallCaps w:val="0"/>
          <w:strike w:val="0"/>
          <w:sz w:val="22"/>
          <w:highlight w:val="cyan"/>
          <w:u w:val="single"/>
        </w:rPr>
        <w:t>a record</w:t>
      </w:r>
      <w:r>
        <w:rPr>
          <w:b/>
          <w:i w:val="0"/>
          <w:smallCaps w:val="0"/>
          <w:strike w:val="0"/>
          <w:sz w:val="22"/>
          <w:u w:val="single"/>
        </w:rPr>
        <w:t>-high</w:t>
      </w:r>
      <w:r>
        <w:rPr>
          <w:b w:val="0"/>
          <w:i w:val="0"/>
          <w:smallCaps w:val="0"/>
          <w:strike w:val="0"/>
          <w:sz w:val="14"/>
          <w:u w:val="none"/>
        </w:rPr>
        <w:t xml:space="preserve"> trade </w:t>
      </w:r>
      <w:r>
        <w:rPr>
          <w:b/>
          <w:i w:val="0"/>
          <w:smallCaps w:val="0"/>
          <w:strike w:val="0"/>
          <w:sz w:val="24"/>
          <w:highlight w:val="cyan"/>
          <w:u w:val="single"/>
        </w:rPr>
        <w:t>surplus</w:t>
      </w:r>
      <w:r>
        <w:rPr>
          <w:b w:val="0"/>
          <w:i w:val="0"/>
          <w:smallCaps w:val="0"/>
          <w:strike w:val="0"/>
          <w:sz w:val="14"/>
          <w:u w:val="none"/>
        </w:rPr>
        <w:t xml:space="preserve"> of $227 billion (€211 billion). Those </w:t>
      </w:r>
      <w:r>
        <w:rPr>
          <w:b/>
          <w:i w:val="0"/>
          <w:smallCaps w:val="0"/>
          <w:strike w:val="0"/>
          <w:sz w:val="22"/>
          <w:u w:val="single"/>
        </w:rPr>
        <w:t xml:space="preserve">bulging coffers helped Putin keep money </w:t>
      </w:r>
      <w:r>
        <w:rPr>
          <w:b/>
          <w:i w:val="0"/>
          <w:smallCaps w:val="0"/>
          <w:strike w:val="0"/>
          <w:sz w:val="24"/>
          <w:u w:val="single"/>
        </w:rPr>
        <w:t>flowing</w:t>
      </w:r>
      <w:r>
        <w:rPr>
          <w:b/>
          <w:i w:val="0"/>
          <w:smallCaps w:val="0"/>
          <w:strike w:val="0"/>
          <w:sz w:val="22"/>
          <w:u w:val="single"/>
        </w:rPr>
        <w:t xml:space="preserve"> to various </w:t>
      </w:r>
      <w:r>
        <w:rPr>
          <w:b/>
          <w:i w:val="0"/>
          <w:smallCaps w:val="0"/>
          <w:strike w:val="0"/>
          <w:sz w:val="24"/>
          <w:u w:val="single"/>
        </w:rPr>
        <w:t>sectors</w:t>
      </w:r>
      <w:r>
        <w:rPr>
          <w:b/>
          <w:i w:val="0"/>
          <w:smallCaps w:val="0"/>
          <w:strike w:val="0"/>
          <w:sz w:val="22"/>
          <w:u w:val="single"/>
        </w:rPr>
        <w:t xml:space="preserve"> and </w:t>
      </w:r>
      <w:r>
        <w:rPr>
          <w:b/>
          <w:i w:val="0"/>
          <w:smallCaps w:val="0"/>
          <w:strike w:val="0"/>
          <w:sz w:val="24"/>
          <w:u w:val="single"/>
        </w:rPr>
        <w:t>interest groups</w:t>
      </w:r>
      <w:r>
        <w:rPr>
          <w:b w:val="0"/>
          <w:i w:val="0"/>
          <w:smallCaps w:val="0"/>
          <w:strike w:val="0"/>
          <w:sz w:val="14"/>
          <w:u w:val="none"/>
        </w:rPr>
        <w:t>.</w:t>
      </w:r>
    </w:p>
    <w:p>
      <w:pPr>
        <w:spacing w:after="60"/>
      </w:pPr>
      <w:r>
        <w:rPr>
          <w:b w:val="0"/>
          <w:i w:val="0"/>
          <w:smallCaps w:val="0"/>
          <w:strike w:val="0"/>
          <w:sz w:val="14"/>
          <w:u w:val="none"/>
        </w:rPr>
        <w:t>A shield against sanctions</w:t>
      </w:r>
    </w:p>
    <w:p>
      <w:pPr>
        <w:spacing w:after="60"/>
      </w:pPr>
      <w:r>
        <w:rPr>
          <w:b/>
          <w:i w:val="0"/>
          <w:smallCaps w:val="0"/>
          <w:strike w:val="0"/>
          <w:sz w:val="22"/>
          <w:u w:val="single"/>
        </w:rPr>
        <w:t xml:space="preserve">That </w:t>
      </w:r>
      <w:r>
        <w:rPr>
          <w:b/>
          <w:i w:val="0"/>
          <w:smallCaps w:val="0"/>
          <w:strike w:val="0"/>
          <w:sz w:val="24"/>
          <w:highlight w:val="cyan"/>
          <w:u w:val="single"/>
        </w:rPr>
        <w:t>largess</w:t>
      </w:r>
      <w:r>
        <w:rPr>
          <w:b w:val="0"/>
          <w:i w:val="0"/>
          <w:smallCaps w:val="0"/>
          <w:strike w:val="0"/>
          <w:sz w:val="14"/>
          <w:u w:val="none"/>
        </w:rPr>
        <w:t xml:space="preserve"> also </w:t>
      </w:r>
      <w:r>
        <w:rPr>
          <w:b/>
          <w:i w:val="0"/>
          <w:smallCaps w:val="0"/>
          <w:strike w:val="0"/>
          <w:sz w:val="22"/>
          <w:highlight w:val="cyan"/>
          <w:u w:val="single"/>
        </w:rPr>
        <w:t xml:space="preserve">helped keep </w:t>
      </w:r>
      <w:r>
        <w:rPr>
          <w:b/>
          <w:i w:val="0"/>
          <w:smallCaps w:val="0"/>
          <w:strike w:val="0"/>
          <w:sz w:val="24"/>
          <w:highlight w:val="cyan"/>
          <w:u w:val="single"/>
        </w:rPr>
        <w:t>anti-Putin</w:t>
      </w:r>
      <w:r>
        <w:rPr>
          <w:b/>
          <w:i w:val="0"/>
          <w:smallCaps w:val="0"/>
          <w:strike w:val="0"/>
          <w:sz w:val="22"/>
          <w:highlight w:val="cyan"/>
          <w:u w:val="single"/>
        </w:rPr>
        <w:t xml:space="preserve"> sentiment </w:t>
      </w:r>
      <w:r>
        <w:rPr>
          <w:b/>
          <w:i w:val="0"/>
          <w:smallCaps w:val="0"/>
          <w:strike w:val="0"/>
          <w:sz w:val="24"/>
          <w:highlight w:val="cyan"/>
          <w:u w:val="single"/>
        </w:rPr>
        <w:t>down</w:t>
      </w:r>
      <w:r>
        <w:rPr>
          <w:b w:val="0"/>
          <w:i w:val="0"/>
          <w:smallCaps w:val="0"/>
          <w:strike w:val="0"/>
          <w:sz w:val="14"/>
          <w:u w:val="none"/>
        </w:rPr>
        <w:t>, according to Chris Weafer, an investment adviser who has worked in the country for 25 years.</w:t>
      </w:r>
    </w:p>
    <w:p>
      <w:pPr>
        <w:spacing w:after="60"/>
      </w:pPr>
      <w:r>
        <w:rPr>
          <w:b w:val="0"/>
          <w:i w:val="0"/>
          <w:smallCaps w:val="0"/>
          <w:strike w:val="0"/>
          <w:sz w:val="14"/>
          <w:u w:val="none"/>
        </w:rPr>
        <w:t>"</w:t>
      </w:r>
      <w:r>
        <w:rPr>
          <w:b/>
          <w:i w:val="0"/>
          <w:smallCaps w:val="0"/>
          <w:strike w:val="0"/>
          <w:sz w:val="22"/>
          <w:u w:val="single"/>
        </w:rPr>
        <w:t xml:space="preserve">It enabled the government to stabilize the economy and to </w:t>
      </w:r>
      <w:r>
        <w:rPr>
          <w:b/>
          <w:i w:val="0"/>
          <w:smallCaps w:val="0"/>
          <w:strike w:val="0"/>
          <w:sz w:val="24"/>
          <w:u w:val="single"/>
        </w:rPr>
        <w:t>subsidize</w:t>
      </w:r>
      <w:r>
        <w:rPr>
          <w:b/>
          <w:i w:val="0"/>
          <w:smallCaps w:val="0"/>
          <w:strike w:val="0"/>
          <w:sz w:val="22"/>
          <w:u w:val="single"/>
        </w:rPr>
        <w:t xml:space="preserve"> areas like the </w:t>
      </w:r>
      <w:r>
        <w:rPr>
          <w:b/>
          <w:i w:val="0"/>
          <w:smallCaps w:val="0"/>
          <w:strike w:val="0"/>
          <w:sz w:val="24"/>
          <w:u w:val="single"/>
        </w:rPr>
        <w:t>auto sector</w:t>
      </w:r>
      <w:r>
        <w:rPr>
          <w:b/>
          <w:i w:val="0"/>
          <w:smallCaps w:val="0"/>
          <w:strike w:val="0"/>
          <w:sz w:val="22"/>
          <w:u w:val="single"/>
        </w:rPr>
        <w:t xml:space="preserve">, which is </w:t>
      </w:r>
      <w:r>
        <w:rPr>
          <w:b/>
          <w:i w:val="0"/>
          <w:smallCaps w:val="0"/>
          <w:strike w:val="0"/>
          <w:sz w:val="24"/>
          <w:u w:val="single"/>
        </w:rPr>
        <w:t>politically</w:t>
      </w:r>
      <w:r>
        <w:rPr>
          <w:b/>
          <w:i w:val="0"/>
          <w:smallCaps w:val="0"/>
          <w:strike w:val="0"/>
          <w:sz w:val="22"/>
          <w:u w:val="single"/>
        </w:rPr>
        <w:t xml:space="preserve"> very </w:t>
      </w:r>
      <w:r>
        <w:rPr>
          <w:b/>
          <w:i w:val="0"/>
          <w:smallCaps w:val="0"/>
          <w:strike w:val="0"/>
          <w:sz w:val="24"/>
          <w:u w:val="single"/>
        </w:rPr>
        <w:t>important</w:t>
      </w:r>
      <w:r>
        <w:rPr>
          <w:b w:val="0"/>
          <w:i w:val="0"/>
          <w:smallCaps w:val="0"/>
          <w:strike w:val="0"/>
          <w:sz w:val="14"/>
          <w:u w:val="none"/>
        </w:rPr>
        <w:t xml:space="preserve"> because it's a very big employer, particularly in regions of Russia where it might be the only employer," he told DW, referencing large protests that took place in car-producing regions during the financial crisis of 2009.</w:t>
      </w:r>
    </w:p>
    <w:p>
      <w:pPr>
        <w:spacing w:after="60"/>
      </w:pPr>
      <w:r>
        <w:rPr>
          <w:b w:val="0"/>
          <w:i w:val="0"/>
          <w:smallCaps w:val="0"/>
          <w:strike w:val="0"/>
          <w:sz w:val="14"/>
          <w:u w:val="none"/>
        </w:rPr>
        <w:t>There are signs that the situation has begun to change this year. Elina Ribakova from the Bruegel think tank, even sees a connection between the economic situation and the recent aborted coup.</w:t>
      </w:r>
    </w:p>
    <w:p>
      <w:pPr>
        <w:spacing w:after="60"/>
      </w:pPr>
      <w:r>
        <w:rPr>
          <w:b w:val="0"/>
          <w:i w:val="0"/>
          <w:smallCaps w:val="0"/>
          <w:strike w:val="0"/>
          <w:sz w:val="14"/>
          <w:u w:val="none"/>
        </w:rPr>
        <w:t>She says the revolt led by Yevgeny Prigozhin was as much about access to increasingly limited resources as anything else. "If we would have seen higher oil prices, Putin could have comfortably continued to give handouts to his former cook as well as toward social spending," she said. "</w:t>
      </w:r>
      <w:r>
        <w:rPr>
          <w:b/>
          <w:i w:val="0"/>
          <w:smallCaps w:val="0"/>
          <w:strike w:val="0"/>
          <w:sz w:val="22"/>
          <w:u w:val="single"/>
        </w:rPr>
        <w:t>Russia's economy at the moment is almost entirely dependent on higher commodity prices</w:t>
      </w:r>
      <w:r>
        <w:rPr>
          <w:b w:val="0"/>
          <w:i w:val="0"/>
          <w:smallCaps w:val="0"/>
          <w:strike w:val="0"/>
          <w:sz w:val="14"/>
          <w:u w:val="none"/>
        </w:rPr>
        <w:t>."</w:t>
      </w:r>
    </w:p>
    <w:p>
      <w:pPr>
        <w:spacing w:after="60"/>
      </w:pPr>
      <w:r>
        <w:rPr>
          <w:b/>
          <w:i w:val="0"/>
          <w:smallCaps w:val="0"/>
          <w:strike w:val="0"/>
          <w:sz w:val="24"/>
          <w:highlight w:val="cyan"/>
          <w:u w:val="single"/>
        </w:rPr>
        <w:t>Energy revenues</w:t>
      </w:r>
      <w:r>
        <w:rPr>
          <w:b/>
          <w:i w:val="0"/>
          <w:smallCaps w:val="0"/>
          <w:strike w:val="0"/>
          <w:sz w:val="22"/>
          <w:highlight w:val="cyan"/>
          <w:u w:val="single"/>
        </w:rPr>
        <w:t xml:space="preserve"> have</w:t>
      </w:r>
      <w:r>
        <w:rPr>
          <w:b/>
          <w:i w:val="0"/>
          <w:smallCaps w:val="0"/>
          <w:strike w:val="0"/>
          <w:sz w:val="22"/>
          <w:u w:val="single"/>
        </w:rPr>
        <w:t xml:space="preserve"> undoubtedly </w:t>
      </w:r>
      <w:r>
        <w:rPr>
          <w:b/>
          <w:i w:val="0"/>
          <w:smallCaps w:val="0"/>
          <w:strike w:val="0"/>
          <w:sz w:val="22"/>
          <w:highlight w:val="cyan"/>
          <w:u w:val="single"/>
        </w:rPr>
        <w:t>been Moscow's</w:t>
      </w:r>
      <w:r>
        <w:rPr>
          <w:b/>
          <w:i w:val="0"/>
          <w:smallCaps w:val="0"/>
          <w:strike w:val="0"/>
          <w:sz w:val="22"/>
          <w:u w:val="single"/>
        </w:rPr>
        <w:t xml:space="preserve"> primary </w:t>
      </w:r>
      <w:r>
        <w:rPr>
          <w:b/>
          <w:i w:val="0"/>
          <w:smallCaps w:val="0"/>
          <w:strike w:val="0"/>
          <w:sz w:val="24"/>
          <w:highlight w:val="cyan"/>
          <w:u w:val="single"/>
        </w:rPr>
        <w:t>shield</w:t>
      </w:r>
      <w:r>
        <w:rPr>
          <w:b/>
          <w:i w:val="0"/>
          <w:smallCaps w:val="0"/>
          <w:strike w:val="0"/>
          <w:sz w:val="22"/>
          <w:u w:val="single"/>
        </w:rPr>
        <w:t xml:space="preserve"> against </w:t>
      </w:r>
      <w:r>
        <w:rPr>
          <w:b/>
          <w:i w:val="0"/>
          <w:smallCaps w:val="0"/>
          <w:strike w:val="0"/>
          <w:sz w:val="24"/>
          <w:u w:val="single"/>
        </w:rPr>
        <w:t>sanctions</w:t>
      </w:r>
      <w:r>
        <w:rPr>
          <w:b w:val="0"/>
          <w:i w:val="0"/>
          <w:smallCaps w:val="0"/>
          <w:strike w:val="0"/>
          <w:sz w:val="14"/>
          <w:u w:val="none"/>
        </w:rPr>
        <w:t xml:space="preserve"> and they have given the Kremlin the possibility to fuel its war effort and supplement social spending at home.</w:t>
      </w:r>
    </w:p>
    <w:p>
      <w:pPr>
        <w:spacing w:after="60"/>
      </w:pPr>
      <w:r>
        <w:rPr>
          <w:b w:val="0"/>
          <w:i w:val="0"/>
          <w:smallCaps w:val="0"/>
          <w:strike w:val="0"/>
          <w:sz w:val="14"/>
          <w:u w:val="none"/>
        </w:rPr>
        <w:t xml:space="preserve">Kirill Rogov, a Russian political scientist who founded and heads the policy network Re: Russia, explains how </w:t>
      </w:r>
      <w:r>
        <w:rPr>
          <w:b/>
          <w:i w:val="0"/>
          <w:smallCaps w:val="0"/>
          <w:strike w:val="0"/>
          <w:sz w:val="22"/>
          <w:highlight w:val="cyan"/>
          <w:u w:val="single"/>
        </w:rPr>
        <w:t>Putin</w:t>
      </w:r>
      <w:r>
        <w:rPr>
          <w:b w:val="0"/>
          <w:i w:val="0"/>
          <w:smallCaps w:val="0"/>
          <w:strike w:val="0"/>
          <w:sz w:val="14"/>
          <w:u w:val="none"/>
        </w:rPr>
        <w:t xml:space="preserve"> has </w:t>
      </w:r>
      <w:r>
        <w:rPr>
          <w:b/>
          <w:i w:val="0"/>
          <w:smallCaps w:val="0"/>
          <w:strike w:val="0"/>
          <w:sz w:val="22"/>
          <w:highlight w:val="cyan"/>
          <w:u w:val="single"/>
        </w:rPr>
        <w:t>used</w:t>
      </w:r>
      <w:r>
        <w:rPr>
          <w:b/>
          <w:i w:val="0"/>
          <w:smallCaps w:val="0"/>
          <w:strike w:val="0"/>
          <w:sz w:val="22"/>
          <w:u w:val="single"/>
        </w:rPr>
        <w:t xml:space="preserve"> the </w:t>
      </w:r>
      <w:r>
        <w:rPr>
          <w:b/>
          <w:i w:val="0"/>
          <w:smallCaps w:val="0"/>
          <w:strike w:val="0"/>
          <w:sz w:val="24"/>
          <w:u w:val="single"/>
        </w:rPr>
        <w:t xml:space="preserve">bumper </w:t>
      </w:r>
      <w:r>
        <w:rPr>
          <w:b/>
          <w:i w:val="0"/>
          <w:smallCaps w:val="0"/>
          <w:strike w:val="0"/>
          <w:sz w:val="24"/>
          <w:highlight w:val="cyan"/>
          <w:u w:val="single"/>
        </w:rPr>
        <w:t>profits</w:t>
      </w:r>
      <w:r>
        <w:rPr>
          <w:b/>
          <w:i w:val="0"/>
          <w:smallCaps w:val="0"/>
          <w:strike w:val="0"/>
          <w:sz w:val="22"/>
          <w:highlight w:val="cyan"/>
          <w:u w:val="single"/>
        </w:rPr>
        <w:t xml:space="preserve"> to keep</w:t>
      </w:r>
      <w:r>
        <w:rPr>
          <w:b/>
          <w:i w:val="0"/>
          <w:smallCaps w:val="0"/>
          <w:strike w:val="0"/>
          <w:sz w:val="22"/>
          <w:u w:val="single"/>
        </w:rPr>
        <w:t xml:space="preserve"> various </w:t>
      </w:r>
      <w:r>
        <w:rPr>
          <w:b/>
          <w:i w:val="0"/>
          <w:smallCaps w:val="0"/>
          <w:strike w:val="0"/>
          <w:sz w:val="24"/>
          <w:highlight w:val="cyan"/>
          <w:u w:val="single"/>
        </w:rPr>
        <w:t>groups</w:t>
      </w:r>
      <w:r>
        <w:rPr>
          <w:b/>
          <w:i w:val="0"/>
          <w:smallCaps w:val="0"/>
          <w:strike w:val="0"/>
          <w:sz w:val="22"/>
          <w:highlight w:val="cyan"/>
          <w:u w:val="single"/>
        </w:rPr>
        <w:t xml:space="preserve"> on board</w:t>
      </w:r>
      <w:r>
        <w:rPr>
          <w:b w:val="0"/>
          <w:i w:val="0"/>
          <w:smallCaps w:val="0"/>
          <w:strike w:val="0"/>
          <w:sz w:val="14"/>
          <w:u w:val="none"/>
        </w:rPr>
        <w:t>.</w:t>
      </w:r>
    </w:p>
    <w:p>
      <w:pPr>
        <w:spacing w:after="60"/>
      </w:pPr>
      <w:r>
        <w:rPr>
          <w:b w:val="0"/>
          <w:i w:val="0"/>
          <w:smallCaps w:val="0"/>
          <w:strike w:val="0"/>
          <w:sz w:val="14"/>
          <w:u w:val="none"/>
        </w:rPr>
        <w:t>"</w:t>
      </w:r>
      <w:r>
        <w:rPr>
          <w:b/>
          <w:i w:val="0"/>
          <w:smallCaps w:val="0"/>
          <w:strike w:val="0"/>
          <w:sz w:val="22"/>
          <w:u w:val="single"/>
        </w:rPr>
        <w:t>Most important is</w:t>
      </w:r>
      <w:r>
        <w:rPr>
          <w:b w:val="0"/>
          <w:i w:val="0"/>
          <w:smallCaps w:val="0"/>
          <w:strike w:val="0"/>
          <w:sz w:val="14"/>
          <w:u w:val="none"/>
        </w:rPr>
        <w:t xml:space="preserve"> the </w:t>
      </w:r>
      <w:r>
        <w:rPr>
          <w:b/>
          <w:i w:val="0"/>
          <w:smallCaps w:val="0"/>
          <w:strike w:val="0"/>
          <w:sz w:val="24"/>
          <w:u w:val="single"/>
        </w:rPr>
        <w:t>redistribution</w:t>
      </w:r>
      <w:r>
        <w:rPr>
          <w:b w:val="0"/>
          <w:i w:val="0"/>
          <w:smallCaps w:val="0"/>
          <w:strike w:val="0"/>
          <w:sz w:val="14"/>
          <w:u w:val="none"/>
        </w:rPr>
        <w:t xml:space="preserve"> of income through infrastructure projects and through other economic projects, </w:t>
      </w:r>
      <w:r>
        <w:rPr>
          <w:b/>
          <w:i w:val="0"/>
          <w:smallCaps w:val="0"/>
          <w:strike w:val="0"/>
          <w:sz w:val="22"/>
          <w:u w:val="single"/>
        </w:rPr>
        <w:t xml:space="preserve">which involve a lot of people and create </w:t>
      </w:r>
      <w:r>
        <w:rPr>
          <w:b/>
          <w:i w:val="0"/>
          <w:smallCaps w:val="0"/>
          <w:strike w:val="0"/>
          <w:sz w:val="24"/>
          <w:u w:val="single"/>
        </w:rPr>
        <w:t>economic activity</w:t>
      </w:r>
      <w:r>
        <w:rPr>
          <w:b w:val="0"/>
          <w:i w:val="0"/>
          <w:smallCaps w:val="0"/>
          <w:strike w:val="0"/>
          <w:sz w:val="14"/>
          <w:u w:val="none"/>
        </w:rPr>
        <w:t>," he told DW. Another key group who gets generous social spending are pensioners, who represent more than one-third of the entire population.</w:t>
      </w:r>
    </w:p>
    <w:p>
      <w:pPr>
        <w:spacing w:after="60"/>
      </w:pPr>
      <w:r>
        <w:rPr>
          <w:b w:val="0"/>
          <w:i w:val="0"/>
          <w:smallCaps w:val="0"/>
          <w:strike w:val="0"/>
          <w:sz w:val="14"/>
          <w:u w:val="none"/>
        </w:rPr>
        <w:t>Staking the whole house on oil</w:t>
      </w:r>
    </w:p>
    <w:p>
      <w:pPr>
        <w:spacing w:after="60"/>
      </w:pPr>
      <w:r>
        <w:rPr>
          <w:b w:val="0"/>
          <w:i w:val="0"/>
          <w:smallCaps w:val="0"/>
          <w:strike w:val="0"/>
          <w:sz w:val="14"/>
          <w:u w:val="none"/>
        </w:rPr>
        <w:t xml:space="preserve">Rogov believes that it was high oil prices that convinced Putin he could invade Ukraine in the first place. </w:t>
      </w:r>
      <w:r>
        <w:rPr>
          <w:b w:val="0"/>
          <w:i w:val="0"/>
          <w:smallCaps w:val="0"/>
          <w:strike w:val="0"/>
          <w:u w:val="none"/>
        </w:rPr>
        <w:t xml:space="preserve">So </w:t>
      </w:r>
      <w:r>
        <w:rPr>
          <w:b/>
          <w:i w:val="0"/>
          <w:smallCaps w:val="0"/>
          <w:strike w:val="0"/>
          <w:sz w:val="22"/>
          <w:highlight w:val="cyan"/>
          <w:u w:val="single"/>
        </w:rPr>
        <w:t xml:space="preserve">if </w:t>
      </w:r>
      <w:r>
        <w:rPr>
          <w:b/>
          <w:i w:val="0"/>
          <w:smallCaps w:val="0"/>
          <w:strike w:val="0"/>
          <w:sz w:val="24"/>
          <w:highlight w:val="cyan"/>
          <w:u w:val="single"/>
        </w:rPr>
        <w:t>oil prices fall</w:t>
      </w:r>
      <w:r>
        <w:rPr>
          <w:b/>
          <w:i w:val="0"/>
          <w:smallCaps w:val="0"/>
          <w:strike w:val="0"/>
          <w:sz w:val="22"/>
          <w:highlight w:val="cyan"/>
          <w:u w:val="single"/>
        </w:rPr>
        <w:t>, the</w:t>
      </w:r>
      <w:r>
        <w:rPr>
          <w:b w:val="0"/>
          <w:i w:val="0"/>
          <w:smallCaps w:val="0"/>
          <w:strike w:val="0"/>
          <w:sz w:val="14"/>
          <w:u w:val="none"/>
        </w:rPr>
        <w:t xml:space="preserve"> natural </w:t>
      </w:r>
      <w:r>
        <w:rPr>
          <w:b/>
          <w:i w:val="0"/>
          <w:smallCaps w:val="0"/>
          <w:strike w:val="0"/>
          <w:sz w:val="22"/>
          <w:highlight w:val="cyan"/>
          <w:u w:val="single"/>
        </w:rPr>
        <w:t>consequence</w:t>
      </w:r>
      <w:r>
        <w:rPr>
          <w:b/>
          <w:i w:val="0"/>
          <w:smallCaps w:val="0"/>
          <w:strike w:val="0"/>
          <w:sz w:val="22"/>
          <w:u w:val="single"/>
        </w:rPr>
        <w:t xml:space="preserve"> of this economic dependence </w:t>
      </w:r>
      <w:r>
        <w:rPr>
          <w:b/>
          <w:i w:val="0"/>
          <w:smallCaps w:val="0"/>
          <w:strike w:val="0"/>
          <w:sz w:val="22"/>
          <w:highlight w:val="cyan"/>
          <w:u w:val="single"/>
        </w:rPr>
        <w:t>would</w:t>
      </w:r>
      <w:r>
        <w:rPr>
          <w:b w:val="0"/>
          <w:i w:val="0"/>
          <w:smallCaps w:val="0"/>
          <w:strike w:val="0"/>
          <w:sz w:val="14"/>
          <w:u w:val="none"/>
        </w:rPr>
        <w:t xml:space="preserve"> most likely </w:t>
      </w:r>
      <w:r>
        <w:rPr>
          <w:b/>
          <w:i w:val="0"/>
          <w:smallCaps w:val="0"/>
          <w:strike w:val="0"/>
          <w:sz w:val="22"/>
          <w:highlight w:val="cyan"/>
          <w:u w:val="single"/>
        </w:rPr>
        <w:t>be</w:t>
      </w:r>
      <w:r>
        <w:rPr>
          <w:b w:val="0"/>
          <w:i w:val="0"/>
          <w:smallCaps w:val="0"/>
          <w:strike w:val="0"/>
          <w:sz w:val="14"/>
          <w:u w:val="none"/>
        </w:rPr>
        <w:t xml:space="preserve"> further </w:t>
      </w:r>
      <w:r>
        <w:rPr>
          <w:b/>
          <w:i w:val="0"/>
          <w:smallCaps w:val="0"/>
          <w:strike w:val="0"/>
          <w:sz w:val="24"/>
          <w:highlight w:val="cyan"/>
          <w:u w:val="single"/>
        </w:rPr>
        <w:t>political instability</w:t>
      </w:r>
      <w:r>
        <w:rPr>
          <w:b/>
          <w:i w:val="0"/>
          <w:smallCaps w:val="0"/>
          <w:strike w:val="0"/>
          <w:sz w:val="22"/>
          <w:u w:val="single"/>
        </w:rPr>
        <w:t xml:space="preserve"> in Russia</w:t>
      </w:r>
      <w:r>
        <w:rPr>
          <w:b w:val="0"/>
          <w:i w:val="0"/>
          <w:smallCaps w:val="0"/>
          <w:strike w:val="0"/>
          <w:sz w:val="14"/>
          <w:u w:val="none"/>
        </w:rPr>
        <w:t>.</w:t>
      </w:r>
    </w:p>
    <w:p>
      <w:pPr>
        <w:spacing w:after="60"/>
      </w:pPr>
      <w:r>
        <w:rPr>
          <w:b w:val="0"/>
          <w:i w:val="0"/>
          <w:smallCaps w:val="0"/>
          <w:strike w:val="0"/>
          <w:sz w:val="14"/>
          <w:u w:val="none"/>
        </w:rPr>
        <w:t xml:space="preserve">"I think that </w:t>
      </w:r>
      <w:r>
        <w:rPr>
          <w:b/>
          <w:i w:val="0"/>
          <w:smallCaps w:val="0"/>
          <w:strike w:val="0"/>
          <w:sz w:val="22"/>
          <w:highlight w:val="cyan"/>
          <w:u w:val="single"/>
        </w:rPr>
        <w:t>in the case of low oil prices for two years</w:t>
      </w:r>
      <w:r>
        <w:rPr>
          <w:b w:val="0"/>
          <w:i w:val="0"/>
          <w:smallCaps w:val="0"/>
          <w:strike w:val="0"/>
          <w:sz w:val="14"/>
          <w:u w:val="none"/>
        </w:rPr>
        <w:t xml:space="preserve">, </w:t>
      </w:r>
      <w:r>
        <w:rPr>
          <w:b/>
          <w:i w:val="0"/>
          <w:smallCaps w:val="0"/>
          <w:strike w:val="0"/>
          <w:sz w:val="22"/>
          <w:u w:val="single"/>
        </w:rPr>
        <w:t xml:space="preserve">we can </w:t>
      </w:r>
      <w:r>
        <w:rPr>
          <w:b/>
          <w:i w:val="0"/>
          <w:smallCaps w:val="0"/>
          <w:strike w:val="0"/>
          <w:sz w:val="22"/>
          <w:highlight w:val="cyan"/>
          <w:u w:val="single"/>
        </w:rPr>
        <w:t>expect</w:t>
      </w:r>
      <w:r>
        <w:rPr>
          <w:b/>
          <w:i w:val="0"/>
          <w:smallCaps w:val="0"/>
          <w:strike w:val="0"/>
          <w:sz w:val="22"/>
          <w:u w:val="single"/>
        </w:rPr>
        <w:t xml:space="preserve"> a real </w:t>
      </w:r>
      <w:r>
        <w:rPr>
          <w:b/>
          <w:i w:val="0"/>
          <w:smallCaps w:val="0"/>
          <w:strike w:val="0"/>
          <w:sz w:val="24"/>
          <w:u w:val="single"/>
        </w:rPr>
        <w:t>deterioration</w:t>
      </w:r>
      <w:r>
        <w:rPr>
          <w:b/>
          <w:i w:val="0"/>
          <w:smallCaps w:val="0"/>
          <w:strike w:val="0"/>
          <w:sz w:val="22"/>
          <w:u w:val="single"/>
        </w:rPr>
        <w:t xml:space="preserve"> in </w:t>
      </w:r>
      <w:r>
        <w:rPr>
          <w:b/>
          <w:i w:val="0"/>
          <w:smallCaps w:val="0"/>
          <w:strike w:val="0"/>
          <w:sz w:val="24"/>
          <w:u w:val="single"/>
        </w:rPr>
        <w:t>standards</w:t>
      </w:r>
      <w:r>
        <w:rPr>
          <w:b/>
          <w:i w:val="0"/>
          <w:smallCaps w:val="0"/>
          <w:strike w:val="0"/>
          <w:sz w:val="22"/>
          <w:u w:val="single"/>
        </w:rPr>
        <w:t xml:space="preserve"> of </w:t>
      </w:r>
      <w:r>
        <w:rPr>
          <w:b/>
          <w:i w:val="0"/>
          <w:smallCaps w:val="0"/>
          <w:strike w:val="0"/>
          <w:sz w:val="24"/>
          <w:u w:val="single"/>
        </w:rPr>
        <w:t>living</w:t>
      </w:r>
      <w:r>
        <w:rPr>
          <w:b/>
          <w:i w:val="0"/>
          <w:smallCaps w:val="0"/>
          <w:strike w:val="0"/>
          <w:sz w:val="22"/>
          <w:u w:val="single"/>
        </w:rPr>
        <w:t xml:space="preserve"> and</w:t>
      </w:r>
      <w:r>
        <w:rPr>
          <w:b w:val="0"/>
          <w:i w:val="0"/>
          <w:smallCaps w:val="0"/>
          <w:strike w:val="0"/>
          <w:sz w:val="14"/>
          <w:u w:val="none"/>
        </w:rPr>
        <w:t xml:space="preserve"> after</w:t>
      </w:r>
      <w:r>
        <w:rPr>
          <w:b w:val="0"/>
          <w:i w:val="0"/>
          <w:smallCaps w:val="0"/>
          <w:strike w:val="0"/>
          <w:sz w:val="14"/>
          <w:u w:val="none"/>
        </w:rPr>
        <w:t xml:space="preserve"> that, </w:t>
      </w:r>
      <w:r>
        <w:rPr>
          <w:b/>
          <w:i w:val="0"/>
          <w:smallCaps w:val="0"/>
          <w:strike w:val="0"/>
          <w:sz w:val="24"/>
          <w:highlight w:val="cyan"/>
          <w:u w:val="single"/>
        </w:rPr>
        <w:t>protests</w:t>
      </w:r>
      <w:r>
        <w:rPr>
          <w:b w:val="0"/>
          <w:i w:val="0"/>
          <w:smallCaps w:val="0"/>
          <w:strike w:val="0"/>
          <w:sz w:val="14"/>
          <w:u w:val="none"/>
        </w:rPr>
        <w:t>," Rogov said.</w:t>
      </w:r>
    </w:p>
    <w:p>
      <w:pPr>
        <w:spacing w:after="60"/>
      </w:pPr>
      <w:r>
        <w:rPr>
          <w:b w:val="0"/>
          <w:i w:val="0"/>
          <w:smallCaps w:val="0"/>
          <w:strike w:val="0"/>
          <w:sz w:val="14"/>
          <w:u w:val="none"/>
        </w:rPr>
        <w:t xml:space="preserve">He believes </w:t>
      </w:r>
      <w:r>
        <w:rPr>
          <w:b/>
          <w:i w:val="0"/>
          <w:smallCaps w:val="0"/>
          <w:strike w:val="0"/>
          <w:sz w:val="22"/>
          <w:u w:val="single"/>
        </w:rPr>
        <w:t xml:space="preserve">an </w:t>
      </w:r>
      <w:r>
        <w:rPr>
          <w:b/>
          <w:i w:val="0"/>
          <w:smallCaps w:val="0"/>
          <w:strike w:val="0"/>
          <w:sz w:val="24"/>
          <w:u w:val="single"/>
        </w:rPr>
        <w:t>external shock</w:t>
      </w:r>
      <w:r>
        <w:rPr>
          <w:b w:val="0"/>
          <w:i w:val="0"/>
          <w:smallCaps w:val="0"/>
          <w:strike w:val="0"/>
          <w:sz w:val="14"/>
          <w:u w:val="none"/>
        </w:rPr>
        <w:t xml:space="preserve">, which </w:t>
      </w:r>
      <w:r>
        <w:rPr>
          <w:b/>
          <w:i w:val="0"/>
          <w:smallCaps w:val="0"/>
          <w:strike w:val="0"/>
          <w:sz w:val="22"/>
          <w:u w:val="single"/>
        </w:rPr>
        <w:t xml:space="preserve">could dramatically </w:t>
      </w:r>
      <w:r>
        <w:rPr>
          <w:b/>
          <w:i w:val="0"/>
          <w:smallCaps w:val="0"/>
          <w:strike w:val="0"/>
          <w:sz w:val="24"/>
          <w:highlight w:val="cyan"/>
          <w:u w:val="single"/>
        </w:rPr>
        <w:t>lower oil prices</w:t>
      </w:r>
      <w:r>
        <w:rPr>
          <w:b/>
          <w:i w:val="0"/>
          <w:smallCaps w:val="0"/>
          <w:strike w:val="0"/>
          <w:sz w:val="22"/>
          <w:highlight w:val="cyan"/>
          <w:u w:val="single"/>
        </w:rPr>
        <w:t xml:space="preserve">, could prove </w:t>
      </w:r>
      <w:r>
        <w:rPr>
          <w:b/>
          <w:i w:val="0"/>
          <w:smallCaps w:val="0"/>
          <w:strike w:val="0"/>
          <w:sz w:val="24"/>
          <w:highlight w:val="cyan"/>
          <w:u w:val="single"/>
        </w:rPr>
        <w:t>fatal</w:t>
      </w:r>
      <w:r>
        <w:rPr>
          <w:b/>
          <w:i w:val="0"/>
          <w:smallCaps w:val="0"/>
          <w:strike w:val="0"/>
          <w:sz w:val="22"/>
          <w:highlight w:val="cyan"/>
          <w:u w:val="single"/>
        </w:rPr>
        <w:t xml:space="preserve"> to </w:t>
      </w:r>
      <w:r>
        <w:rPr>
          <w:b/>
          <w:i w:val="0"/>
          <w:smallCaps w:val="0"/>
          <w:strike w:val="0"/>
          <w:sz w:val="24"/>
          <w:highlight w:val="cyan"/>
          <w:u w:val="single"/>
        </w:rPr>
        <w:t>Putin</w:t>
      </w:r>
      <w:r>
        <w:rPr>
          <w:b/>
          <w:i w:val="0"/>
          <w:smallCaps w:val="0"/>
          <w:strike w:val="0"/>
          <w:sz w:val="24"/>
          <w:u w:val="single"/>
        </w:rPr>
        <w:t>'s presidency</w:t>
      </w:r>
      <w:r>
        <w:rPr>
          <w:b/>
          <w:i w:val="0"/>
          <w:smallCaps w:val="0"/>
          <w:strike w:val="0"/>
          <w:sz w:val="22"/>
          <w:u w:val="single"/>
        </w:rPr>
        <w:t>. "It</w:t>
      </w:r>
      <w:r>
        <w:rPr>
          <w:b/>
          <w:i w:val="0"/>
          <w:smallCaps w:val="0"/>
          <w:strike w:val="0"/>
          <w:sz w:val="22"/>
          <w:u w:val="single"/>
        </w:rPr>
        <w:t xml:space="preserve"> will </w:t>
      </w:r>
      <w:r>
        <w:rPr>
          <w:b/>
          <w:i w:val="0"/>
          <w:smallCaps w:val="0"/>
          <w:strike w:val="0"/>
          <w:sz w:val="24"/>
          <w:u w:val="single"/>
        </w:rPr>
        <w:t>destabilize</w:t>
      </w:r>
      <w:r>
        <w:rPr>
          <w:b/>
          <w:i w:val="0"/>
          <w:smallCaps w:val="0"/>
          <w:strike w:val="0"/>
          <w:sz w:val="22"/>
          <w:u w:val="single"/>
        </w:rPr>
        <w:t xml:space="preserve"> the system and</w:t>
      </w:r>
      <w:r>
        <w:rPr>
          <w:b w:val="0"/>
          <w:i w:val="0"/>
          <w:smallCaps w:val="0"/>
          <w:strike w:val="0"/>
          <w:sz w:val="14"/>
          <w:u w:val="none"/>
        </w:rPr>
        <w:t xml:space="preserve"> it will </w:t>
      </w:r>
      <w:r>
        <w:rPr>
          <w:b/>
          <w:i w:val="0"/>
          <w:smallCaps w:val="0"/>
          <w:strike w:val="0"/>
          <w:sz w:val="22"/>
          <w:u w:val="single"/>
        </w:rPr>
        <w:t xml:space="preserve">decrease </w:t>
      </w:r>
      <w:r>
        <w:rPr>
          <w:b/>
          <w:i w:val="0"/>
          <w:smallCaps w:val="0"/>
          <w:strike w:val="0"/>
          <w:sz w:val="24"/>
          <w:u w:val="single"/>
        </w:rPr>
        <w:t>elite belief</w:t>
      </w:r>
      <w:r>
        <w:rPr>
          <w:b/>
          <w:i w:val="0"/>
          <w:smallCaps w:val="0"/>
          <w:strike w:val="0"/>
          <w:sz w:val="22"/>
          <w:u w:val="single"/>
        </w:rPr>
        <w:t xml:space="preserve"> in Putin's long-term stability</w:t>
      </w:r>
      <w:r>
        <w:rPr>
          <w:b w:val="0"/>
          <w:i w:val="0"/>
          <w:smallCaps w:val="0"/>
          <w:strike w:val="0"/>
          <w:sz w:val="14"/>
          <w:u w:val="none"/>
        </w:rPr>
        <w:t xml:space="preserve"> and the long-term stability of his regime."</w:t>
      </w:r>
    </w:p>
    <w:p>
      <w:pPr>
        <w:spacing w:after="60"/>
      </w:pPr>
      <w:r>
        <w:rPr>
          <w:b w:val="0"/>
          <w:i w:val="0"/>
          <w:smallCaps w:val="0"/>
          <w:strike w:val="0"/>
          <w:sz w:val="14"/>
          <w:u w:val="none"/>
        </w:rPr>
        <w:t xml:space="preserve">Chris Weafer agrees that the value of monthly </w:t>
      </w:r>
      <w:r>
        <w:rPr>
          <w:b/>
          <w:i w:val="0"/>
          <w:smallCaps w:val="0"/>
          <w:strike w:val="0"/>
          <w:sz w:val="24"/>
          <w:highlight w:val="cyan"/>
          <w:u w:val="single"/>
        </w:rPr>
        <w:t xml:space="preserve">oil </w:t>
      </w:r>
      <w:r>
        <w:rPr>
          <w:b/>
          <w:i w:val="0"/>
          <w:smallCaps w:val="0"/>
          <w:strike w:val="0"/>
          <w:sz w:val="24"/>
          <w:u w:val="single"/>
        </w:rPr>
        <w:t>receipts</w:t>
      </w:r>
      <w:r>
        <w:rPr>
          <w:b/>
          <w:i w:val="0"/>
          <w:smallCaps w:val="0"/>
          <w:strike w:val="0"/>
          <w:sz w:val="22"/>
          <w:u w:val="single"/>
        </w:rPr>
        <w:t xml:space="preserve"> </w:t>
      </w:r>
      <w:r>
        <w:rPr>
          <w:b/>
          <w:i w:val="0"/>
          <w:smallCaps w:val="0"/>
          <w:strike w:val="0"/>
          <w:sz w:val="22"/>
          <w:highlight w:val="cyan"/>
          <w:u w:val="single"/>
        </w:rPr>
        <w:t>remains</w:t>
      </w:r>
      <w:r>
        <w:rPr>
          <w:b w:val="0"/>
          <w:i w:val="0"/>
          <w:smallCaps w:val="0"/>
          <w:strike w:val="0"/>
          <w:sz w:val="14"/>
          <w:u w:val="none"/>
        </w:rPr>
        <w:t xml:space="preserve"> arguably </w:t>
      </w:r>
      <w:r>
        <w:rPr>
          <w:b/>
          <w:i w:val="0"/>
          <w:smallCaps w:val="0"/>
          <w:strike w:val="0"/>
          <w:sz w:val="22"/>
          <w:highlight w:val="cyan"/>
          <w:u w:val="single"/>
        </w:rPr>
        <w:t xml:space="preserve">the </w:t>
      </w:r>
      <w:r>
        <w:rPr>
          <w:b/>
          <w:i w:val="0"/>
          <w:smallCaps w:val="0"/>
          <w:strike w:val="0"/>
          <w:sz w:val="24"/>
          <w:highlight w:val="cyan"/>
          <w:u w:val="single"/>
        </w:rPr>
        <w:t>most influential factor</w:t>
      </w:r>
      <w:r>
        <w:rPr>
          <w:b/>
          <w:i w:val="0"/>
          <w:smallCaps w:val="0"/>
          <w:strike w:val="0"/>
          <w:sz w:val="22"/>
          <w:highlight w:val="cyan"/>
          <w:u w:val="single"/>
        </w:rPr>
        <w:t xml:space="preserve"> driving</w:t>
      </w:r>
      <w:r>
        <w:rPr>
          <w:b/>
          <w:i w:val="0"/>
          <w:smallCaps w:val="0"/>
          <w:strike w:val="0"/>
          <w:sz w:val="22"/>
          <w:u w:val="single"/>
        </w:rPr>
        <w:t xml:space="preserve"> </w:t>
      </w:r>
      <w:r>
        <w:rPr>
          <w:b/>
          <w:i w:val="0"/>
          <w:smallCaps w:val="0"/>
          <w:strike w:val="0"/>
          <w:sz w:val="24"/>
          <w:u w:val="single"/>
        </w:rPr>
        <w:t>decision-making</w:t>
      </w:r>
      <w:r>
        <w:rPr>
          <w:b/>
          <w:i w:val="0"/>
          <w:smallCaps w:val="0"/>
          <w:strike w:val="0"/>
          <w:sz w:val="22"/>
          <w:u w:val="single"/>
        </w:rPr>
        <w:t xml:space="preserve"> in </w:t>
      </w:r>
      <w:r>
        <w:rPr>
          <w:b/>
          <w:i w:val="0"/>
          <w:smallCaps w:val="0"/>
          <w:strike w:val="0"/>
          <w:sz w:val="22"/>
          <w:highlight w:val="cyan"/>
          <w:u w:val="single"/>
        </w:rPr>
        <w:t xml:space="preserve">the </w:t>
      </w:r>
      <w:r>
        <w:rPr>
          <w:b/>
          <w:i w:val="0"/>
          <w:smallCaps w:val="0"/>
          <w:strike w:val="0"/>
          <w:sz w:val="24"/>
          <w:highlight w:val="cyan"/>
          <w:u w:val="single"/>
        </w:rPr>
        <w:t>Kremlin</w:t>
      </w:r>
      <w:r>
        <w:rPr>
          <w:b w:val="0"/>
          <w:i w:val="0"/>
          <w:smallCaps w:val="0"/>
          <w:strike w:val="0"/>
          <w:sz w:val="14"/>
          <w:u w:val="none"/>
        </w:rPr>
        <w:t>.</w:t>
      </w:r>
    </w:p>
    <w:p>
      <w:pPr>
        <w:spacing w:after="60"/>
      </w:pPr>
      <w:r>
        <w:rPr>
          <w:b w:val="0"/>
          <w:i w:val="0"/>
          <w:smallCaps w:val="0"/>
          <w:strike w:val="0"/>
          <w:sz w:val="14"/>
          <w:u w:val="none"/>
        </w:rPr>
        <w:t>"If those numbers go down, then Putin will not allow the finance ministry to keep burning through the financial reserves because it'll leave them vulnerable geopolitically," he said.</w:t>
      </w:r>
    </w:p>
    <w:p>
      <w:pPr>
        <w:spacing w:after="60"/>
      </w:pPr>
      <w:r>
        <w:rPr>
          <w:b w:val="0"/>
          <w:i w:val="0"/>
          <w:smallCaps w:val="0"/>
          <w:strike w:val="0"/>
          <w:sz w:val="14"/>
          <w:u w:val="none"/>
        </w:rPr>
        <w:t>A falling number</w:t>
      </w:r>
    </w:p>
    <w:p>
      <w:pPr>
        <w:spacing w:after="60"/>
      </w:pPr>
      <w:r>
        <w:rPr>
          <w:b w:val="0"/>
          <w:i w:val="0"/>
          <w:smallCaps w:val="0"/>
          <w:strike w:val="0"/>
          <w:sz w:val="14"/>
          <w:u w:val="none"/>
        </w:rPr>
        <w:t>And those monthly oil receipts are going down dramatically compared with the 2022 windfall.</w:t>
      </w:r>
    </w:p>
    <w:p>
      <w:pPr>
        <w:spacing w:after="60"/>
      </w:pPr>
      <w:r>
        <w:rPr>
          <w:b w:val="0"/>
          <w:i w:val="0"/>
          <w:smallCaps w:val="0"/>
          <w:strike w:val="0"/>
          <w:sz w:val="14"/>
          <w:u w:val="none"/>
        </w:rPr>
        <w:t>Last month, the country's finance minister, Anton Siluanov, admitted that Western sanctions, which have forced Russia to sell oil at a discount to countries like India and China, have started to hit revenues.</w:t>
      </w:r>
    </w:p>
    <w:p>
      <w:pPr>
        <w:spacing w:after="60"/>
      </w:pPr>
      <w:r>
        <w:rPr>
          <w:b w:val="0"/>
          <w:i w:val="0"/>
          <w:smallCaps w:val="0"/>
          <w:strike w:val="0"/>
          <w:sz w:val="14"/>
          <w:u w:val="none"/>
        </w:rPr>
        <w:t>According to official figures, energy revenues fell by more than 50% in the first quarter of 2023. "This is now the key problem in the economy," said Weafer. "Come September, we will probably be looking at a budget adjustment to reduce spending. It can't happen in the military, so then you start to reduce spending in the broader economy."</w:t>
      </w:r>
    </w:p>
    <w:p>
      <w:pPr>
        <w:spacing w:after="60"/>
      </w:pPr>
      <w:r>
        <w:rPr>
          <w:b w:val="0"/>
          <w:i w:val="0"/>
          <w:smallCaps w:val="0"/>
          <w:strike w:val="0"/>
          <w:sz w:val="14"/>
          <w:u w:val="none"/>
        </w:rPr>
        <w:t>At that briefing, the finance minister claimed that non-energy revenues were "on track." But Elina Ribakova says the reality is that Russia is now a war economy almost entirely dependent on both the war itself and its oil revenues.</w:t>
      </w:r>
    </w:p>
    <w:p>
      <w:pPr>
        <w:spacing w:after="60"/>
      </w:pPr>
      <w:r>
        <w:rPr>
          <w:b w:val="0"/>
          <w:i w:val="0"/>
          <w:smallCaps w:val="0"/>
          <w:strike w:val="0"/>
          <w:sz w:val="14"/>
          <w:u w:val="none"/>
        </w:rPr>
        <w:t>"Most of the industrial spending is being boosted by military spending," she said, adding that areas such as agriculture and car manufacturing are struggling.</w:t>
      </w:r>
    </w:p>
    <w:p>
      <w:pPr>
        <w:spacing w:after="60"/>
      </w:pPr>
      <w:r>
        <w:rPr>
          <w:b w:val="0"/>
          <w:i w:val="0"/>
          <w:smallCaps w:val="0"/>
          <w:strike w:val="0"/>
          <w:sz w:val="14"/>
          <w:u w:val="none"/>
        </w:rPr>
        <w:t>Could oil burn down the house?</w:t>
      </w:r>
    </w:p>
    <w:p>
      <w:pPr>
        <w:spacing w:after="60"/>
      </w:pPr>
      <w:r>
        <w:rPr>
          <w:b w:val="0"/>
          <w:i w:val="0"/>
          <w:smallCaps w:val="0"/>
          <w:strike w:val="0"/>
          <w:sz w:val="14"/>
          <w:u w:val="none"/>
        </w:rPr>
        <w:t xml:space="preserve">Weafer says </w:t>
      </w:r>
      <w:r>
        <w:rPr>
          <w:b/>
          <w:i w:val="0"/>
          <w:smallCaps w:val="0"/>
          <w:strike w:val="0"/>
          <w:sz w:val="22"/>
          <w:u w:val="single"/>
        </w:rPr>
        <w:t>conversations about a power shift in the Kremlin have become much more open and public</w:t>
      </w:r>
      <w:r>
        <w:rPr>
          <w:b w:val="0"/>
          <w:i w:val="0"/>
          <w:smallCaps w:val="0"/>
          <w:strike w:val="0"/>
          <w:sz w:val="14"/>
          <w:u w:val="none"/>
        </w:rPr>
        <w:t xml:space="preserve"> than they were previously, even before the attempted</w:t>
      </w:r>
      <w:r>
        <w:rPr>
          <w:b w:val="0"/>
          <w:i w:val="0"/>
          <w:smallCaps w:val="0"/>
          <w:strike w:val="0"/>
          <w:sz w:val="14"/>
          <w:u w:val="none"/>
        </w:rPr>
        <w:t xml:space="preserve"> coup. He thinks </w:t>
      </w:r>
      <w:r>
        <w:rPr>
          <w:b/>
          <w:i w:val="0"/>
          <w:smallCaps w:val="0"/>
          <w:strike w:val="0"/>
          <w:sz w:val="22"/>
          <w:highlight w:val="cyan"/>
          <w:u w:val="single"/>
        </w:rPr>
        <w:t xml:space="preserve">a </w:t>
      </w:r>
      <w:r>
        <w:rPr>
          <w:b/>
          <w:i w:val="0"/>
          <w:smallCaps w:val="0"/>
          <w:strike w:val="0"/>
          <w:sz w:val="24"/>
          <w:highlight w:val="cyan"/>
          <w:u w:val="single"/>
        </w:rPr>
        <w:t>change</w:t>
      </w:r>
      <w:r>
        <w:rPr>
          <w:b/>
          <w:i w:val="0"/>
          <w:smallCaps w:val="0"/>
          <w:strike w:val="0"/>
          <w:sz w:val="22"/>
          <w:highlight w:val="cyan"/>
          <w:u w:val="single"/>
        </w:rPr>
        <w:t xml:space="preserve"> in </w:t>
      </w:r>
      <w:r>
        <w:rPr>
          <w:b/>
          <w:i w:val="0"/>
          <w:smallCaps w:val="0"/>
          <w:strike w:val="0"/>
          <w:sz w:val="24"/>
          <w:highlight w:val="cyan"/>
          <w:u w:val="single"/>
        </w:rPr>
        <w:t>leadership</w:t>
      </w:r>
      <w:r>
        <w:rPr>
          <w:b/>
          <w:i w:val="0"/>
          <w:smallCaps w:val="0"/>
          <w:strike w:val="0"/>
          <w:sz w:val="22"/>
          <w:highlight w:val="cyan"/>
          <w:u w:val="single"/>
        </w:rPr>
        <w:t xml:space="preserve"> driven by </w:t>
      </w:r>
      <w:r>
        <w:rPr>
          <w:b/>
          <w:i w:val="0"/>
          <w:smallCaps w:val="0"/>
          <w:strike w:val="0"/>
          <w:sz w:val="24"/>
          <w:highlight w:val="cyan"/>
          <w:u w:val="single"/>
        </w:rPr>
        <w:t>economic turmoil</w:t>
      </w:r>
      <w:r>
        <w:rPr>
          <w:b/>
          <w:i w:val="0"/>
          <w:smallCaps w:val="0"/>
          <w:strike w:val="0"/>
          <w:sz w:val="22"/>
          <w:u w:val="single"/>
        </w:rPr>
        <w:t xml:space="preserve"> remains a way off but</w:t>
      </w:r>
      <w:r>
        <w:rPr>
          <w:b w:val="0"/>
          <w:i w:val="0"/>
          <w:smallCaps w:val="0"/>
          <w:strike w:val="0"/>
          <w:sz w:val="14"/>
          <w:u w:val="none"/>
        </w:rPr>
        <w:t xml:space="preserve"> says that </w:t>
      </w:r>
      <w:r>
        <w:rPr>
          <w:b/>
          <w:i w:val="0"/>
          <w:smallCaps w:val="0"/>
          <w:strike w:val="0"/>
          <w:sz w:val="24"/>
          <w:highlight w:val="cyan"/>
          <w:u w:val="single"/>
        </w:rPr>
        <w:t xml:space="preserve">Putin's </w:t>
      </w:r>
      <w:r>
        <w:rPr>
          <w:b/>
          <w:i w:val="0"/>
          <w:smallCaps w:val="0"/>
          <w:strike w:val="0"/>
          <w:sz w:val="24"/>
          <w:u w:val="single"/>
        </w:rPr>
        <w:t>position</w:t>
      </w:r>
      <w:r>
        <w:rPr>
          <w:b/>
          <w:i w:val="0"/>
          <w:smallCaps w:val="0"/>
          <w:strike w:val="0"/>
          <w:sz w:val="22"/>
          <w:u w:val="single"/>
        </w:rPr>
        <w:t xml:space="preserve"> is </w:t>
      </w:r>
      <w:r>
        <w:rPr>
          <w:b/>
          <w:i w:val="0"/>
          <w:smallCaps w:val="0"/>
          <w:strike w:val="0"/>
          <w:sz w:val="24"/>
          <w:highlight w:val="cyan"/>
          <w:u w:val="single"/>
        </w:rPr>
        <w:t>dependent</w:t>
      </w:r>
      <w:r>
        <w:rPr>
          <w:b/>
          <w:i w:val="0"/>
          <w:smallCaps w:val="0"/>
          <w:strike w:val="0"/>
          <w:sz w:val="22"/>
          <w:highlight w:val="cyan"/>
          <w:u w:val="single"/>
        </w:rPr>
        <w:t xml:space="preserve"> on keeping the </w:t>
      </w:r>
      <w:r>
        <w:rPr>
          <w:b/>
          <w:i w:val="0"/>
          <w:smallCaps w:val="0"/>
          <w:strike w:val="0"/>
          <w:sz w:val="24"/>
          <w:highlight w:val="cyan"/>
          <w:u w:val="single"/>
        </w:rPr>
        <w:t>elites happy</w:t>
      </w:r>
      <w:r>
        <w:rPr>
          <w:b w:val="0"/>
          <w:i w:val="0"/>
          <w:smallCaps w:val="0"/>
          <w:strike w:val="0"/>
          <w:sz w:val="14"/>
          <w:u w:val="none"/>
        </w:rPr>
        <w:t>.</w:t>
      </w:r>
    </w:p>
    <w:p>
      <w:pPr>
        <w:spacing w:after="60"/>
      </w:pPr>
      <w:r>
        <w:rPr>
          <w:b w:val="0"/>
          <w:i w:val="0"/>
          <w:smallCaps w:val="0"/>
          <w:strike w:val="0"/>
          <w:sz w:val="14"/>
          <w:u w:val="none"/>
        </w:rPr>
        <w:t xml:space="preserve">He, Ribakova and Rogov all agree that </w:t>
      </w:r>
      <w:r>
        <w:rPr>
          <w:b/>
          <w:i w:val="0"/>
          <w:smallCaps w:val="0"/>
          <w:strike w:val="0"/>
          <w:sz w:val="22"/>
          <w:u w:val="single"/>
        </w:rPr>
        <w:t xml:space="preserve">an </w:t>
      </w:r>
      <w:r>
        <w:rPr>
          <w:b/>
          <w:i w:val="0"/>
          <w:smallCaps w:val="0"/>
          <w:strike w:val="0"/>
          <w:sz w:val="24"/>
          <w:highlight w:val="cyan"/>
          <w:u w:val="single"/>
        </w:rPr>
        <w:t>oil price collapse</w:t>
      </w:r>
      <w:r>
        <w:rPr>
          <w:b/>
          <w:i w:val="0"/>
          <w:smallCaps w:val="0"/>
          <w:strike w:val="0"/>
          <w:sz w:val="22"/>
          <w:highlight w:val="cyan"/>
          <w:u w:val="single"/>
        </w:rPr>
        <w:t xml:space="preserve"> would prove </w:t>
      </w:r>
      <w:r>
        <w:rPr>
          <w:b/>
          <w:i w:val="0"/>
          <w:smallCaps w:val="0"/>
          <w:strike w:val="0"/>
          <w:sz w:val="24"/>
          <w:highlight w:val="cyan"/>
          <w:u w:val="single"/>
        </w:rPr>
        <w:t>fatal</w:t>
      </w:r>
      <w:r>
        <w:rPr>
          <w:b/>
          <w:i w:val="0"/>
          <w:smallCaps w:val="0"/>
          <w:strike w:val="0"/>
          <w:sz w:val="22"/>
          <w:highlight w:val="cyan"/>
          <w:u w:val="single"/>
        </w:rPr>
        <w:t xml:space="preserve"> </w:t>
      </w:r>
      <w:r>
        <w:rPr>
          <w:b/>
          <w:i w:val="0"/>
          <w:smallCaps w:val="0"/>
          <w:strike w:val="0"/>
          <w:sz w:val="22"/>
          <w:u w:val="single"/>
        </w:rPr>
        <w:t xml:space="preserve">for </w:t>
      </w:r>
      <w:r>
        <w:rPr>
          <w:b/>
          <w:i w:val="0"/>
          <w:smallCaps w:val="0"/>
          <w:strike w:val="0"/>
          <w:sz w:val="24"/>
          <w:u w:val="single"/>
        </w:rPr>
        <w:t>Putin</w:t>
      </w:r>
      <w:r>
        <w:rPr>
          <w:b w:val="0"/>
          <w:i w:val="0"/>
          <w:smallCaps w:val="0"/>
          <w:strike w:val="0"/>
          <w:sz w:val="14"/>
          <w:u w:val="none"/>
        </w:rPr>
        <w:t xml:space="preserve"> although Ribakova is highly skeptical that the system itself would change. "Out of all these various scenarios of a post-Putin Russia, the probability of a democratic and stable Russia is, in my view, very low," she concluded.</w:t>
      </w:r>
    </w:p>
    <w:p>
      <w:pPr>
        <w:spacing w:after="60"/>
      </w:pPr>
      <w:r>
        <w:rPr>
          <w:b w:val="0"/>
          <w:i w:val="0"/>
          <w:smallCaps w:val="0"/>
          <w:strike w:val="0"/>
          <w:sz w:val="14"/>
          <w:u w:val="none"/>
        </w:rPr>
        <w:t>Nonetheless, Weafer says, the monthly oil receipts should be watched very closely by all concerne</w:t>
      </w:r>
      <w:r>
        <w:rPr>
          <w:b w:val="0"/>
          <w:i w:val="0"/>
          <w:smallCaps w:val="0"/>
          <w:strike w:val="0"/>
          <w:sz w:val="14"/>
          <w:u w:val="none"/>
        </w:rPr>
        <w:t>d with events in Russia.</w:t>
      </w:r>
    </w:p>
    <w:p>
      <w:pPr>
        <w:spacing w:after="60"/>
      </w:pPr>
      <w:r>
        <w:rPr>
          <w:b w:val="0"/>
          <w:i w:val="0"/>
          <w:smallCaps w:val="0"/>
          <w:strike w:val="0"/>
          <w:sz w:val="14"/>
          <w:u w:val="none"/>
        </w:rPr>
        <w:t>"It's like a hang glider," he said. "The bit in the middle is called the 'Jesus bolt' because everything hangs from that in the hang glider. And if that breaks, the next person you're talking to is Jesus."</w:t>
      </w:r>
    </w:p>
    <w:p>
      <w:pPr>
        <w:spacing w:after="60"/>
      </w:pPr>
      <w:r>
        <w:rPr>
          <w:b w:val="0"/>
          <w:i w:val="0"/>
          <w:smallCaps w:val="0"/>
          <w:strike w:val="0"/>
          <w:sz w:val="14"/>
          <w:u w:val="none"/>
        </w:rPr>
        <w:t>"</w:t>
      </w:r>
      <w:r>
        <w:rPr>
          <w:b/>
          <w:i w:val="0"/>
          <w:smallCaps w:val="0"/>
          <w:strike w:val="0"/>
          <w:sz w:val="22"/>
          <w:u w:val="single"/>
        </w:rPr>
        <w:t xml:space="preserve">Putin's </w:t>
      </w:r>
      <w:r>
        <w:rPr>
          <w:b/>
          <w:i w:val="0"/>
          <w:smallCaps w:val="0"/>
          <w:strike w:val="0"/>
          <w:sz w:val="24"/>
          <w:u w:val="single"/>
        </w:rPr>
        <w:t xml:space="preserve">'Jesus bolt' </w:t>
      </w:r>
      <w:r>
        <w:rPr>
          <w:b/>
          <w:i w:val="0"/>
          <w:smallCaps w:val="0"/>
          <w:strike w:val="0"/>
          <w:sz w:val="22"/>
          <w:u w:val="single"/>
        </w:rPr>
        <w:t xml:space="preserve">is the monthly </w:t>
      </w:r>
      <w:r>
        <w:rPr>
          <w:b/>
          <w:i w:val="0"/>
          <w:smallCaps w:val="0"/>
          <w:strike w:val="0"/>
          <w:sz w:val="24"/>
          <w:u w:val="single"/>
        </w:rPr>
        <w:t>oil flows</w:t>
      </w:r>
      <w:r>
        <w:rPr>
          <w:b/>
          <w:i w:val="0"/>
          <w:smallCaps w:val="0"/>
          <w:strike w:val="0"/>
          <w:sz w:val="22"/>
          <w:u w:val="single"/>
        </w:rPr>
        <w:t xml:space="preserve">. That's the </w:t>
      </w:r>
      <w:r>
        <w:rPr>
          <w:b/>
          <w:i w:val="0"/>
          <w:smallCaps w:val="0"/>
          <w:strike w:val="0"/>
          <w:sz w:val="24"/>
          <w:u w:val="single"/>
        </w:rPr>
        <w:t>critical factor</w:t>
      </w:r>
      <w:r>
        <w:rPr>
          <w:b/>
          <w:i w:val="0"/>
          <w:smallCaps w:val="0"/>
          <w:strike w:val="0"/>
          <w:sz w:val="22"/>
          <w:u w:val="single"/>
        </w:rPr>
        <w:t>, hanging it all together</w:t>
      </w:r>
      <w:r>
        <w:rPr>
          <w:b w:val="0"/>
          <w:i w:val="0"/>
          <w:smallCaps w:val="0"/>
          <w:strike w:val="0"/>
          <w:sz w:val="14"/>
          <w:u w:val="none"/>
        </w:rPr>
        <w:t>," Weafer said.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