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val="0"/>
          <w:i w:val="0"/>
          <w:smallCaps w:val="0"/>
          <w:strike w:val="0"/>
          <w:u w:val="none"/>
        </w:rPr>
        <w:t xml:space="preserve">Theodore </w:t>
      </w:r>
      <w:r>
        <w:rPr>
          <w:b/>
          <w:i w:val="0"/>
          <w:smallCaps w:val="0"/>
          <w:strike w:val="0"/>
          <w:sz w:val="26"/>
          <w:u w:val="none"/>
        </w:rPr>
        <w:t>Karasik and</w:t>
      </w:r>
      <w:r>
        <w:rPr>
          <w:b w:val="0"/>
          <w:i w:val="0"/>
          <w:smallCaps w:val="0"/>
          <w:strike w:val="0"/>
          <w:u w:val="none"/>
        </w:rPr>
        <w:t xml:space="preserve"> Jospeh </w:t>
      </w:r>
      <w:r>
        <w:rPr>
          <w:b/>
          <w:i w:val="0"/>
          <w:smallCaps w:val="0"/>
          <w:strike w:val="0"/>
          <w:sz w:val="26"/>
          <w:u w:val="none"/>
        </w:rPr>
        <w:t>Cozza</w:t>
      </w:r>
      <w:r>
        <w:rPr>
          <w:b w:val="0"/>
          <w:i w:val="0"/>
          <w:smallCaps w:val="0"/>
          <w:strike w:val="0"/>
          <w:u w:val="none"/>
        </w:rPr>
        <w:t>, August 10, 20</w:t>
      </w:r>
      <w:r>
        <w:rPr>
          <w:b/>
          <w:i w:val="0"/>
          <w:smallCaps w:val="0"/>
          <w:strike w:val="0"/>
          <w:sz w:val="26"/>
          <w:u w:val="none"/>
        </w:rPr>
        <w:t>16</w:t>
      </w:r>
      <w:r>
        <w:rPr>
          <w:b w:val="0"/>
          <w:i w:val="0"/>
          <w:smallCaps w:val="0"/>
          <w:strike w:val="0"/>
          <w:u w:val="none"/>
        </w:rPr>
        <w:t xml:space="preserve"> "What if Saudi Arabia Collapses?" Joseph Cozza is a Visiting Assistant Professor at Rice University who specializes in American and Comparative Public Law. Dr. Theodore Karasik is an Adjunct Senior Fellow at the Lexington Institute in Washington, D.C. He is a former Advisor and Director of Research for a number of UAE institutions. Dr. Karasik was a Lecturer at the Dubai School of Government, Middlesex University Dubai, and the University of Wollongong Dubai where he taught “Labor and Migration” and “Global Political Economy” at the graduate level. Dr. Karasik was a Senior Political Scientist in the International Policy and Security Group at RAND Corporation.https://lobelog.com/what-if-the-state-of-saudi-arabia-collapses/// SMS MA </w:t>
      </w:r>
      <w:r>
        <w:rPr>
          <w:b w:val="0"/>
          <w:i w:val="0"/>
          <w:smallCaps w:val="0"/>
          <w:strike w:val="0"/>
          <w:u w:val="none"/>
        </w:rPr>
      </w:r>
      <w:r>
        <w:rPr>
          <w:b w:val="0"/>
          <w:i w:val="0"/>
          <w:smallCaps w:val="0"/>
          <w:strike w:val="0"/>
          <w:u w:val="none"/>
        </w:rPr>
        <w:t xml:space="preserve"> </w:t>
      </w:r>
    </w:p>
    <w:p>
      <w:pPr>
        <w:spacing w:after="60"/>
      </w:pPr>
      <w:r>
        <w:rPr>
          <w:b/>
          <w:i w:val="0"/>
          <w:smallCaps w:val="0"/>
          <w:strike w:val="0"/>
          <w:sz w:val="22"/>
          <w:u w:val="single"/>
        </w:rPr>
        <w:t>In the event of contentious anti-government uprisings, the monarchy would feel pressured to offer change</w:t>
      </w:r>
      <w:r>
        <w:rPr>
          <w:b w:val="0"/>
          <w:i w:val="0"/>
          <w:smallCaps w:val="0"/>
          <w:strike w:val="0"/>
          <w:sz w:val="16"/>
          <w:u w:val="none"/>
        </w:rPr>
        <w:t xml:space="preserve">. </w:t>
      </w:r>
      <w:r>
        <w:rPr>
          <w:b/>
          <w:i w:val="0"/>
          <w:smallCaps w:val="0"/>
          <w:strike w:val="0"/>
          <w:sz w:val="22"/>
          <w:u w:val="single"/>
        </w:rPr>
        <w:t>The most likely scenario would be the promotion of MBS, a reformer with a great deal of youth support</w:t>
      </w:r>
      <w:r>
        <w:rPr>
          <w:b w:val="0"/>
          <w:i w:val="0"/>
          <w:smallCaps w:val="0"/>
          <w:strike w:val="0"/>
          <w:sz w:val="16"/>
          <w:u w:val="none"/>
        </w:rPr>
        <w:t xml:space="preserve">. </w:t>
      </w:r>
      <w:r>
        <w:rPr>
          <w:b/>
          <w:i w:val="0"/>
          <w:smallCaps w:val="0"/>
          <w:strike w:val="0"/>
          <w:sz w:val="22"/>
          <w:u w:val="single"/>
        </w:rPr>
        <w:t>This promotion is</w:t>
      </w:r>
      <w:r>
        <w:rPr>
          <w:b w:val="0"/>
          <w:i w:val="0"/>
          <w:smallCaps w:val="0"/>
          <w:strike w:val="0"/>
          <w:sz w:val="16"/>
          <w:u w:val="none"/>
        </w:rPr>
        <w:t xml:space="preserve"> </w:t>
      </w:r>
      <w:r>
        <w:rPr>
          <w:b/>
          <w:i w:val="0"/>
          <w:smallCaps w:val="0"/>
          <w:strike w:val="0"/>
          <w:sz w:val="24"/>
          <w:u w:val="single"/>
        </w:rPr>
        <w:t>unlikely to quell elite resentment</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w:t>
      </w:r>
      <w:r>
        <w:rPr>
          <w:b/>
          <w:i w:val="0"/>
          <w:smallCaps w:val="0"/>
          <w:strike w:val="0"/>
          <w:sz w:val="24"/>
          <w:u w:val="single"/>
        </w:rPr>
        <w:t>could further inflame tensions</w:t>
      </w:r>
      <w:r>
        <w:rPr>
          <w:b w:val="0"/>
          <w:i w:val="0"/>
          <w:smallCaps w:val="0"/>
          <w:strike w:val="0"/>
          <w:sz w:val="16"/>
          <w:u w:val="none"/>
        </w:rPr>
        <w:t xml:space="preserve"> </w:t>
      </w:r>
      <w:r>
        <w:rPr>
          <w:b/>
          <w:i w:val="0"/>
          <w:smallCaps w:val="0"/>
          <w:strike w:val="0"/>
          <w:sz w:val="22"/>
          <w:u w:val="single"/>
        </w:rPr>
        <w:t>among the monarchy, rival family members, and the religious establishment</w:t>
      </w:r>
      <w:r>
        <w:rPr>
          <w:b w:val="0"/>
          <w:i w:val="0"/>
          <w:smallCaps w:val="0"/>
          <w:strike w:val="0"/>
          <w:sz w:val="16"/>
          <w:u w:val="none"/>
        </w:rPr>
        <w:t xml:space="preserve">. If MBS offers liberal reforms, he would likely lose the support of the ultra-conservative Wahhabi clerics. Yet if he fails to </w:t>
      </w:r>
      <w:r>
        <w:rPr>
          <w:b w:val="0"/>
          <w:i w:val="0"/>
          <w:smallCaps w:val="0"/>
          <w:strike w:val="0"/>
          <w:sz w:val="16"/>
          <w:u w:val="none"/>
        </w:rPr>
        <w:t xml:space="preserve">provide reforms, resistance to the Saudi rulers could grow based on regionalism and tribalism in the Hijaz, Nejd, or the Eastern Province. </w:t>
      </w:r>
      <w:r>
        <w:rPr>
          <w:b/>
          <w:i w:val="0"/>
          <w:smallCaps w:val="0"/>
          <w:strike w:val="0"/>
          <w:sz w:val="22"/>
          <w:u w:val="single"/>
        </w:rPr>
        <w:t>Neither scenario bodes well for the monarchy</w:t>
      </w:r>
      <w:r>
        <w:rPr>
          <w:b w:val="0"/>
          <w:i w:val="0"/>
          <w:smallCaps w:val="0"/>
          <w:strike w:val="0"/>
          <w:sz w:val="16"/>
          <w:u w:val="none"/>
        </w:rPr>
        <w:t xml:space="preserve">. Though he has a loyal following in the military, </w:t>
      </w:r>
      <w:r>
        <w:rPr>
          <w:b/>
          <w:i w:val="0"/>
          <w:smallCaps w:val="0"/>
          <w:strike w:val="0"/>
          <w:sz w:val="22"/>
          <w:u w:val="single"/>
        </w:rPr>
        <w:t xml:space="preserve">MBS’s military excursion in Yemen has received substantial criticism, </w:t>
      </w:r>
      <w:r>
        <w:rPr>
          <w:b/>
          <w:i w:val="0"/>
          <w:smallCaps w:val="0"/>
          <w:strike w:val="0"/>
          <w:sz w:val="24"/>
          <w:u w:val="single"/>
        </w:rPr>
        <w:t>creating the conditions for a coup</w:t>
      </w:r>
      <w:r>
        <w:rPr>
          <w:b/>
          <w:i w:val="0"/>
          <w:smallCaps w:val="0"/>
          <w:strike w:val="0"/>
          <w:sz w:val="22"/>
          <w:u w:val="single"/>
        </w:rPr>
        <w:t xml:space="preserve"> if destabilization escalates under his stewardship</w:t>
      </w:r>
      <w:r>
        <w:rPr>
          <w:b w:val="0"/>
          <w:i w:val="0"/>
          <w:smallCaps w:val="0"/>
          <w:strike w:val="0"/>
          <w:sz w:val="16"/>
          <w:u w:val="none"/>
        </w:rPr>
        <w:t>.</w:t>
      </w:r>
    </w:p>
    <w:p>
      <w:pPr>
        <w:spacing w:after="60"/>
      </w:pPr>
      <w:r>
        <w:rPr>
          <w:b/>
          <w:i w:val="0"/>
          <w:smallCaps w:val="0"/>
          <w:strike w:val="0"/>
          <w:sz w:val="22"/>
          <w:u w:val="single"/>
        </w:rPr>
        <w:t xml:space="preserve">Hostile elites with competing clientele bases would see </w:t>
      </w:r>
      <w:r>
        <w:rPr>
          <w:b/>
          <w:i w:val="0"/>
          <w:smallCaps w:val="0"/>
          <w:strike w:val="0"/>
          <w:sz w:val="24"/>
          <w:u w:val="single"/>
        </w:rPr>
        <w:t>state collapse</w:t>
      </w:r>
      <w:r>
        <w:rPr>
          <w:b/>
          <w:i w:val="0"/>
          <w:smallCaps w:val="0"/>
          <w:strike w:val="0"/>
          <w:sz w:val="22"/>
          <w:u w:val="single"/>
        </w:rPr>
        <w:t xml:space="preserve"> as an opening for greater power</w:t>
      </w:r>
      <w:r>
        <w:rPr>
          <w:b w:val="0"/>
          <w:i w:val="0"/>
          <w:smallCaps w:val="0"/>
          <w:strike w:val="0"/>
          <w:sz w:val="16"/>
          <w:u w:val="none"/>
        </w:rPr>
        <w:t>. Since the kingdom’s unification in 1932, an overarching Saudi identity has been elusive. Saudi nationalism is a new concept. The state has been united by the cooptation of elites and the promotion of Wahhabi ideology, which while popular in the Nejd heartland faces rejection from the country’s Shi’ite minority. Not all Saudi Sunnis, meanwhile, practice this branch of Sunni Islam.</w:t>
      </w:r>
    </w:p>
    <w:p>
      <w:pPr>
        <w:spacing w:after="60"/>
      </w:pPr>
      <w:r>
        <w:rPr>
          <w:b/>
          <w:i w:val="0"/>
          <w:smallCaps w:val="0"/>
          <w:strike w:val="0"/>
          <w:sz w:val="22"/>
          <w:highlight w:val="cyan"/>
          <w:u w:val="single"/>
        </w:rPr>
        <w:t>With an embattled</w:t>
      </w:r>
      <w:r>
        <w:rPr>
          <w:b/>
          <w:i w:val="0"/>
          <w:smallCaps w:val="0"/>
          <w:strike w:val="0"/>
          <w:sz w:val="22"/>
          <w:u w:val="single"/>
        </w:rPr>
        <w:t xml:space="preserve"> central </w:t>
      </w:r>
      <w:r>
        <w:rPr>
          <w:b/>
          <w:i w:val="0"/>
          <w:smallCaps w:val="0"/>
          <w:strike w:val="0"/>
          <w:sz w:val="22"/>
          <w:highlight w:val="cyan"/>
          <w:u w:val="single"/>
        </w:rPr>
        <w:t>state</w:t>
      </w:r>
      <w:r>
        <w:rPr>
          <w:b/>
          <w:i w:val="0"/>
          <w:smallCaps w:val="0"/>
          <w:strike w:val="0"/>
          <w:sz w:val="22"/>
          <w:u w:val="single"/>
        </w:rPr>
        <w:t xml:space="preserve">, many </w:t>
      </w:r>
      <w:r>
        <w:rPr>
          <w:b/>
          <w:i w:val="0"/>
          <w:smallCaps w:val="0"/>
          <w:strike w:val="0"/>
          <w:sz w:val="22"/>
          <w:highlight w:val="cyan"/>
          <w:u w:val="single"/>
        </w:rPr>
        <w:t>tribal elites would</w:t>
      </w:r>
      <w:r>
        <w:rPr>
          <w:b/>
          <w:i w:val="0"/>
          <w:smallCaps w:val="0"/>
          <w:strike w:val="0"/>
          <w:sz w:val="22"/>
          <w:u w:val="single"/>
        </w:rPr>
        <w:t xml:space="preserve"> </w:t>
      </w:r>
      <w:r>
        <w:rPr>
          <w:b/>
          <w:i w:val="0"/>
          <w:smallCaps w:val="0"/>
          <w:strike w:val="0"/>
          <w:sz w:val="24"/>
          <w:highlight w:val="cyan"/>
          <w:u w:val="single"/>
        </w:rPr>
        <w:t xml:space="preserve">strive to carve out </w:t>
      </w:r>
      <w:r>
        <w:rPr>
          <w:b/>
          <w:i w:val="0"/>
          <w:smallCaps w:val="0"/>
          <w:strike w:val="0"/>
          <w:sz w:val="24"/>
          <w:u w:val="single"/>
        </w:rPr>
        <w:t xml:space="preserve">autonomous </w:t>
      </w:r>
      <w:r>
        <w:rPr>
          <w:b/>
          <w:i w:val="0"/>
          <w:smallCaps w:val="0"/>
          <w:strike w:val="0"/>
          <w:sz w:val="24"/>
          <w:highlight w:val="cyan"/>
          <w:u w:val="single"/>
        </w:rPr>
        <w:t>regions</w:t>
      </w:r>
      <w:r>
        <w:rPr>
          <w:b w:val="0"/>
          <w:i w:val="0"/>
          <w:smallCaps w:val="0"/>
          <w:strike w:val="0"/>
          <w:sz w:val="16"/>
          <w:u w:val="none"/>
        </w:rPr>
        <w:t xml:space="preserve">, </w:t>
      </w:r>
      <w:r>
        <w:rPr>
          <w:b/>
          <w:i w:val="0"/>
          <w:smallCaps w:val="0"/>
          <w:strike w:val="0"/>
          <w:sz w:val="22"/>
          <w:u w:val="single"/>
        </w:rPr>
        <w:t xml:space="preserve">restore their pre-unification authority, </w:t>
      </w:r>
      <w:r>
        <w:rPr>
          <w:b/>
          <w:i w:val="0"/>
          <w:smallCaps w:val="0"/>
          <w:strike w:val="0"/>
          <w:sz w:val="22"/>
          <w:highlight w:val="cyan"/>
          <w:u w:val="single"/>
        </w:rPr>
        <w:t>and</w:t>
      </w:r>
      <w:r>
        <w:rPr>
          <w:b/>
          <w:i w:val="0"/>
          <w:smallCaps w:val="0"/>
          <w:strike w:val="0"/>
          <w:sz w:val="22"/>
          <w:u w:val="single"/>
        </w:rPr>
        <w:t xml:space="preserve"> potentially</w:t>
      </w:r>
      <w:r>
        <w:rPr>
          <w:b w:val="0"/>
          <w:i w:val="0"/>
          <w:smallCaps w:val="0"/>
          <w:strike w:val="0"/>
          <w:sz w:val="16"/>
          <w:u w:val="none"/>
        </w:rPr>
        <w:t xml:space="preserve"> </w:t>
      </w:r>
      <w:r>
        <w:rPr>
          <w:b/>
          <w:i w:val="0"/>
          <w:smallCaps w:val="0"/>
          <w:strike w:val="0"/>
          <w:sz w:val="24"/>
          <w:highlight w:val="cyan"/>
          <w:u w:val="single"/>
        </w:rPr>
        <w:t>dissolve the modern Saudi state</w:t>
      </w:r>
      <w:r>
        <w:rPr>
          <w:b w:val="0"/>
          <w:i w:val="0"/>
          <w:smallCaps w:val="0"/>
          <w:strike w:val="0"/>
          <w:sz w:val="16"/>
          <w:u w:val="none"/>
        </w:rPr>
        <w:t>. To exert their power, these tribal leaders would draw defections from tribal kin in the armed forces. Disaffected royal family members with their own loyal bases of support could also openly challenge King Salman’s successor (whoever that will be) if instability persists.</w:t>
      </w:r>
    </w:p>
    <w:p>
      <w:pPr>
        <w:spacing w:after="60"/>
      </w:pPr>
      <w:r>
        <w:rPr>
          <w:b/>
          <w:i w:val="0"/>
          <w:smallCaps w:val="0"/>
          <w:strike w:val="0"/>
          <w:sz w:val="22"/>
          <w:u w:val="single"/>
        </w:rPr>
        <w:t xml:space="preserve">In the face of significant </w:t>
      </w:r>
      <w:r>
        <w:rPr>
          <w:b/>
          <w:i w:val="0"/>
          <w:smallCaps w:val="0"/>
          <w:strike w:val="0"/>
          <w:sz w:val="22"/>
          <w:u w:val="single"/>
        </w:rPr>
        <w:t xml:space="preserve">social upheaval, elite abandonment, and military defection, the SANG could not realistically prevent the state from </w:t>
      </w:r>
      <w:r>
        <w:rPr>
          <w:b/>
          <w:i w:val="0"/>
          <w:smallCaps w:val="0"/>
          <w:strike w:val="0"/>
          <w:sz w:val="24"/>
          <w:u w:val="single"/>
        </w:rPr>
        <w:t>sliding into civil war</w:t>
      </w:r>
      <w:r>
        <w:rPr>
          <w:b/>
          <w:i w:val="0"/>
          <w:smallCaps w:val="0"/>
          <w:strike w:val="0"/>
          <w:sz w:val="22"/>
          <w:u w:val="single"/>
        </w:rPr>
        <w:t xml:space="preserve"> and </w:t>
      </w:r>
      <w:r>
        <w:rPr>
          <w:b/>
          <w:i w:val="0"/>
          <w:smallCaps w:val="0"/>
          <w:strike w:val="0"/>
          <w:sz w:val="24"/>
          <w:u w:val="single"/>
        </w:rPr>
        <w:t>collapse</w:t>
      </w:r>
      <w:r>
        <w:rPr>
          <w:b w:val="0"/>
          <w:i w:val="0"/>
          <w:smallCaps w:val="0"/>
          <w:strike w:val="0"/>
          <w:sz w:val="16"/>
          <w:u w:val="none"/>
        </w:rPr>
        <w:t>. GCC states are aware of this scenario and operational plans to contain this potential implosion are already under consideration.</w:t>
      </w:r>
    </w:p>
    <w:p>
      <w:pPr>
        <w:spacing w:after="60"/>
      </w:pPr>
      <w:r>
        <w:rPr>
          <w:b w:val="0"/>
          <w:i w:val="0"/>
          <w:smallCaps w:val="0"/>
          <w:strike w:val="0"/>
          <w:sz w:val="16"/>
          <w:u w:val="none"/>
        </w:rPr>
        <w:t>Consequences for Region and the World</w:t>
      </w:r>
    </w:p>
    <w:p>
      <w:pPr>
        <w:spacing w:after="60"/>
      </w:pPr>
      <w:r>
        <w:rPr>
          <w:b/>
          <w:i w:val="0"/>
          <w:smallCaps w:val="0"/>
          <w:strike w:val="0"/>
          <w:sz w:val="22"/>
          <w:u w:val="single"/>
        </w:rPr>
        <w:t xml:space="preserve">The </w:t>
      </w:r>
      <w:r>
        <w:rPr>
          <w:b/>
          <w:i w:val="0"/>
          <w:smallCaps w:val="0"/>
          <w:strike w:val="0"/>
          <w:sz w:val="22"/>
          <w:highlight w:val="cyan"/>
          <w:u w:val="single"/>
        </w:rPr>
        <w:t xml:space="preserve">collapse </w:t>
      </w:r>
      <w:r>
        <w:rPr>
          <w:b/>
          <w:i w:val="0"/>
          <w:smallCaps w:val="0"/>
          <w:strike w:val="0"/>
          <w:sz w:val="22"/>
          <w:u w:val="single"/>
        </w:rPr>
        <w:t>of the Saudi state</w:t>
      </w:r>
      <w:r>
        <w:rPr>
          <w:b/>
          <w:i w:val="0"/>
          <w:smallCaps w:val="0"/>
          <w:strike w:val="0"/>
          <w:sz w:val="22"/>
          <w:u w:val="single"/>
        </w:rPr>
        <w:t xml:space="preserve"> </w:t>
      </w:r>
      <w:r>
        <w:rPr>
          <w:b/>
          <w:i w:val="0"/>
          <w:smallCaps w:val="0"/>
          <w:strike w:val="0"/>
          <w:sz w:val="22"/>
          <w:highlight w:val="cyan"/>
          <w:u w:val="single"/>
        </w:rPr>
        <w:t xml:space="preserve">would </w:t>
      </w:r>
      <w:r>
        <w:rPr>
          <w:b/>
          <w:i w:val="0"/>
          <w:smallCaps w:val="0"/>
          <w:strike w:val="0"/>
          <w:sz w:val="22"/>
          <w:u w:val="single"/>
        </w:rPr>
        <w:t xml:space="preserve">have </w:t>
      </w:r>
      <w:r>
        <w:rPr>
          <w:b/>
          <w:i w:val="0"/>
          <w:smallCaps w:val="0"/>
          <w:strike w:val="0"/>
          <w:sz w:val="24"/>
          <w:u w:val="single"/>
        </w:rPr>
        <w:t>grave implications for the region</w:t>
      </w:r>
      <w:r>
        <w:rPr>
          <w:b/>
          <w:i w:val="0"/>
          <w:smallCaps w:val="0"/>
          <w:strike w:val="0"/>
          <w:sz w:val="22"/>
          <w:u w:val="single"/>
        </w:rPr>
        <w:t xml:space="preserve"> and the </w:t>
      </w:r>
      <w:r>
        <w:rPr>
          <w:b/>
          <w:i w:val="0"/>
          <w:smallCaps w:val="0"/>
          <w:strike w:val="0"/>
          <w:sz w:val="24"/>
          <w:u w:val="single"/>
        </w:rPr>
        <w:t>world</w:t>
      </w:r>
      <w:r>
        <w:rPr>
          <w:b w:val="0"/>
          <w:i w:val="0"/>
          <w:smallCaps w:val="0"/>
          <w:strike w:val="0"/>
          <w:sz w:val="16"/>
          <w:u w:val="none"/>
        </w:rPr>
        <w:t xml:space="preserve">. As illustrated by Libya, Syria, and Yemen, </w:t>
      </w:r>
      <w:r>
        <w:rPr>
          <w:b/>
          <w:i w:val="0"/>
          <w:smallCaps w:val="0"/>
          <w:strike w:val="0"/>
          <w:sz w:val="22"/>
          <w:u w:val="single"/>
        </w:rPr>
        <w:t>state collapse</w:t>
      </w:r>
      <w:r>
        <w:rPr>
          <w:b/>
          <w:i w:val="0"/>
          <w:smallCaps w:val="0"/>
          <w:strike w:val="0"/>
          <w:sz w:val="22"/>
          <w:u w:val="single"/>
        </w:rPr>
        <w:t xml:space="preserve"> </w:t>
      </w:r>
      <w:r>
        <w:rPr>
          <w:b/>
          <w:i w:val="0"/>
          <w:smallCaps w:val="0"/>
          <w:strike w:val="0"/>
          <w:sz w:val="22"/>
          <w:highlight w:val="cyan"/>
          <w:u w:val="single"/>
        </w:rPr>
        <w:t>create</w:t>
      </w:r>
      <w:r>
        <w:rPr>
          <w:b/>
          <w:i w:val="0"/>
          <w:smallCaps w:val="0"/>
          <w:strike w:val="0"/>
          <w:sz w:val="22"/>
          <w:u w:val="single"/>
        </w:rPr>
        <w:t xml:space="preserve">s </w:t>
      </w:r>
      <w:r>
        <w:rPr>
          <w:b/>
          <w:i w:val="0"/>
          <w:smallCaps w:val="0"/>
          <w:strike w:val="0"/>
          <w:sz w:val="22"/>
          <w:highlight w:val="cyan"/>
          <w:u w:val="single"/>
        </w:rPr>
        <w:t>a</w:t>
      </w:r>
      <w:r>
        <w:rPr>
          <w:b/>
          <w:i w:val="0"/>
          <w:smallCaps w:val="0"/>
          <w:strike w:val="0"/>
          <w:sz w:val="22"/>
          <w:u w:val="single"/>
        </w:rPr>
        <w:t xml:space="preserve"> </w:t>
      </w:r>
      <w:r>
        <w:rPr>
          <w:b/>
          <w:i w:val="0"/>
          <w:smallCaps w:val="0"/>
          <w:strike w:val="0"/>
          <w:sz w:val="24"/>
          <w:highlight w:val="cyan"/>
          <w:u w:val="single"/>
        </w:rPr>
        <w:t xml:space="preserve">vacuum for radical </w:t>
      </w:r>
      <w:r>
        <w:rPr>
          <w:b/>
          <w:i w:val="0"/>
          <w:smallCaps w:val="0"/>
          <w:strike w:val="0"/>
          <w:sz w:val="24"/>
          <w:u w:val="single"/>
        </w:rPr>
        <w:t xml:space="preserve">jihadist </w:t>
      </w:r>
      <w:r>
        <w:rPr>
          <w:b/>
          <w:i w:val="0"/>
          <w:smallCaps w:val="0"/>
          <w:strike w:val="0"/>
          <w:sz w:val="24"/>
          <w:highlight w:val="cyan"/>
          <w:u w:val="single"/>
        </w:rPr>
        <w:t>groups</w:t>
      </w:r>
      <w:r>
        <w:rPr>
          <w:b/>
          <w:i w:val="0"/>
          <w:smallCaps w:val="0"/>
          <w:strike w:val="0"/>
          <w:sz w:val="22"/>
          <w:u w:val="single"/>
        </w:rPr>
        <w:t xml:space="preserve"> to claim new territory. Currently</w:t>
      </w:r>
      <w:r>
        <w:rPr>
          <w:b w:val="0"/>
          <w:i w:val="0"/>
          <w:smallCaps w:val="0"/>
          <w:strike w:val="0"/>
          <w:sz w:val="16"/>
          <w:u w:val="none"/>
        </w:rPr>
        <w:t>, al-Qaeda in the Arabian Peninsula (</w:t>
      </w:r>
      <w:r>
        <w:rPr>
          <w:b/>
          <w:i w:val="0"/>
          <w:smallCaps w:val="0"/>
          <w:strike w:val="0"/>
          <w:sz w:val="24"/>
          <w:highlight w:val="cyan"/>
          <w:u w:val="single"/>
        </w:rPr>
        <w:t>AQAP</w:t>
      </w:r>
      <w:r>
        <w:rPr>
          <w:b w:val="0"/>
          <w:i w:val="0"/>
          <w:smallCaps w:val="0"/>
          <w:strike w:val="0"/>
          <w:sz w:val="16"/>
          <w:u w:val="none"/>
        </w:rPr>
        <w:t xml:space="preserve">) </w:t>
      </w:r>
      <w:r>
        <w:rPr>
          <w:b/>
          <w:i w:val="0"/>
          <w:smallCaps w:val="0"/>
          <w:strike w:val="0"/>
          <w:sz w:val="22"/>
          <w:u w:val="single"/>
        </w:rPr>
        <w:t>is</w:t>
      </w:r>
      <w:r>
        <w:rPr>
          <w:b w:val="0"/>
          <w:i w:val="0"/>
          <w:smallCaps w:val="0"/>
          <w:strike w:val="0"/>
          <w:sz w:val="16"/>
          <w:u w:val="none"/>
        </w:rPr>
        <w:t xml:space="preserve"> </w:t>
      </w:r>
      <w:r>
        <w:rPr>
          <w:b/>
          <w:i w:val="0"/>
          <w:smallCaps w:val="0"/>
          <w:strike w:val="0"/>
          <w:sz w:val="24"/>
          <w:u w:val="single"/>
        </w:rPr>
        <w:t>pushing against the Saudi border</w:t>
      </w:r>
      <w:r>
        <w:rPr>
          <w:b w:val="0"/>
          <w:i w:val="0"/>
          <w:smallCaps w:val="0"/>
          <w:strike w:val="0"/>
          <w:sz w:val="16"/>
          <w:u w:val="none"/>
        </w:rPr>
        <w:t xml:space="preserve"> </w:t>
      </w:r>
      <w:r>
        <w:rPr>
          <w:b/>
          <w:i w:val="0"/>
          <w:smallCaps w:val="0"/>
          <w:strike w:val="0"/>
          <w:sz w:val="22"/>
          <w:u w:val="single"/>
        </w:rPr>
        <w:t>with Yemen and</w:t>
      </w:r>
      <w:r>
        <w:rPr>
          <w:b w:val="0"/>
          <w:i w:val="0"/>
          <w:smallCaps w:val="0"/>
          <w:strike w:val="0"/>
          <w:sz w:val="16"/>
          <w:u w:val="none"/>
        </w:rPr>
        <w:t xml:space="preserve"> the Islamic State (</w:t>
      </w:r>
      <w:r>
        <w:rPr>
          <w:b/>
          <w:i w:val="0"/>
          <w:smallCaps w:val="0"/>
          <w:strike w:val="0"/>
          <w:sz w:val="24"/>
          <w:highlight w:val="cyan"/>
          <w:u w:val="single"/>
        </w:rPr>
        <w:t>ISIS</w:t>
      </w:r>
      <w:r>
        <w:rPr>
          <w:b w:val="0"/>
          <w:i w:val="0"/>
          <w:smallCaps w:val="0"/>
          <w:strike w:val="0"/>
          <w:sz w:val="16"/>
          <w:u w:val="none"/>
        </w:rPr>
        <w:t xml:space="preserve"> or IS) in Iraq and Syria </w:t>
      </w:r>
      <w:r>
        <w:rPr>
          <w:b/>
          <w:i w:val="0"/>
          <w:smallCaps w:val="0"/>
          <w:strike w:val="0"/>
          <w:sz w:val="22"/>
          <w:u w:val="single"/>
        </w:rPr>
        <w:t>poses a constant threat to the kingdom’s north</w:t>
      </w:r>
      <w:r>
        <w:rPr>
          <w:b w:val="0"/>
          <w:i w:val="0"/>
          <w:smallCaps w:val="0"/>
          <w:strike w:val="0"/>
          <w:sz w:val="16"/>
          <w:u w:val="none"/>
        </w:rPr>
        <w:t xml:space="preserve">. </w:t>
      </w:r>
      <w:r>
        <w:rPr>
          <w:b/>
          <w:i w:val="0"/>
          <w:smallCaps w:val="0"/>
          <w:strike w:val="0"/>
          <w:sz w:val="22"/>
          <w:u w:val="single"/>
        </w:rPr>
        <w:t xml:space="preserve">Thus, civil war, instability, and high levels of </w:t>
      </w:r>
      <w:r>
        <w:rPr>
          <w:b/>
          <w:i w:val="0"/>
          <w:smallCaps w:val="0"/>
          <w:strike w:val="0"/>
          <w:sz w:val="22"/>
          <w:u w:val="single"/>
        </w:rPr>
        <w:t xml:space="preserve">sectarian tension would likely be </w:t>
      </w:r>
      <w:r>
        <w:rPr>
          <w:b/>
          <w:i w:val="0"/>
          <w:smallCaps w:val="0"/>
          <w:strike w:val="0"/>
          <w:sz w:val="24"/>
          <w:u w:val="single"/>
        </w:rPr>
        <w:t>fertile ground for these groups</w:t>
      </w:r>
      <w:r>
        <w:rPr>
          <w:b/>
          <w:i w:val="0"/>
          <w:smallCaps w:val="0"/>
          <w:strike w:val="0"/>
          <w:sz w:val="22"/>
          <w:u w:val="single"/>
        </w:rPr>
        <w:t xml:space="preserve"> to grow and expand their</w:t>
      </w:r>
      <w:r>
        <w:rPr>
          <w:b/>
          <w:i w:val="0"/>
          <w:smallCaps w:val="0"/>
          <w:strike w:val="0"/>
          <w:sz w:val="22"/>
          <w:u w:val="single"/>
        </w:rPr>
        <w:t xml:space="preserve"> control, threaten the holy sites, and </w:t>
      </w:r>
      <w:r>
        <w:rPr>
          <w:b/>
          <w:i w:val="0"/>
          <w:smallCaps w:val="0"/>
          <w:strike w:val="0"/>
          <w:sz w:val="24"/>
          <w:highlight w:val="cyan"/>
          <w:u w:val="single"/>
        </w:rPr>
        <w:t>perpetuate regional instability</w:t>
      </w:r>
      <w:r>
        <w:rPr>
          <w:b w:val="0"/>
          <w:i w:val="0"/>
          <w:smallCaps w:val="0"/>
          <w:strike w:val="0"/>
          <w:sz w:val="16"/>
          <w:u w:val="none"/>
        </w:rPr>
        <w:t xml:space="preserve">. </w:t>
      </w:r>
      <w:r>
        <w:rPr>
          <w:b/>
          <w:i w:val="0"/>
          <w:smallCaps w:val="0"/>
          <w:strike w:val="0"/>
          <w:sz w:val="22"/>
          <w:u w:val="single"/>
        </w:rPr>
        <w:t xml:space="preserve">Washington’s national security establishment has expressed concerns about </w:t>
      </w:r>
      <w:r>
        <w:rPr>
          <w:b/>
          <w:i w:val="0"/>
          <w:smallCaps w:val="0"/>
          <w:strike w:val="0"/>
          <w:sz w:val="24"/>
          <w:u w:val="single"/>
        </w:rPr>
        <w:t>turmoil escalating</w:t>
      </w:r>
      <w:r>
        <w:rPr>
          <w:b/>
          <w:i w:val="0"/>
          <w:smallCaps w:val="0"/>
          <w:strike w:val="0"/>
          <w:sz w:val="22"/>
          <w:u w:val="single"/>
        </w:rPr>
        <w:t xml:space="preserve"> in Saudi Arabia </w:t>
      </w:r>
      <w:r>
        <w:rPr>
          <w:b/>
          <w:i w:val="0"/>
          <w:smallCaps w:val="0"/>
          <w:strike w:val="0"/>
          <w:sz w:val="24"/>
          <w:u w:val="single"/>
        </w:rPr>
        <w:t>if MBS’s reform agenda fails to achieve its objectives</w:t>
      </w:r>
      <w:r>
        <w:rPr>
          <w:b w:val="0"/>
          <w:i w:val="0"/>
          <w:smallCaps w:val="0"/>
          <w:strike w:val="0"/>
          <w:sz w:val="16"/>
          <w:u w:val="none"/>
        </w:rPr>
        <w:t xml:space="preserve">. </w:t>
      </w:r>
      <w:r>
        <w:rPr>
          <w:b/>
          <w:i w:val="0"/>
          <w:smallCaps w:val="0"/>
          <w:strike w:val="0"/>
          <w:sz w:val="22"/>
          <w:u w:val="single"/>
        </w:rPr>
        <w:t xml:space="preserve">Some see the kingdom at a crossroads and fear that the kingdom’s collapse would </w:t>
      </w:r>
      <w:r>
        <w:rPr>
          <w:b/>
          <w:i w:val="0"/>
          <w:smallCaps w:val="0"/>
          <w:strike w:val="0"/>
          <w:sz w:val="24"/>
          <w:u w:val="single"/>
        </w:rPr>
        <w:t>benefit the Islamic State</w:t>
      </w:r>
      <w:r>
        <w:rPr>
          <w:b w:val="0"/>
          <w:i w:val="0"/>
          <w:smallCaps w:val="0"/>
          <w:strike w:val="0"/>
          <w:sz w:val="16"/>
          <w:u w:val="none"/>
        </w:rPr>
        <w:t xml:space="preserve">. </w:t>
      </w:r>
      <w:r>
        <w:rPr>
          <w:b/>
          <w:i w:val="0"/>
          <w:smallCaps w:val="0"/>
          <w:strike w:val="0"/>
          <w:sz w:val="22"/>
          <w:u w:val="single"/>
        </w:rPr>
        <w:t>Regarding MBS possibly becoming the next king, one anonymous Saudi expert told NBC News, “</w:t>
      </w:r>
      <w:r>
        <w:rPr>
          <w:b/>
          <w:i w:val="0"/>
          <w:smallCaps w:val="0"/>
          <w:strike w:val="0"/>
          <w:sz w:val="24"/>
          <w:u w:val="single"/>
        </w:rPr>
        <w:t>It’s him or it’s ISIS</w:t>
      </w:r>
      <w:r>
        <w:rPr>
          <w:b/>
          <w:i w:val="0"/>
          <w:smallCaps w:val="0"/>
          <w:strike w:val="0"/>
          <w:sz w:val="22"/>
          <w:u w:val="single"/>
        </w:rPr>
        <w:t>.”</w:t>
      </w:r>
    </w:p>
    <w:p>
      <w:pPr>
        <w:spacing w:after="60"/>
      </w:pPr>
      <w:r>
        <w:rPr>
          <w:b w:val="0"/>
          <w:i w:val="0"/>
          <w:smallCaps w:val="0"/>
          <w:strike w:val="0"/>
          <w:sz w:val="16"/>
          <w:u w:val="none"/>
        </w:rPr>
        <w:t>The July 4 attacks in three Saudi cities (Medina, Jeddah, and Qatif) underscored the significance of the militant Salafist-Jihadist threat not only to the country’s security but also Al Saud’s prestige and Islamic legitimacy as the Custodian of the Two Holy Mosques. The intended attack by IS adherents on the Prophet’s Mosque during the end of Ramadan signals the Islamic State’s intent to usurp the Al Saud much as the apocalyptic leader Juhayman al-Otaybi did when he</w:t>
      </w:r>
      <w:r>
        <w:rPr>
          <w:b w:val="0"/>
          <w:i w:val="0"/>
          <w:smallCaps w:val="0"/>
          <w:strike w:val="0"/>
          <w:sz w:val="16"/>
          <w:u w:val="none"/>
        </w:rPr>
        <w:t xml:space="preserve"> seized the Grand Mosque in 1979. “This attack has made it very clear that ISIS does not seem to believe in any moral red lines whatsoever,” said Fahad Nazer, a leading expert on Saudi Arabia. “Even al-Qaeda, which is certainly brutal in its own right, has never targeted Muslims in their houses of worship. ISIS has done that repeatedly.”</w:t>
      </w:r>
    </w:p>
    <w:p>
      <w:pPr>
        <w:spacing w:after="60"/>
      </w:pPr>
      <w:r>
        <w:rPr>
          <w:b/>
          <w:i w:val="0"/>
          <w:smallCaps w:val="0"/>
          <w:strike w:val="0"/>
          <w:sz w:val="22"/>
          <w:highlight w:val="cyan"/>
          <w:u w:val="single"/>
        </w:rPr>
        <w:t>A civil war</w:t>
      </w:r>
      <w:r>
        <w:rPr>
          <w:b/>
          <w:i w:val="0"/>
          <w:smallCaps w:val="0"/>
          <w:strike w:val="0"/>
          <w:sz w:val="22"/>
          <w:u w:val="single"/>
        </w:rPr>
        <w:t xml:space="preserve"> in the Arabian Peninsula </w:t>
      </w:r>
      <w:r>
        <w:rPr>
          <w:b/>
          <w:i w:val="0"/>
          <w:smallCaps w:val="0"/>
          <w:strike w:val="0"/>
          <w:sz w:val="22"/>
          <w:highlight w:val="cyan"/>
          <w:u w:val="single"/>
        </w:rPr>
        <w:t>would</w:t>
      </w:r>
      <w:r>
        <w:rPr>
          <w:b/>
          <w:i w:val="0"/>
          <w:smallCaps w:val="0"/>
          <w:strike w:val="0"/>
          <w:sz w:val="22"/>
          <w:u w:val="single"/>
        </w:rPr>
        <w:t xml:space="preserve"> also </w:t>
      </w:r>
      <w:r>
        <w:rPr>
          <w:b/>
          <w:i w:val="0"/>
          <w:smallCaps w:val="0"/>
          <w:strike w:val="0"/>
          <w:sz w:val="24"/>
          <w:highlight w:val="cyan"/>
          <w:u w:val="single"/>
        </w:rPr>
        <w:t xml:space="preserve">challenge </w:t>
      </w:r>
      <w:r>
        <w:rPr>
          <w:b/>
          <w:i w:val="0"/>
          <w:smallCaps w:val="0"/>
          <w:strike w:val="0"/>
          <w:sz w:val="24"/>
          <w:u w:val="single"/>
        </w:rPr>
        <w:t xml:space="preserve">long-standing </w:t>
      </w:r>
      <w:r>
        <w:rPr>
          <w:b/>
          <w:i w:val="0"/>
          <w:smallCaps w:val="0"/>
          <w:strike w:val="0"/>
          <w:sz w:val="24"/>
          <w:highlight w:val="cyan"/>
          <w:u w:val="single"/>
        </w:rPr>
        <w:t>alliances</w:t>
      </w:r>
      <w:r>
        <w:rPr>
          <w:b w:val="0"/>
          <w:i w:val="0"/>
          <w:smallCaps w:val="0"/>
          <w:strike w:val="0"/>
          <w:sz w:val="16"/>
          <w:u w:val="none"/>
        </w:rPr>
        <w:t xml:space="preserve">. </w:t>
      </w:r>
      <w:r>
        <w:rPr>
          <w:b/>
          <w:i w:val="0"/>
          <w:smallCaps w:val="0"/>
          <w:strike w:val="0"/>
          <w:sz w:val="22"/>
          <w:u w:val="single"/>
        </w:rPr>
        <w:t xml:space="preserve">Instability, the threat to the holy cities, and the possibility of jihadist gains would </w:t>
      </w:r>
      <w:r>
        <w:rPr>
          <w:b/>
          <w:i w:val="0"/>
          <w:smallCaps w:val="0"/>
          <w:strike w:val="0"/>
          <w:sz w:val="22"/>
          <w:highlight w:val="cyan"/>
          <w:u w:val="single"/>
        </w:rPr>
        <w:t>encourage</w:t>
      </w:r>
      <w:r>
        <w:rPr>
          <w:b/>
          <w:i w:val="0"/>
          <w:smallCaps w:val="0"/>
          <w:strike w:val="0"/>
          <w:sz w:val="22"/>
          <w:u w:val="single"/>
        </w:rPr>
        <w:t xml:space="preserve"> states with high stakes</w:t>
      </w:r>
      <w:r>
        <w:rPr>
          <w:b w:val="0"/>
          <w:i w:val="0"/>
          <w:smallCaps w:val="0"/>
          <w:strike w:val="0"/>
          <w:sz w:val="16"/>
          <w:u w:val="none"/>
        </w:rPr>
        <w:t xml:space="preserve"> (</w:t>
      </w:r>
      <w:r>
        <w:rPr>
          <w:b/>
          <w:i w:val="0"/>
          <w:smallCaps w:val="0"/>
          <w:strike w:val="0"/>
          <w:sz w:val="24"/>
          <w:highlight w:val="cyan"/>
          <w:u w:val="single"/>
        </w:rPr>
        <w:t>Egypt</w:t>
      </w:r>
      <w:r>
        <w:rPr>
          <w:b/>
          <w:i w:val="0"/>
          <w:smallCaps w:val="0"/>
          <w:strike w:val="0"/>
          <w:sz w:val="22"/>
          <w:u w:val="single"/>
        </w:rPr>
        <w:t xml:space="preserve">, </w:t>
      </w:r>
      <w:r>
        <w:rPr>
          <w:b/>
          <w:i w:val="0"/>
          <w:smallCaps w:val="0"/>
          <w:strike w:val="0"/>
          <w:sz w:val="24"/>
          <w:highlight w:val="cyan"/>
          <w:u w:val="single"/>
        </w:rPr>
        <w:t>Jordan</w:t>
      </w:r>
      <w:r>
        <w:rPr>
          <w:b/>
          <w:i w:val="0"/>
          <w:smallCaps w:val="0"/>
          <w:strike w:val="0"/>
          <w:sz w:val="22"/>
          <w:u w:val="single"/>
        </w:rPr>
        <w:t xml:space="preserve">, </w:t>
      </w:r>
      <w:r>
        <w:rPr>
          <w:b/>
          <w:i w:val="0"/>
          <w:smallCaps w:val="0"/>
          <w:strike w:val="0"/>
          <w:sz w:val="24"/>
          <w:highlight w:val="cyan"/>
          <w:u w:val="single"/>
        </w:rPr>
        <w:t>Iran</w:t>
      </w:r>
      <w:r>
        <w:rPr>
          <w:b/>
          <w:i w:val="0"/>
          <w:smallCaps w:val="0"/>
          <w:strike w:val="0"/>
          <w:sz w:val="22"/>
          <w:u w:val="single"/>
        </w:rPr>
        <w:t xml:space="preserve">, </w:t>
      </w:r>
      <w:r>
        <w:rPr>
          <w:b/>
          <w:i w:val="0"/>
          <w:smallCaps w:val="0"/>
          <w:strike w:val="0"/>
          <w:sz w:val="24"/>
          <w:highlight w:val="cyan"/>
          <w:u w:val="single"/>
        </w:rPr>
        <w:t>Pakistan</w:t>
      </w:r>
      <w:r>
        <w:rPr>
          <w:b/>
          <w:i w:val="0"/>
          <w:smallCaps w:val="0"/>
          <w:strike w:val="0"/>
          <w:sz w:val="22"/>
          <w:u w:val="single"/>
        </w:rPr>
        <w:t xml:space="preserve">, </w:t>
      </w:r>
      <w:r>
        <w:rPr>
          <w:b/>
          <w:i w:val="0"/>
          <w:smallCaps w:val="0"/>
          <w:strike w:val="0"/>
          <w:sz w:val="24"/>
          <w:highlight w:val="cyan"/>
          <w:u w:val="single"/>
        </w:rPr>
        <w:t>U.S</w:t>
      </w:r>
      <w:r>
        <w:rPr>
          <w:b/>
          <w:i w:val="0"/>
          <w:smallCaps w:val="0"/>
          <w:strike w:val="0"/>
          <w:sz w:val="22"/>
          <w:u w:val="single"/>
        </w:rPr>
        <w:t>., etc</w:t>
      </w:r>
      <w:r>
        <w:rPr>
          <w:b w:val="0"/>
          <w:i w:val="0"/>
          <w:smallCaps w:val="0"/>
          <w:strike w:val="0"/>
          <w:sz w:val="16"/>
          <w:u w:val="none"/>
        </w:rPr>
        <w:t xml:space="preserve">.) </w:t>
      </w:r>
      <w:r>
        <w:rPr>
          <w:b/>
          <w:i w:val="0"/>
          <w:smallCaps w:val="0"/>
          <w:strike w:val="0"/>
          <w:sz w:val="22"/>
          <w:highlight w:val="cyan"/>
          <w:u w:val="single"/>
        </w:rPr>
        <w:t>to react</w:t>
      </w:r>
      <w:r>
        <w:rPr>
          <w:b w:val="0"/>
          <w:i w:val="0"/>
          <w:smallCaps w:val="0"/>
          <w:strike w:val="0"/>
          <w:sz w:val="16"/>
          <w:u w:val="none"/>
        </w:rPr>
        <w:t xml:space="preserve">. </w:t>
      </w:r>
      <w:r>
        <w:rPr>
          <w:b/>
          <w:i w:val="0"/>
          <w:smallCaps w:val="0"/>
          <w:strike w:val="0"/>
          <w:sz w:val="22"/>
          <w:u w:val="single"/>
        </w:rPr>
        <w:t>In fact, UAE officials have even made contingency plans for a potential state collapse in Saudi Arabia</w:t>
      </w:r>
      <w:r>
        <w:rPr>
          <w:b w:val="0"/>
          <w:i w:val="0"/>
          <w:smallCaps w:val="0"/>
          <w:strike w:val="0"/>
          <w:sz w:val="16"/>
          <w:u w:val="none"/>
        </w:rPr>
        <w:t>, a risk which none of the kingdom’s neighbors can afford to ignore. These states would certainly move to secure the holy sites and combat terror cells, but solving the civil war would be a massive challenge. There would be considerable pressure to support the Saud family, but supporting the Wahhabi religious establishment over a reform movement would cause domestic complications in some of these countries that resent the kingdom’s influence across the region.</w:t>
      </w:r>
    </w:p>
    <w:p>
      <w:pPr>
        <w:spacing w:after="60"/>
      </w:pPr>
      <w:r>
        <w:rPr>
          <w:b/>
          <w:i w:val="0"/>
          <w:smallCaps w:val="0"/>
          <w:strike w:val="0"/>
          <w:sz w:val="22"/>
          <w:highlight w:val="cyan"/>
          <w:u w:val="single"/>
        </w:rPr>
        <w:t>Pakistan</w:t>
      </w:r>
      <w:r>
        <w:rPr>
          <w:b/>
          <w:i w:val="0"/>
          <w:smallCaps w:val="0"/>
          <w:strike w:val="0"/>
          <w:sz w:val="22"/>
          <w:u w:val="single"/>
        </w:rPr>
        <w:t xml:space="preserve">, which has a “special bilateral relationship” with Saudi Arabia obligating their military to defend Mecca and Medina and protect Saudi Arabia’s territorial integrity, </w:t>
      </w:r>
      <w:r>
        <w:rPr>
          <w:b/>
          <w:i w:val="0"/>
          <w:smallCaps w:val="0"/>
          <w:strike w:val="0"/>
          <w:sz w:val="22"/>
          <w:highlight w:val="cyan"/>
          <w:u w:val="single"/>
        </w:rPr>
        <w:t>would</w:t>
      </w:r>
      <w:r>
        <w:rPr>
          <w:b/>
          <w:i w:val="0"/>
          <w:smallCaps w:val="0"/>
          <w:strike w:val="0"/>
          <w:sz w:val="22"/>
          <w:u w:val="single"/>
        </w:rPr>
        <w:t xml:space="preserve"> face the most </w:t>
      </w:r>
      <w:r>
        <w:rPr>
          <w:b/>
          <w:i w:val="0"/>
          <w:smallCaps w:val="0"/>
          <w:strike w:val="0"/>
          <w:sz w:val="24"/>
          <w:u w:val="single"/>
        </w:rPr>
        <w:t xml:space="preserve">pressure to </w:t>
      </w:r>
      <w:r>
        <w:rPr>
          <w:b/>
          <w:i w:val="0"/>
          <w:smallCaps w:val="0"/>
          <w:strike w:val="0"/>
          <w:sz w:val="24"/>
          <w:highlight w:val="cyan"/>
          <w:u w:val="single"/>
        </w:rPr>
        <w:t>intervene militarily</w:t>
      </w:r>
      <w:r>
        <w:rPr>
          <w:b w:val="0"/>
          <w:i w:val="0"/>
          <w:smallCaps w:val="0"/>
          <w:strike w:val="0"/>
          <w:sz w:val="16"/>
          <w:u w:val="none"/>
        </w:rPr>
        <w:t xml:space="preserve"> </w:t>
      </w:r>
      <w:r>
        <w:rPr>
          <w:b/>
          <w:i w:val="0"/>
          <w:smallCaps w:val="0"/>
          <w:strike w:val="0"/>
          <w:sz w:val="22"/>
          <w:u w:val="single"/>
        </w:rPr>
        <w:t>on behalf of the Saud government should turmoil intensify.</w:t>
      </w:r>
      <w:r>
        <w:rPr>
          <w:b w:val="0"/>
          <w:i w:val="0"/>
          <w:smallCaps w:val="0"/>
          <w:strike w:val="0"/>
          <w:sz w:val="16"/>
          <w:u w:val="none"/>
        </w:rPr>
        <w:t xml:space="preserve"> The two nations have a long history of military and security cooperation, and </w:t>
      </w:r>
      <w:r>
        <w:rPr>
          <w:b/>
          <w:i w:val="0"/>
          <w:smallCaps w:val="0"/>
          <w:strike w:val="0"/>
          <w:sz w:val="22"/>
          <w:u w:val="single"/>
        </w:rPr>
        <w:t>there is little doubt that Pakistan would act to protect the Al Saud rulers</w:t>
      </w:r>
      <w:r>
        <w:rPr>
          <w:b w:val="0"/>
          <w:i w:val="0"/>
          <w:smallCaps w:val="0"/>
          <w:strike w:val="0"/>
          <w:sz w:val="16"/>
          <w:u w:val="none"/>
        </w:rPr>
        <w:t>. In addition, the Egyptian military is present in the northern border areas of Saudi Arabia helping to augment Pakistani forces supporting SANG and the Saudi border guard.</w:t>
      </w:r>
    </w:p>
    <w:p>
      <w:pPr>
        <w:spacing w:after="60"/>
      </w:pPr>
      <w:r>
        <w:rPr>
          <w:b w:val="0"/>
          <w:i w:val="0"/>
          <w:smallCaps w:val="0"/>
          <w:strike w:val="0"/>
          <w:sz w:val="16"/>
          <w:u w:val="none"/>
        </w:rPr>
        <w:t>Iran and Oil</w:t>
      </w:r>
    </w:p>
    <w:p>
      <w:pPr>
        <w:spacing w:after="60"/>
      </w:pPr>
      <w:r>
        <w:rPr>
          <w:b/>
          <w:i w:val="0"/>
          <w:smallCaps w:val="0"/>
          <w:strike w:val="0"/>
          <w:sz w:val="22"/>
          <w:u w:val="single"/>
        </w:rPr>
        <w:t xml:space="preserve">The </w:t>
      </w:r>
      <w:r>
        <w:rPr>
          <w:b/>
          <w:i w:val="0"/>
          <w:smallCaps w:val="0"/>
          <w:strike w:val="0"/>
          <w:sz w:val="24"/>
          <w:u w:val="single"/>
        </w:rPr>
        <w:t>geopolitical tsunami</w:t>
      </w:r>
      <w:r>
        <w:rPr>
          <w:b/>
          <w:i w:val="0"/>
          <w:smallCaps w:val="0"/>
          <w:strike w:val="0"/>
          <w:sz w:val="22"/>
          <w:u w:val="single"/>
        </w:rPr>
        <w:t xml:space="preserve"> that would result from Saudi Arabia’s collapse would have </w:t>
      </w:r>
      <w:r>
        <w:rPr>
          <w:b/>
          <w:i w:val="0"/>
          <w:smallCaps w:val="0"/>
          <w:strike w:val="0"/>
          <w:sz w:val="24"/>
          <w:u w:val="single"/>
        </w:rPr>
        <w:t>enormous consequences regarding Iranian influence</w:t>
      </w:r>
      <w:r>
        <w:rPr>
          <w:b w:val="0"/>
          <w:i w:val="0"/>
          <w:smallCaps w:val="0"/>
          <w:strike w:val="0"/>
          <w:sz w:val="16"/>
          <w:u w:val="none"/>
        </w:rPr>
        <w:t xml:space="preserve"> </w:t>
      </w:r>
      <w:r>
        <w:rPr>
          <w:b/>
          <w:i w:val="0"/>
          <w:smallCaps w:val="0"/>
          <w:strike w:val="0"/>
          <w:sz w:val="22"/>
          <w:u w:val="single"/>
        </w:rPr>
        <w:t>across the region</w:t>
      </w:r>
      <w:r>
        <w:rPr>
          <w:b w:val="0"/>
          <w:i w:val="0"/>
          <w:smallCaps w:val="0"/>
          <w:strike w:val="0"/>
          <w:sz w:val="16"/>
          <w:u w:val="none"/>
        </w:rPr>
        <w:t xml:space="preserve">. From Iraq to Lebanon, and from Yemen to Syria, the struggle on the part of hardline Sunni Islamists to counter Shi’ism and </w:t>
      </w:r>
      <w:r>
        <w:rPr>
          <w:b/>
          <w:i w:val="0"/>
          <w:smallCaps w:val="0"/>
          <w:strike w:val="0"/>
          <w:sz w:val="24"/>
          <w:highlight w:val="cyan"/>
          <w:u w:val="single"/>
        </w:rPr>
        <w:t>Iran’s reach would enter a new phase</w:t>
      </w:r>
      <w:r>
        <w:rPr>
          <w:b/>
          <w:i w:val="0"/>
          <w:smallCaps w:val="0"/>
          <w:strike w:val="0"/>
          <w:sz w:val="22"/>
          <w:u w:val="single"/>
        </w:rPr>
        <w:t xml:space="preserve"> should Saudi Arabia cease to exist as a unified nation-state</w:t>
      </w:r>
      <w:r>
        <w:rPr>
          <w:b w:val="0"/>
          <w:i w:val="0"/>
          <w:smallCaps w:val="0"/>
          <w:strike w:val="0"/>
          <w:sz w:val="16"/>
          <w:u w:val="none"/>
        </w:rPr>
        <w:t xml:space="preserve">. It is not entirely clear how Iran would react to state-collapse in Saudi Arabia, especially considering </w:t>
      </w:r>
      <w:r>
        <w:rPr>
          <w:b/>
          <w:i w:val="0"/>
          <w:smallCaps w:val="0"/>
          <w:strike w:val="0"/>
          <w:sz w:val="22"/>
          <w:highlight w:val="cyan"/>
          <w:u w:val="single"/>
        </w:rPr>
        <w:t>instability</w:t>
      </w:r>
      <w:r>
        <w:rPr>
          <w:b/>
          <w:i w:val="0"/>
          <w:smallCaps w:val="0"/>
          <w:strike w:val="0"/>
          <w:sz w:val="22"/>
          <w:u w:val="single"/>
        </w:rPr>
        <w:t xml:space="preserve"> in the region </w:t>
      </w:r>
      <w:r>
        <w:rPr>
          <w:b/>
          <w:i w:val="0"/>
          <w:smallCaps w:val="0"/>
          <w:strike w:val="0"/>
          <w:sz w:val="22"/>
          <w:highlight w:val="cyan"/>
          <w:u w:val="single"/>
        </w:rPr>
        <w:t>would present a</w:t>
      </w:r>
      <w:r>
        <w:rPr>
          <w:b/>
          <w:i w:val="0"/>
          <w:smallCaps w:val="0"/>
          <w:strike w:val="0"/>
          <w:sz w:val="22"/>
          <w:u w:val="single"/>
        </w:rPr>
        <w:t xml:space="preserve"> </w:t>
      </w:r>
      <w:r>
        <w:rPr>
          <w:b/>
          <w:i w:val="0"/>
          <w:smallCaps w:val="0"/>
          <w:strike w:val="0"/>
          <w:sz w:val="24"/>
          <w:highlight w:val="cyan"/>
          <w:u w:val="single"/>
        </w:rPr>
        <w:t>security risk to shipping</w:t>
      </w:r>
      <w:r>
        <w:rPr>
          <w:b/>
          <w:i w:val="0"/>
          <w:smallCaps w:val="0"/>
          <w:strike w:val="0"/>
          <w:sz w:val="22"/>
          <w:u w:val="single"/>
        </w:rPr>
        <w:t xml:space="preserve"> and trade in the Persian Gulf</w:t>
      </w:r>
      <w:r>
        <w:rPr>
          <w:b w:val="0"/>
          <w:i w:val="0"/>
          <w:smallCaps w:val="0"/>
          <w:strike w:val="0"/>
          <w:sz w:val="16"/>
          <w:u w:val="none"/>
        </w:rPr>
        <w:t xml:space="preserve">. Although </w:t>
      </w:r>
      <w:r>
        <w:rPr>
          <w:b/>
          <w:i w:val="0"/>
          <w:smallCaps w:val="0"/>
          <w:strike w:val="0"/>
          <w:sz w:val="22"/>
          <w:u w:val="single"/>
        </w:rPr>
        <w:t>Iran</w:t>
      </w:r>
      <w:r>
        <w:rPr>
          <w:b w:val="0"/>
          <w:i w:val="0"/>
          <w:smallCaps w:val="0"/>
          <w:strike w:val="0"/>
          <w:sz w:val="16"/>
          <w:u w:val="none"/>
        </w:rPr>
        <w:t xml:space="preserve"> would likely avoid direct involvement in a conflict in the Arabian Peninsula, it </w:t>
      </w:r>
      <w:r>
        <w:rPr>
          <w:b/>
          <w:i w:val="0"/>
          <w:smallCaps w:val="0"/>
          <w:strike w:val="0"/>
          <w:sz w:val="22"/>
          <w:u w:val="single"/>
        </w:rPr>
        <w:t>would certainly attempt to capitalize on a regional power vacuum created by a diminished Saudi Arabia by consolidating its political and military influence in Yemen, Iraq, Syria, Eastern Saudi Arabia, and, if instability spreads, Shi’ite-majority Bahrain</w:t>
      </w:r>
      <w:r>
        <w:rPr>
          <w:b w:val="0"/>
          <w:i w:val="0"/>
          <w:smallCaps w:val="0"/>
          <w:strike w:val="0"/>
          <w:sz w:val="16"/>
          <w:u w:val="none"/>
        </w:rPr>
        <w:t xml:space="preserve">. Diminished oil output by its regional rival would also increase demand for Iranian oil, boosting their economy. </w:t>
      </w:r>
      <w:r>
        <w:rPr>
          <w:b/>
          <w:i w:val="0"/>
          <w:smallCaps w:val="0"/>
          <w:strike w:val="0"/>
          <w:sz w:val="22"/>
          <w:u w:val="single"/>
        </w:rPr>
        <w:t>There is also no clear Sunni successor state to check Iran’s regional influence</w:t>
      </w:r>
      <w:r>
        <w:rPr>
          <w:b w:val="0"/>
          <w:i w:val="0"/>
          <w:smallCaps w:val="0"/>
          <w:strike w:val="0"/>
          <w:sz w:val="16"/>
          <w:u w:val="none"/>
        </w:rPr>
        <w:t>. Egypt’s economy is too weak, and Jordan is surrounded on all sides by instability.</w:t>
      </w:r>
    </w:p>
    <w:p>
      <w:pPr>
        <w:spacing w:after="60"/>
      </w:pPr>
      <w:r>
        <w:rPr>
          <w:b w:val="0"/>
          <w:i w:val="0"/>
          <w:smallCaps w:val="0"/>
          <w:strike w:val="0"/>
          <w:sz w:val="16"/>
          <w:u w:val="none"/>
        </w:rPr>
        <w:t xml:space="preserve">Finally, </w:t>
      </w:r>
      <w:r>
        <w:rPr>
          <w:b/>
          <w:i w:val="0"/>
          <w:smallCaps w:val="0"/>
          <w:strike w:val="0"/>
          <w:sz w:val="22"/>
          <w:u w:val="single"/>
        </w:rPr>
        <w:t xml:space="preserve">Saudi Arabia as a failed state </w:t>
      </w:r>
      <w:r>
        <w:rPr>
          <w:b/>
          <w:i w:val="0"/>
          <w:smallCaps w:val="0"/>
          <w:strike w:val="0"/>
          <w:sz w:val="22"/>
          <w:u w:val="single"/>
        </w:rPr>
        <w:t>would</w:t>
      </w:r>
      <w:r>
        <w:rPr>
          <w:b/>
          <w:i w:val="0"/>
          <w:smallCaps w:val="0"/>
          <w:strike w:val="0"/>
          <w:sz w:val="22"/>
          <w:u w:val="single"/>
        </w:rPr>
        <w:t xml:space="preserve"> </w:t>
      </w:r>
      <w:r>
        <w:rPr>
          <w:b/>
          <w:i w:val="0"/>
          <w:smallCaps w:val="0"/>
          <w:strike w:val="0"/>
          <w:sz w:val="24"/>
          <w:highlight w:val="cyan"/>
          <w:u w:val="single"/>
        </w:rPr>
        <w:t>send international markets into free fall</w:t>
      </w:r>
      <w:r>
        <w:rPr>
          <w:b w:val="0"/>
          <w:i w:val="0"/>
          <w:smallCaps w:val="0"/>
          <w:strike w:val="0"/>
          <w:sz w:val="16"/>
          <w:u w:val="none"/>
        </w:rPr>
        <w:t xml:space="preserve">. </w:t>
      </w:r>
      <w:r>
        <w:rPr>
          <w:b w:val="0"/>
          <w:i w:val="0"/>
          <w:smallCaps w:val="0"/>
          <w:strike w:val="0"/>
          <w:sz w:val="16"/>
          <w:u w:val="none"/>
        </w:rPr>
        <w:t xml:space="preserve">State collapse in Saudi Arabia would halt oil production, significantly increasing the price of oil and dramatically weakening global economies. </w:t>
      </w:r>
      <w:r>
        <w:rPr>
          <w:b/>
          <w:i w:val="0"/>
          <w:smallCaps w:val="0"/>
          <w:strike w:val="0"/>
          <w:sz w:val="22"/>
          <w:u w:val="single"/>
        </w:rPr>
        <w:t>Such an</w:t>
      </w:r>
      <w:r>
        <w:rPr>
          <w:b/>
          <w:i w:val="0"/>
          <w:smallCaps w:val="0"/>
          <w:strike w:val="0"/>
          <w:sz w:val="22"/>
          <w:u w:val="single"/>
        </w:rPr>
        <w:t xml:space="preserve"> increase would </w:t>
      </w:r>
      <w:r>
        <w:rPr>
          <w:b/>
          <w:i w:val="0"/>
          <w:smallCaps w:val="0"/>
          <w:strike w:val="0"/>
          <w:sz w:val="22"/>
          <w:highlight w:val="cyan"/>
          <w:u w:val="single"/>
        </w:rPr>
        <w:t>spark a</w:t>
      </w:r>
      <w:r>
        <w:rPr>
          <w:b/>
          <w:i w:val="0"/>
          <w:smallCaps w:val="0"/>
          <w:strike w:val="0"/>
          <w:sz w:val="22"/>
          <w:u w:val="single"/>
        </w:rPr>
        <w:t xml:space="preserve"> </w:t>
      </w:r>
      <w:r>
        <w:rPr>
          <w:b/>
          <w:i w:val="0"/>
          <w:smallCaps w:val="0"/>
          <w:strike w:val="0"/>
          <w:sz w:val="24"/>
          <w:highlight w:val="cyan"/>
          <w:u w:val="single"/>
        </w:rPr>
        <w:t xml:space="preserve">severe </w:t>
      </w:r>
      <w:r>
        <w:rPr>
          <w:b/>
          <w:i w:val="0"/>
          <w:smallCaps w:val="0"/>
          <w:strike w:val="0"/>
          <w:sz w:val="24"/>
          <w:u w:val="single"/>
        </w:rPr>
        <w:t xml:space="preserve">global </w:t>
      </w:r>
      <w:r>
        <w:rPr>
          <w:b/>
          <w:i w:val="0"/>
          <w:smallCaps w:val="0"/>
          <w:strike w:val="0"/>
          <w:sz w:val="24"/>
          <w:highlight w:val="cyan"/>
          <w:u w:val="single"/>
        </w:rPr>
        <w:t>economic crisis</w:t>
      </w:r>
      <w:r>
        <w:rPr>
          <w:b w:val="0"/>
          <w:i w:val="0"/>
          <w:smallCaps w:val="0"/>
          <w:strike w:val="0"/>
          <w:sz w:val="16"/>
          <w:u w:val="none"/>
        </w:rPr>
        <w:t xml:space="preserve">. </w:t>
      </w:r>
      <w:r>
        <w:rPr>
          <w:b/>
          <w:i w:val="0"/>
          <w:smallCaps w:val="0"/>
          <w:strike w:val="0"/>
          <w:sz w:val="22"/>
          <w:u w:val="single"/>
        </w:rPr>
        <w:t>The longer Saudi Arabia is destabilized, the more difficult it would be for the world to pull out of the crisis and recover</w:t>
      </w:r>
      <w:r>
        <w:rPr>
          <w:b w:val="0"/>
          <w:i w:val="0"/>
          <w:smallCaps w:val="0"/>
          <w:strike w:val="0"/>
          <w:sz w:val="16"/>
          <w:u w:val="none"/>
        </w:rPr>
        <w:t xml:space="preserve">. </w:t>
      </w:r>
      <w:r>
        <w:rPr>
          <w:b/>
          <w:i w:val="0"/>
          <w:smallCaps w:val="0"/>
          <w:strike w:val="0"/>
          <w:sz w:val="22"/>
          <w:u w:val="single"/>
        </w:rPr>
        <w:t xml:space="preserve">The socio-political ramifications of such an economic shock could </w:t>
      </w:r>
      <w:r>
        <w:rPr>
          <w:b/>
          <w:i w:val="0"/>
          <w:smallCaps w:val="0"/>
          <w:strike w:val="0"/>
          <w:sz w:val="22"/>
          <w:highlight w:val="cyan"/>
          <w:u w:val="single"/>
        </w:rPr>
        <w:t>be</w:t>
      </w:r>
      <w:r>
        <w:rPr>
          <w:b/>
          <w:i w:val="0"/>
          <w:smallCaps w:val="0"/>
          <w:strike w:val="0"/>
          <w:sz w:val="22"/>
          <w:u w:val="single"/>
        </w:rPr>
        <w:t xml:space="preserve"> </w:t>
      </w:r>
      <w:r>
        <w:rPr>
          <w:b/>
          <w:i w:val="0"/>
          <w:smallCaps w:val="0"/>
          <w:strike w:val="0"/>
          <w:sz w:val="24"/>
          <w:highlight w:val="cyan"/>
          <w:u w:val="single"/>
        </w:rPr>
        <w:t>catastrophic</w:t>
      </w:r>
      <w:r>
        <w:rPr>
          <w:b/>
          <w:i w:val="0"/>
          <w:smallCaps w:val="0"/>
          <w:strike w:val="0"/>
          <w:sz w:val="22"/>
          <w:u w:val="single"/>
        </w:rPr>
        <w:t xml:space="preserve"> </w:t>
      </w:r>
      <w:r>
        <w:rPr>
          <w:b/>
          <w:i w:val="0"/>
          <w:smallCaps w:val="0"/>
          <w:strike w:val="0"/>
          <w:sz w:val="22"/>
          <w:u w:val="single"/>
        </w:rPr>
        <w:t>and</w:t>
      </w:r>
      <w:r>
        <w:rPr>
          <w:b w:val="0"/>
          <w:i w:val="0"/>
          <w:smallCaps w:val="0"/>
          <w:strike w:val="0"/>
          <w:sz w:val="16"/>
          <w:u w:val="none"/>
        </w:rPr>
        <w:t xml:space="preserve"> </w:t>
      </w:r>
      <w:r>
        <w:rPr>
          <w:b/>
          <w:i w:val="0"/>
          <w:smallCaps w:val="0"/>
          <w:strike w:val="0"/>
          <w:sz w:val="24"/>
          <w:u w:val="single"/>
        </w:rPr>
        <w:t xml:space="preserve">disastrous </w:t>
      </w:r>
      <w:r>
        <w:rPr>
          <w:b/>
          <w:i w:val="0"/>
          <w:smallCaps w:val="0"/>
          <w:strike w:val="0"/>
          <w:sz w:val="24"/>
          <w:highlight w:val="cyan"/>
          <w:u w:val="single"/>
        </w:rPr>
        <w:t>for</w:t>
      </w:r>
      <w:r>
        <w:rPr>
          <w:b/>
          <w:i w:val="0"/>
          <w:smallCaps w:val="0"/>
          <w:strike w:val="0"/>
          <w:sz w:val="24"/>
          <w:u w:val="single"/>
        </w:rPr>
        <w:t xml:space="preserve"> both the region and </w:t>
      </w:r>
      <w:r>
        <w:rPr>
          <w:b/>
          <w:i w:val="0"/>
          <w:smallCaps w:val="0"/>
          <w:strike w:val="0"/>
          <w:sz w:val="24"/>
          <w:highlight w:val="cyan"/>
          <w:u w:val="single"/>
        </w:rPr>
        <w:t>the world</w:t>
      </w:r>
      <w:r>
        <w:rPr>
          <w:b/>
          <w:i w:val="0"/>
          <w:smallCaps w:val="0"/>
          <w:strike w:val="0"/>
          <w:sz w:val="24"/>
          <w:u w:val="single"/>
        </w:rPr>
        <w:t>.</w:t>
      </w:r>
      <w:r>
        <w:rPr>
          <w:b w:val="0"/>
          <w:i w:val="0"/>
          <w:smallCaps w:val="0"/>
          <w:strike w:val="0"/>
          <w:sz w:val="16"/>
          <w:u w:val="none"/>
        </w:rPr>
        <w:t xml:space="preserve"> </w:t>
      </w:r>
      <w:r>
        <w:rPr>
          <w:b/>
          <w:i w:val="0"/>
          <w:smallCaps w:val="0"/>
          <w:strike w:val="0"/>
          <w:sz w:val="22"/>
          <w:u w:val="single"/>
        </w:rPr>
        <w:t xml:space="preserve">If the government faces large-scale demonstrations calling for social and political liberalization while facing tribal, familial, and religious elite </w:t>
      </w:r>
      <w:r>
        <w:rPr>
          <w:b/>
          <w:i w:val="0"/>
          <w:smallCaps w:val="0"/>
          <w:strike w:val="0"/>
          <w:sz w:val="22"/>
          <w:u w:val="single"/>
        </w:rPr>
        <w:t xml:space="preserve">abandonment, the result could be </w:t>
      </w:r>
      <w:r>
        <w:rPr>
          <w:b/>
          <w:i w:val="0"/>
          <w:smallCaps w:val="0"/>
          <w:strike w:val="0"/>
          <w:sz w:val="24"/>
          <w:u w:val="single"/>
        </w:rPr>
        <w:t>instability</w:t>
      </w:r>
      <w:r>
        <w:rPr>
          <w:b/>
          <w:i w:val="0"/>
          <w:smallCaps w:val="0"/>
          <w:strike w:val="0"/>
          <w:sz w:val="22"/>
          <w:u w:val="single"/>
        </w:rPr>
        <w:t xml:space="preserve">, </w:t>
      </w:r>
      <w:r>
        <w:rPr>
          <w:b/>
          <w:i w:val="0"/>
          <w:smallCaps w:val="0"/>
          <w:strike w:val="0"/>
          <w:sz w:val="24"/>
          <w:u w:val="single"/>
        </w:rPr>
        <w:t>civil war</w:t>
      </w:r>
      <w:r>
        <w:rPr>
          <w:b/>
          <w:i w:val="0"/>
          <w:smallCaps w:val="0"/>
          <w:strike w:val="0"/>
          <w:sz w:val="22"/>
          <w:u w:val="single"/>
        </w:rPr>
        <w:t xml:space="preserve">, and/or </w:t>
      </w:r>
      <w:r>
        <w:rPr>
          <w:b/>
          <w:i w:val="0"/>
          <w:smallCaps w:val="0"/>
          <w:strike w:val="0"/>
          <w:sz w:val="24"/>
          <w:u w:val="single"/>
        </w:rPr>
        <w:t>state collapse</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