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Oil and gas exports are the </w:t>
      </w:r>
      <w:r>
        <w:rPr>
          <w:b/>
          <w:i w:val="0"/>
          <w:smallCaps w:val="0"/>
          <w:strike w:val="0"/>
          <w:sz w:val="26"/>
          <w:u w:val="single"/>
        </w:rPr>
        <w:t>only</w:t>
      </w:r>
      <w:r>
        <w:rPr>
          <w:b/>
          <w:i w:val="0"/>
          <w:smallCaps w:val="0"/>
          <w:strike w:val="0"/>
          <w:sz w:val="26"/>
          <w:u w:val="none"/>
        </w:rPr>
        <w:t xml:space="preserve"> thing keeping the Russian economy </w:t>
      </w:r>
      <w:r>
        <w:rPr>
          <w:b/>
          <w:i w:val="0"/>
          <w:smallCaps w:val="0"/>
          <w:strike w:val="0"/>
          <w:sz w:val="26"/>
          <w:u w:val="single"/>
        </w:rPr>
        <w:t>afloat</w:t>
      </w:r>
      <w:r>
        <w:rPr>
          <w:b/>
          <w:i w:val="0"/>
          <w:smallCaps w:val="0"/>
          <w:strike w:val="0"/>
          <w:sz w:val="26"/>
          <w:u w:val="none"/>
        </w:rPr>
        <w:t xml:space="preserve">. </w:t>
      </w:r>
    </w:p>
    <w:p>
      <w:pPr>
        <w:spacing w:after="80"/>
      </w:pPr>
      <w:r>
        <w:rPr>
          <w:b w:val="0"/>
          <w:i w:val="0"/>
          <w:smallCaps w:val="0"/>
          <w:strike w:val="0"/>
          <w:u w:val="none"/>
        </w:rPr>
        <w:t xml:space="preserve">Kate </w:t>
      </w:r>
      <w:r>
        <w:rPr>
          <w:b/>
          <w:i w:val="0"/>
          <w:smallCaps w:val="0"/>
          <w:strike w:val="0"/>
          <w:sz w:val="26"/>
          <w:u w:val="none"/>
        </w:rPr>
        <w:t>Linebaugh 23</w:t>
      </w:r>
      <w:r>
        <w:rPr>
          <w:b w:val="0"/>
          <w:i w:val="0"/>
          <w:smallCaps w:val="0"/>
          <w:strike w:val="0"/>
          <w:u w:val="none"/>
        </w:rPr>
        <w:t xml:space="preserve">, </w:t>
      </w:r>
      <w:r>
        <w:rPr>
          <w:b w:val="0"/>
          <w:i w:val="0"/>
          <w:smallCaps w:val="0"/>
          <w:strike w:val="0"/>
          <w:u w:val="none"/>
        </w:rPr>
        <w:t xml:space="preserve">Co-host of The Journal, former U.S. new coverage chief for the Wallstreet Journal, </w:t>
      </w:r>
      <w:r>
        <w:rPr>
          <w:b w:val="0"/>
          <w:i w:val="0"/>
          <w:smallCaps w:val="0"/>
          <w:strike w:val="0"/>
          <w:u w:val="none"/>
        </w:rPr>
        <w:t>3-2-2023, "How a Year of Sanctions Is Impacting Russians," https://www.wsj.com/podcasts/the-journal/how-a-year-of-sanctions-is-impacting-russians/1be6093a-517d-4309-82d8-5078a279e57f</w:t>
      </w:r>
    </w:p>
    <w:p>
      <w:pPr>
        <w:spacing w:after="60"/>
      </w:pPr>
      <w:r>
        <w:rPr>
          <w:b w:val="0"/>
          <w:i w:val="0"/>
          <w:smallCaps w:val="0"/>
          <w:strike w:val="0"/>
          <w:sz w:val="14"/>
          <w:u w:val="none"/>
        </w:rPr>
        <w:t xml:space="preserve">Georgi Kantchev: The Western sanctions on </w:t>
      </w:r>
      <w:r>
        <w:rPr>
          <w:b/>
          <w:i w:val="0"/>
          <w:smallCaps w:val="0"/>
          <w:strike w:val="0"/>
          <w:sz w:val="22"/>
          <w:highlight w:val="cyan"/>
          <w:u w:val="single"/>
        </w:rPr>
        <w:t>Russia's</w:t>
      </w:r>
      <w:r>
        <w:rPr>
          <w:b w:val="0"/>
          <w:i w:val="0"/>
          <w:smallCaps w:val="0"/>
          <w:strike w:val="0"/>
          <w:sz w:val="14"/>
          <w:u w:val="none"/>
        </w:rPr>
        <w:t xml:space="preserve"> oil exports are hitting hard. In January, for example, revenues in the state budget from oil and gas fell by 46%. That is huge because </w:t>
      </w:r>
      <w:r>
        <w:rPr>
          <w:b/>
          <w:i w:val="0"/>
          <w:smallCaps w:val="0"/>
          <w:strike w:val="0"/>
          <w:sz w:val="24"/>
          <w:highlight w:val="cyan"/>
          <w:u w:val="single"/>
        </w:rPr>
        <w:t>oil</w:t>
      </w:r>
      <w:r>
        <w:rPr>
          <w:b/>
          <w:i w:val="0"/>
          <w:smallCaps w:val="0"/>
          <w:strike w:val="0"/>
          <w:sz w:val="22"/>
          <w:highlight w:val="cyan"/>
          <w:u w:val="single"/>
        </w:rPr>
        <w:t xml:space="preserve"> and </w:t>
      </w:r>
      <w:r>
        <w:rPr>
          <w:b/>
          <w:i w:val="0"/>
          <w:smallCaps w:val="0"/>
          <w:strike w:val="0"/>
          <w:sz w:val="24"/>
          <w:highlight w:val="cyan"/>
          <w:u w:val="single"/>
        </w:rPr>
        <w:t>gas</w:t>
      </w:r>
      <w:r>
        <w:rPr>
          <w:b/>
          <w:i w:val="0"/>
          <w:smallCaps w:val="0"/>
          <w:strike w:val="0"/>
          <w:sz w:val="22"/>
          <w:highlight w:val="cyan"/>
          <w:u w:val="single"/>
        </w:rPr>
        <w:t xml:space="preserve"> provide </w:t>
      </w:r>
      <w:r>
        <w:rPr>
          <w:b/>
          <w:i w:val="0"/>
          <w:smallCaps w:val="0"/>
          <w:strike w:val="0"/>
          <w:sz w:val="24"/>
          <w:highlight w:val="cyan"/>
          <w:u w:val="single"/>
        </w:rPr>
        <w:t>half</w:t>
      </w:r>
      <w:r>
        <w:rPr>
          <w:b/>
          <w:i w:val="0"/>
          <w:smallCaps w:val="0"/>
          <w:strike w:val="0"/>
          <w:sz w:val="22"/>
          <w:highlight w:val="cyan"/>
          <w:u w:val="single"/>
        </w:rPr>
        <w:t xml:space="preserve"> of the</w:t>
      </w:r>
      <w:r>
        <w:rPr>
          <w:b/>
          <w:i w:val="0"/>
          <w:smallCaps w:val="0"/>
          <w:strike w:val="0"/>
          <w:sz w:val="22"/>
          <w:u w:val="single"/>
        </w:rPr>
        <w:t xml:space="preserve"> revenues of the </w:t>
      </w:r>
      <w:r>
        <w:rPr>
          <w:b/>
          <w:i w:val="0"/>
          <w:smallCaps w:val="0"/>
          <w:strike w:val="0"/>
          <w:sz w:val="24"/>
          <w:highlight w:val="cyan"/>
          <w:u w:val="single"/>
        </w:rPr>
        <w:t>budget</w:t>
      </w:r>
      <w:r>
        <w:rPr>
          <w:b w:val="0"/>
          <w:i w:val="0"/>
          <w:smallCaps w:val="0"/>
          <w:strike w:val="0"/>
          <w:sz w:val="14"/>
          <w:u w:val="none"/>
        </w:rPr>
        <w:t>.</w:t>
      </w:r>
    </w:p>
    <w:p>
      <w:pPr>
        <w:spacing w:after="60"/>
      </w:pPr>
      <w:r>
        <w:rPr>
          <w:b w:val="0"/>
          <w:i w:val="0"/>
          <w:smallCaps w:val="0"/>
          <w:strike w:val="0"/>
          <w:sz w:val="14"/>
          <w:u w:val="none"/>
        </w:rPr>
        <w:t>Ryan Knutson: Russia's budget deficit in January was $25 billion.</w:t>
      </w:r>
    </w:p>
    <w:p>
      <w:pPr>
        <w:spacing w:after="60"/>
      </w:pPr>
      <w:r>
        <w:rPr>
          <w:b w:val="0"/>
          <w:i w:val="0"/>
          <w:smallCaps w:val="0"/>
          <w:strike w:val="0"/>
          <w:sz w:val="14"/>
          <w:u w:val="none"/>
        </w:rPr>
        <w:t>Georgi Kantchev: So now, Russian economy is in a very brutal stage because the budget is hurting. At the same time, they still have issues with finding parts for various industries and importing things, and then of course the other industrial sanctions that are on there. So right now they have to choose really, and Vladimir Putin, the Russian president himself, in a recent speech, he referred to the so-called guns versus butter dilemma. Which one do you choose? Do you choose to fund the war? Do you choose to fund the economy? And they have to do both because obviously the war is not going anywhere.</w:t>
      </w:r>
    </w:p>
    <w:p>
      <w:pPr>
        <w:spacing w:after="60"/>
      </w:pPr>
      <w:r>
        <w:rPr>
          <w:b w:val="0"/>
          <w:i w:val="0"/>
          <w:smallCaps w:val="0"/>
          <w:strike w:val="0"/>
          <w:sz w:val="14"/>
          <w:u w:val="none"/>
        </w:rPr>
        <w:t>Ryan Knutson: And the main reason the economy is starting to feel so much pain now and has this big budget deficit now is because these oil and gas sanctions are just now starting to bite?</w:t>
      </w:r>
    </w:p>
    <w:p>
      <w:pPr>
        <w:spacing w:after="60"/>
      </w:pPr>
      <w:r>
        <w:rPr>
          <w:b w:val="0"/>
          <w:i w:val="0"/>
          <w:smallCaps w:val="0"/>
          <w:strike w:val="0"/>
          <w:sz w:val="14"/>
          <w:u w:val="none"/>
        </w:rPr>
        <w:t>Georgi Kantchev: Absolutely, yeah.</w:t>
      </w:r>
    </w:p>
    <w:p>
      <w:pPr>
        <w:spacing w:after="60"/>
      </w:pPr>
      <w:r>
        <w:rPr>
          <w:b w:val="0"/>
          <w:i w:val="0"/>
          <w:smallCaps w:val="0"/>
          <w:strike w:val="0"/>
          <w:sz w:val="14"/>
          <w:u w:val="none"/>
        </w:rPr>
        <w:t xml:space="preserve">Ryan Knutson: </w:t>
      </w:r>
      <w:r>
        <w:rPr>
          <w:b/>
          <w:i w:val="0"/>
          <w:smallCaps w:val="0"/>
          <w:strike w:val="0"/>
          <w:sz w:val="24"/>
          <w:u w:val="single"/>
        </w:rPr>
        <w:t>Russian officials</w:t>
      </w:r>
      <w:r>
        <w:rPr>
          <w:b/>
          <w:i w:val="0"/>
          <w:smallCaps w:val="0"/>
          <w:strike w:val="0"/>
          <w:sz w:val="22"/>
          <w:u w:val="single"/>
        </w:rPr>
        <w:t xml:space="preserve"> have said </w:t>
      </w:r>
      <w:r>
        <w:rPr>
          <w:b/>
          <w:i w:val="0"/>
          <w:smallCaps w:val="0"/>
          <w:strike w:val="0"/>
          <w:sz w:val="22"/>
          <w:highlight w:val="cyan"/>
          <w:u w:val="single"/>
        </w:rPr>
        <w:t xml:space="preserve">they've been able to </w:t>
      </w:r>
      <w:r>
        <w:rPr>
          <w:b/>
          <w:i w:val="0"/>
          <w:smallCaps w:val="0"/>
          <w:strike w:val="0"/>
          <w:sz w:val="24"/>
          <w:highlight w:val="cyan"/>
          <w:u w:val="single"/>
        </w:rPr>
        <w:t>withstand</w:t>
      </w:r>
      <w:r>
        <w:rPr>
          <w:b/>
          <w:i w:val="0"/>
          <w:smallCaps w:val="0"/>
          <w:strike w:val="0"/>
          <w:sz w:val="22"/>
          <w:u w:val="single"/>
        </w:rPr>
        <w:t xml:space="preserve"> the </w:t>
      </w:r>
      <w:r>
        <w:rPr>
          <w:b/>
          <w:i w:val="0"/>
          <w:smallCaps w:val="0"/>
          <w:strike w:val="0"/>
          <w:sz w:val="24"/>
          <w:highlight w:val="cyan"/>
          <w:u w:val="single"/>
        </w:rPr>
        <w:t>sanctions</w:t>
      </w:r>
      <w:r>
        <w:rPr>
          <w:b w:val="0"/>
          <w:i w:val="0"/>
          <w:smallCaps w:val="0"/>
          <w:strike w:val="0"/>
          <w:sz w:val="14"/>
          <w:u w:val="none"/>
        </w:rPr>
        <w:t xml:space="preserve"> and that the sanctions are driven by anti-Russian sentiment in the West. While much of the world has turned its back to Russia, </w:t>
      </w:r>
      <w:r>
        <w:rPr>
          <w:b/>
          <w:i w:val="0"/>
          <w:smallCaps w:val="0"/>
          <w:strike w:val="0"/>
          <w:sz w:val="22"/>
          <w:u w:val="single"/>
        </w:rPr>
        <w:t xml:space="preserve">there's one country that's actually come in to help, </w:t>
      </w:r>
      <w:r>
        <w:rPr>
          <w:b/>
          <w:i w:val="0"/>
          <w:smallCaps w:val="0"/>
          <w:strike w:val="0"/>
          <w:sz w:val="24"/>
          <w:u w:val="single"/>
        </w:rPr>
        <w:t>China</w:t>
      </w:r>
      <w:r>
        <w:rPr>
          <w:b w:val="0"/>
          <w:i w:val="0"/>
          <w:smallCaps w:val="0"/>
          <w:strike w:val="0"/>
          <w:sz w:val="14"/>
          <w:u w:val="none"/>
        </w:rPr>
        <w:t>. How important is China to Russia?</w:t>
      </w:r>
    </w:p>
    <w:p>
      <w:pPr>
        <w:spacing w:after="60"/>
      </w:pPr>
      <w:r>
        <w:rPr>
          <w:b w:val="0"/>
          <w:i w:val="0"/>
          <w:smallCaps w:val="0"/>
          <w:strike w:val="0"/>
          <w:sz w:val="14"/>
          <w:u w:val="none"/>
        </w:rPr>
        <w:t xml:space="preserve">Georgi Kantchev: Hugely important, both politically and economically. And now </w:t>
      </w:r>
      <w:r>
        <w:rPr>
          <w:b/>
          <w:i w:val="0"/>
          <w:smallCaps w:val="0"/>
          <w:strike w:val="0"/>
          <w:sz w:val="22"/>
          <w:highlight w:val="cyan"/>
          <w:u w:val="single"/>
        </w:rPr>
        <w:t>China is</w:t>
      </w:r>
      <w:r>
        <w:rPr>
          <w:b w:val="0"/>
          <w:i w:val="0"/>
          <w:smallCaps w:val="0"/>
          <w:strike w:val="0"/>
          <w:sz w:val="14"/>
          <w:u w:val="none"/>
        </w:rPr>
        <w:t xml:space="preserve"> really </w:t>
      </w:r>
      <w:r>
        <w:rPr>
          <w:b/>
          <w:i w:val="0"/>
          <w:smallCaps w:val="0"/>
          <w:strike w:val="0"/>
          <w:sz w:val="22"/>
          <w:highlight w:val="cyan"/>
          <w:u w:val="single"/>
        </w:rPr>
        <w:t xml:space="preserve">this </w:t>
      </w:r>
      <w:r>
        <w:rPr>
          <w:b/>
          <w:i w:val="0"/>
          <w:smallCaps w:val="0"/>
          <w:strike w:val="0"/>
          <w:sz w:val="24"/>
          <w:highlight w:val="cyan"/>
          <w:u w:val="single"/>
        </w:rPr>
        <w:t>economic lifeline</w:t>
      </w:r>
      <w:r>
        <w:rPr>
          <w:b/>
          <w:i w:val="0"/>
          <w:smallCaps w:val="0"/>
          <w:strike w:val="0"/>
          <w:sz w:val="22"/>
          <w:u w:val="single"/>
        </w:rPr>
        <w:t xml:space="preserve"> to Russia because it's</w:t>
      </w:r>
      <w:r>
        <w:rPr>
          <w:b w:val="0"/>
          <w:i w:val="0"/>
          <w:smallCaps w:val="0"/>
          <w:strike w:val="0"/>
          <w:sz w:val="14"/>
          <w:u w:val="none"/>
        </w:rPr>
        <w:t xml:space="preserve"> both </w:t>
      </w:r>
      <w:r>
        <w:rPr>
          <w:b/>
          <w:i w:val="0"/>
          <w:smallCaps w:val="0"/>
          <w:strike w:val="0"/>
          <w:sz w:val="24"/>
          <w:highlight w:val="cyan"/>
          <w:u w:val="single"/>
        </w:rPr>
        <w:t>buying</w:t>
      </w:r>
      <w:r>
        <w:rPr>
          <w:b/>
          <w:i w:val="0"/>
          <w:smallCaps w:val="0"/>
          <w:strike w:val="0"/>
          <w:sz w:val="22"/>
          <w:highlight w:val="cyan"/>
          <w:u w:val="single"/>
        </w:rPr>
        <w:t xml:space="preserve"> what Russia has to sell somewhere, it's </w:t>
      </w:r>
      <w:r>
        <w:rPr>
          <w:b/>
          <w:i w:val="0"/>
          <w:smallCaps w:val="0"/>
          <w:strike w:val="0"/>
          <w:sz w:val="24"/>
          <w:highlight w:val="cyan"/>
          <w:u w:val="single"/>
        </w:rPr>
        <w:t>mainstay</w:t>
      </w:r>
      <w:r>
        <w:rPr>
          <w:b/>
          <w:i w:val="0"/>
          <w:smallCaps w:val="0"/>
          <w:strike w:val="0"/>
          <w:sz w:val="22"/>
          <w:highlight w:val="cyan"/>
          <w:u w:val="single"/>
        </w:rPr>
        <w:t xml:space="preserve"> of the </w:t>
      </w:r>
      <w:r>
        <w:rPr>
          <w:b/>
          <w:i w:val="0"/>
          <w:smallCaps w:val="0"/>
          <w:strike w:val="0"/>
          <w:sz w:val="24"/>
          <w:highlight w:val="cyan"/>
          <w:u w:val="single"/>
        </w:rPr>
        <w:t>economy</w:t>
      </w:r>
      <w:r>
        <w:rPr>
          <w:b/>
          <w:i w:val="0"/>
          <w:smallCaps w:val="0"/>
          <w:strike w:val="0"/>
          <w:sz w:val="22"/>
          <w:u w:val="single"/>
        </w:rPr>
        <w:t xml:space="preserve">, the </w:t>
      </w:r>
      <w:r>
        <w:rPr>
          <w:b/>
          <w:i w:val="0"/>
          <w:smallCaps w:val="0"/>
          <w:strike w:val="0"/>
          <w:sz w:val="24"/>
          <w:highlight w:val="cyan"/>
          <w:u w:val="single"/>
        </w:rPr>
        <w:t>oil</w:t>
      </w:r>
      <w:r>
        <w:rPr>
          <w:b/>
          <w:i w:val="0"/>
          <w:smallCaps w:val="0"/>
          <w:strike w:val="0"/>
          <w:sz w:val="22"/>
          <w:highlight w:val="cyan"/>
          <w:u w:val="single"/>
        </w:rPr>
        <w:t xml:space="preserve"> and </w:t>
      </w:r>
      <w:r>
        <w:rPr>
          <w:b/>
          <w:i w:val="0"/>
          <w:smallCaps w:val="0"/>
          <w:strike w:val="0"/>
          <w:sz w:val="24"/>
          <w:highlight w:val="cyan"/>
          <w:u w:val="single"/>
        </w:rPr>
        <w:t>gas</w:t>
      </w:r>
      <w:r>
        <w:rPr>
          <w:b/>
          <w:i w:val="0"/>
          <w:smallCaps w:val="0"/>
          <w:strike w:val="0"/>
          <w:sz w:val="22"/>
          <w:u w:val="single"/>
        </w:rPr>
        <w:t>, and providing what Russia cannot get from the West anymore.</w:t>
      </w:r>
    </w:p>
    <w:p>
      <w:pPr>
        <w:spacing w:after="60"/>
      </w:pPr>
      <w:r>
        <w:rPr>
          <w:b w:val="0"/>
          <w:i w:val="0"/>
          <w:smallCaps w:val="0"/>
          <w:strike w:val="0"/>
          <w:sz w:val="14"/>
          <w:u w:val="none"/>
        </w:rPr>
        <w:t>Ryan Knutson: China is also helping Russia in other ways.</w:t>
      </w:r>
    </w:p>
    <w:p>
      <w:pPr>
        <w:spacing w:after="60"/>
      </w:pPr>
      <w:r>
        <w:rPr>
          <w:b w:val="0"/>
          <w:i w:val="0"/>
          <w:smallCaps w:val="0"/>
          <w:strike w:val="0"/>
          <w:sz w:val="14"/>
          <w:u w:val="none"/>
        </w:rPr>
        <w:t xml:space="preserve">Georgi Kantchev: </w:t>
      </w:r>
      <w:r>
        <w:rPr>
          <w:b/>
          <w:i w:val="0"/>
          <w:smallCaps w:val="0"/>
          <w:strike w:val="0"/>
          <w:sz w:val="24"/>
          <w:highlight w:val="cyan"/>
          <w:u w:val="single"/>
        </w:rPr>
        <w:t>Trade</w:t>
      </w:r>
      <w:r>
        <w:rPr>
          <w:b/>
          <w:i w:val="0"/>
          <w:smallCaps w:val="0"/>
          <w:strike w:val="0"/>
          <w:sz w:val="22"/>
          <w:highlight w:val="cyan"/>
          <w:u w:val="single"/>
        </w:rPr>
        <w:t xml:space="preserve"> between China and Russia </w:t>
      </w:r>
      <w:r>
        <w:rPr>
          <w:b/>
          <w:i w:val="0"/>
          <w:smallCaps w:val="0"/>
          <w:strike w:val="0"/>
          <w:sz w:val="24"/>
          <w:highlight w:val="cyan"/>
          <w:u w:val="single"/>
        </w:rPr>
        <w:t>boomed</w:t>
      </w:r>
      <w:r>
        <w:rPr>
          <w:b/>
          <w:i w:val="0"/>
          <w:smallCaps w:val="0"/>
          <w:strike w:val="0"/>
          <w:sz w:val="22"/>
          <w:u w:val="single"/>
        </w:rPr>
        <w:t xml:space="preserve"> last year. That</w:t>
      </w:r>
      <w:r>
        <w:rPr>
          <w:b w:val="0"/>
          <w:i w:val="0"/>
          <w:smallCaps w:val="0"/>
          <w:strike w:val="0"/>
          <w:sz w:val="14"/>
          <w:u w:val="none"/>
        </w:rPr>
        <w:t xml:space="preserve"> really provided the lifeline to the Russian economy and also obviously </w:t>
      </w:r>
      <w:r>
        <w:rPr>
          <w:b/>
          <w:i w:val="0"/>
          <w:smallCaps w:val="0"/>
          <w:strike w:val="0"/>
          <w:sz w:val="22"/>
          <w:u w:val="single"/>
        </w:rPr>
        <w:t xml:space="preserve">showed the </w:t>
      </w:r>
      <w:r>
        <w:rPr>
          <w:b/>
          <w:i w:val="0"/>
          <w:smallCaps w:val="0"/>
          <w:strike w:val="0"/>
          <w:sz w:val="24"/>
          <w:u w:val="single"/>
        </w:rPr>
        <w:t>limits</w:t>
      </w:r>
      <w:r>
        <w:rPr>
          <w:b/>
          <w:i w:val="0"/>
          <w:smallCaps w:val="0"/>
          <w:strike w:val="0"/>
          <w:sz w:val="22"/>
          <w:u w:val="single"/>
        </w:rPr>
        <w:t xml:space="preserve"> of Western </w:t>
      </w:r>
      <w:r>
        <w:rPr>
          <w:b/>
          <w:i w:val="0"/>
          <w:smallCaps w:val="0"/>
          <w:strike w:val="0"/>
          <w:sz w:val="24"/>
          <w:u w:val="single"/>
        </w:rPr>
        <w:t>sanctions</w:t>
      </w:r>
      <w:r>
        <w:rPr>
          <w:b w:val="0"/>
          <w:i w:val="0"/>
          <w:smallCaps w:val="0"/>
          <w:strike w:val="0"/>
          <w:sz w:val="14"/>
          <w:u w:val="none"/>
        </w:rPr>
        <w:t xml:space="preserve"> because the government, but also Russian companies, began looking for ways to import critical parts, machinery, semiconductors, chips that were missing. So it was able to compensate, to some extent, for those import sections introduced by the West.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